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Хоёрдугаар дугаар</w:t>
      </w:r>
    </w:p>
    <w:p>
      <w:pPr>
        <w:pStyle w:val="ArticleSubtitle"/>
        <w:jc w:val="left"/>
      </w:pPr>
      <w:r>
        <w:rPr>
          <w:rFonts w:ascii="Arial" w:hAnsi="Arial" w:eastAsia="Arial" w:cs="Arial"/>
        </w:rPr>
        <w:t>Сүүлийн өдрүүд дэх орчин үеийн Ром ба эш үзүүллэгийн үзэгдлийг танин тодорхойлох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Тэр цагуудад өмнөдийн хааны эсрэг олон хүн босно. Чиний ард түмний дээрэмчид ч үзэгдлийг батлан тогтоохын тулд өөрсдийгөө өргөмжлөх боловч тэд унана. Даниел 11:14.</w:t>
      </w:r>
    </w:p>
    <w:p>
      <w:pPr>
        <w:pStyle w:val="ArticleBody"/>
        <w:jc w:val="left"/>
      </w:pPr>
      <w:r>
        <w:rPr>
          <w:rFonts w:ascii="Times New Roman" w:hAnsi="Times New Roman" w:eastAsia="Times New Roman" w:cs="Times New Roman"/>
        </w:rPr>
        <w:t>Эцсийн өдрүүдэд Орчин үеийн Ром хэмээн дүрслэгддэг эрх мэдлийг зөвөөр тодорхойлох нь, тиймээс “үзэгдлийг тогтоодог” тэрхүү эрх мэдлийг зөв таних нь, зайлшгүй бөгөөд авралтай холбоотой юм. Энэ нь нэг зуун дөчин дөрвөн мянгын эцсийн шалгалтын үйл явцын нэгэн бүрэлдэхүүн хэсгийг илэрхийлдэг. Тухайн эшлэл дэх “үзэгдэл” гэсэн үг нь Соломон Бурханы ард түмэн яагаад мөхдөгийг тодорхойлохдоо сонгосон тэрхүү еврей үг мөн юм.</w:t>
      </w:r>
    </w:p>
    <w:p>
      <w:pPr>
        <w:pStyle w:val="ArticleScripture"/>
        <w:jc w:val="left"/>
      </w:pPr>
      <w:r>
        <w:rPr>
          <w:rFonts w:ascii="Times New Roman" w:hAnsi="Times New Roman" w:eastAsia="Times New Roman" w:cs="Times New Roman"/>
        </w:rPr>
        <w:t>Үзэгдэл үгүй газар ард түмэн завхран мөхдөг; харин хуулийг сахигч нь ерөөлтэй еэ. Сургаалт үгс 29:18.</w:t>
      </w:r>
    </w:p>
    <w:p>
      <w:pPr>
        <w:pStyle w:val="ArticleBody"/>
        <w:jc w:val="left"/>
      </w:pPr>
      <w:r>
        <w:rPr>
          <w:rFonts w:ascii="Times New Roman" w:hAnsi="Times New Roman" w:eastAsia="Times New Roman" w:cs="Times New Roman"/>
        </w:rPr>
        <w:t>Бүх эш үзүүлэгчид ариун түүхийн бусад аль ч үеэс илүүгээр эцсийн өдрүүдийн талаар илүү шууд өгүүлдэг бөгөөд “үзэгдэл”-ийг эзэмших хэрэгцээний тухай Соломоны анхааруулга нь амь, үхлийн асуудал мөн. Үнэн ямагт ялган салгаж, мөргөгчдийн хоёр ангийг бий болгодог. Тэрхүү эшлэлд мөхдөг нэг анги, хуулийг баяртайгаар сахидаг нэг анги байдаг. Гэвч Соломоны зөвлөгөө нь “үнэн”-ий талаарх маргааны агуулгад байрлаж байгааг тэмдэглэх нь зүйтэй. Мөн энэ нь арван онгон охины тухай сургаалт зүйрлэлийн агуулгад ч байрладаг, учир нь арван онгон охины тухай сургаалт зүйрлэл нь эцсийн өдрүүд дэх Бурханы ард түмний туршлагын үндсэн жишээ билээ.</w:t>
      </w:r>
    </w:p>
    <w:p>
      <w:pPr>
        <w:pStyle w:val="ArticleScripture"/>
        <w:jc w:val="left"/>
      </w:pPr>
      <w:r>
        <w:rPr>
          <w:rFonts w:ascii="Times New Roman" w:hAnsi="Times New Roman" w:eastAsia="Times New Roman" w:cs="Times New Roman"/>
        </w:rPr>
        <w:t>Тэнэг хүн бодсоноо бүгдийг нь урсгана, харин мэргэн хүн түүнийг хожим хүртэл дотроо барьдаг. Захирагч хүн худалд чих тавивал, түүний бүх зарц нь хорон болно. Ядуу хүн ба зальт хүн учран золгодог; ЭЗЭН хоёулангийнх нь нүдийг гэрэлтүүлдэг. Ядуусыг үнэнчээр шүүдэг хааны сэнтий мөнхөд бат тогтоно. Таяг ба зэмлэл мэргэн ухаан өгдөг; харин өөрийнхөөр нь орхисон хүүхэд эхдээ ичгүүр авчирдаг. Хорон хүмүүс олшрох үед гэм нүгэл нэмэгддэг; харин зөв шударга хүмүүс тэдний сүйрлийг үзнэ. Хүүгээ зас, тэгвэл тэр чамд амгалан өгнө; тийм ээ, тэр чиний сэтгэлд баяр баясал өгнө. Үзэгдэл үгүй газар ард түмэн мөхдөг; харин хуулийг сахигч хүн ерөөлтэй еэ. Сургаалт үгс 29:11–18.</w:t>
      </w:r>
    </w:p>
    <w:p>
      <w:pPr>
        <w:pStyle w:val="ArticleBody"/>
        <w:jc w:val="left"/>
      </w:pPr>
      <w:r>
        <w:rPr>
          <w:rFonts w:ascii="Times New Roman" w:hAnsi="Times New Roman" w:eastAsia="Times New Roman" w:cs="Times New Roman"/>
        </w:rPr>
        <w:t>Миний зорилго бол Орчин үеийн Ромын талаар надаас өөр ойлголт баримталж байж болох хүмүүст хуруу чичлэх явдал биш юм. Миний зорилго бол Соломон мөргөгчдийн хоёр ангийг авч үзэж байгааг, тэдгээрийг тэрээр “мэргэн хүн” болон “тэнэг хүн” хэмээн тодорхойлж байгааг харуулах явдал юм. “Тэнэг хүн” мөн “хорон муу хүн” хэмээн тодорхойлогддог. Сургаалт зүйрлэл дэх мэргэн болон тэнэг охид ч мөн Даниелын арван хоёрдугаар бүлгийн эш үзүүллэгийн шугамд мэргэн ба хорон муу хүмүүс хэмээн тодорхойлогддог.</w:t>
      </w:r>
    </w:p>
    <w:p>
      <w:pPr>
        <w:pStyle w:val="ArticleScripture"/>
        <w:jc w:val="left"/>
      </w:pPr>
      <w:r>
        <w:rPr>
          <w:rFonts w:ascii="Times New Roman" w:hAnsi="Times New Roman" w:eastAsia="Times New Roman" w:cs="Times New Roman"/>
        </w:rPr>
        <w:t>Олон хүн ариусгагдаж, цайрч, шалгагдах болно; харин хорон муу хүмүүс хорон муугаа үйлдэх болно. Хорон муу хүмүүсийн хэн нь ч ойлгохгүй; харин мэргэд ойлгоно. Даниел 12:10.</w:t>
      </w:r>
    </w:p>
    <w:p>
      <w:pPr>
        <w:pStyle w:val="ArticleBody"/>
        <w:jc w:val="left"/>
      </w:pPr>
      <w:r>
        <w:rPr>
          <w:rFonts w:ascii="Times New Roman" w:hAnsi="Times New Roman" w:eastAsia="Times New Roman" w:cs="Times New Roman"/>
        </w:rPr>
        <w:t>Соломон ба Даниел хоёр бие биетэйгээ санал нэг байдаг, учир нь эш үзүүллэгийн бүх гэрчлэл эцсийн өдрүүдэд нийцдэг. Мэргэд “мэдлэгийн арвижлыг” ойлгодог.</w:t>
      </w:r>
    </w:p>
    <w:p>
      <w:pPr>
        <w:pStyle w:val="ArticleScripture"/>
        <w:jc w:val="left"/>
      </w:pPr>
      <w:r>
        <w:rPr>
          <w:rFonts w:ascii="Times New Roman" w:hAnsi="Times New Roman" w:eastAsia="Times New Roman" w:cs="Times New Roman"/>
        </w:rPr>
        <w:t>Ухаантнууд тэнгэрийн мандлын гэрэлтэл мэт гялалзах бөгөөд олныг зөвт байдалд эргүүлэгсэд үүрд мөнхөд одод мэт байх болно. Харин чи, өө Даниел аа, эцсийн цаг хүртэл энэ үгсийг битүүлж, номыг тамгал; олон хүн нааш цааш явж, мэдлэг арвижих болно. Даниел 12:3, 4.</w:t>
      </w:r>
    </w:p>
    <w:p>
      <w:pPr>
        <w:pStyle w:val="ArticleBody"/>
        <w:jc w:val="left"/>
      </w:pPr>
      <w:r>
        <w:rPr>
          <w:rFonts w:ascii="Times New Roman" w:hAnsi="Times New Roman" w:eastAsia="Times New Roman" w:cs="Times New Roman"/>
        </w:rPr>
        <w:t>Аравдугаар эшлэл нь нэг зуун дөчин дөрвөн мянгатын дунд байх дуудлагатай онгон бүсгүйчүүдийг шигшин ялгадаг гурван үе шаттай шалгалтын үйл явцыг тодорхойлж байна. Аль аль тохиолдолд шигшилт ба шалгалтын үйл явц нь онгон бүсгүйчүүд 1989 онд, төгсгөлийн цагт лац нь тайлагдсан мэдлэгийн өсөлтийг (үзэгдлийг) ойлгож байгаа эсэхэд үндэслэдэг.</w:t>
      </w:r>
    </w:p>
    <w:p>
      <w:pPr>
        <w:pStyle w:val="ArticleBody"/>
        <w:jc w:val="left"/>
      </w:pPr>
      <w:r>
        <w:rPr>
          <w:rFonts w:ascii="Times New Roman" w:hAnsi="Times New Roman" w:eastAsia="Times New Roman" w:cs="Times New Roman"/>
        </w:rPr>
        <w:t>“Эцсийн цаг” хэмээх сүүлчийн өдрүүд нь Даниел 11-ийн дөчөөс дөчин тавдугаар эшлэлүүдийн лац тайлагдсан 1989 он байв. Тэр үед эдгээр эшлэлүүдийн сэдэв нь умардын хааны эцсийн мандалт ба уналт мөн болох нь тогтоогдсон. Тэр үед мөн эдгээр эшлэл дэх умардын хаан нь сүүлчийн өдрүүдийн папын эрх мэдэл мөн болох нь тогтоогдсон. Илчлэл “Орчин үеийн Ром” гэсэн хэллэгийг хэзээ ч хэрэглэдэггүй. Энэхүү хэллэгийг бошиглолын утгаар “орчин үеийн” нь сүүлчийн өдрүүдийг төлөөлдөг тул, сүүлчийн өдрүүдийн папын эрх мэдлийг илэрхийлэхийн тулд би өөрөө зохиосон юм. Эллен Уайт “Орчин үеийн Ром” гэсэн хэллэгийг хэзээ ч хэрэглэж байгаагүй.</w:t>
      </w:r>
    </w:p>
    <w:p>
      <w:pPr>
        <w:pStyle w:val="ArticleBody"/>
        <w:jc w:val="left"/>
      </w:pPr>
      <w:r>
        <w:rPr>
          <w:rFonts w:ascii="Times New Roman" w:hAnsi="Times New Roman" w:eastAsia="Times New Roman" w:cs="Times New Roman"/>
        </w:rPr>
        <w:t>Даниел арван нэгдүгээр бүлгийн сүүлийн зургаан эшлэл дэх хойд зүгийн хаан хэнийг төлөөлдөг тухай буруу үзлүүд байдаг боловч зөв ойлголт нь ганцхан байдаг. Эдгээр эшлэл дэх хойд зүгийн хаан нь папын эрх мэдэл мөн гэсэн ойлголт нь эш үзүүллэгийн олон гэрчээс уламжлан гарсан юм. Дөчдүгээр эшлэл нь 1798 онд папын ёс үхлийн шарх авсныг эхлэн тодорхойлдог; дараа нь дөчин нэгээс дөчин гуравдугаар эшлэлүүд нь тэр үхлийн шархны эдгэрэлтэд хамаарах үйл явц, хүчнүүдийг тодорхойлдог. Дөчин дөрөвдүгээр эшлэл нь папын ёсыг хилэгнүүлдэг мэдээг дүрслэн, улмаар дөчин тавдугаар эшлэл рүү хөтөлдөг бөгөөд тэнд папын эрх мэдэл эцсийн бөгөөд бүрэн төгс төгсгөлдөө хүрдэг. 1989 онд лац нь тайлагдсан үзэгдэл бол эцсийн өдрүүд дэх папын эрх мэдлийн эцсийн мандалт ба уналтын үзэгдэл мөн. Тэрхүү үзэгдэл нь эдгээр эшлэлд буй мэдлэгийг хүлээн авах эсвэл няцаахаас нь шалтгаалан мөргөгчдийн хоёр ангийг төрүүлж, илэрхий болгодог мэдлэгийн өсөлт мөн.</w:t>
      </w:r>
    </w:p>
    <w:p>
      <w:pPr>
        <w:pStyle w:val="ArticleBody"/>
        <w:jc w:val="left"/>
      </w:pPr>
      <w:r>
        <w:rPr>
          <w:rFonts w:ascii="Times New Roman" w:hAnsi="Times New Roman" w:eastAsia="Times New Roman" w:cs="Times New Roman"/>
        </w:rPr>
        <w:t>1989 онд мэдлэгийн өсөлт лацнаасаа тайлагдсан яг тэр бүлгийн дагуу, “өөрсдийгөө өргөмжилдөг” бөгөөд эцэстээ “унан сүйрдэг” “чиний ард түмний дээрэмчид” нь “үзэгдлийг” тогтоон тогтоодог бэлгэдэл мөн. Эцсийн шигшилтийн үед хамгийн эхний шалгах асуулт нь “чиний ард түмний дээрэмчид” хэмээн хэнийг төлөөлүүлсэн бэ гэдэгт оршино. Учир нь тэд бол “үзэгдлийг” тогтоодог эш үзүүллэгийн бэлгэдэл мөн. Тэр дээрэмчид нь папын эрх мэдэл үү, эсвэл Америкийн Нэгдсэн Улс уу?</w:t>
      </w:r>
    </w:p>
    <w:p>
      <w:pPr>
        <w:pStyle w:val="ArticleBody"/>
        <w:jc w:val="left"/>
      </w:pPr>
      <w:r>
        <w:rPr>
          <w:rFonts w:ascii="Times New Roman" w:hAnsi="Times New Roman" w:eastAsia="Times New Roman" w:cs="Times New Roman"/>
        </w:rPr>
        <w:t>Даниел ба Илчлэл номууд нь нэгэн ижил ном бөгөөд нэгэн ижил эш үзүүллэгийн шугамын хоёр гэрчийг төлөөлдөг. Даниел нь эхлэл, Илчлэл нь төгсгөл бөгөөд тэд хамтдаа 1989 онд төгсгөлийн цагт лац нь тайлагдсан үнэний хоёр гэрчийг төлөөлдөг.</w:t>
      </w:r>
    </w:p>
    <w:p>
      <w:pPr>
        <w:pStyle w:val="ArticleBody"/>
        <w:jc w:val="left"/>
      </w:pPr>
      <w:r>
        <w:rPr>
          <w:rFonts w:ascii="Times New Roman" w:hAnsi="Times New Roman" w:eastAsia="Times New Roman" w:cs="Times New Roman"/>
        </w:rPr>
        <w:t>Даниел 1989 онд Иуда овгийн Арслан дөчөөс дөчин тавдугаар эшлэлүүдийн лацыг тайлахад бий болсон ариусгалын үйл явцыг дүрслэн өгүүлдэг. Тэр үед эцсийн өдрүүдийн нэг зуун дөчин дөрвөн мянгыг бүрдүүлдэг гэрээний ард түмний “тахилч” хэн болохыг тогтоон илчлэхийн тулд нэгэн сорилтын үйл явц эхэлсэн. Хосеа эцсийн өдрүүдийн мэдлэгийн өсөлтийг няцаагчид нэг зуун дөчин дөрвөн мянгыг бүрдүүлдэг тахилчдын нэг болохгүй гэж нэмж өгүүлдэг.</w:t>
      </w:r>
    </w:p>
    <w:p>
      <w:pPr>
        <w:pStyle w:val="ArticleScripture"/>
        <w:jc w:val="left"/>
      </w:pPr>
      <w:r>
        <w:rPr>
          <w:rFonts w:ascii="Times New Roman" w:hAnsi="Times New Roman" w:eastAsia="Times New Roman" w:cs="Times New Roman"/>
        </w:rPr>
        <w:t>Миний ард түмэн мэдлэггүйгээс болж мөхөж байна. Чи мэдлэгийг няцаасан учир Би ч бас чамайг няцааж, чи Надад тахилч байхаа болино. Чи өөрийн Бурханы хуулийг мартсан тул Би ч мөн чиний хүүхдүүдийг мартах болно. Хосеа 4:6.</w:t>
      </w:r>
    </w:p>
    <w:p>
      <w:pPr>
        <w:pStyle w:val="ArticleBody"/>
        <w:jc w:val="left"/>
      </w:pPr>
      <w:r>
        <w:rPr>
          <w:rFonts w:ascii="Times New Roman" w:hAnsi="Times New Roman" w:eastAsia="Times New Roman" w:cs="Times New Roman"/>
        </w:rPr>
        <w:t>Илчлэлт номд нэг хэсэг бүлэг хүмүүсийн хувьд лац нь тайлагдсан атлаа тэдний няцаасан мэдлэг нь нигүүлслийн хугацаа хаагдахын яг өмнө тэдний няцаалтыг гүйцэлдүүлдгийг тодорхойлсон байдаг.</w:t>
      </w:r>
    </w:p>
    <w:p>
      <w:pPr>
        <w:pStyle w:val="ArticleScripture"/>
        <w:jc w:val="left"/>
      </w:pPr>
      <w:r>
        <w:rPr>
          <w:rFonts w:ascii="Times New Roman" w:hAnsi="Times New Roman" w:eastAsia="Times New Roman" w:cs="Times New Roman"/>
        </w:rPr>
        <w:t>Тэр надад ийн хэлэв: Энэ номын эш үзүүллэгийн үгсийг бүү лацад; учир нь цаг нь ойрхон байна. Шударга бус нэгэн нь цаашид ч шударга бус хэвээр байг: бузартсан нэгэн нь цаашид ч бузартсан хэвээр байг: зөвт нэгэн нь цаашид ч зөвт хэвээр байг: ариун нэгэн нь цаашид ч ариун хэвээр байг. Илчлэлт 22:10, 11.</w:t>
      </w:r>
    </w:p>
    <w:p>
      <w:pPr>
        <w:pStyle w:val="ArticleBody"/>
        <w:jc w:val="left"/>
      </w:pPr>
      <w:r>
        <w:rPr>
          <w:rFonts w:ascii="Times New Roman" w:hAnsi="Times New Roman" w:eastAsia="Times New Roman" w:cs="Times New Roman"/>
        </w:rPr>
        <w:t>Миллеритуудын түүх нь нэг зуун дөчин дөрвөн мянгын түүхийг дүрслэн харуулдаг бөгөөд Миллеритууд ба нэг зуун дөчин дөрвөн мянга хамтдаа Илчлэл номын арван дөрөвдүгээр бүлгийн гурван тэнгэр элчийн мэдээ болон ажлын эхлэл ба төгсгөлийг төлөөлдөг. Эдгээр зэрэгцээ түүхүүд нь нигүүлслийн хугацаа хаагдахтай холбоотой үйл явдлуудыг тодорхойлдог. Хоёр түүхийн ажил хоёулаа Елиа болон Баптисч Иоханаар урьдчилан хэв маягжсан билээ.</w:t>
      </w:r>
    </w:p>
    <w:p>
      <w:pPr>
        <w:pStyle w:val="ArticleScripture"/>
        <w:jc w:val="left"/>
      </w:pPr>
      <w:r>
        <w:rPr>
          <w:rFonts w:ascii="Times New Roman" w:hAnsi="Times New Roman" w:eastAsia="Times New Roman" w:cs="Times New Roman"/>
        </w:rPr>
        <w:t>“Чичирхийлэн догдолсон байдалтайгаар Уильям Миллер Бурханы хаанчлалын нууцуудыг хүмүүст нээж дэлгэн, зөгнөлүүдээр дамжуулан сонсогчдоо Христийн хоёр дахь ирэлт хүртэл дагуулан хүргэж эхлэв. Тэрээр гаргасан хүчин чармайлт бүрээрээ улам хүчирхэгжиж байв. Иохан Баптист Есүсийн анхны ирэлтийг тунхаглан, Түүний ирэлтийн замыг бэлтгэсэнчлэн, Уильям Миллер болон түүнтэй нэгдсэн хүмүүс мөн Бурханы Хүүгийн хоёр дахь ирэлтийг тунхагласан юм.” Early Writings, 229, 230.</w:t>
      </w:r>
    </w:p>
    <w:p>
      <w:pPr>
        <w:pStyle w:val="ArticleBody"/>
        <w:jc w:val="left"/>
      </w:pPr>
      <w:r>
        <w:rPr>
          <w:rFonts w:ascii="Times New Roman" w:hAnsi="Times New Roman" w:eastAsia="Times New Roman" w:cs="Times New Roman"/>
        </w:rPr>
        <w:t>Миллерчүүдийн тунхаг нь Елиа болон Баптист Иохан хоёроор дүрслэгдсэн, нигүүлслийн хугацаа хаагдахтай холбоотой “үйл явдлууд”-ыг тодорхойлсон юм.</w:t>
      </w:r>
    </w:p>
    <w:p>
      <w:pPr>
        <w:pStyle w:val="ArticleScripture"/>
        <w:jc w:val="left"/>
      </w:pPr>
      <w:r>
        <w:rPr>
          <w:rFonts w:ascii="Times New Roman" w:hAnsi="Times New Roman" w:eastAsia="Times New Roman" w:cs="Times New Roman"/>
        </w:rPr>
        <w:t>“Хүмүүс өөрсдийн аюулыг ухааран сэрэх, нигүүлслийн хугацаа төгсөхтэй холбоотой сүр жавхлант үйл явдлуудад бэлтгэгдэхээр сэрэмжлүүлэгдэх нь зайлшгүй шаардлагатай байсан юм.” Эцсийн Тэмцэл, 310.</w:t>
      </w:r>
    </w:p>
    <w:p>
      <w:pPr>
        <w:pStyle w:val="ArticleBody"/>
        <w:jc w:val="left"/>
      </w:pPr>
      <w:r>
        <w:rPr>
          <w:rFonts w:ascii="Times New Roman" w:hAnsi="Times New Roman" w:eastAsia="Times New Roman" w:cs="Times New Roman"/>
        </w:rPr>
        <w:t>1989 онд, Зөвлөлт Холбоот Улс нуран унаснаар Даниелын номын сүүлчийн өдрүүдтэй холбоотой хэсэг лацнаасаа тайлагдаж, сорилтын үйл явц эхэлсэн. Энэхүү сорилт нь Даниел номын арван нэгдүгээр бүлгийн сүүлийн зургаан эшлэлд дүрслэгдсэн мэдлэгийн өсөлтийг Бурханы ард түмэн ойлгох эсэх, эсвэл үгүйсгэх эсэх чадварт тулгуурлаж байв; эдгээр эшлэл нь арван хоёрдугаар бүлгийн нэгдүгээр эшлэл рүү хөтөлдөг бөгөөд тэр нь “нигүүлслийн хугацаа хаагдах”-ыг тодорхойлдог. Тэгээд “нигүүлслийн хугацаа хаагдахтай холбоотой үйл явдлууд”-ын мэдээ лацнаасаа тайлагдаж, нэг зуун дөчин дөрвөн мянгын “тахилч нар” болох нэр дэвшигчдийн ажил эхэлсэн. Тэдний ажил нь уг хэсгээр илэрхийлэгдсэн мэдээг “ойлгож”, тунхаглах явдал байв. Нэг зуун дөчин дөрвөн мянгын мэдээ болон ажил нь, хүмүүсийг “нигүүлслийн хугацаа хаагдахтай холбоотой сүр жавхлант үйл явдлуудад бэлтгэхийн” тулд, лацнаасаа тайлагдсан мэдээг толилуулах ёстой байв.</w:t>
      </w:r>
    </w:p>
    <w:p>
      <w:pPr>
        <w:pStyle w:val="ArticleScripture"/>
        <w:jc w:val="left"/>
      </w:pPr>
      <w:r>
        <w:rPr>
          <w:rFonts w:ascii="Times New Roman" w:hAnsi="Times New Roman" w:eastAsia="Times New Roman" w:cs="Times New Roman"/>
        </w:rPr>
        <w:t>“Өнөөдөр, Елиа болон Баптисм хүртээгч Иоханы сүнс ба хүчээр, Бурханы томилсон элч нар шүүлтэд тушаагдах ертөнцийн анхаарлыг нигүүлслийн хугацааны төгсгөлийн мөчүүд болон Христ Есүс Хаадын Хаан, Эздийн Эзэн болон үзэгдэхтэй холбоотой удахгүй болох сүр жавхлант үйл явдлуудад хандуулж байна. Удахгүй хүн бүр биеэр үйлдсэн үйлсийнхээ төлөө шүүгдэх болно. Бурханы шүүлтийн цаг ирээд байна, мөн газар дээрх Түүний сүмийн гишүүдийн дээр мөнхийн сүйрлийн яг ирмэг дээр зогсож буй мэт хүмүүст анхааруулга өгөх ариун хариуцлага ногдож байна. Өргөн уудам дэлхийн хаана ч анхааран сонсох хэн бүхэнд, өрнөж буй агуу тэмцэлд шийдэгдэж буй зарчмууд—бүх хүн төрөлхтний хувь заяа түүнээс дүүжлэгдэн тогтож байдаг тийм зарчмууд—тодорхой илэрхийлэгдэх ёстой.” Prophets and Kings, 715, 716.</w:t>
      </w:r>
    </w:p>
    <w:p>
      <w:pPr>
        <w:pStyle w:val="ArticleBody"/>
        <w:jc w:val="left"/>
      </w:pPr>
      <w:r>
        <w:rPr>
          <w:rFonts w:ascii="Times New Roman" w:hAnsi="Times New Roman" w:eastAsia="Times New Roman" w:cs="Times New Roman"/>
        </w:rPr>
        <w:t>Баптисч Иохан болон Христийн түүх, түүнчлэн Миллерчүүдийн түүх нь нэг зуун дөчин дөрвөн мянгын мэдээ болон ажлыг дүрслэн харуулдаг. Иохан ч, Христ ч өөрсдийн мэдээг нигүүлслийн хугацааны хаалтыг төлөөлж буй хэмээн ойлгож байсан.</w:t>
      </w:r>
    </w:p>
    <w:p>
      <w:pPr>
        <w:pStyle w:val="ArticleScripture"/>
        <w:jc w:val="left"/>
      </w:pPr>
      <w:r>
        <w:rPr>
          <w:rFonts w:ascii="Times New Roman" w:hAnsi="Times New Roman" w:eastAsia="Times New Roman" w:cs="Times New Roman"/>
        </w:rPr>
        <w:t>Харин тэр өөрийнх нь баптисмд олон фарисай болон саддукейчууд ирж байгааг хараад тэдэнд, “Могойн удам аа, ирэх уур хилэнгээс зугтахыг та нарт хэн сануулав?” гэж айлдав. Матай 3:7.</w:t>
      </w:r>
    </w:p>
    <w:p>
      <w:pPr>
        <w:pStyle w:val="ArticleBody"/>
        <w:jc w:val="left"/>
      </w:pPr>
      <w:r>
        <w:rPr>
          <w:rFonts w:ascii="Times New Roman" w:hAnsi="Times New Roman" w:eastAsia="Times New Roman" w:cs="Times New Roman"/>
        </w:rPr>
        <w:t>Христ Иерусалимын сүйрлийг—Иохан өө сэв хайгч иудейчүүдэд анхааруулсан тэр л сүйрлийг—ойртон ирж буйгаар дүрслэн үзүүлсэн. Есүс уг сүйрлийг, Даниелын арван хоёрдугаар бүлгийн нэгдүгээр эшлэлд Тэр Өөрөө Михаелын хувиар босон зогсоход эхэлдэг “уур хилэн”-гийн бэлгэдэл болгон ашигласан.</w:t>
      </w:r>
    </w:p>
    <w:p>
      <w:pPr>
        <w:pStyle w:val="ArticleScripture"/>
        <w:jc w:val="left"/>
      </w:pPr>
      <w:r>
        <w:rPr>
          <w:rFonts w:ascii="Times New Roman" w:hAnsi="Times New Roman" w:eastAsia="Times New Roman" w:cs="Times New Roman"/>
        </w:rPr>
        <w:t>“Христ Иерусалим хотыг үл итгэл ба бослогод хатуурч, Бурханы өшөөт шүүлтүүдтэй учрахаар яаран тэмүүлж буй ертөнцийн бэлгэдэл хэмээн харсан. Унасан хүн төрөлхтний гай зовлон Түүний сэтгэлд дарамтлан бууснаас, Түүний уруулаас туйлын гашуун тэрхүү хашхираан өөрийн эрхгүй гарсан билээ. Тэр нүглийн тэмдэглэл хүний зовлон, нулимс, цусаар зурагдан үлдсэнийг харсан; дэлхийн зовж шаналсан, дарлагдсан бүхнийг гэсэн хязгааргүй өрөвдөх сэтгэл Түүний зүрхийг хөдөлгөсөн; Тэр тэднийг бүгдийг нь аврахыг хүсэн тэмүүлсэн. Гэвч хүний гай зовлонгийн түрлэгийг Түүний мутар хүртэл буцаан тогтоож чадахгүй байв; тэдний цөөхөн нь л өөрсдийн цорын ганц тусламжийн Эх булагийг эрж хайх байлаа. Тэр авралыг тэдний хүртээл болгохын тулд Өөрийн сэтгэлийг үхэлд хүртэл асгахад бэлэн байсан; гэвч амьтай болохын тулд Түүн уруу ирэх хүмүүс нь цөөхөн байв.”</w:t>
      </w:r>
    </w:p>
    <w:p>
      <w:pPr>
        <w:pStyle w:val="ArticleScripture"/>
        <w:jc w:val="left"/>
      </w:pPr>
      <w:r>
        <w:rPr>
          <w:rFonts w:ascii="Times New Roman" w:hAnsi="Times New Roman" w:eastAsia="Times New Roman" w:cs="Times New Roman"/>
        </w:rPr>
        <w:t>“Тэнгэрийн Сүр Жавхлан нулимс дунд! Хязгааргүй Бурханы Хүү сүнсээрээ шаналж, уй гашууд бөхийсөн! Тэр дүр зураг бүх тэнгэрийг гайхшралаар дүүргэсэн билээ. Тэр дүр зураг нүглийн туйлын хиртэнг бидэнд илчилдэг; мөн Бурханы хуулийг зөрчсөний үр дагавраас гэмтнийг аврах нь, бүр Хязгааргүй Хүчний хувьд ч, ямар хүнд ажил болохыг харуулдаг. Есүс эцсийн үеийнхэн рүү доош харан, Иерусалимын сүйрлийг авчирсан тэр мэхлэлтэй адил төөрөгдөлд дэлхий автсаныг харсан. Иудейчүүдийн агуу нүгэл нь Христийг няцаасан явдал байсан; харин Христийн ертөнцийн агуу нүгэл нь тэнгэр ба газрын дээрх Түүний засаглалын суурь болох Бурханы хуулийг няцаах явдал байх байв. Еховагийн тушаалуудыг жигшин үзэж, юу ч биш мэт тооцох байлаа. Нүглийн боолчлолд буй, Сатаны боол болсон, хоёр дахь үхлийг амсахаар тавилантай сая сая хүн эргэж ирэх өдрөө үнэний үгсийг сонсохоос татгалзах байв. Аймшигт сохрол! Хачирхалтай мунхрал!” Агуу Тэмцэл, 22.</w:t>
      </w:r>
    </w:p>
    <w:p>
      <w:pPr>
        <w:pStyle w:val="ArticleBody"/>
        <w:jc w:val="left"/>
      </w:pPr>
      <w:r>
        <w:rPr>
          <w:rFonts w:ascii="Times New Roman" w:hAnsi="Times New Roman" w:eastAsia="Times New Roman" w:cs="Times New Roman"/>
        </w:rPr>
        <w:t>Иохан Баптистын болон мөн Христийн тунхагласан сэрэмжлүүлгийн мэдээ нэг л ижил сэрэмжлүүлгийн мэдээ байсан; үүнтэй адил Миллерчүүдийн сэрэмжлүүлгийн мэдээ ч сорилтын хугацаа хаагдахтай холбоотой үйл явдлуудыг заан тодорхойлсон, нэг зуун дөчин дөрвөн мянган хүн тунхаглах тэрхүү мөнөөх мэдээ байв. Гурван гэрч—Иохан Баптист, Христ, мөн Миллерчүүд—нэг зуун дөчин дөрвөн мянгын ажил ба мэдээ нь 1989 онд лац нь тайлагдсан мэдлэгийн нэмэгдлээр хэрэгжих амь нас, үхлийн шалгалтын үйл явц мөн хэмээн гэрчилж байна. Тэр үед лац нь тайлагдсан мэдээ бол эцсийн өдрийн үзэгдэл бөгөөд нэг зуун дөчин дөрвөн мянгыг бүрдүүлэгч “тахилч нар” байхын тулд ухаалаг хүмүүсийн ойлгох ёстой зүйл мөн. Хэрэв тэдгээр нэр дэвшигчид тэр үзэгдлийг ойлгохгүй бол тэд хорон муу хүмүүс, эсвэл мөхөсүүд хэмээн тодорхойлогдож, мөхнө. Тэд болон тэдний хүүхдүүд мэдлэгийн нэмэгдэл болох тэрхүү үзэгдлийг няцаасантайгаа нийцүүлэн няцаагдана.</w:t>
      </w:r>
    </w:p>
    <w:p>
      <w:pPr>
        <w:pStyle w:val="ArticleBody"/>
        <w:jc w:val="left"/>
      </w:pPr>
      <w:r>
        <w:rPr>
          <w:rFonts w:ascii="Times New Roman" w:hAnsi="Times New Roman" w:eastAsia="Times New Roman" w:cs="Times New Roman"/>
        </w:rPr>
        <w:t>Бурханы Үг Ром бол өөрийгөө өргөмжилдөг, Бурханы ардыг мөлждөг, улмаар унаж, үзэгдлийг тогтоодог хүч мөн гэдгийг тодорхойлдог. Орчин үеийн Ром нь папын эрх мэдэл үү, эсвэл Америкийн Нэгдсэн Улс уу гэсэн асуулт нь тэдгээр нэр дэвшигчид мэргэн онгон охид уу, эсвэл мунхаг онгон охид уу гэдгийг ялган таних сорилт мөн. Энэхүү сорилт нь Даниелын номоос улбаалсан эш үзүүллэгийн сорилт бөгөөд хожим нь Илчлэлтийн номд батлагдаж, төгс байдалд хүргэгддэг. Орчин үеийн Ромын тухай сэдэв нь зүгээр л папын эрх мэдэл ба Америкийн Нэгдсэн Улсын хоорондох сонголт биш, харин нэг зуун дөчин дөрвөн мянгатын эцсийн сорилт мөн. Энэ бол эш үзүүллэгийн сорилт бөгөөд үүнийг зөвөөр ойлговол Бурханы ариусгагдсан эш үзүүллэгийн гэрчлэл дотор тавигдсан эцсийн шалгалтын үйл явцын бүх дүрслэлийг хамардаг.</w:t>
      </w:r>
    </w:p>
    <w:p>
      <w:pPr>
        <w:pStyle w:val="ArticleBody"/>
        <w:jc w:val="left"/>
      </w:pPr>
      <w:r>
        <w:rPr>
          <w:rFonts w:ascii="Times New Roman" w:hAnsi="Times New Roman" w:eastAsia="Times New Roman" w:cs="Times New Roman"/>
        </w:rPr>
        <w:t>Баптист Иохан болон Христийн цаг үеийн шалгалтын үйл явц нь Даниелын номоос үүдэлтэй байсан бөгөөд Миллерчүүдийн цаг үеийн шалгалтын үйл явц ч мөн адил тэндээс үүдэлтэй байв. Зөгнөлийн шалгалтын хувьд, үнэн хэрхэн тогтоогддог тухай аргачлалыг эдгээр нэр дэвшигчид зөв хэрэглэх нь Орчин үеийн Ром хэн болох тухай зөв үзлийг баримтлахтай адил хэмжээнд чухал юм. Орчин үеийн Ромыг зөв тодорхойлох эсэхийг авч үзсэн ч, эсвэл зөв аргачлалыг хэрэглэх эсэхийг авч үзсэн ч, шалгалтын эдгээр хоёр бүрэлдэхүүн хоёул Даниелын номд тусгагдсан байдаг. Даниелын номын нэгдүгээр бүлэгт Даниел хоол хүнснээс эхэлж, дараа нь харааны шалгалтаар үргэлжилж, эцэст нь Умардын Хааны библийн бэлгэдэл болох, эцсийн өдрүүдийн папын засаглалын дүр болох Небухаднезарын явуулсан шалгалтаар төгсөх гурван шаттай шалгалтын үйл явцыг туулсан юм.</w:t>
      </w:r>
    </w:p>
    <w:p>
      <w:pPr>
        <w:pStyle w:val="ArticleScripture"/>
        <w:jc w:val="left"/>
      </w:pPr>
      <w:r>
        <w:rPr>
          <w:rFonts w:ascii="Times New Roman" w:hAnsi="Times New Roman" w:eastAsia="Times New Roman" w:cs="Times New Roman"/>
        </w:rPr>
        <w:t>Эдгээр дөрвөн хөвгүүний тухайд гэвэл, Бурхан тэдэнд бүх эрдэм мэдлэг ба мэргэн ухаанд мэдлэг, чадварыг өгсөн бөлгөө; харин Даниел бүх үзэгдэл ба зүүдний утгыг ойлгодог байв. Хааны тэднийг авчир хэмээн тогтоосон өдрүүдийн эцэст тайган нарын тэргүүн тэднийг Небухаднезарын өмнө авчрав. Хаан тэдэнтэй ярилцав; тэгээд тэд бүгдийн дундаас Даниел, Хананиа, Мишаел, Азариа нартай адил нэг ч хүн олдсонгүй. Тиймээс тэд хааны өмнө зогсож үйлчилдэг болов. Хаан тэднээс асуусан мэргэн ухаан ба ойлголтын бүх хэрэгт тэрээр тэднийг өөрийн бүх хаанчлалд байсан бүх шидтэн, зурхайчдаас арав дахин дээр болохыг олж мэдэв. Даниел 1:17–20.</w:t>
      </w:r>
    </w:p>
    <w:p>
      <w:pPr>
        <w:pStyle w:val="ArticleBody"/>
        <w:jc w:val="left"/>
      </w:pPr>
      <w:r>
        <w:rPr>
          <w:rFonts w:ascii="Times New Roman" w:hAnsi="Times New Roman" w:eastAsia="Times New Roman" w:cs="Times New Roman"/>
        </w:rPr>
        <w:t>“Өдрүүдийн эцэст,” буюу эш үзүүллэгийн хувьд нэг зуун дөчин дөрвөн мянга шалгагдах эцсийн өдрүүдэд, Даниел болон тэр гурван эрхэм “түүний бүх хаанчлал доторх бүх шидтэн, зурхайчдаас арван дахин дээр” гэж тогтоогдсон бөгөөд Даниелд “бүх үзэгдэл ба зүүдний талаар ухаарал” байсан. Даниел нь нэг зуун дөчин дөрвөн мянгыг төлөөлдөг бөгөөд тэд эцсийн өдрүүдэд Христ Иуда овгийн Арслангийн хувьд 1989 онд “эцсийн өдрүүдэд хамаарах Даниелын номын тэр хэсгийг” лацыг нь тайлах үед ирсэн мэдлэгийн өсөлтийг ойлгодог.</w:t>
      </w:r>
    </w:p>
    <w:p>
      <w:pPr>
        <w:pStyle w:val="ArticleBody"/>
        <w:jc w:val="left"/>
      </w:pPr>
      <w:r>
        <w:rPr>
          <w:rFonts w:ascii="Times New Roman" w:hAnsi="Times New Roman" w:eastAsia="Times New Roman" w:cs="Times New Roman"/>
        </w:rPr>
        <w:t>Даниел зүүд ба үзэгдлийн талаар бусдаас илүү ойлгодог байсан төдий бус, харин түүнд “бүх үзэгдэл ба зүүдийг ухаарах” чадвар байв. Тэрээр мөр дээр мөр тавих аргачлалыг хэрэглэдэг хүмүүсийг төлөөлдөг. Учир нь тэрхүү аргачлал нь “бүх үзэгдэл ба зүүдийг” нэгэн нэгдмэл мэдээнд нэгтгэн авчирдаг. Бүх зүүд ба үзэгдлийг нэг эш үзүүллэгийн шугамд нэгтгэн авчирдаг тэрхүү мэдээ нь “нигүүлслийн хугацаа хаагдахтай холбоотой үйл явдлуудыг” тодорхойлдог. Тэрхүү мэдээ нь өөрийгөө өргөмжилдөг, Бурханы ардыг дээрэмддэг, эцэст нь унадаг хүч болох Орчин үеийн Ром хэмээх эш үзүүллэгийн бэлгэдлээр тогтоогдсон байдаг.</w:t>
      </w:r>
    </w:p>
    <w:p>
      <w:pPr>
        <w:pStyle w:val="ArticleBody"/>
        <w:jc w:val="left"/>
      </w:pPr>
      <w:r>
        <w:rPr>
          <w:rFonts w:ascii="Times New Roman" w:hAnsi="Times New Roman" w:eastAsia="Times New Roman" w:cs="Times New Roman"/>
        </w:rPr>
        <w:t>Тэр хүч нь зөв аргачлалыг хэрэгжүүлснээр л тогтоогдож чадна. Библийг судалдаг хэмээн өөрсдийгөө тунхаглагчдын ихэнх нь “мөр мөрөн дээр” хэмээх аргачлалыг няцаадаг бөгөөд үүнийг хэрэглэдэг хэмээн өөрсдийгөө тунхаглагчдын зарим нь “мөр мөрөн дээр” аргачлалыг бүрдүүлдэг дүрмүүдийг буруу хэрэглэдэг. Тэдгээр дүрмийг Миллерчүүд анх олон нийтийн баримт бичигт оруулсан бөгөөд Бурханы эцсийн өдрүүдийн ард түмэнд, гурав дахь тэнгэрэлчийн жинхэнэ элч нар болох хүмүүс нь эш үзүүллэгийг тайлбарлах Уильям Миллерийн дүрмүүдийг хэрэглэнэ хэмээн урьдчилан анхааруулсан билээ.</w:t>
      </w:r>
    </w:p>
    <w:p>
      <w:pPr>
        <w:pStyle w:val="ArticleScripture"/>
        <w:jc w:val="left"/>
      </w:pPr>
      <w:r>
        <w:rPr>
          <w:rFonts w:ascii="Times New Roman" w:hAnsi="Times New Roman" w:eastAsia="Times New Roman" w:cs="Times New Roman"/>
        </w:rPr>
        <w:t>“Гурав дахь тэнгэрэлчийн мэдээг тунхаглах ажилд оролцож буй хүмүүс Эцэг Миллерийн баримталсан яг тэр аргачлалаар Судруудыг судалж байна.” Review and Herald, 1884 оны 11 дүгээр сарын 25.</w:t>
      </w:r>
    </w:p>
    <w:p>
      <w:pPr>
        <w:pStyle w:val="ArticleBody"/>
        <w:jc w:val="left"/>
      </w:pPr>
      <w:r>
        <w:rPr>
          <w:rFonts w:ascii="Times New Roman" w:hAnsi="Times New Roman" w:eastAsia="Times New Roman" w:cs="Times New Roman"/>
        </w:rPr>
        <w:t>Уильям Миллер нь Илчлэлт номын арван дөрөвдүгээр бүлгийн гурван тэнгэрэлчийн эхлэлийг төлөөлж байсан бөгөөд тэрээр Христ төгсгөл нь болсон мэдээний эхлэл болсон Иохан Баптистаар бэлгэдэгдсэн юм. Систер Уайт Иохан Баптистаас Христ хүрэх шалгалтын үйл явцыг гурван тэнгэрэлчийн шалгалтын үйл явцтай шууд уялдуулан тавьдаг. Иохан мэдээг эхлүүлсэн бөгөөд Христ шавь нараа Кесари Филиппид дагуулан очсон, загалмайн яг өмнөхөн хүртэл Есүс Иоханы эхлүүлсэн мэдээний дэлгэрэнгүй хэсгүүдийг нэмээгүй байв. Иохан Христийг хараад тодорхойлсон анхны үнэн нь, Христийг ертөнцийн нүглийг үүрэн зайлуулдаг Бурханы Хурга хэмээн тодорхойлсон явдал байв.</w:t>
      </w:r>
    </w:p>
    <w:p>
      <w:pPr>
        <w:pStyle w:val="ArticleScripture"/>
        <w:jc w:val="left"/>
      </w:pPr>
      <w:r>
        <w:rPr>
          <w:rFonts w:ascii="Times New Roman" w:hAnsi="Times New Roman" w:eastAsia="Times New Roman" w:cs="Times New Roman"/>
        </w:rPr>
        <w:t>Эдгээр зүйлс Иорданы цаадах Бетабарад, Иохан баптисм хүртээж байсан газарт болсон юм. Дараагийн өдөр Иохан Есүс өөр уруугаа ирж явааг хараад, —Ертөнцийн нүглийг зайлуулдаг Бурханы Хургыг харагтун. Миний тухай “Намайг даган нэгэн хүн ирнэ, Тэр надаас дээгүүрт тооцогдоно. Учир нь Тэр надаас өмнө байсан” хэмээн миний хэлсэн нь энэ мөн, гэв. Иохан 1:28–30.</w:t>
      </w:r>
    </w:p>
    <w:p>
      <w:pPr>
        <w:pStyle w:val="ArticleBody"/>
        <w:jc w:val="left"/>
      </w:pPr>
      <w:r>
        <w:rPr>
          <w:rFonts w:ascii="Times New Roman" w:hAnsi="Times New Roman" w:eastAsia="Times New Roman" w:cs="Times New Roman"/>
        </w:rPr>
        <w:t>Тэгээд загалмай дээр төгссөн гурван жил хагасын сорилтын үе эхэлсэн. Загалмайн өмнөхөн Иохан алагдсаны дараа, Есүс Иоханы тэрхүү хамгийн анхны мэдэгдлийг тайлбарлаж эхэлсэн.</w:t>
      </w:r>
    </w:p>
    <w:p>
      <w:pPr>
        <w:pStyle w:val="ArticleScripture"/>
        <w:jc w:val="left"/>
      </w:pPr>
      <w:r>
        <w:rPr>
          <w:rFonts w:ascii="Times New Roman" w:hAnsi="Times New Roman" w:eastAsia="Times New Roman" w:cs="Times New Roman"/>
        </w:rPr>
        <w:t>Есүс Кесари Филиппийн нутагт ирээд, шавь нараасаа асуун, —Хүний Хүү Намайг хүмүүс хэн гэж ярьж байна вэ? гэв. Тэд, —Зарим нь Таныг Баптисч Иохан гэдэг; зарим нь Елиа; бусад нь Иеремиа, эсвэл эш үзүүлэгчдийн нэг гэдэг, гэж хариулав. Тэр тэдэнд, —Харин та нар Намайг хэн гэж хэлж байна вэ? гэхэд Симон Петр хариулан, —Та бол Христ, амьд Бурханы Хүү мөн, гэв. Есүс түүнд хариулан, —Симон Бар-Иона аа, чи ерөөлтэй еэ. Учир нь үүнийг чамд махан бие ба цус илчилсэн бус, харин тэнгэр дэх Миний Эцэг илчилсэн юм. Би ч бас чамд хэлье: чи бол Петр; энэ хад чулуун дээр Би Өөрийн чуулганыг байгуулна. Тамын хаалга түүнийг дийлэхгүй. Би чамд тэнгэрийн хаанчлалын түлхүүрүүдийг өгнө. Чиний газарт хүлсэн бүхэн тэнгэрт хүлэгдсэн байх болно; чиний газарт тайлсан бүхэн тэнгэрт тайлагдсан байх болно, гэв. Тэгээд Тэр Өөрийгөө Есүс Христ мөн гэдгийг хэнд ч бүү хэл гэж шавь нартаа хатуу захив. Тэр цагаас эхлэн Есүс Иерусалим уруу явж, ахлагчид, ахлах тахилч нар, хуулийн багш нараас олон зовлон амсаж, алуулж, гурав дахь өдөртөө дахин амилуулах ёстойг шавь нартаа үзүүлж эхлэв. Матай 16:13–21.</w:t>
      </w:r>
    </w:p>
    <w:p>
      <w:pPr>
        <w:pStyle w:val="ArticleBody"/>
        <w:jc w:val="left"/>
      </w:pPr>
      <w:r>
        <w:rPr>
          <w:rFonts w:ascii="Times New Roman" w:hAnsi="Times New Roman" w:eastAsia="Times New Roman" w:cs="Times New Roman"/>
        </w:rPr>
        <w:t>Кесари Филиппи бол Христийн үед Паниумын нэр байсан бөгөөд Паниум нь Даниел арван нэгийн арван дөрөвдүгээр эшлэлийн дараах эшлэлд танигддаг; тэнд өөрсдийгөө өргөмжилдөг боловч ундаг чиний ард түмний дээрэмчид гарч ирдэг. Иохан Баптистын онгодлон өгөгдсөн, төгс мэдээ нь эхэн үеийн, Миллерийн дүрмүүд дээр тогтоогдсон Миллеритын мэдээг төлөөлсөн мэдээ байв. Иоханы мэдээн дээр суурилан түүнийг тэлсэн Христийн төгсгөлийн үеийн мэдээ нь гурван тэнгэрэлчийн төгсгөлийн үеийн мэдээг хэв шинжлэн харуулсан бөгөөд тэр нь Миллерийн дүрмүүд болон мөр дээр мөр ирэх аргачлал төгсгөлд хүрэхэд Миллерийн мэдээнд нэмэгддэг дэлгэрэнгүй зүйлс дээр үндэслэдэг.</w:t>
      </w:r>
    </w:p>
    <w:p>
      <w:pPr>
        <w:pStyle w:val="ArticleBody"/>
        <w:jc w:val="left"/>
      </w:pPr>
      <w:r>
        <w:rPr>
          <w:rFonts w:ascii="Times New Roman" w:hAnsi="Times New Roman" w:eastAsia="Times New Roman" w:cs="Times New Roman"/>
        </w:rPr>
        <w:t>Үзэгдлийг Төгсгөлийн үеийн Ромын бэлгэдэлтэй тогтоон холбодог тэрхүү бэлгэдлийг буруугаар ойлгох нь Христийн түүхэнд загалмайн мэдээг няцаасан хүмүүсийнхтэй адил юм. Иохан Баптистын мэдээг няцаасан иудейчүүд Есүсийн сургаалаас ашиг хүртэж чадаагүй бөгөөд яг тийм үйлдэл хийсэн тэдгээр иудейчүүдийн түүх нь эхний тэнгэрэлчийн мэдээг няцаасан хүмүүсийг төлөөлдөг хэмээн бидэнд мэдүүлэгдсэн байдаг. Миллерчүүд “чиний ард түмний дээрэмчид”-ийг — миний хожим “Төгсгөлийн үеийн Ром” гэсэн үгээр нэрлэсэн тэрхүү зүйлийг — папын эрх мэдэл хэмээн тодорхойлсон.</w:t>
      </w:r>
    </w:p>
    <w:p>
      <w:pPr>
        <w:pStyle w:val="ArticleBody"/>
        <w:jc w:val="left"/>
      </w:pPr>
      <w:r>
        <w:rPr>
          <w:rFonts w:ascii="Times New Roman" w:hAnsi="Times New Roman" w:eastAsia="Times New Roman" w:cs="Times New Roman"/>
        </w:rPr>
        <w:t>Бид эдгээр авч үзэх асуудлыг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Хоёрдугаар дугаар</dc:title>
  <dc:subject>Сүүлийн өдрүүд дэх орчин үеийн Ром ба эш үзүүллэгийн үзэгдлийг танин тодорхойлох нь</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