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 Долоо дугаар тоо</w:t>
      </w:r>
    </w:p>
    <w:p>
      <w:pPr>
        <w:pStyle w:val="ArticleSubtitle"/>
        <w:jc w:val="left"/>
      </w:pPr>
      <w:r>
        <w:rPr>
          <w:rFonts w:ascii="Arial" w:hAnsi="Arial" w:eastAsia="Arial" w:cs="Arial"/>
        </w:rPr>
        <w:t>Эцсийн маргаан: Адвентист эш үзүүллэг дэх Ромын бэлгэдэл ба нигүүлслийн хугацааны төгсгөл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Бид Адвентизмын түүхийн дотор Ромын бэлгэдлийн талаархи маргаан асуудал болсон зургаан түүхэн шугамыг авч үзэж байна. Бид хожмын борооны аргачлалыг хэрэглэж байгаа бөгөөд энэ нь “энд жаахан” болон “тэнд жаахан”-аас бүрдэх “мөр дээр мөр” юм. Бид Ромын бэлгэдлийн талаархи анхны маргаан нь өнөөгийн маргааныг дүрслэн харуулдгийг тогтоосноор эхэлсэн бөгөөд иймээс ивээлийн хугацаа хаагдахаас өмнөх эцсийн маргаанд бид одоо байгааг онцолж байна.</w:t>
      </w:r>
    </w:p>
    <w:p>
      <w:pPr>
        <w:pStyle w:val="ArticleBody"/>
        <w:jc w:val="left"/>
      </w:pPr>
      <w:r>
        <w:rPr>
          <w:rFonts w:ascii="Times New Roman" w:hAnsi="Times New Roman" w:eastAsia="Times New Roman" w:cs="Times New Roman"/>
        </w:rPr>
        <w:t>Ромын бэлгэдлийн тухай энэхүү эцсийн маргааны ноцтой байдал нь мөн Даниел арван нэгдүгээр бүлгийн аравнаас арван зургаадугаар зүйлүүдээр дүрслэгддэг бөгөөд тэдгээр нь Даниел арван нэгдүгээр бүлгийн дөчдүгээр зүйлийн далд түүхийг хэв шинжээр илэрхийлдэг. Дөчдүгээр зүйлийн түүх нь эш үзүүллэгийг судлагчийг 1989 он болон Зөвлөлт Холбоот Улс задран унасанд, аравдугаар зүйлд төлөөлөгдөн үзүүлэгдсэн тэр үйл явдалд, хүргэдэг. Дараагийн зүйл, өөрөөр хэлбэл АНУ-д тун удахгүй гарах Ням гаргийн хуулийг тодорхойлдог дөчин нэгдүгээр зүйл нь арван зургаадугаар зүйлээр хэв шинжлэгдсэн байдаг. Илчлэлтээр лацлагдсан зүйл нь “эцсийн өдрүүдтэй холбоотой Даниелын номын хэсэг” байсан хэмээн тодорхойлогдсон юм.</w:t>
      </w:r>
    </w:p>
    <w:p>
      <w:pPr>
        <w:pStyle w:val="ArticleBody"/>
        <w:jc w:val="left"/>
      </w:pPr>
      <w:r>
        <w:rPr>
          <w:rFonts w:ascii="Times New Roman" w:hAnsi="Times New Roman" w:eastAsia="Times New Roman" w:cs="Times New Roman"/>
        </w:rPr>
        <w:t>1989 оноос Ням гаргийн хуулийн хүртэлх үе нь эцсийн өдрүүдийн лацдан хаагдсан хэсэг бөгөөд энэ нь аравдугаар ишлэлээс арван зургаадугаар ишлэлүүдэд дүрслэгдэн илэрхийлэгдсэн байдаг. Иймээс, Долдугаар өдрийн Адвентистуудын хувьд туршилтын хугацаа хаагдахад хүргэдэг зүйл нь мэдлэгийн өсөлт мөн; учир нь Америкийн Нэгдсэн Улсад Адвентизмын туршилтын хугацаа Ням гаргийн хуулиар дуусдаг. Аравдугаар ишлэлээс арван зургаадугаар ишлэлүүдэд бид арван дөрөвдүгээр ишлэлийг олж хардаг бөгөөд энэ нь Бурханы ард түмний “дээрэмчид” үзэгдлийг тогтоодгийг тодорхойлдог.</w:t>
      </w:r>
    </w:p>
    <w:p>
      <w:pPr>
        <w:pStyle w:val="ArticleBody"/>
        <w:jc w:val="left"/>
      </w:pPr>
      <w:r>
        <w:rPr>
          <w:rFonts w:ascii="Times New Roman" w:hAnsi="Times New Roman" w:eastAsia="Times New Roman" w:cs="Times New Roman"/>
        </w:rPr>
        <w:t>Иймээс 1843 оны анхдагч зурганд дүрслэгдсэн Миллерчүүдийн маргаан нь Адвентизмын түүхэн дэх Ромын анхны маргаан мөн. Яг тэрхүү нэгэн адил маргаан дахин хүрч ирсэн явдал нь Есүс, Альфа ба Омега болохын хувьд, төгсгөлийг үргэлж эхлэлээр дүрслэн харуулдгийг харахыг хүсдэг хэнд боловч мэдүүлж байна. Одоогийн маргаан бол мэргэн болон мунхаг охидыг шигшдэг эцсийн маргаан мөн.</w:t>
      </w:r>
    </w:p>
    <w:p>
      <w:pPr>
        <w:pStyle w:val="ArticleBody"/>
        <w:jc w:val="left"/>
      </w:pPr>
      <w:r>
        <w:rPr>
          <w:rFonts w:ascii="Times New Roman" w:hAnsi="Times New Roman" w:eastAsia="Times New Roman" w:cs="Times New Roman"/>
        </w:rPr>
        <w:t>Ариусгагдсан эш үзүүллэгийн логик нь зуун дөчин дөрвөн мянгатынхан тун удахгүй ирэх Ням гарагийн хуулийн үед тэдний нигүүлслийн хугацаа хаагдахаас өмнө төгс нэгдэлд хүрдэг болохыг заадаг. Малахи дахь Гэрээний Элчийн цэвэршүүлэх гал нь одоо Левичүүдийг алт мөнгө мэт ариусган цэвэршүүлж байна. Бохирыг Шүүрдэгч Нэгэн одоо үнэний үгсээр Өөрийн талбайг цэвэрлэн шүүж байна.</w:t>
      </w:r>
    </w:p>
    <w:p>
      <w:pPr>
        <w:pStyle w:val="ArticleScripture"/>
        <w:jc w:val="left"/>
      </w:pPr>
      <w:r>
        <w:rPr>
          <w:rFonts w:ascii="Times New Roman" w:hAnsi="Times New Roman" w:eastAsia="Times New Roman" w:cs="Times New Roman"/>
        </w:rPr>
        <w:t>“‘Түүний шигшүүр гартаа байгаа бөгөөд Тэр үтрэмээ бүрэн цэвэрлэж, буудайгаа амбаартаа хураан авна.’ Матай 3:12. Энэ нь цэвэршүүлэлтийн үеүдийн нэг байсан. Үнэний үгсээр буудайгаас хальсыг нь салгаж байв. Зэмлэлийг хүлээн авахад хэтэрхий хийрхүү, өөрсдийгөө зөвтгөсөн, даруу амьдралыг хүлээн авахад ертөнцийг хэт хайрласан байсан учраас олон хүн Есүсээс нүүр буруулсан. Өнөөдөр ч мөн олон хүн яг үүнтэй адил үйлдсээр байна. Капернаумын синагогт байсан тэдгээр шавь нар хэрхэн шалгагдсан шиг, өнөөдөр ч сүнснүүд мөн адил шалгагдаж байна. Үнэн зүрх сэтгэлд нь хүргэгдэх үед, тэд өөрсдийн амьдрал Бурханы хүсэлтэй нийцэхгүй байгааг хардаг. Тэд өөрсдөдөө бүхэл бүтэн өөрчлөлт хэрэгтэйг хардаг; гэвч тэд өөрийгөө үгүйсгэсэн тэр ажлыг үүрч авахыг хүсдэггүй. Тиймээс нүгэл нь илчлэгдмэгц тэд уурладаг. Шавь нар Есүсийг орхин явахдаа, ‘Энэ бол хатуу үг байна; үүнийг хэн сонсож чадах вэ?’ хэмээн гомдоллосонтой адил, тэд ч мөн гомдон холддог.” The Desire of Ages, 392.</w:t>
      </w:r>
    </w:p>
    <w:p>
      <w:pPr>
        <w:pStyle w:val="ArticleBody"/>
        <w:jc w:val="left"/>
      </w:pPr>
      <w:r>
        <w:rPr>
          <w:rFonts w:ascii="Times New Roman" w:hAnsi="Times New Roman" w:eastAsia="Times New Roman" w:cs="Times New Roman"/>
        </w:rPr>
        <w:t>Эхний арван зургаан эшлэл нь Даниелын сүүлчийн эш үзүүллэгийн эхлэл мөн бөгөөд тэдгээр эшлэл нь энэ бүлгийн сүүлийн зургаан эшлэлтэй нийцэж байгаа нь, Альфа ба Омега эхэн хэсгийн эшлэлүүдийг одоо явагдаж буй, арван хоёрдугаар бүлэгт Даниелаар дүрслэгдсэн мэргэн ба хорон хүмүүсийн эцсийн тусгаарлалтыг хэрэгжүүлэхийн тулд ашиглаж байгааг харуулж байна.</w:t>
      </w:r>
    </w:p>
    <w:p>
      <w:pPr>
        <w:pStyle w:val="ArticleBody"/>
        <w:jc w:val="left"/>
      </w:pPr>
      <w:r>
        <w:rPr>
          <w:rFonts w:ascii="Times New Roman" w:hAnsi="Times New Roman" w:eastAsia="Times New Roman" w:cs="Times New Roman"/>
        </w:rPr>
        <w:t>Энэхүү маргааны ноцтой шинжийг гэрчлэх гурав дахь нотолгоо нь, Систер Уайтын бичвэрүүдээр дамжин Илчлэлтээр өгөгдсөн гэрчлэл 1843 оны анхдагчдын хүснэгтийг тодорхойгоор батлан дэмждэг явдал бөгөөд тэрхүү хүснэгт нь арван дөрөвдүгээр эшлэл дэх Ромын тухай маргааныг дүрсэлдэг. Эхний маргаан нь төгсгөлийн маргааныг төлөөлдөг бөгөөд арван дөрөвдүгээр эшлэл дэх “чиний ард түмний дээрэмчид”-ийн талаархи Миллерит ойлголтыг Илчлэлтээр батлан сайшаасан нь, хэрэв тэр суурь үнэн няцаагдвал, энэ нь нэгэн зэрэг Эш Үзүүллэгийн Сүнсний эрх мэдлийг няцааж буй хэрэг мөн гэсэн утгатай. Туршилтын хугацаа хаагдахын яг өмнө энэ маргаан болдог гэдгийг онцолдог өмнөх хоёр гэрчтэй нийцэн, Эш Үзүүллэгийн Сүнсийг сахин баримталдаг хэмээн өөрсдийгөө тунхаглагчдын хувьд эцсийн буюу туйлын мэхлэлт нь Эш Үзүүллэгийн Сүнсийг няцаах явдал мөн гэдэг нь гарцаагүй үнэн юм.</w:t>
      </w:r>
    </w:p>
    <w:p>
      <w:pPr>
        <w:pStyle w:val="ArticleScripture"/>
        <w:jc w:val="left"/>
      </w:pPr>
      <w:r>
        <w:rPr>
          <w:rFonts w:ascii="Times New Roman" w:hAnsi="Times New Roman" w:eastAsia="Times New Roman" w:cs="Times New Roman"/>
        </w:rPr>
        <w:t>“Сатан нь... үнэнээс холдуулахын тулд хуурамчийг байнга тулган оруулдаг. Сатаны хамгийн эцсийн мэхлэлт нь Бурханы Сүнсний гэрчлэлийг хүчингүй болгох явдал байх болно. ‘Илчлэл үгүй газарт ард түмэн мөхдөг’ (Сургаалт үгс 29:18). Сатан жинхэнэ гэрчлэлд Бурханы үлдэгдэл ард түмний итгэх итгэлийг ганхуулахын тулд янз бүрийн аргаар, янз бүрийн хэрэгслээр дамжуулан овжингоор ажиллах болно.”</w:t>
      </w:r>
    </w:p>
    <w:p>
      <w:pPr>
        <w:pStyle w:val="ArticleScripture"/>
        <w:jc w:val="left"/>
      </w:pPr>
      <w:r>
        <w:rPr>
          <w:rFonts w:ascii="Times New Roman" w:hAnsi="Times New Roman" w:eastAsia="Times New Roman" w:cs="Times New Roman"/>
        </w:rPr>
        <w:t>“Гэрчлэлүүдийн эсрэг сатанлаг нэгэн үзэн ядалт асаагдах болно. Сатаны үйл ажиллагаа нь чуулгануудын тэдгээрт итгэх итгэлийг ганхуулахад чиглэнэ. Учир нь Бурханы Сүнсний сануулга, зэмлэл, зөвлөгөөг анхааран дагадаг бол Сатан өөрийн мэхлэлүүдийг нэвтрүүлж, сүнснүүдийг төөрөгдлөөрөө хүлэн боох тийм тодорхой, чөлөөтэй замтай байж үл чадна.” Selected Messages, book 1, 48.</w:t>
      </w:r>
    </w:p>
    <w:p>
      <w:pPr>
        <w:pStyle w:val="ArticleBody"/>
        <w:jc w:val="left"/>
      </w:pPr>
      <w:r>
        <w:rPr>
          <w:rFonts w:ascii="Times New Roman" w:hAnsi="Times New Roman" w:eastAsia="Times New Roman" w:cs="Times New Roman"/>
        </w:rPr>
        <w:t>Эллен Уайтын бичвэрүүдээр дамжин илэрхийлэгдсэн “Бурханы Сүнсний гэрчлэл”-ийн эрх мэдлийг хүчингүй болгох, эсвэл няцаах явдал нь “Сатаны хамгийн эцсийн мэхлэл” мөн. Уайт эгч өөрт нь “үзүүлэгдсэн” бөгөөд “1843 оны хүснэгт Эзэний мутрын удирдлагаар хийгдсэн тул өөрчилж болохгүй” хэмээн бичсэн. Өмнөх эшлэл нь Зөгнөлийн Сүнсний эрх мэдлийг няцаах явдлыг эцсийн өдрүүдийн үзэгдэлтэй шууд холбон үзүүлдэг, учир нь бүх эш үзүүлэгчид эцсийн өдрүүдийн тухай хамгийн шууд өгүүлдэг. Иймээс Даниел арван дөрөвдүгээр эшлэлд “дээрэмчид” үзэгдлийг тогтооно гэж хэлэхдээ, тэр нь Сургаалт үгс 29:18 дахь Соломоны үзэгдлийг хэлж байгаа бөгөөд тэнд үзэгдэлгүй хүмүүс “сөхдөг” гэж хэлдэг, харин “сөхөх” гэдэг үг нь “нүцгэлэгдэх” гэсэн утгатай юм.</w:t>
      </w:r>
    </w:p>
    <w:p>
      <w:pPr>
        <w:pStyle w:val="ArticleBody"/>
        <w:jc w:val="left"/>
      </w:pPr>
      <w:r>
        <w:rPr>
          <w:rFonts w:ascii="Times New Roman" w:hAnsi="Times New Roman" w:eastAsia="Times New Roman" w:cs="Times New Roman"/>
        </w:rPr>
        <w:t>Тиймээс “мөхнө” гэдэг нь эцсийн өдрүүдэд Зөгнөлийн Сүнсийг баримталдаг хэмээн тунхагладаг атлаа түүнд төлөөлөгдөн илэрхийлэгдсэн эрх мэдлийг үгүйсгэдэг хүмүүс нүцгэн болж, мөхдөг болохыг зааж байна. Энэ нь “хөөрхий, өрөвдөлтэй, ядуу, сохор, нүцгэн” Лаодикейнхний дүрслэл мөн. Тэдэнд “цагаан хувцас авч өмс, тэгвэл чи хувцаслагдаж, нүцгэн байдлын чинь ичгүүр илрэхгүй” хэмээн зөвлөсөн байдаг. Хэрэв тэд энэ зөвлөгөөг хүлээн авахаас татгалзвал Эзэний амнаас бөөлжигдөн гаргагдана.</w:t>
      </w:r>
    </w:p>
    <w:p>
      <w:pPr>
        <w:pStyle w:val="ArticleBody"/>
        <w:jc w:val="left"/>
      </w:pPr>
      <w:r>
        <w:rPr>
          <w:rFonts w:ascii="Times New Roman" w:hAnsi="Times New Roman" w:eastAsia="Times New Roman" w:cs="Times New Roman"/>
        </w:rPr>
        <w:t>Ийнхүү энэхүү нүцгэн байдал нь нигүүлслийн хугацаа хаагдахын яг өмнө илчлэгддэг болохын өөр нэг гэрчийг бид олж байна. Удахгүй гарах Ням гаргийн хууль хэрэгжих үед тэр нүцгэн сүнснүүд Даниел 11-ийн дөчин нэгдүгээр эшлэлд дүрслэгдсэнчлэн унаж дийлэгдэхдээ араатны тэмдгийг хүлээн авах болно. Тэд унаж дийлэгдэхийн шалтгаан нь Адвентизмийн суурийг илэрхийлж, 1843 оны анхдагчдын хүснэгтийг батлан хамгаалдаг, мөн 14-р эшлэл дэх “чиний ард түмний дээрэмчид” хэмээн дүрслэгдсэн хүч нь Ром мөн болохыг тогтоосноор үзэгдлийг баталгаажуулдаг “түлхүүр”-ийг агуулдаг Зөгнөлийн Сүнсний эрх мэдлийг тэд няцаасан явдал юм.</w:t>
      </w:r>
    </w:p>
    <w:p>
      <w:pPr>
        <w:pStyle w:val="ArticleScripture"/>
        <w:jc w:val="left"/>
      </w:pPr>
      <w:r>
        <w:rPr>
          <w:rFonts w:ascii="Times New Roman" w:hAnsi="Times New Roman" w:eastAsia="Times New Roman" w:cs="Times New Roman"/>
        </w:rPr>
        <w:t>“Нэг зүйл тодорхой: Сатаны тугийн дор байр сууриа эзэлдэг Долоо дахь өдрийн Адвентистууд юуны өмнө Бурханы Сүнсний Гэрчлэлүүдэд агуулагдсан анхааруулгууд болон зэмлэлүүдэд итгэх итгэлээсээ няцах болно.</w:t>
      </w:r>
    </w:p>
    <w:p>
      <w:pPr>
        <w:pStyle w:val="ArticleScripture"/>
        <w:jc w:val="left"/>
      </w:pPr>
      <w:r>
        <w:rPr>
          <w:rFonts w:ascii="Times New Roman" w:hAnsi="Times New Roman" w:eastAsia="Times New Roman" w:cs="Times New Roman"/>
        </w:rPr>
        <w:t>“Илүү бүрэн ариусал болон илүү ариун үйлчлэлд дуудах дуудлага өгөгдөж байгаа бөгөөд цаашид ч өгөгдсөөр байх болно. Одоо Сатаны санал шивнээг дамжуулж буй зарим нь ухаан санаандаа эргэн ирнэ. Энэ цаг үеийн үнэнийг ойлгодоггүй, итгэл хүлээлгэсэн чухал албан тушаалд буй хүмүүс бий. Тэдэнд энэ мэдээг хүргэх ёстой. Хэрэв тэд үүнийг хүлээн авбал, Христ тэднийг хүлээн авч, Өөртэйгөө хамтран ажиллагчид болгоно. Харин хэрэв тэд энэ мэдээг сонсохоос татгалзвал, тэд Харанхуйн Жононгийн хар тугийн дор байр сууриа эзлэх болно.</w:t>
      </w:r>
    </w:p>
    <w:p>
      <w:pPr>
        <w:pStyle w:val="ArticleScripture"/>
        <w:jc w:val="left"/>
      </w:pPr>
      <w:r>
        <w:rPr>
          <w:rFonts w:ascii="Times New Roman" w:hAnsi="Times New Roman" w:eastAsia="Times New Roman" w:cs="Times New Roman"/>
        </w:rPr>
        <w:t>“Энэ цаг үеийн үнэт үнэн хүний оюун ухаанд улам бүр илүү тодорхой нээгдэж байна гэж би хэл хэмээн зааварлагдсан. Онцгой утгаараа эрэгтэйчүүд, эмэгтэйчүүд Христийн махнаас идэж, Түүний цусаас уух ёстой. Учир нь үнэн тасралтгүй тэлэх чадвартай тул ойлголт хөгжинө. Үнэний тэнгэрлэг Эхлүүлэгч Түүнийг танин мэдэхээр үргэлжлэн урагшилдаг хүмүүстэй улам ойр, улам ойр харилцаанд орно. Бурханы ард түмэн Түүний үгийг тэнгэрийн талх болгон хүлээн авахын хэрээр, Түүний илрэн гарах нь өглөөний адил бэлтгэгдсэн гэдгийг тэд мэдэх болно. Тэд хоол идэхэд бие махбодод биеийн хүч чадал ирдгийн адил, сүнслэг хүч чадлыг хүлээн авах болно.” Spalding and Magan, 305, 306.</w:t>
      </w:r>
    </w:p>
    <w:p>
      <w:pPr>
        <w:pStyle w:val="ArticleBody"/>
        <w:jc w:val="left"/>
      </w:pPr>
      <w:r>
        <w:rPr>
          <w:rFonts w:ascii="Times New Roman" w:hAnsi="Times New Roman" w:eastAsia="Times New Roman" w:cs="Times New Roman"/>
        </w:rPr>
        <w:t>Өмнөх өгүүлэлдээ бид Уриа Смитийг 1863 оны бослогын гол манлайлагч байсан гэдгийг тогтоосон. Учир нь 1863 оны хуурамч хүснэгтийг анх оруулж ирсэн нь тэр байв. Түүний 1863 онд гаргасан тэрхүү хүснэгт нь Левит хорин зургаад буй долоон үеийг Лаодикеийн Адвентизмийн эш үзүүллэгийн мэдээнээс зайлуулсан бөгөөд ингэснээр сууриудыг аажмаар нураан эвдэх үйл явцын эхлэлийг тэмдэглэсэн төдийгүй, мөн элсэн дээр байгуулагдсан хуурамч Лаодикеийн Адвентист суурийг босгон байгуулах эхлэлийг тавьсан юм. Хожим Адвентист түүхэнд хойд зүгийн хааны тухай түүний хувийн тайлбар нь, хүмүүс сүмээс дүрвэн одох үед, түүний эш үзүүллэгийн загварын үр жимсийг гаргасан билээ.</w:t>
      </w:r>
    </w:p>
    <w:p>
      <w:pPr>
        <w:pStyle w:val="ArticleScripture"/>
        <w:jc w:val="left"/>
      </w:pPr>
      <w:r>
        <w:rPr>
          <w:rFonts w:ascii="Times New Roman" w:hAnsi="Times New Roman" w:eastAsia="Times New Roman" w:cs="Times New Roman"/>
        </w:rPr>
        <w:t>Хуурамч эш үзүүлэгчдээс сэрэмжлэгтүн. Тэд та нар уруу хонины арьс нөмрөн ирдэг боловч дотроо улайран дайрагч чононууд мөн. Та нар тэднийг үр жимсээр нь танин мэднэ. Хүмүүс өргөснөөс усан үзэм, эсвэл халгайнаас инжир хураадаг бил үү? Үүнчлэн сайн мод бүр сайн үр жимс ургуулдаг, харин муу мод муу үр жимс ургуулдаг. Сайн мод муу үр жимс ургуулж үл чадна, мөн муу мод сайн үр жимс ургуулж үл чадна. Сайн үр жимс ургуулдаггүй мод бүрийг огтолж, галд хаядаг. Иймээс та нар тэднийг үр жимсээр нь танин мэднэ. Надад “Эзэн минь, Эзэн минь” гэж хэлдэг бүхэн тэнгэрийн хаанчлалд орохгүй, харин тэнгэрт буй Миний Эцэгийн хүслийг үйлдэгч нь орно. Тэр өдөр олон хүн Надад, “Эзэн минь, Эзэн минь, бид Таны нэрээр эш үзүүлээгүй гэж үү? Таны нэрээр чөтгөрүүдийг хөөгөөгүй гэж үү? Таны нэрээр олон гайхамшигт үйлс бүтээгээгүй гэж үү?” хэмээн хэлнэ. Тэгэхэд Би тэдэнд, “Би та нарыг хэзээ ч мэдээгүй. Ёс бусыг үйлдэгчид ээ, Надаас зайлцгаа” хэмээн ил тод айлдана. Иймд Миний эдгээр үгийг сонсоод тэдгээрийг хэрэгжүүлэгч хэн боловч, хад чулуун дээр гэрээ барьсан мэргэн хүнтэй адил юм. Бороо орж, үер бууж, салхи салхилан тэр гэрийг цохивч, тэр нь нуран унасангүй. Учир нь тэр хад чулуун дээр суурилагдсан байв. Харин Миний эдгээр үгийг сонсоод тэдгээрийг хэрэгжүүлдэггүй хүн бүр элсэн дээр гэрээ барьсан мунхаг хүнтэй адил юм. Бороо орж, үер бууж, салхи салхилан тэр гэрийг цохиход, тэр нь нуран унасан бөгөөд сүйрэл нь үлэмж их байв. Матай 7:15–27.</w:t>
      </w:r>
    </w:p>
    <w:p>
      <w:pPr>
        <w:pStyle w:val="ArticleBody"/>
        <w:jc w:val="left"/>
      </w:pPr>
      <w:r>
        <w:rPr>
          <w:rFonts w:ascii="Times New Roman" w:hAnsi="Times New Roman" w:eastAsia="Times New Roman" w:cs="Times New Roman"/>
        </w:rPr>
        <w:t>Лаодикийн Долоо дахь өдрийн Адвентизмын удирдлагыг 1989 онд, Христийн мэндлэх үед Иудейн сүмийн удирдлагыг тойрон өнгөрсөнтэй адил гарцаагүйгээр тойрон өнгөрсөн юм.</w:t>
      </w:r>
    </w:p>
    <w:p>
      <w:pPr>
        <w:pStyle w:val="ArticleScripture"/>
        <w:jc w:val="left"/>
      </w:pPr>
      <w:r>
        <w:rPr>
          <w:rFonts w:ascii="Times New Roman" w:hAnsi="Times New Roman" w:eastAsia="Times New Roman" w:cs="Times New Roman"/>
        </w:rPr>
        <w:t>“Хүмүүс үүнийг мэддэггүй, гэвч энэ мэдээ тэнгэрийг баяслаар дүүргэдэг. Гэрлийн ертөнцөөс ирсэн ариун оршигчид илүү гүн, илүү энэрэнгүй сонирхлоор газар дэлхий рүү татагдан ирнэ. Түүний оршихуйгаар бүх дэлхий улам гэрэлтэнэ. Бетлехемийн толгодын дээгүүр тоо томшгүй олон тэнгэрэлч цугларсан байна. Тэд баярт мэдээг дэлхийд тунхаглах дохиог хүлээнэ. Хэрэв Израилийн удирдагчид өөрсдөд нь даалгасан итгэлд үнэнч байсан бол, Есүсийн төрснийг тунхаглах баярт тэд ч бас оролцож болох байлаа. Харин эдүгээ тэднийг өнгөрчээ.”</w:t>
      </w:r>
    </w:p>
    <w:p>
      <w:pPr>
        <w:pStyle w:val="ArticleScripture"/>
        <w:jc w:val="left"/>
      </w:pPr>
      <w:r>
        <w:rPr>
          <w:rFonts w:ascii="Times New Roman" w:hAnsi="Times New Roman" w:eastAsia="Times New Roman" w:cs="Times New Roman"/>
        </w:rPr>
        <w:t>“Бурхан, ‘Би цангасан нэгэнд ус асгаж, хуурай газарт үерийн ус урсгана’ хэмээн тунхагладаг.” “Шударга хүмүүст харанхуй дунд гэрэл манддаг.” Исаиа 44:3; Дуулал 112:4. “Гэрлийг эрэн хайж, түүнийг баяртайгаар хүлээн авдаг хүмүүст Бурханы сэнтийнээс гарах тод гэрлийн туяа гийх болно.” Хүслийн Эрин, 47.</w:t>
      </w:r>
    </w:p>
    <w:p>
      <w:pPr>
        <w:pStyle w:val="ArticleBody"/>
        <w:jc w:val="left"/>
      </w:pPr>
      <w:r>
        <w:rPr>
          <w:rFonts w:ascii="Times New Roman" w:hAnsi="Times New Roman" w:eastAsia="Times New Roman" w:cs="Times New Roman"/>
        </w:rPr>
        <w:t>Христийн шугам дахь төгсгөлийн цаг нь Түүний төрөлт байсан бөгөөд тухайн үед тэр үеийнхнийг шалгах мэдээ лацнаасаа тайлагдсан юм. 1989 он бол нэг зуун дөчин дөрвөн мянгад багтахаар дуудагдсан нэр дэвшигчдийн хувьд төгсгөлийн цаг байсан. Урия Смитийн эш үзүүллэгийн загвар 1843 оны хүснэгт дээр дүрслэгдсэн суурь үнэнийг няцаасан. Тэдгээр үнэн нь “Хад” байв.</w:t>
      </w:r>
    </w:p>
    <w:p>
      <w:pPr>
        <w:pStyle w:val="ArticleScripture"/>
        <w:jc w:val="left"/>
      </w:pPr>
      <w:r>
        <w:rPr>
          <w:rFonts w:ascii="Times New Roman" w:hAnsi="Times New Roman" w:eastAsia="Times New Roman" w:cs="Times New Roman"/>
        </w:rPr>
        <w:t>“Анхааруулга ирсэн: 1842, 1843, 1844 онуудад мэдээ ирснээс хойш бидний барьж ирсэн итгэлийн суурийг ганхуулах юу ч нэвтрэн орохыг зөвшөөрч болохгүй. Би энэ мэдээнд байсан бөгөөд түүнээс хойш Бурханы бидэнд өгсөн гэрэлд үнэнчээр, дэлхийн өмнө зогссоор ирсэн. Өдөр өдрөөр бид Эзэнийг чин сэтгэлийн залбирлаар эрж, гэрлийг хайж байхдаа бидний хөл тавигдсан тэр тавцангаас хөлөө авах бодол бидэнд үгүй. Та нар намайг Бурханы надад өгсөн гэрлээс татгалзаж чадна гэж бодож байна уу? Тэр нь Үе Үеийн Хад мэт байх ёстой. Тэр надад өгөгдсөн цагаас хойш намайг удирдсаар ирсэн.” Review and Herald, 1903 оны 4 дүгээр сарын 14.</w:t>
      </w:r>
    </w:p>
    <w:p>
      <w:pPr>
        <w:pStyle w:val="ArticleBody"/>
        <w:jc w:val="left"/>
      </w:pPr>
      <w:r>
        <w:rPr>
          <w:rFonts w:ascii="Times New Roman" w:hAnsi="Times New Roman" w:eastAsia="Times New Roman" w:cs="Times New Roman"/>
        </w:rPr>
        <w:t>2001 оны 9 дүгээр сарын 11-нд гурав дахь гай зовлонгийн Исламыг төлөөлөх салхи тавигдан гарснаар хожуугийн бороо шивэрч эхэлсэн бөгөөд Патриот хууль нь Английн эрх зүйгээс Ромын эрх зүй рүү шилжсэнийг тэмдэглэж, папын эрх мэдлийн үер урсаж эхэлснийг эш үзүүллэгийн дагуу зарлан тунхаглав. Лаодикеийн Адвентизмын гэрийн эцсийн шалгалтын үйл явц эхэлсэн бөгөөд “бороо орж, үер бууж, салхи салхилан, тэр гэрийг цохив; тэгээд тэр нь нурж унасан; уналт нь үлэмж их байсан юм”.</w:t>
      </w:r>
    </w:p>
    <w:p>
      <w:pPr>
        <w:pStyle w:val="ArticleBody"/>
        <w:jc w:val="left"/>
      </w:pPr>
      <w:r>
        <w:rPr>
          <w:rFonts w:ascii="Times New Roman" w:hAnsi="Times New Roman" w:eastAsia="Times New Roman" w:cs="Times New Roman"/>
        </w:rPr>
        <w:t>Тэр үед хүчирхэг тэнгэрэлчийн тунхагласан мэдээ нь бүх үндэстэн Вавилоны дарсыг уусан болохыг илчилсэн бөгөөд 1863 оны тэрслэлээс хойш аажмаар хүлээн авсаар ирсэн папын Ром болон урвагч протестантизмын хуурамч аргачлал нь Вавилоны дарс (сургаал)-аар төлөөлөгдөн дүрслэгддэг.</w:t>
      </w:r>
    </w:p>
    <w:p>
      <w:pPr>
        <w:pStyle w:val="ArticleScripture"/>
        <w:jc w:val="left"/>
      </w:pPr>
      <w:r>
        <w:rPr>
          <w:rFonts w:ascii="Times New Roman" w:hAnsi="Times New Roman" w:eastAsia="Times New Roman" w:cs="Times New Roman"/>
        </w:rPr>
        <w:t>Эдгээрийн дараа би өөр нэгэн тэнгэр элчийг тэнгэрээс бууж ирэхийг үзэв. Тэр агуу эрх мэдэлтэй байсан бөгөөд түүний алдраар газар дэлхий гэрэлтэв. Тэрээр хүчтэй дуугаар чанга хашхирч, —Агуу Вавилон нуран унав, нуран унав; чөтгөрүүдийн оромж, бузар бүх сүнсний хоргодох газар, бузар бөгөөд жигшүүрт бүх шувуудын тор болсон байна. Учир нь бүх үндэстэн түүний завхайрлын хилэнгийн дарснаас ууж, газрын хаад түүнтэй завхайрч, газрын худалдаачид түүний тансаг хэрэглээний элбэгшлээс баян болсон билээ гэж айлдав. Илчлэлт 18:1–3.</w:t>
      </w:r>
    </w:p>
    <w:p>
      <w:pPr>
        <w:pStyle w:val="ArticleBody"/>
        <w:jc w:val="left"/>
      </w:pPr>
      <w:r>
        <w:rPr>
          <w:rFonts w:ascii="Times New Roman" w:hAnsi="Times New Roman" w:eastAsia="Times New Roman" w:cs="Times New Roman"/>
        </w:rPr>
        <w:t>2020 оны 7 дугаар сарын 18-ны урам хугарал дээр Лаодикийн Долоо дахь өдрийн Адвентист сүмийн хувьд шалгалтын үйл явц дууссан бөгөөд нэг зуун дөчин дөрвөн мянгад багтах нэр дэвшигчдийн шалгалтын үйл явц эхэлсэн. 2023 оны 7 дугаар сард Михаел тэдгээр нэр дэвшигчдийг сэрээж эхлэх үед, Адвентизмын сургаалт зүйрлэлд тосоор төлөөлөгдсөн мэдээ дахин лацгүй болсон. 2001 оны 9 дүгээр сарын 11-ний дараа ч бай, эсвэл 2023 оны 7 дугаар сарын дараа ч бай, тос асгаруулалт байсан бөгөөд 2023 оны 7 дугаар сард лацгүй болсон тэрхүү мэдээ бүрэн хөгжихдөө сургаалт зүйрлэлийн Шөнө дундын Хашхирааны мэдээ мөн.</w:t>
      </w:r>
    </w:p>
    <w:p>
      <w:pPr>
        <w:pStyle w:val="ArticleBody"/>
        <w:jc w:val="left"/>
      </w:pPr>
      <w:r>
        <w:rPr>
          <w:rFonts w:ascii="Times New Roman" w:hAnsi="Times New Roman" w:eastAsia="Times New Roman" w:cs="Times New Roman"/>
        </w:rPr>
        <w:t>Энэ нь сорилтын үед мэргэн ба мунхаг онгон охидод хандсан мэдээ болон эхэлдэг боловч хүчирхэгжин агуу чанга хашхирааны мэдээ болтлоо өсөн нэмэгддэг. Тэрхүү мэдээ айсуй Ням гаргийн хуулийн үед хүрч ирдэг бөгөөд, тэр хүрч ирэхэд Илчлэл арван наймдугаар бүлгийн хоёр дахь дуу хоолой Бурханы бусад сүргийг Вавилоноос дуудаж гаргадаг.</w:t>
      </w:r>
    </w:p>
    <w:p>
      <w:pPr>
        <w:pStyle w:val="ArticleScripture"/>
        <w:jc w:val="left"/>
      </w:pPr>
      <w:r>
        <w:rPr>
          <w:rFonts w:ascii="Times New Roman" w:hAnsi="Times New Roman" w:eastAsia="Times New Roman" w:cs="Times New Roman"/>
        </w:rPr>
        <w:t>Тэгээд би тэнгэрээс өөр нэгэн дуу хоолойг сонсов. Тэрээр: Миний ард түмэн, түүний нүглүүдэд оролцогчид болохгүйн тулд, мөн түүний гай гамшгуудаас хүртэхгүйн тулд түүнээс гарцгаа гэж айлдав. Учир нь түүний нүглүүд тэнгэрт хүрч, Бурхан түүний гэм бурууг санав. Илчлэл 18:4, 5.</w:t>
      </w:r>
    </w:p>
    <w:p>
      <w:pPr>
        <w:pStyle w:val="ArticleBody"/>
        <w:jc w:val="left"/>
      </w:pPr>
      <w:r>
        <w:rPr>
          <w:rFonts w:ascii="Times New Roman" w:hAnsi="Times New Roman" w:eastAsia="Times New Roman" w:cs="Times New Roman"/>
        </w:rPr>
        <w:t>Нэгдүгээрээс гуравдугаар эшлэлийн эхний дуу сорилтын цагийн ирснийг тунхагласан бөгөөд улмаар хожуу борооны цацрал эхэлсэн юм. Хоёр дахь дуу тэрхүү сорилтын цагийн төгсгөлийг тодорхойлон, мөн Бабилонд одоо хүртэл байгаа Бурханы бусад сүргийн сорилтын цагийг тунхагладаг.</w:t>
      </w:r>
    </w:p>
    <w:p>
      <w:pPr>
        <w:pStyle w:val="ArticleScripture"/>
        <w:jc w:val="left"/>
      </w:pPr>
      <w:r>
        <w:rPr>
          <w:rFonts w:ascii="Times New Roman" w:hAnsi="Times New Roman" w:eastAsia="Times New Roman" w:cs="Times New Roman"/>
        </w:rPr>
        <w:t>“Иймээс дэлхийд өгөгдөх сүүлчийн анхааруулгын ажилд чуулгануудад хандсан хоёр ялгаатай дуудлага өгөгддөг. Хоёр дахь тэнгэрэлчийн мэдээ нь: ‘Агуу тэр хот Вавилон унасан, унасан. Учир нь тэрээр өөрийн садар самууны хилэнгийн дарсаар бүх үндэстнийг уулгасан юм.’ Харин гурав дахь тэнгэрэлчийн мэдээний чанга хашхираанд тэнгэрээс нэгэн дуу хоолой сонсогдон, ‘Миний ард түмэн, түүнээс гарч ир’ хэмээн айлдаж байна.” Review and Herald, December 6, 1892.</w:t>
      </w:r>
    </w:p>
    <w:p>
      <w:pPr>
        <w:pStyle w:val="ArticleBody"/>
        <w:jc w:val="left"/>
      </w:pPr>
      <w:r>
        <w:rPr>
          <w:rFonts w:ascii="Times New Roman" w:hAnsi="Times New Roman" w:eastAsia="Times New Roman" w:cs="Times New Roman"/>
        </w:rPr>
        <w:t>Ариун Сүнс асгарч байх үед л 2 Тесалоник дахь Паулын өгүүлсэн хүчтэй төөрөгдөл биелдэг. 2001 оны 9 дүгээр сарын 11-нд эхэлсэн Лаодикийн Долоо дахь өдрийн Адвентист сүмийн сорилт байсан ч, эсвэл 2020 оны 7 дугаар сарын 18-ны урам хугарлыг туулсан онгон охидын сорилт байсан ч, сорилт нь Ариун Сүнс асгарах үед явагддаг. Тэрхүү асгаралт нь сорих мэдээг төлөөлдөг.</w:t>
      </w:r>
    </w:p>
    <w:p>
      <w:pPr>
        <w:pStyle w:val="ArticleScripture"/>
        <w:jc w:val="left"/>
      </w:pPr>
      <w:r>
        <w:rPr>
          <w:rFonts w:ascii="Times New Roman" w:hAnsi="Times New Roman" w:eastAsia="Times New Roman" w:cs="Times New Roman"/>
        </w:rPr>
        <w:t>“Бүх газрын Эзэний дэргэд зогсогч тослогдсон хүмүүс нь нэгэн цагт халхлагч херуб байсан Сатанд өгөгдсөн байр суурийг эзэлдэг. Өөрийн сэнтийг тойрон хүрээлэгч ариун оршнолуудаар дамжуулан Эзэн газрын оршин суугчидтай тасралтгүй харилцаа тогтоон байдаг. Алтан тос нь Бурхан итгэгчдийн дэнлүүнүүдийг бөхөж унтралгүй байлгахын тулд тэдгээрийг ханган тэтгэж байдаг нигүүлслийг төлөөлнө. Хэрэв энэ ариун тос Бурханы Сүнсний мэдээнүүдээр дамжин тэнгэрээс асгарч байдаггүйсэн бол, бузар муугийн хүчин зүйлс хүмүүсийг бүхэлд нь захирах байсан.”</w:t>
      </w:r>
    </w:p>
    <w:p>
      <w:pPr>
        <w:pStyle w:val="ArticleScripture"/>
        <w:jc w:val="left"/>
      </w:pPr>
      <w:r>
        <w:rPr>
          <w:rFonts w:ascii="Times New Roman" w:hAnsi="Times New Roman" w:eastAsia="Times New Roman" w:cs="Times New Roman"/>
        </w:rPr>
        <w:t>Бурхан бидэнд илгээдэг мэдээг нь бид хүлээн авахгүй байх үед Тэр гутаагддаг. Ийнхүү бид Түүний харанхуйд буй хүмүүст дамжуулагдахаар бидний сүнсэнд юүлэхийг хүсдэг алтан тосыг няцаадаг. “Харагтун, хүргэн ирж байна; түүнийг угтан гарагтун” гэсэн дуудлага ирэхэд ариун тосыг хүлээн аваагүй, Христийн нигүүлслийг зүрхэндээ нандигнан хадгалаагүй хүмүүс мунхаг онгон охидын адил Эзэнтэйгээ уулзахад бэлэн бус байгаагаа олж мэднэ. Тэдэнд тосыг олж авах хүч чадал өөрсдөд нь байхгүй бөгөөд амьдрал нь сүйрнэ. Харин Бурханы Ариун Сүнсийг гуйж, Мосегийн адил “Надад Өөрийн алдар сууг үзүүлээч” хэмээн гуйвал, Бурханы хайр бидний зүрхэнд элбэгээр асгарна. Алтан хоолойгоор дамжин алтан тос бидэнд дамжуулагдана. “Хүчлээр ч биш, чадлаар ч биш, харин Миний Сүнсээр, гэж Түмэн цэргийн ЭЗЭН айлдаж байна.” Зөвт байдлын Нарны тод цацрагуудыг хүлээн авснаар Бурханы хүүхдүүд дэлхийд гэрлүүд мэт гэрэлтдэг. Review and Herald, July 20, 1897.</w:t>
      </w:r>
    </w:p>
    <w:p>
      <w:pPr>
        <w:pStyle w:val="ArticleBody"/>
        <w:jc w:val="left"/>
      </w:pPr>
      <w:r>
        <w:rPr>
          <w:rFonts w:ascii="Times New Roman" w:hAnsi="Times New Roman" w:eastAsia="Times New Roman" w:cs="Times New Roman"/>
        </w:rPr>
        <w:t>Нэг зуун дөчин дөрвөн мянгын тамгалагдах хугацаа 2001 оны 9 дүгээр сарын 11-нд эхэлсэн бөгөөд энэ нь сорилтын хоёр үеийг төлөөлдөг. Эхнийх нь Лаодикийн Долоо дахь өдрийн Адвентист сүмийн эцсийн шалгалт бөгөөд, хоёр дахь нь арван онгон бүсгүйн тухай сургаалт зүйрлэлийн хам сэдэв болсон хүмүүст хамаарна. Ухаантай ч бай, мунхаг ч бай онгон бүсгүй байх нь бүх онгон бүсгүйчүүд саатлын хугацааг туулахыг шаарддаг.</w:t>
      </w:r>
    </w:p>
    <w:p>
      <w:pPr>
        <w:pStyle w:val="ArticleBody"/>
        <w:jc w:val="left"/>
      </w:pPr>
      <w:r>
        <w:rPr>
          <w:rFonts w:ascii="Times New Roman" w:hAnsi="Times New Roman" w:eastAsia="Times New Roman" w:cs="Times New Roman"/>
        </w:rPr>
        <w:t>Миллеритүүдийн түүхэнд “саатлын хугацаа” нь хоёр дахь тэнгэрэлчийн мэдээ ирснээр, өөрөөр хэлбэл анхны урам хугарал тохиосон үед эхэлсэн юм. Тэр мөчид Бурханы хуучин гэрээний сонгогдсон ард түмэн байсан протестантуудыг өнгөрүүлэн орхисон. 2020 оны 7 дугаар сарын 18-нд хуучин гэрээний сонгогдсон ард түмнийг өнгөрүүлэн орхисон бөгөөд Миллеритүүдийн түүхэн дэх саатлын хугацаанд явагдсан шалгалтын үйл явц дахин давтагдаж эхэлсэн юм. Үүний дараа Миллеритүүдийн түүхэнд Шөнийн дундах хашхирааны мэдээ хөгжсөн бөгөөд одоо ч мөн хөгжиж байна. Энэ мэдээ Экзетерийн майхан цуглаанд бүрэн ирэх үед хэн энэ мэдээг (тосыг) эзэмшиж байсан, хэн эзэмшээгүй байсан нь илэрхий болсон. Аль ч түүхэн дэх хуучин гэрээний сонгогдсон ард түмэн нь хамгийн түрүүнд шалгагдаж, өнгөрүүлэн орхигддог билээ.</w:t>
      </w:r>
    </w:p>
    <w:p>
      <w:pPr>
        <w:pStyle w:val="ArticleScripture"/>
        <w:jc w:val="left"/>
      </w:pPr>
      <w:r>
        <w:rPr>
          <w:rFonts w:ascii="Times New Roman" w:hAnsi="Times New Roman" w:eastAsia="Times New Roman" w:cs="Times New Roman"/>
        </w:rPr>
        <w:t>“‘Би та нарт шинэ зүрх өгч, та нарын дотор шинэ сүнс оруулна.’ Бурханы Сүнс ертөнцөөс татагдан зайлуулагдаж байна гэдэгт би бүх зүрхээрээ итгэдэг. Их гэрэл болон боломжийг хүртсэн атлаа тэдгээрийг зөв ашиглаагүй хүмүүс хамгийн түрүүнд орхигдох болно. Тэд Бурханы Сүнсийг өөрсдөөсөө зайлуулан гашуудуулсан. Сатаны зүрх сэтгэлүүд, мөн чуулганууд ба үндэстнүүд дээр ажиллаж буй өнөөгийн идэвхтэй үйл ажиллагаа эш үзүүллэгийг судлагч хүн бүрийг цочроох ёстой. Төгсгөл ойрхон байна. Манай чуулганууд өндийн босог. Бурханы хувирган өөрчлөх хүч хувь гишүүдийн зүрхэнд мэдрэгдэг, тэгвэл бид Бурханы Сүнсний гүн хөдөлгөөнийг харах болно. Нүглийн уучлал төдий нь Есүсийн үхлийн цорын ганц үр дүн биш юм. Тэр хязгааргүй золиосыг зөвхөн нүглийг зайлуулахын тулд бус, харин хүний мөн чанарыг сэргээн босгож, дахин гоо үзэсгэлэнтэй болгож, нурангиас нь шинээр байгуулаж, Бурханы оршихуйд зохистой болгохын тулд өргөсөн юм.” Selected Messages, book 3, 154.</w:t>
      </w:r>
    </w:p>
    <w:p>
      <w:pPr>
        <w:pStyle w:val="ArticleBody"/>
        <w:jc w:val="left"/>
      </w:pPr>
      <w:r>
        <w:rPr>
          <w:rFonts w:ascii="Times New Roman" w:hAnsi="Times New Roman" w:eastAsia="Times New Roman" w:cs="Times New Roman"/>
        </w:rPr>
        <w:t>Туршилтын аль ч үед, лац нь тайлагдсан тэрхүү мэдээг няцаасан хүмүүс Паулын өгүүлсэн хүчтэй төөрөгдөлд автагдана.</w:t>
      </w:r>
    </w:p>
    <w:p>
      <w:pPr>
        <w:pStyle w:val="ArticleScripture"/>
        <w:jc w:val="left"/>
      </w:pPr>
      <w:r>
        <w:rPr>
          <w:rFonts w:ascii="Times New Roman" w:hAnsi="Times New Roman" w:eastAsia="Times New Roman" w:cs="Times New Roman"/>
        </w:rPr>
        <w:t>“Бидний оюун ухааныг үнэмшүүлж, зүрх сэтгэлийг маань хөдөлгөсөн үнэнийг хөнгөнөөр үзэх нь аймшигт хэрэг мөн. Бурхан Өөрийн өршөөлөөр бидэнд илгээдэг сэрэмжлүүлгүүдийг бид гэмгүйгээр няцааж үл чадна. Ноагийн өдрүүдэд тэнгэрээс дэлхийд нэгэн мэдээ илгээгдсэн бөгөөд хүмүүсийн аврал тэр мэдээг хэрхэн хүлээн авснаас шалтгаалж байв. Тэд сэрэмжлүүлгийг няцаасан учраас Бурханы Сүнс нүгэлт хүн төрөлхтнөөс татагдан, тэд үерийн усанд мөхсөн билээ. Абрахамын цаг үед ч Содомын гэмт оршин суугчдад хандах өршөөлийн гуйлт зогсож, Лотыг эхнэр, хоёр охинтой нь эс тооцвол бусад нь тэнгэрээс буусан галд сүйрэн үгүй болсон. Христийн өдрүүдэд ч мөн адил байв. Бурханы Хүү тэр үеийн үл итгэгч иудейчүүдэд, ‘Танай гэр та нарт хоосрон орхигдлоо’ хэмээн тунхагласан. Эцсийн өдрүүдийг ширтэн харахдаа, мөнөөх хязгааргүй хүч аврагдахын тулд ‘үнэний хайрыг хүлээн аваагүй’ хүмүүсийн тухайд, ‘Иймийн тул Бурхан тэдэнд худалд итгүүлэхийн тулд хүчтэй төөрөгдлийг илгээнэ: ингэснээр үнэнд итгээгүй, харин зөв бус байдалд таашаал авсан бүгд яллагдах болно’ хэмээн айлдаж байна. Тэд Түүний Үгийн сургаалыг няцаахын хэрээр Бурхан Өөрийн Сүнсийг татан авч, тэдний хайрласан мэхлэлүүдэд орхидог.” Эртний бичвэрүүд, 46.</w:t>
      </w:r>
    </w:p>
    <w:p>
      <w:pPr>
        <w:pStyle w:val="ArticleBody"/>
        <w:jc w:val="left"/>
      </w:pPr>
      <w:r>
        <w:rPr>
          <w:rFonts w:ascii="Times New Roman" w:hAnsi="Times New Roman" w:eastAsia="Times New Roman" w:cs="Times New Roman"/>
        </w:rPr>
        <w:t>Бид энэ судалгааг дараагийн өгүүлэлд үргэлжлүүлнэ.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 Долоо дугаар тоо</dc:title>
  <dc:subject>Эцсийн маргаан: Адвентист эш үзүүллэг дэх Ромын бэлгэдэл ба нигүүлслийн хугацааны төгсгөл</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