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Ром үзэгдлийг тогтоодог — Есдүгээр дугаар</w:t>
      </w:r>
    </w:p>
    <w:p>
      <w:pPr>
        <w:pStyle w:val="ArticleSubtitle"/>
        <w:jc w:val="left"/>
      </w:pPr>
      <w:r>
        <w:rPr>
          <w:rFonts w:ascii="Arial" w:hAnsi="Arial" w:eastAsia="Arial" w:cs="Arial"/>
        </w:rPr>
        <w:t>Суурийг үгүйсгэх нь: Адвентист эш үзүүллэг дэх “Өдөр тутмын” талаарх маргаан ба үнэнийг үгүйсгэсний үр дагавар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2024-08-21</w:t>
      </w:r>
    </w:p>
    <w:p>
      <w:pPr>
        <w:pStyle w:val="ArticleBody"/>
        <w:jc w:val="left"/>
      </w:pPr>
      <w:r>
        <w:rPr>
          <w:rFonts w:ascii="Times New Roman" w:hAnsi="Times New Roman" w:eastAsia="Times New Roman" w:cs="Times New Roman"/>
        </w:rPr>
        <w:t>Бид одоогоор Ромын янз бүрийн бэлгэдлийн талаар Адвентистын түүхийн хүрээнд гарч ирсэн маргаануудын эш үзүүллэгийн шугамыг авч үзэж байна. Бид одоогоор Даниелын ном дахь “өдөр тутмын”-ыг авч үзэж байна. Тэрхүү маргаан нь Адвентизмийн суурь үндсүүдийг үгүйсгэхийг, Эш Үзүүллэгийн Сүнсний эрх мэдлийг үгүйсгэхийг, мөн Бурханаар сонгогдсон элчийг үгүйсгэхийг илэрхийлдэг. Миллерийн ажлыг үгүйсгэх нь мөн 1798 онд Даниелын номын лац тайлагдахад мэдлэг нэмэгдсэний улмаас бий болсон мэдээний талаарх ойлголтод нь Миллерийг хөтөлсөн тэнгэрийн элч нараас Миллерт өгөгдсөн зааврыг үгүйсгэж байгааг ч мөн илэрхийлдэг.</w:t>
      </w:r>
    </w:p>
    <w:p>
      <w:pPr>
        <w:pStyle w:val="ArticleBody"/>
        <w:jc w:val="left"/>
      </w:pPr>
      <w:r>
        <w:rPr>
          <w:rFonts w:ascii="Times New Roman" w:hAnsi="Times New Roman" w:eastAsia="Times New Roman" w:cs="Times New Roman"/>
        </w:rPr>
        <w:t>2 Тесалоник дахь папын эрх мэдэл илчлэгдэхээс саатуулж байсан хүчийг (харь Ромыг) тодорхойлон заадаг үнэнийг няцаагчид үнэнийг хайрладаггүйгээ илчилдэг бөгөөд үнэний хайрыг няцаасныхаа төлөө худлыг хүлээн авдаг. Тэрхүү худал нь эргээд тэдний дээр хүчтэй төөрөгдөл авчирдаг. Худал нь шалтгаан бөгөөд тэдний хүлээн авдаг хүчтэй төөрөгдөл нь үр дагавар мөн. Үнэнд хайргүй байх нь тэдний сэдэл мөн. Худал нь туйлын үнэнд итгэдэг хүмүүсээс эсрэгцүүлэн, Библийн сургаалыг олон ургальчаар хүлээн зөвшөөрөх сонголтыг төлөөлдөг. Ийм учраас Паулын “хүчтэй төөрөгдөл”-ийг Исаиа төлөөлүүлэн дүрслэхдээ ганц төөрөгдөл бус, харин төөрөгдлүүд хэмээн үзүүлдэг. Нөгөө бүлэг нь үнэнийг хайрладаг, туйлын үнэний урьдач нөхцөлийг хүлээн авдаг бөгөөд Исаиа тэднийг Бурханы Үгэнд чичирдэг хүмүүс хэмээн тодорхойлдог.</w:t>
      </w:r>
    </w:p>
    <w:p>
      <w:pPr>
        <w:pStyle w:val="ArticleScripture"/>
        <w:jc w:val="left"/>
      </w:pPr>
      <w:r>
        <w:rPr>
          <w:rFonts w:ascii="Times New Roman" w:hAnsi="Times New Roman" w:eastAsia="Times New Roman" w:cs="Times New Roman"/>
        </w:rPr>
        <w:t>ЭЗЭН ийнхүү айлдаж байна: Тэнгэр бол Миний сэнтий, газар дэлхий бол Миний хөлийн гишгүүр мөн. Та нар Надад ямар өргөө барих билээ? Миний амрах газар хаана байна вэ? Учир нь энэ бүхнийг Миний мутар бүтээсэн бөгөөд энэ бүхэн бий болсон гэж ЭЗЭН айлдаж байна. Харин Би энэ хүнд анхаарлаа хандуулна, тэр нь ядуу дорой, гэмшин няцарсан сүнстэй бөгөөд Миний үгэнд чичирдэг нэгэн юм. Үхэр нядлагч нь хүн алсан мэт, хурга тахил болгон өргөгч нь нохойн хүзүү тасалсан мэт, өргөл өргөгч нь гахайн цус өргөсөн мэт, хүж уугиулагч нь шүтээн ерөөсөн мэт билээ. Тийм ээ, тэд өөрсдийн замыг сонгосон бөгөөд тэдний сэтгэл жигшүүрт зүйлсдээ таашаадаг. Би ч мөн тэдний төөрөгдлийг сонгож, тэдний айдсыг тэдний дээр авчирна. Учир нь Би дуудсан ч хэн ч хариулсангүй, Би ярьсан ч тэд сонсоогүй. Харин тэд Миний мэлмийн өмнө мууг үйлдэж, Миний таалдаггүй зүйлийг сонгосон. Түүний үгэнд чичирдэг та нар, ЭЗЭНий үгийг сонсогтун. Миний нэрийн төлөө та нарыг үзэн ядаж, та нараас зайлуулсан ах дүүс чинь, “ЭЗЭН алдаршиг” гэж хэлсэн. Гэвч Тэр та нарын баярын төлөө үзэгдэх бөгөөд тэд ичгүүрт орно. Исаиа 66:1–5.</w:t>
      </w:r>
    </w:p>
    <w:p>
      <w:pPr>
        <w:pStyle w:val="ArticleBody"/>
        <w:jc w:val="left"/>
      </w:pPr>
      <w:r>
        <w:rPr>
          <w:rFonts w:ascii="Times New Roman" w:hAnsi="Times New Roman" w:eastAsia="Times New Roman" w:cs="Times New Roman"/>
        </w:rPr>
        <w:t>Бурханы Үгнээс эмээн чичирдэг хүмүүс бол Израилийн гадуурхагдагсад бөгөөд эцсийн өдрүүдэд тэд тэмдгээр дүрслэгддэг билээ.</w:t>
      </w:r>
    </w:p>
    <w:p>
      <w:pPr>
        <w:pStyle w:val="ArticleScripture"/>
        <w:jc w:val="left"/>
      </w:pPr>
      <w:r>
        <w:rPr>
          <w:rFonts w:ascii="Times New Roman" w:hAnsi="Times New Roman" w:eastAsia="Times New Roman" w:cs="Times New Roman"/>
        </w:rPr>
        <w:t>Тэрээр үндэстнүүдийн төлөө нэгэн туг босгож, Израилийн хөөгдөгсдийг цуглуулан, Иудагийн тархагсдыг газрын дөрвөн өнцгөөс хамтад нь хураана. Исаиа 11:12.</w:t>
      </w:r>
    </w:p>
    <w:p>
      <w:pPr>
        <w:pStyle w:val="ArticleBody"/>
        <w:jc w:val="left"/>
      </w:pPr>
      <w:r>
        <w:rPr>
          <w:rFonts w:ascii="Times New Roman" w:hAnsi="Times New Roman" w:eastAsia="Times New Roman" w:cs="Times New Roman"/>
        </w:rPr>
        <w:t>Эвдэрсэн өргөлүүдийг өргөн барьж буй анги өөрсдөө барьсан хэмээн мэдэгддэг тэр өргөөг үнэндээ Өөрөө байгуулсан Нэгэн нь Тэр мөн гэдгийг Бурхан илтгэн харуулдаг. “ЭЗЭНий сүм бол эдгээр мөн” хэмээн тунхаглахдаа тэдний найддаг нь тэрхүү өргөө мөн.</w:t>
      </w:r>
    </w:p>
    <w:p>
      <w:pPr>
        <w:pStyle w:val="ArticleScripture"/>
        <w:jc w:val="left"/>
      </w:pPr>
      <w:r>
        <w:rPr>
          <w:rFonts w:ascii="Times New Roman" w:hAnsi="Times New Roman" w:eastAsia="Times New Roman" w:cs="Times New Roman"/>
        </w:rPr>
        <w:t>ЭЗЭНий өргөөний хаалганд зогсож, тэнд энэ үгийг тунхаглан, “ЭЗЭНд мөргөхөөр эдгээр хаалгаар орж ирдэг Иудагийн бүх хүн ээ, ЭЗЭНий үгийг сонсогтун. Израилийн Бурхан, түмэн цэргийн ЭЗЭН ингэж айлдаж байна: Зам мөрөө болон үйлсээ засагтун, тэгвэл Би та нарыг энэ газарт оршин суулгах болно. ‘ЭЗЭНий сүм, ЭЗЭНий сүм, ЭЗЭНий сүм эдгээр юм’ хэмээн хэлдэг худал үгэнд бүү итгэгтүн” гэв. Иеремиа 7:2–4.</w:t>
      </w:r>
    </w:p>
    <w:p>
      <w:pPr>
        <w:pStyle w:val="ArticleBody"/>
        <w:jc w:val="left"/>
      </w:pPr>
      <w:r>
        <w:rPr>
          <w:rFonts w:ascii="Times New Roman" w:hAnsi="Times New Roman" w:eastAsia="Times New Roman" w:cs="Times New Roman"/>
        </w:rPr>
        <w:t>“Худал үгэнд” “итгэдэг” хүмүүс бол худалд итгэдэг хүмүүс мөн. Эзэний байгуулсан өргөө нь Түүний Өөрийнх нь тавьсан суурин дээр босгогдсон байв. Бурхан дуудах үед хариулахаас татгалзсан тэр бүлэг хүмүүс өөрсдийн замуудыг сонгож, жигшүүрт зүйлсэд дурласан. Иеремиа дотор нь явах цорын ганц зам байдаг гэж өгүүлсэн атал, тэд “замууд”-ыг болон “жигшүүрт зүйлс”-ийг олон тоон дээр сонгосон.</w:t>
      </w:r>
    </w:p>
    <w:p>
      <w:pPr>
        <w:pStyle w:val="ArticleScripture"/>
        <w:jc w:val="left"/>
      </w:pPr>
      <w:r>
        <w:rPr>
          <w:rFonts w:ascii="Times New Roman" w:hAnsi="Times New Roman" w:eastAsia="Times New Roman" w:cs="Times New Roman"/>
        </w:rPr>
        <w:t>ЭЗЭН ийнхүү айлдаж байна: Замууд дээр зогсож, хар, эртний жимүүдийг асуугтун; сайн зам хаана байгааг асууж, түүгээр яв. Тэгвэл та нар сүнснүүддээ амралтыг олох болно. Харин тэд, Бид түүгээр явахгүй, гэв. Мөн Би та нарын дээр харуулуудыг тавьж, Бүрээний дууг сонсогтун, хэмээн хэлсэн. Харин тэд, Бид сонсохгүй, гэв. Тиймийн тулд, ай үндэстнүүд ээ, сонсогтун; ай чуулган аа, тэдний дунд юу байгааг мэдэгтүн. Ай газар дэлхий ээ, сонсогтун: болгоогтун, Би энэ ард түмний дээр гай гамшгийг авчирна, тэр нь тэдний бодлын үр мөн; учир нь тэд Миний үгсийг сонсоогүй, Миний хуулийг ч хүлээн аваагүй, харин түүнийг няцаасан. Шебагаас ирэх хүж, алс холын орноос ирэх анхилуун нишингэ Надад ямар хэрэгтэй юм бэ? Та нарын шатаалт тахилууд тааламжтай бус, мөн та нарын тахилууд Надад анхилуун бус юм. Иеремиа 6:16–20.</w:t>
      </w:r>
    </w:p>
    <w:p>
      <w:pPr>
        <w:pStyle w:val="ArticleBody"/>
        <w:jc w:val="left"/>
      </w:pPr>
      <w:r>
        <w:rPr>
          <w:rFonts w:ascii="Times New Roman" w:hAnsi="Times New Roman" w:eastAsia="Times New Roman" w:cs="Times New Roman"/>
        </w:rPr>
        <w:t>Арван тавдугаар бүлэгт Иеремиа, чихтэй атлаа сонсохыг хүсээгүй тэрхүү муу чуулганыг “тохуурхагчдын цуглаан” хэмээн нэрлэдэг. Энэ чуулганд эхний болон хоёр дахь тэнгэрэлчийн мэдээний түүхэнд хоёуланд нь “харуул” өгөгдсөн бөгөөд гурав дахь тэнгэрэлчийн түүхэнд ч мөн адил өгөгдсөн боловч тэд эртний жимүүд болох сайн замаар явахаас татгалзсан. Харин үүний оронд тэд “замуудаар” явсан. Ийм учраас Исаиа, тэд эртний жимүүдийн цорын ганц үнэмлэхүй замын оронд хуурамч жимүүдийн олонлогийг сонгосон тул Бурхан олон төрлийн төөрөгдлийг сонгоно хэмээн тодорхойлдог. Исаиагийн гэрчлэлийн нэгэн адил, тохуурхагчдын цуглааны мөргөлийг Эзэн няцаадаг. Уайт эгч Исаиагийн өгүүлсэн тэрхүү олон төрлийн төөрөгдлийг Паулын “хүчтэй төөрөгдөл”-тэй шууд холбон үзүүлдэг бөгөөд тэрээр үүнийг Эзэн Өөрийн гэрийг үүн дээр босгосон бөгөөд босгож буй суурь үнэнүүд, тэрхүү суурийг няцаасан нөхцөл байдалд байрлуулдаг.</w:t>
      </w:r>
    </w:p>
    <w:p>
      <w:pPr>
        <w:pStyle w:val="ArticleScripture"/>
        <w:jc w:val="left"/>
      </w:pPr>
      <w:r>
        <w:rPr>
          <w:rFonts w:ascii="Times New Roman" w:hAnsi="Times New Roman" w:eastAsia="Times New Roman" w:cs="Times New Roman"/>
        </w:rPr>
        <w:t>“Гаднах өнгөцөөс цааш харж, бүх хүний зүрх сэтгэлийг уншигч Нэгэн, агуу гэрэл хүлээн авсан хүмүүсийн талаар ийнхүү хэлдэг: ‘Тэд өөрсдийн ёс суртахууны болон сүнслэг байдлын улмаас шаналж, гайхашран балмагддаггүй.’ Тийм ээ, тэд өөрсдийн замуудыг сонгосон бөгөөд тэдний сэтгэл жигшүүрт зүйлсдээ баясдаг. Би ч бас тэдний төөрөгдлийг сонгож, тэдний айдсыг тэдэн дээр авчирна; учир нь Би дуудах үед хэн ч хариулаагүй; Би ярих үед тэд сонсоогүй; харин Миний мэлмийн өмнө мууг үйлдэж, Миний таашаадаггүй зүйлийг сонгосон.” “Үнэнд итгүүлэхийн тулд Бурхан тэдэнд хүчтэй төөрөгдлийг илгээнэ,” учир нь тэд аврагдахын тулд “үнэний хайрыг хүлээн аваагүй,” “харин зөвт бус байдалд таашаал авсан.” Исаиа 66:3, 4; 2 Тесалоник 2:11, 10, 12.</w:t>
      </w:r>
    </w:p>
    <w:p>
      <w:pPr>
        <w:pStyle w:val="ArticleScripture"/>
        <w:jc w:val="left"/>
      </w:pPr>
      <w:r>
        <w:rPr>
          <w:rFonts w:ascii="Times New Roman" w:hAnsi="Times New Roman" w:eastAsia="Times New Roman" w:cs="Times New Roman"/>
        </w:rPr>
        <w:t>“Тэнгэрлэг Багш ийнхүү асуув: ‘Бодит байдал дээр та нар олон зүйлийг ертөнцийн бодлогын дагуу үйлдэж, Еховагийн эсрэг нүгэл үйлдсээр атлаа өөрсдийгөө зөв суурин дээр барьж байгуулж байна, мөн Бурхан та нарын үйлсийг хүлээн авдаг хэмээх дүр эсгэлтээс илүүгээр оюун санааг төөрөгдүүлж чадах ямар хүчтэй мэхлэл байж чадах билээ? Өө, энэ нь нэгэнт үнэнийг мэдэж байсан хүмүүс бурханлаг байдлын сүнс ба хүчний оронд түүний зөвхөн хэлбэрийг андуурч, өөрсдийгөө баяжиж, эд хөрөнгөөр арвижсан тул юугаар ч гачигдахгүй хэмээн боддог атал бодит байдал дээр тэд бүх зүйлээр гачигдаж байдаг үед оюун санааг эзэмдэн авдаг агуу хууран мэхлэл, сэтгэл татам төөрөгдөл мөн.’”</w:t>
      </w:r>
    </w:p>
    <w:p>
      <w:pPr>
        <w:pStyle w:val="ArticleScripture"/>
        <w:jc w:val="left"/>
      </w:pPr>
      <w:r>
        <w:rPr>
          <w:rFonts w:ascii="Times New Roman" w:hAnsi="Times New Roman" w:eastAsia="Times New Roman" w:cs="Times New Roman"/>
        </w:rPr>
        <w:t>“Өөрсдийн хувцсаа толбогүй цэвэр байлгаж буй Өөрийн итгэлт үйлчлэгчдийнхээ талаар Бурхан өөрчлөгдөөгүй. Харин олон хүн ‘Энх тайван, аюулгүй байдал’ хэмээн хашхирч байхад, гэнэтийн сүйрэл тэдний дээр ирж байна. Хэрэв гүнзгий, бүрэн гэмшил байхгүй бол, хэрэв хүмүүс зүрх сэтгэлээ гэмшлийн хүлээн зөвшөөрлөөр даруусган, Есүс доторх үнэнийг тэр чигээр нь хүлээн авахгүй бол, тэд хэзээ ч тэнгэрт орохгүй. Бидний эгнээнд ариусгал явагдах үед, бид цаашид өөрсдийгөө баян, эд хөрөнгөөр элбэг, юугаар ч гачигдахгүй хэмээн сайрхан, амар тайван байдалд үл амарна.”</w:t>
      </w:r>
    </w:p>
    <w:p>
      <w:pPr>
        <w:pStyle w:val="ArticleScripture"/>
        <w:jc w:val="left"/>
      </w:pPr>
      <w:r>
        <w:rPr>
          <w:rFonts w:ascii="Times New Roman" w:hAnsi="Times New Roman" w:eastAsia="Times New Roman" w:cs="Times New Roman"/>
        </w:rPr>
        <w:t>“‘Бидний алт галд соригдсон; бидний хувцас ертөнцөөр бузартаагүй’ гэж хэн үнэнээр хэлж чадах вэ? Би манай Зааварлагчийг өөрсдийгөө зөвт гэж нэрлэгчдийн зөвт байдлын гэх хувцсыг зааж буйг харсан. Тэр тэдгээрийг тайлан авч, доорх бузрыг ил гаргав. Тэгээд Тэр надад: ‘Тэд өөрсдийн бузартал ба зан чанарын ялзралыг хуурамч дүр үзүүлэн хэрхэн халхалсныг чи харахгүй байна гэж үү? “Итгэмжит хот хэрхэн янхан болов оо!” Миний Эцэгийн гэр худалдааны гэр, тэнгэрлэг оршихуй ба алдар суу нь явж одсон газар болжээ! Үүний учир сул дорой байдал бий, хүч чадал үгүйлэгдэж байна’ гэж хэлсэн.” Testimonies, volume 8, 249, 250.</w:t>
      </w:r>
    </w:p>
    <w:p>
      <w:pPr>
        <w:pStyle w:val="ArticleBody"/>
        <w:jc w:val="left"/>
      </w:pPr>
      <w:r>
        <w:rPr>
          <w:rFonts w:ascii="Times New Roman" w:hAnsi="Times New Roman" w:eastAsia="Times New Roman" w:cs="Times New Roman"/>
        </w:rPr>
        <w:t>Энэ эшлэлд Иеремиагийн дооглогчдын чуулган нь тэнэг онгон охид болох Лаодикейнчууд хэмээн тодорхойлогдсон байна.</w:t>
      </w:r>
    </w:p>
    <w:p>
      <w:pPr>
        <w:pStyle w:val="ArticleScripture"/>
        <w:jc w:val="left"/>
      </w:pPr>
      <w:r>
        <w:rPr>
          <w:rFonts w:ascii="Times New Roman" w:hAnsi="Times New Roman" w:eastAsia="Times New Roman" w:cs="Times New Roman"/>
        </w:rPr>
        <w:t>“Мунхаг охидоор төлөөлүүлэн харуулсан Сүмийн байдал нь мөн Лаодикеягийн байдал хэмээн өгүүлэгддэг.” Review and Herald, 1890 оны 8 дугаар сарын 19.</w:t>
      </w:r>
    </w:p>
    <w:p>
      <w:pPr>
        <w:pStyle w:val="ArticleBody"/>
        <w:jc w:val="left"/>
      </w:pPr>
      <w:r>
        <w:rPr>
          <w:rFonts w:ascii="Times New Roman" w:hAnsi="Times New Roman" w:eastAsia="Times New Roman" w:cs="Times New Roman"/>
        </w:rPr>
        <w:t>Ухаангүй охид Дундын Шөнийн Хашхираан ирэхэд өөрсдөд нь тос дутуу байгааг илчилдэг. Тэр үед тэд Иеремиагийн эртний жимүүдийг няцааж, аль замаар явахаа урьд нь өөрсдөө сонгосон сонголттой нь нийцэх төөрөгдөлд автагддаг. Эртний жимүүдэд амралт ба сэргээлт олдоно, харин тэрхүү амралт ба сэргээлт нь хожмын бороо мөн.</w:t>
      </w:r>
    </w:p>
    <w:p>
      <w:pPr>
        <w:pStyle w:val="ArticleScripture"/>
        <w:jc w:val="left"/>
      </w:pPr>
      <w:r>
        <w:rPr>
          <w:rFonts w:ascii="Times New Roman" w:hAnsi="Times New Roman" w:eastAsia="Times New Roman" w:cs="Times New Roman"/>
        </w:rPr>
        <w:t>“Гурав дахь тэнгэрэлчийн мэдээ хаагдаж байсан үе рүү миний анхаарлыг хандуулсан. Бурханы хүч Өөрийн ард түмэн дээр тогтсон байсан; тэд өөрсдийн ажлыг гүйцээж, өмнө нь ирэх сорилтын цагт бэлтгэгдсэн байв. Тэд хожмын бороог, өөрөөр хэлбэл Эзэний оршихуйгаас ирэх сэргээлтийг хүлээн авсан бөгөөд амьд гэрчлэл дахин сэргэжээ. Эцсийн агуу сэрэмжлүүлэг хаа сайгүй цуурайтсан бөгөөд энэ нь тэр мэдээг хүлээн авахаас татгалзсан газрын оршин суугчдыг хөдөлгөж, уур хилэнд автуулсан.” Early Writings, 279.</w:t>
      </w:r>
    </w:p>
    <w:p>
      <w:pPr>
        <w:pStyle w:val="ArticleBody"/>
        <w:jc w:val="left"/>
      </w:pPr>
      <w:r>
        <w:rPr>
          <w:rFonts w:ascii="Times New Roman" w:hAnsi="Times New Roman" w:eastAsia="Times New Roman" w:cs="Times New Roman"/>
        </w:rPr>
        <w:t>Ариун Сүнс асгарах тэр үед үнэнг хайрладаггүй мунхаг Лаодикийн онгонуудад хүчтэй мэхлэлт асгардаг бөгөөд тэд үнэнээс илүү худлыг сонгож, түүнд итгэхийг хүссэн юм. Үнэнийг няцаах нь хуулийг няцаахтай адилтгагддаг, учир нь Бурханы хууль Түүний эш үзүүллэгийн дүрэм журмуудад биеллээ олсон байдаг.</w:t>
      </w:r>
    </w:p>
    <w:p>
      <w:pPr>
        <w:pStyle w:val="ArticleScripture"/>
        <w:jc w:val="left"/>
      </w:pPr>
      <w:r>
        <w:rPr>
          <w:rFonts w:ascii="Times New Roman" w:hAnsi="Times New Roman" w:eastAsia="Times New Roman" w:cs="Times New Roman"/>
        </w:rPr>
        <w:t>“Илчлэлт гэдэг нь шинэ ямар нэг зүйлийг бүтээх буюу зохион гаргах явдал бус, харин илчлэгдэх хүртлээ хүмүүнд үл мэдэгдэж байсан зүйлийн илэрхийлэл мөн. Сайн мэдээнд агуулагдсан агуу бөгөөд мөнхийн үнэнүүд нь хичээнгүйгээр эрэн хайхуй болон Бурханы өмнө өөрсдийгөө даруусгахуйгаар илчлэгддэг. Тэнгэрлэг Багш үнэнийг эрэн хайгч даруу хүний оюун санааг удирдана; мөн Ариун Сүнсний удирдамжаар Үгийн үнэнүүд түүнд мэдэгддэг. Ийнхүү удирдуулахуйгаас илүү баттай бөгөөд үр дүнтэй мэдлэгийн зам гэж үгүй. Аврагчийн амлалт нь: ‘Үнэний Сүнс ирэхэд, та нарыг бүх үнэн уруу удирдана’ гэсэн билээ. Бурханы Үгийг ойлгодог болгодог нь Ариун Сүнсний хүртээлээр дамжин юм.”</w:t>
      </w:r>
    </w:p>
    <w:p>
      <w:pPr>
        <w:pStyle w:val="ArticleScripture"/>
        <w:jc w:val="left"/>
      </w:pPr>
      <w:r>
        <w:rPr>
          <w:rFonts w:ascii="Times New Roman" w:hAnsi="Times New Roman" w:eastAsia="Times New Roman" w:cs="Times New Roman"/>
        </w:rPr>
        <w:t>Дуулалч ийнхүү бичжээ: «Залуу хүн юугаар зам мөрөө цэвэр байлгах вэ? Таны үгийн дагуу өөрийгөө сахин байж. Би Таныг бүх зүрхээрээ эрэн хайсан: Өө, намайг Таны тушаалуудаас бүү төөрүүлээч. ... Миний нүдийг нээгээч, тэгвэл би Таны хуулиас гардаг гайхамшигт зүйлсийг үзэх болно.»</w:t>
      </w:r>
    </w:p>
    <w:p>
      <w:pPr>
        <w:pStyle w:val="ArticleScripture"/>
        <w:jc w:val="left"/>
      </w:pPr>
      <w:r>
        <w:rPr>
          <w:rFonts w:ascii="Times New Roman" w:hAnsi="Times New Roman" w:eastAsia="Times New Roman" w:cs="Times New Roman"/>
        </w:rPr>
        <w:t>“Бидэнд үнэнийг далд эрдэнэсийг эрэн хайдаг шиг эрж хайхыг сануулсан байдаг. Эзэн үнэнийг чин сэтгэлээсээ эрэн хайгчийн ойлголтыг нээдэг бөгөөд Ариун Сүнс түүнд илчлэлтийн үнэнүүдийг ухааран барьж авах чадвар өгдөг. Дуучин нүд нь нээгдэж, хуулиас гайхамшигт зүйлсийг харахыг гуйхдаа үүнийг л хэлж байгаа юм. Сэтгэл нь Есүс Христийн төгс сайн сайхныг хүсэн тэмүүлэх үед оюун ухаан нь илүү сайн ертөнцийн алдрыг ухааран ойлгох чадвартай болдог. Бурханы Үгийн үнэнүүдийг бид зөвхөн тэнгэрлэг Багшийн тусламжаар л ойлгож чадна. Христийн сургуульд бид номхон дөлгөөн бөгөөд даруу байж суралцдаг, учир нь тэнд бидэнд бурханлаг байдлын нууцуудын тухай ойлголт өгөгддөг.” Sabbath School Worker, December 1, 1909.</w:t>
      </w:r>
    </w:p>
    <w:p>
      <w:pPr>
        <w:pStyle w:val="ArticleBody"/>
        <w:jc w:val="left"/>
      </w:pPr>
      <w:r>
        <w:rPr>
          <w:rFonts w:ascii="Times New Roman" w:hAnsi="Times New Roman" w:eastAsia="Times New Roman" w:cs="Times New Roman"/>
        </w:rPr>
        <w:t>Сүүлийн борооны мэдээ эсвэл аргачлалыг няцаана гэдэг нь Бурханы хуулийг няцааж буй хэрэг юм. Иеремиа “тэд Миний үгсийг ч, Миний хуулийг ч сонсоогүй, харин түүнийг няцаасан” хэмээн хэлэхдээ, Хошеатай санал нэг байгаагаа илэрхийлж байна.</w:t>
      </w:r>
    </w:p>
    <w:p>
      <w:pPr>
        <w:pStyle w:val="ArticleScripture"/>
        <w:jc w:val="left"/>
      </w:pPr>
      <w:r>
        <w:rPr>
          <w:rFonts w:ascii="Times New Roman" w:hAnsi="Times New Roman" w:eastAsia="Times New Roman" w:cs="Times New Roman"/>
        </w:rPr>
        <w:t>Миний ард түмэн мэдлэггүйн улмаас сүйрч байна. Чи мэдлэгийг няцаасан тул Би ч бас чамайг няцаана, тэгснээр чи Надад тахилч байхаа болино. Чи өөрийн Бурханы хуулийг мартсан учраас Би ч мөн чиний хүүхдүүдийг мартах болно. Хосеа 4:6.</w:t>
      </w:r>
    </w:p>
    <w:p>
      <w:pPr>
        <w:pStyle w:val="ArticleBody"/>
        <w:jc w:val="left"/>
      </w:pPr>
      <w:r>
        <w:rPr>
          <w:rFonts w:ascii="Times New Roman" w:hAnsi="Times New Roman" w:eastAsia="Times New Roman" w:cs="Times New Roman"/>
        </w:rPr>
        <w:t>Тэнэгүүдийн няцаадаг мэдлэг бол Даниелийн эцсийн цагт бий болно хэмээн тодорхойлсон мэдлэгийн өсөлт мөн. Эцсийн цаг болох 1798 онд, мөн дараа нь дахин эцсийн цаг болох 1989 онд, Бурхан тэдгээр хоёр зэрэгцээ үеийн тус бүрийн суурийг босгохдоо ашиглахаар сонгосон элчээр албажуулсан мэдлэгийн өсөлт бий болсон. Тэрхүү суурь үнэнүүд нь тухайн түүхүүдэд сонгогдсон элч нарт илчлэгдсэн Библийн тодорхой дүрмүүдээр эмхлэгдэн цэгцлэгдсэн бөгөөд, тэр суурь үнэнүүд нь Иеремиагийн хуучин замууд мөн бөгөөд, эцэстээ шөнийн дунд хашхирах болон чанга хашхирах мэдээнүүдийн тосыг төлөөлдөг үнэнүүд юм. Хожмын бороо нь нэг зуун дөчин дөрвөн мянгыг лацдах түүхэнд Шөнийн дунд хашхирах мэдээг төрүүлдэг бөгөөд, түүнээс хойш Бурханы одоо хүртэл Вавилонд буй өөр сүргийг цуглуулах түүхэнд чанга хашхирах мэдээг төрүүлдэг. Хожмын бороо нь аль аль нь, өөрөөр хэлбэл мэдээ мөн, тэр мэдээг төрүүлдэг аргачлал мөн юм. Даниелийн мэдлэгийн өсөлт нь гурван үе шаттай шалгалтын үйл явцыг эхлүүлдэг.</w:t>
      </w:r>
    </w:p>
    <w:p>
      <w:pPr>
        <w:pStyle w:val="ArticleScripture"/>
        <w:jc w:val="left"/>
      </w:pPr>
      <w:r>
        <w:rPr>
          <w:rFonts w:ascii="Times New Roman" w:hAnsi="Times New Roman" w:eastAsia="Times New Roman" w:cs="Times New Roman"/>
        </w:rPr>
        <w:t>Тэрээр, «Зам мөрөөрөө яв, Даниел аа; учир нь эдгээр үгс төгсгөлийн цаг хүртэл хаагдаж, лацдан битүүмжлэгдсэн юм. Олон хүн ариусгагдаж, цайруулагдан, соригдоно; харин хорон муу хүмүүс хорон муугаа үйлдсээр байх болно. Хорон муу хүмүүсээс хэн нь ч ойлгохгүй; харин мэргэд ойлгоно» гэж айлдав. Даниел 12:9, 10.</w:t>
      </w:r>
    </w:p>
    <w:p>
      <w:pPr>
        <w:pStyle w:val="ArticleBody"/>
        <w:jc w:val="left"/>
      </w:pPr>
      <w:r>
        <w:rPr>
          <w:rFonts w:ascii="Times New Roman" w:hAnsi="Times New Roman" w:eastAsia="Times New Roman" w:cs="Times New Roman"/>
        </w:rPr>
        <w:t>Даниелын хорон муу хүмүүс нь Лаодикийн байдлаа хадгалан үлдэхийг сонгодог Матайн мунхаг онгон бүсгүйчүүд мөн. Тэдний энэ байдал нь Даниелын гурван шалгалтын гурав дахь алхамд, мэргэн ба хорон муу аль аль нь соригдох үед илэрхийлэгддэг. Эцсийн шалгалт бол шүүлт хэрэгждэг газар бөгөөд тэнд хоёр бүлэг хоёулаа тос байгаа эсэхээ илэрхий болгодог.</w:t>
      </w:r>
    </w:p>
    <w:p>
      <w:pPr>
        <w:pStyle w:val="ArticleScripture"/>
        <w:jc w:val="left"/>
      </w:pPr>
      <w:r>
        <w:rPr>
          <w:rFonts w:ascii="Times New Roman" w:hAnsi="Times New Roman" w:eastAsia="Times New Roman" w:cs="Times New Roman"/>
        </w:rPr>
        <w:t>“Дахин хэлэхэд, эдгээр сургаалт зүйрлэлүүд шүүлтийн дараа ямар ч энэрлийн хугацаа байхгүйг заадаг. Сайн мэдээний ажил дуусмагц, сайн ба муугийн хоорондын тусгаарлалт даруй дагалдан ирж, бүлэг тус бүрийн хувь заяа үүрд тогтоогдоно.” Christ’s Object Lessons, 123.</w:t>
      </w:r>
    </w:p>
    <w:p>
      <w:pPr>
        <w:pStyle w:val="ArticleBody"/>
        <w:jc w:val="left"/>
      </w:pPr>
      <w:r>
        <w:rPr>
          <w:rFonts w:ascii="Times New Roman" w:hAnsi="Times New Roman" w:eastAsia="Times New Roman" w:cs="Times New Roman"/>
        </w:rPr>
        <w:t>Гурав дахь шалгалтын үеийн зан чанарын илрэл нь мөргөгчдийг тэнэг Лаодикийнх уу, эсвэл ухаалаг Филадельфийнх уу гэдгийг ялган тодорхойлдог. Эцсийн шалгалт нь хожмын борооны арга зүйгээр илчлэгдсэн хожмын борооны мэдээтэй уялдан хэрэгждэг. Хожмын борооны арга зүйг няцаах нь хүнийг хожмын борооны мэдээг ойлгож чадахгүй байдалд хүргэдэг. Исаиа мэдээ болон арга зүйг эцсийн шалгалт хэмээн тодорхойлдог.</w:t>
      </w:r>
    </w:p>
    <w:p>
      <w:pPr>
        <w:pStyle w:val="ArticleScripture"/>
        <w:jc w:val="left"/>
      </w:pPr>
      <w:r>
        <w:rPr>
          <w:rFonts w:ascii="Times New Roman" w:hAnsi="Times New Roman" w:eastAsia="Times New Roman" w:cs="Times New Roman"/>
        </w:rPr>
        <w:t>Тэр хэнд мэдлэг заах вэ? Хэнд сургаалыг ойлгуулах вэ? Сүүнээс гарч, хөхнөөс салсан тэдэнд. Учир нь тушаал дээр тушаал, тушаал дээр тушаал; мөр дээр мөр, мөр дээр мөр; энд жаахан, тэнд жаахан байх ёстой. Учир нь түгдрэн ээрэх уруул болон өөр хэлээр Тэр энэ ард түмэнд айлдана. Тэр тэдэнд, “Энэ бол та нарын ядарсныг амрааж болох амралт мөн; энэ бол сэргээхүй мөн” гэж хэлсэн боловч, тэд сонсохыг хүссэнгүй. Харин ЭЗЭНий үг тэдэнд тушаал дээр тушаал, тушаал дээр тушаал; мөр дээр мөр, мөр дээр мөр; энд жаахан, тэнд жаахан байсан нь тэднийг явж, арагш унан, хэмхэрч, урхинд орж, баригдах болгохын тулд байв. Тиймээс Иерусалимд буй энэ ард түмнийг захирдаг басамжлагч хүмүүс ээ, ЭЗЭНий үгийг сонсогтун. Учир нь та нар, “Бид үхэлтэй гэрээ байгуулж, тамтай тохиролцсон; үерлэн ирэх ташуур дайран өнгөрөхөд тэр нь бидэнд хүрэхгүй. Учир нь бид худлыг хоргодох байр болгон, хуурамчийн дор нуугдсан” хэмээн хэлсэн. Иймээс Эзэн БУРХАН ийн айлдаж байна: “Харагтун, Би Сионд суурь болгон нэгэн чулуу, шалгагдсан чулуу, эрхэм нандин булангийн чулуу, баттай суурийг тавьж байна. Итгэдэг хүн яарахгүй. Би бас шүүлтийг хэмжүүр болгож, зөвт байдлыг дүүжин тугалга болгоно. Мөндөр худлын хоргодох байрыг шүүрдэн зайлуулж, ус нуугдах газрыг халин бүрхэнэ. Та нарын үхэлтэй байгуулсан гэрээ хүчингүй болж, тамтай хийсэн та нарын тохиролцоо тогтохгүй. Үерлэн ирэх ташуур дайран өнгөрөхөд, та нар түүнд дэвслэгдэнэ.” Исаиа 28:9–18.</w:t>
      </w:r>
    </w:p>
    <w:p>
      <w:pPr>
        <w:pStyle w:val="ArticleBody"/>
        <w:jc w:val="left"/>
      </w:pPr>
      <w:r>
        <w:rPr>
          <w:rFonts w:ascii="Times New Roman" w:hAnsi="Times New Roman" w:eastAsia="Times New Roman" w:cs="Times New Roman"/>
        </w:rPr>
        <w:t>Библийн эш үзүүллэг дэх “халиан дүүргэгч ташуур” гэдэг нь АНУ-д тун удахгүй гарах Ням гаргийн хуулиас эхлэх, үе шаттайгаар өрнөх Ням гаргийн хуулийн хямрал мөн. “Үнэний хайрыг” эзэмшдэггүй, тиймээс мэдлэгийн өсөлтийг няцаадаг мунхаг, ёс бус Лаодикчууд, бусад зүйлсийн хамт Библийн эш үзүүллэг дэх Ромын нэгэн бэлгэдлийн талаар худал тодорхойлолтыг хүлээн зөвшөөрөхөөр сонгосон учраас, “халиан дүүргэгч ташуур” өөрсөд дээр нь “ирэхгүй” гэж итгэдэг. Ингэснээр тэд өөрсдийн эш үзүүллэгийн суурин дээр тулгуурласан хуурамч эш үзүүллэгийн загварыг бий болгосон. Тэдний суурь нь олон тооны өчүүхэн бутарсан чулуунуудыг төлөөлдөг элсэн дээр баригдсан байдаг. Харин мэргэдийн суурь нь цорын ганц Хадан дээр баригдсан байдаг.</w:t>
      </w:r>
    </w:p>
    <w:p>
      <w:pPr>
        <w:pStyle w:val="ArticleScripture"/>
        <w:jc w:val="left"/>
      </w:pPr>
      <w:r>
        <w:rPr>
          <w:rFonts w:ascii="Times New Roman" w:hAnsi="Times New Roman" w:eastAsia="Times New Roman" w:cs="Times New Roman"/>
        </w:rPr>
        <w:t>Надад өгөгдсөн Бурханы нигүүлслийн дагуу би ухаалаг мэргэн барилгачин мэт суурийг тавьсан бөгөөд өөр нэгэн түүн дээр нь барьж байна. Харин хүн бүр түүн дээр хэрхэн барьж байгаагаа анхаараг. Учир нь тавигдсан тэрхүү сууриас өөр суурийг хэн ч тавьж чадахгүй бөгөөд тэр нь Есүс Христ мөн. Хэрэв хэн нэгэн энэ суурин дээр алт, мөнгө, үнэт чулуу, мод, өвс, сүрлээр баривал; хүн бүрийн ажил илэрхий болно. Учир нь өнөөх өдөр үүнийг тунхаглах бөгөөд энэ нь галаар илчлэгдэх юм; тэр гал хүн бүрийн ажлыг ямар чанартай болохыг сорин шалгана. 1 Коринт 3:10–13.</w:t>
      </w:r>
    </w:p>
    <w:p>
      <w:pPr>
        <w:pStyle w:val="ArticleBody"/>
        <w:jc w:val="left"/>
      </w:pPr>
      <w:r>
        <w:rPr>
          <w:rFonts w:ascii="Times New Roman" w:hAnsi="Times New Roman" w:eastAsia="Times New Roman" w:cs="Times New Roman"/>
        </w:rPr>
        <w:t>Хуурамч суурь нь жинхэнэ суурь болох Христ Есүс—Хадтай эсрэгцүүлэгддэг. Жинхэнэ эсвэл хуурамч суурь нь Даниелын гурван шалгалтын эцсийнхэд илчлэгддэг. Тэр нь “галаар илчлэгддэг”—өөрийн сүмд гэнэт ирэх Гэрээний Элчийн галаар. Тэгээд үхэлтэй гэрээ байгуулсан нэг анги ил болж, амийн гэрээ байгуулсан нэг анги ил болдог.</w:t>
      </w:r>
    </w:p>
    <w:p>
      <w:pPr>
        <w:pStyle w:val="ArticleScripture"/>
        <w:jc w:val="left"/>
      </w:pPr>
      <w:r>
        <w:rPr>
          <w:rFonts w:ascii="Times New Roman" w:hAnsi="Times New Roman" w:eastAsia="Times New Roman" w:cs="Times New Roman"/>
        </w:rPr>
        <w:t>“Харагтун, би Өөрийн элчийг илгээнэ; тэр Миний өмнө замыг бэлтгэнэ. Та нарын хайж буй Эзэн Өөрийн сүмд гэнэт ирнэ; тийм ээ, та нарын баясан цэнгэдэг гэрээний Элч ирнэ. Харагтун, Тэр ирнэ гэж түмэн цэргийн ЭЗЭН айлдаж байна. Харин Түүний ирэх өдрийг хэн тэсвэрлэж чадах вэ? Тэр үзэгдэхэд хэн тогтож зогсож чадах вэ? Учир нь Тэр хайлуулагчийн гал мэт, мөн угаагчийн шүлт мэт билээ. Тэр мөнгө хайлуулагч, цэвэршүүлэгч мэт сууж, Левийн хөвгүүдийг цэвэршүүлж, тэднийг алт мөнгө мэт ариусгана. Тэгснээр тэд ЭЗЭНд зөвт байдлын өргөлийг өргөх болно. Тэгээд Иуда ба Иерусалимын өргөл нь эртний өдрүүдэд байсанчлан, өнгөрсөн жилүүдэд байсанчлан ЭЗЭНд тааламжтай байх болно. Би шүүлт хийхээр та нарт ойртон ирнэ; илбэчдийн эсрэг, завхайрагчдын эсрэг, худал тангараглагчдын эсрэг, хөлсний хүнийг цалин дээр нь дарлагчдын эсрэг, бэлэвсэн эмэгтэй, өнчин хүүхдийг дарлагчдын эсрэг, харийн хүнийг эрхээс нь зайлуулдагчдын эсрэг, мөн Надаас эмээдэггүй хүмүүсийн эсрэг Би түргэн гэрчлэгч болно гэж түмэн цэргийн ЭЗЭН айлдаж байна. Малахи 3:1–5.”</w:t>
      </w:r>
    </w:p>
    <w:p>
      <w:pPr>
        <w:pStyle w:val="ArticleBody"/>
        <w:jc w:val="left"/>
      </w:pPr>
      <w:r>
        <w:rPr>
          <w:rFonts w:ascii="Times New Roman" w:hAnsi="Times New Roman" w:eastAsia="Times New Roman" w:cs="Times New Roman"/>
        </w:rPr>
        <w:t>Гэрээний Элч шүүлтээр ойртон ирдэг нь Даниелын сорилтын үйл явц гурав дахь сорилтдоо хүрч, мэргэд ба хорон хүмүүс шалгагдах үед юм. Даниелын гурван үе шаттай сорилтын үйл явц нь Даниелын номын лац тайлагдаж, мэдлэг үлэмж нэмэгдэх төгсгөлийн цагт эхэлдэг. Мэдлэгийн өсөлт нь бүрээ дуугаргадаг сонгогдсон элчийн ажлаар тодорхой болдог. Тэрхүү элчийг Малахи, Гэрээний Элч ирэхээс өмнө “замыг бэлтгэдэг” “элч” хэмээн нэрлэдэг бөгөөд Тэрээр галын дотор хэн Түүнтэй гэрээ байгуулсан, эсвэл хэн үхэлтэй гэрээ байгуулахаар сонгосныг илчилдэг. Миллеритийн түүхэнд Христ 1844 оны 10 дугаар сарын 22-нд Өөрийн сүмд гэнэт ирсэн нь удахгүй ирэх Ням гаргийн хуулийг урьдчилан дүрсэлдэг нэгэн замын тэмдэг юм.</w:t>
      </w:r>
    </w:p>
    <w:p>
      <w:pPr>
        <w:pStyle w:val="ArticleScripture"/>
        <w:jc w:val="left"/>
      </w:pPr>
      <w:r>
        <w:rPr>
          <w:rFonts w:ascii="Times New Roman" w:hAnsi="Times New Roman" w:eastAsia="Times New Roman" w:cs="Times New Roman"/>
        </w:rPr>
        <w:t>“Ариун газрын цэвэршүүлэлтийн төлөө Христ бидний Тэргүүн Тахилч болон хамгийн ариун газарт ирэх нь, Даниел 8:14-т үзүүлэгдсэнчлэн; Хүний Хүү Эртний Өдрүүдийн Нэгэн уруу ирэх нь, Даниел 7:13-т дүрслэгдсэнчлэн; мөн Эзэн Өөрийн сүм уруу ирэх нь, Малахиар зөгнөгдсөнчлөн,—эдгээр нь нэг л үйл явдлын дүрслэлүүд юм; мөн үүнийг Матай 25 дахь арван охины тухай сургаалт зүйрлэлд Христийн дүрсэлсэн хүргэний хуримд ирэх явдлаар ч төлөөлүүлэн үзүүлсэн байдаг.” Агуу тэмцэл, 426.</w:t>
      </w:r>
    </w:p>
    <w:p>
      <w:pPr>
        <w:pStyle w:val="ArticleBody"/>
        <w:jc w:val="left"/>
      </w:pPr>
      <w:r>
        <w:rPr>
          <w:rFonts w:ascii="Times New Roman" w:hAnsi="Times New Roman" w:eastAsia="Times New Roman" w:cs="Times New Roman"/>
        </w:rPr>
        <w:t>Даниелын гурван сорилтын эцсийнх нь тун удахгүй ирэх Ням гаригийн хуулийн үед тохиолдоно. Тэр үед Гэрээний Элч ирж, Левичүүдийн хүрээнд тавигдсан амьтай эсвэл үхэлтэй байгуулсан хэн гэрээтэй болохыг галаар илчлэх болно. Малахи Матайн мэргэн ба мунхаг охидыг—өөрөөр хэлбэл Иоханы Лаодикийнхан ба Филадельфийнхан, мөн Даниелын мэргэн ба хорон муу хүмүүсийг—дүрслэхдээ, хоёр бүлэг хоёул галаар соригдож, улмаар хэн нь Леви хүн мөн, хэн нь биш болохыг илэрхийлдэг.</w:t>
      </w:r>
    </w:p>
    <w:p>
      <w:pPr>
        <w:pStyle w:val="ArticleBody"/>
        <w:jc w:val="left"/>
      </w:pPr>
      <w:r>
        <w:rPr>
          <w:rFonts w:ascii="Times New Roman" w:hAnsi="Times New Roman" w:eastAsia="Times New Roman" w:cs="Times New Roman"/>
        </w:rPr>
        <w:t>Левичүүд бол алтан тугалын талаарх хоёр бослогод үнэнчээр зогссон хүмүүсийн бэлгэдэл мөн. Эхний бослого нь Ааронынх, харин хоёр дахь нь Иеробоамын бослого байв. Хоёр дүрслэлд хоёуланд нь Левичүүд үнэнч хүмүүсийг төлөөлдөг бөгөөд мөн эдгээр хоёр дүрслэл хоёулаа тун удахгүй ирэх Ням гаргийн хуулийн үед Левичүүдээр төлөөлөгдсөн нэгэн бүлгийн үнэнч байдлын хоёр гэрчийг өгдөг. Аарон алтан тугал хийсэн. Алт бол Вавилоны бэлгэдэл, харин тугал бол араатны дүр юм. Тэгээд тэр баяр ёслол тогтоож, мунхаг ард түмэн тугалын эргэн тойронд нүцгэн бүжиглэв. Тэдний бүх бослого нь сонгогдсон элч болох Мосег үгүйсгэсэн явдал дээр үндэслэж, түүнээс сэдэлжсэн байв.</w:t>
      </w:r>
    </w:p>
    <w:p>
      <w:pPr>
        <w:pStyle w:val="ArticleScripture"/>
        <w:jc w:val="left"/>
      </w:pPr>
      <w:r>
        <w:rPr>
          <w:rFonts w:ascii="Times New Roman" w:hAnsi="Times New Roman" w:eastAsia="Times New Roman" w:cs="Times New Roman"/>
        </w:rPr>
        <w:t>Мосе Ааронд хандан, “Чи энэ ард түмэнд юуг үйлдүүлэв, ийм агуу нүглийг тэдний дээр авчирсан юм бэ?” гэв. Аарон өгүүлрүүн, “Эзэн минь, уур хилэнгээ бүү дүрэлзүүл; энэ ард түмэн бузар мууд хандсан болохыг та мэднэ. Учир нь тэд надад, ‘Бидний өмнө явах бурхдыг бидэнд хийж өг; Египетийн нутгаас биднийг гаргаж ирсэн энэ Мосе гэдэг хүний хувьд, түүнд юу тохиолдсоныг бид мэдэхгүй байна’ гэж хэлсэн. Тэгэхэд нь би тэдэнд, ‘Хэнд алт байвал, түүнийгээ салгаж өгөгтүн’ гэж хэлэв. Тэгээд тэд надад өгсөн; би түүнийг галд хийтэл, энэ тугал гарч ирсэн” гэв. Мосе ард түмэн нүцгэлснийг харав; (учир нь Аарон тэднийг дайснуудынх нь өмнө ичгүүрт нь хүргэхээр нүцгэлүүлсэн байв:) Тэгээд Мосе хуарангийн үүдэнд зогсоод, “Хэн ЭЗЭНий талд байна, тэр над дээр ирэгтүн” гэв. Левийн бүх хөвгүүд түүн уруу цугларав. Тэр тэдэнд, “Израилийн Бурхан ЭЗЭН ийнхүү айлдаж байна: ‘Та нар хүн бүр илдээ ташаандаа агсаад, хуарангийн дотор хаалганаас хаалга хүртэл нааш цааш явж, хүн бүр ах дүүгээ, хүн бүр нөхрөө, хүн бүр хөршөө алтугай’” гэв. Левийн хөвгүүд Мосегийн үгийн дагуу үйлдсэн бөгөөд тэр өдөр ард түмнээс гурван мянга орчим эр хүн алагджээ. Египетээс гарсан нь 32:21–28.</w:t>
      </w:r>
    </w:p>
    <w:p>
      <w:pPr>
        <w:pStyle w:val="ArticleBody"/>
        <w:jc w:val="left"/>
      </w:pPr>
      <w:r>
        <w:rPr>
          <w:rFonts w:ascii="Times New Roman" w:hAnsi="Times New Roman" w:eastAsia="Times New Roman" w:cs="Times New Roman"/>
        </w:rPr>
        <w:t>Бүжиглэж байсан хүмүүс нь өөрсдийн “нүцгэн байдлынхаа ичгүүр”-ийг илчилсэн Лаодикейнчууд байсан бөгөөд энэ нь зургаа дахь гай гамшгийн сэрэмжлүүлэг, өөрөөр хэлбэл орчин үеийн Ромын луу, араатан, хуурамч эш үзүүлэгч гэсэн гурвалсан бүрэлдэхүүнийг зөвөөр ойлгох зайлшгүй шаардлагын тухай сэрэмжлүүлэг мөн. Тэрхүү сэрэмжлүүлэг нь зургаа дахь гай гамшиг болон Армагеддонтой холбоотой үнэнүүдийг устгасан Урия Смитийн хувийн тайлбартай эрс зөрчилддөг.</w:t>
      </w:r>
    </w:p>
    <w:p>
      <w:pPr>
        <w:pStyle w:val="ArticleBody"/>
        <w:jc w:val="left"/>
      </w:pPr>
      <w:r>
        <w:rPr>
          <w:rFonts w:ascii="Times New Roman" w:hAnsi="Times New Roman" w:eastAsia="Times New Roman" w:cs="Times New Roman"/>
        </w:rPr>
        <w:t>Өөрсдийн Лаодикийн байдлыг илчилсэн хүмүүс сонгогдсон элчийн эрх мэдлийг няцааж, “өдөр тутмын”-ы сатанлаг бэлгэдлийг Христийн ариун газрын үйлчлэлийн бурханлаг бэлгэдэл хэмээн тодорхойлохоор сонгогсдынхтой адил будлиантай ойлголтыг илчилсэн билээ. Тэд өөрсдийн авралыг бэлгэдэлт нэгэн бурханд хамаатуулсан боловч, тэдний мөргөхөөр сонгосон тэр бурхан нь Египетийн бурхны бэлгэдэл байсан бөгөөд Египет нь луугийн бэлгэдэл мөн. Лаодикийн Адвентизмын адил тэд “өдөр тутмын” нь харь Ром, өөрөөр хэлбэл луугийн бэлгэдэл мөн гэсэн үнэнийг няцааж, тэрхүү сатанлаг бэлгэдлийг Христийн бэлгэдэл болгон тодорхойлсон юм.</w:t>
      </w:r>
    </w:p>
    <w:p>
      <w:pPr>
        <w:pStyle w:val="ArticleScripture"/>
        <w:jc w:val="left"/>
      </w:pPr>
      <w:r>
        <w:rPr>
          <w:rFonts w:ascii="Times New Roman" w:hAnsi="Times New Roman" w:eastAsia="Times New Roman" w:cs="Times New Roman"/>
        </w:rPr>
        <w:t>Хүний хүү, нүүрээ Египетийн хаан Фараоны өөдөөс хандуулж, түүний эсрэг, мөн бүх Египетийн эсрэг эш үзүүл. Ярьж, ийнхүү хэлэгтүн: Эзэн Бурхан ийнхүү айлдаж байна; Харагтун, Египетийн хаан Фараон аа, Би чиний эсрэг байна, өөрийн гол мөрнүүдийн дунд хэвтдэг агуу луу, чи “Миний гол бол минийх, би түүнийг өөртөө зориулан бүтээсэн” хэмээн хэлсэн билээ. Езекиел 29:2, 3.</w:t>
      </w:r>
    </w:p>
    <w:p>
      <w:pPr>
        <w:pStyle w:val="ArticleBody"/>
        <w:jc w:val="left"/>
      </w:pPr>
      <w:r>
        <w:rPr>
          <w:rFonts w:ascii="Times New Roman" w:hAnsi="Times New Roman" w:eastAsia="Times New Roman" w:cs="Times New Roman"/>
        </w:rPr>
        <w:t>Аароны эсэргүүцэгчид алтан тугалаар дүрслэгдсэн луугийн бэлгэдэл нь тэднийг Египетийн боолчлолоос аварсан бурхан мөн гэсэн худалд итгэсэн. Лаодикийн Адвентизм “өдөр тутмын” хэмээн дүрслэгдсэн харь Ромын (луугийн) бэлгэдэл нь тэнгэрийн ариун сүм дэх Өөрийн үйлчлэлээр хүмүүсийг нүглийн боолчлолоос чөлөөлөх ажилтай Христийн бэлгэдэл мөн гэсэн худалд итгэдэг. Тэд мөн “өдөр тутмын”-ын бэлгэдлийн талаарх маргаанд Лаодикийн Адвентизмын нэгэн адил сонгогдсон элчийг няцаасан юм.</w:t>
      </w:r>
    </w:p>
    <w:p>
      <w:pPr>
        <w:pStyle w:val="ArticleBody"/>
        <w:jc w:val="left"/>
      </w:pPr>
      <w:r>
        <w:rPr>
          <w:rFonts w:ascii="Times New Roman" w:hAnsi="Times New Roman" w:eastAsia="Times New Roman" w:cs="Times New Roman"/>
        </w:rPr>
        <w:t>Лаодикийн Адвентизмын эхний үед (1844–1888) тэд долоон цаг хугацааг тодорхойлохдоо Миллерийн ажлыг үгүйсгэсэн. Хоёр дахь үедээ (1888–1919) тэд “өдөр тутмын” тухай үнэнийг үгүйсгэх үйл явцыг эхлүүлсэн. Гурав дахь үедээ (1919–1957) тэд “чиний ард түмний дээрэмчид” нь Антиох Епифан мөн гэсэн урвагч Протестантизмын ойлголт руу буцан орсон. 2001 оны 9 дүгээр сарын 11-нд гурав дахь гай тэр өдөр ирэхэд тэд Библийн эш үзүүлэг дэх Исламын үүргийг үгүйсгэсэн. Эдгээр дөрвөн үнэн тус бүрийг Миллер батлан баримталсан бөгөөд Хабаккукийн хоёр самбар дээр дүрслэгдсэн байдаг; мөн тэдгээр нь бүгдээрээ Сестра Уайтын “сонгогдсон нэгэн” хэмээн нэрлэсэн Миллерийн ажилд хамаарах суурь үнэнүүд юм.</w:t>
      </w:r>
    </w:p>
    <w:p>
      <w:pPr>
        <w:pStyle w:val="ArticleBody"/>
        <w:jc w:val="left"/>
      </w:pPr>
      <w:r>
        <w:rPr>
          <w:rFonts w:ascii="Times New Roman" w:hAnsi="Times New Roman" w:eastAsia="Times New Roman" w:cs="Times New Roman"/>
        </w:rPr>
        <w:t>Иеробоамын бослого нь Иеробоамыг өөрсдийн анхны хаан болгосон арван овгоос бүрдсэн хойд хаант улсын эхлэлээс эхэлсэн юм. Иеробоам хоёр алтан тугал хийж, нэгийг нь Бетелд, буюу Бурханы өргөө гэсэн утгатай газарт, нөгөөг нь Дан, буюу шүүлт гэсэн утгатай газарт байрлуулсан. Бетел ба Дан хамтдаа сүм (Бетел) ба төр (Дан)-ийн нэгдлийг төлөөлдөг. Аароны бослогын адил, тэр тугалууд алтаар хийгдсэн байсан нь Вавилоны бэлгэдэл бөгөөд хоёулаа араатны дүр байв. Аароны адил, Иеробоам жил бүрийн баярыг тогтоож, тэр тугалуудыг Бурханы ардыг Египетээс гарган аварсан бурхад хэмээн тодорхойлсон.</w:t>
      </w:r>
    </w:p>
    <w:p>
      <w:pPr>
        <w:pStyle w:val="ArticleScripture"/>
        <w:jc w:val="left"/>
      </w:pPr>
      <w:r>
        <w:rPr>
          <w:rFonts w:ascii="Times New Roman" w:hAnsi="Times New Roman" w:eastAsia="Times New Roman" w:cs="Times New Roman"/>
        </w:rPr>
        <w:t>Иеробоам зүрхэндээ ийн хэлэв: Одоо хаанчлал Давидын гэрт буцан очих нь. Хэрэв энэ ард түмэн Иерусалим дахь ЭЗЭНий өргөөнд тахил өргөхөөр дээш гарвал, энэ ард түмний зүрх сэтгэл дахин өөрсдийн эзэн болох Иудагийн хаан Рехобоам уруу эргэж, тэд намайг алж, Иудагийн хаан Рехобоам уруу дахин очих болно. Тиймээс хаан зөвлөлдөн, хоёр алтан тугал хийж, тэдэнд хандан: Та нар Иерусалим уруу дээш гарах нь дэндүү хэцүү; ай, Израиль аа, Египетийн газраас чамайг гаргаж ирсэн чиний бурхад эдгээр мөн, гэв. Нэгийг нь Бетелд, нөгөөг нь Данд байрлуулав. Энэ хэрэг нүгэл болов. Учир нь ард түмэн нэгнийх нь өмнө мөргөхөөр, бүр Дан хүртэл очдог байв. Тэр бас өндөрлөгүүдийн сүм байгуулж, Левийн хөвгүүдээс бус, ард олны дундах хамгийн доодос тахилч нар томилов. Иеробоам Иудад болдог баяртай адил, наймдугаар сарын арван тавны өдөр наймдугаар сард нэгэн баяр тогтоож, тахилын ширээн дээр өргөл өргөв. Ийнхүү тэр Бетелд өөрийн хийсэн тугалуудад тахил өргөж, мөн өөрийн байгуулсан өндөрлөгүүдийн тахилч нарыг Бетелд байрлуулав. Иймээс тэр өөрийн зүрхнээс сэдсэн тэр сард, наймдугаар сарын арван тавны өдөр, Бетелд өөрийн хийсэн тахилын ширээн дээр өргөл өргөж, Израилийн хөвгүүдэд баяр тогтоов; мөн тахилын ширээн дээр өргөл өргөж, хүж уугиулав. Хаадын дээд 12:26–33.</w:t>
      </w:r>
    </w:p>
    <w:p>
      <w:pPr>
        <w:pStyle w:val="ArticleBody"/>
        <w:jc w:val="left"/>
      </w:pPr>
      <w:r>
        <w:rPr>
          <w:rFonts w:ascii="Times New Roman" w:hAnsi="Times New Roman" w:eastAsia="Times New Roman" w:cs="Times New Roman"/>
        </w:rPr>
        <w:t>Иеробоам «өөрийн зүрхэндээ сэдсэн» нь өөрийн эш үзүүллэгийн загварыг байгуулахдаа Урия Смит “хувийн тайлбар”-ыг нэвтрүүлсэн үйлдлийг төлөөлнө. Иеробоам Аароны жишгийг дагаснаар Египетийн нэгэн бурхныг жинхэнэ Бурхан мэтээр буруугаар төлөөлсөн. Аарон, Иеробоам хоёрын бүтээсэн тэрхүү бурхан нь төрийн арга ухаан болон сүмийн ноёрхлын бэлгэдэл болох Ромын хоёрдмол мөн чанарын бэлгэдлийг буруу хэрэглэснээс үндэслэж байв. Аарон, Иеробоам хоёр хоёулаа араатны дүрийн бэлгэдлээр луугийн хүчний дүрийг тодорхойлж байсан. Иймээс бослогын тухай тэр хоёр ариун түүх хоёулаа Бурханы ард түмний агуу сорилтыг төлөөлдөг бөгөөд үүгээр тэдний мөнхийн хувь тавилан шийдэгдэх болно. Сүнслэг өдөөлтийн дагуу тэрхүү сорилт нь араатны дүрийг бүрдүүлэх сорилт мөн.</w:t>
      </w:r>
    </w:p>
    <w:p>
      <w:pPr>
        <w:pStyle w:val="ArticleBody"/>
        <w:jc w:val="left"/>
      </w:pPr>
      <w:r>
        <w:rPr>
          <w:rFonts w:ascii="Times New Roman" w:hAnsi="Times New Roman" w:eastAsia="Times New Roman" w:cs="Times New Roman"/>
        </w:rPr>
        <w:t>1843 оны анхдагчдын хүснэгтэд тусгагдсан, чиний ард түмний дээрэмчид хэмээх Ромын бэлгэдлийн талаарх анхны маргаан нь, дээрэмчид нь Ром мөн гэсэн бодит үнэний оронд, Антиох Епифан бол тэр дээрэмчин мөн хэмээн нотолсон юм. Анхны маргаан нь, чиний ард түмний дээрэмчид нь Ром мөн гэсэн асуудлын талаарх эцсийн маргааныг төлөөлсөн бөгөөд, эдүгээ дээрэмчид нь Ром биш, харин Америкийн Нэгдсэн Улс мөн хэмээн маргаж байна. Гэвч Даниел арван нэгдүгээр бүлгийн арваас арван тавдугаар эшлэлүүдэд Антиох нь Америкийн Нэгдсэн Улсын бэлгэдэл тул, хэнийг төлөөлж байгаа тухай эхлэл дэх худал ба төгсгөл дэх худал нь адилхан байна.</w:t>
      </w:r>
    </w:p>
    <w:p>
      <w:pPr>
        <w:pStyle w:val="ArticleBody"/>
        <w:jc w:val="left"/>
      </w:pPr>
      <w:r>
        <w:rPr>
          <w:rFonts w:ascii="Times New Roman" w:hAnsi="Times New Roman" w:eastAsia="Times New Roman" w:cs="Times New Roman"/>
        </w:rPr>
        <w:t>Сүүлчийн өдрүүдэд Антиох юуны бэлгэдэл байсан талаархи харанхуй байдал ба төөрөгдөл нь, Аарон болон Иеробоамын тэрслэлтэй адил, араатны дүрсний талаар төөрөгдөл төрүүлдэг. Араатны дүрсний талаархи энэ төөрөгдөл нь Бурханы ард түмний хувьд агуу шалгалт болох араатны дүрс бүрэлдэн тогтох яг тэр үед тохиолдож байна.</w:t>
      </w:r>
    </w:p>
    <w:p>
      <w:pPr>
        <w:pStyle w:val="ArticleScripture"/>
        <w:jc w:val="left"/>
      </w:pPr>
      <w:r>
        <w:rPr>
          <w:rFonts w:ascii="Times New Roman" w:hAnsi="Times New Roman" w:eastAsia="Times New Roman" w:cs="Times New Roman"/>
        </w:rPr>
        <w:t>“Эзэн надад араатны дүрс шалгалтын хугацаа хаагдахаас өмнө бий болохыг тодорхой харуулсан; учир нь энэ нь Бурханы ард түмний хувьд тэдний мөнхийн хувь заяа шийдэгдэх агуу сорилт байх юм. Таны байр суурь тийм олон зөрчилтэйгээр хольж хутгалдсан тул тун цөөн хүн л мэхлэгдэх болно.</w:t>
      </w:r>
    </w:p>
    <w:p>
      <w:pPr>
        <w:pStyle w:val="ArticleScripture"/>
        <w:jc w:val="left"/>
      </w:pPr>
      <w:r>
        <w:rPr>
          <w:rFonts w:ascii="Times New Roman" w:hAnsi="Times New Roman" w:eastAsia="Times New Roman" w:cs="Times New Roman"/>
        </w:rPr>
        <w:t>“Илчлэлт 13-т энэ сэдэв тодорхойгоор өгүүлэгдсэн байдаг; [Илчлэлт 13:11–17, эш татав].”</w:t>
      </w:r>
    </w:p>
    <w:p>
      <w:pPr>
        <w:pStyle w:val="ArticleScripture"/>
        <w:jc w:val="left"/>
      </w:pPr>
      <w:r>
        <w:rPr>
          <w:rFonts w:ascii="Times New Roman" w:hAnsi="Times New Roman" w:eastAsia="Times New Roman" w:cs="Times New Roman"/>
        </w:rPr>
        <w:t>“Энэ бол Бурханы ард түмэн лацлагдахаасаа өмнө туулах ёстой шалгалт мөн. Түүний хуулийг сахиж, хуурамч амралтын өдрийг хүлээн авахаас татгалзсанаараа Бурханд үнэнч байснаа нотолсон бүхэн Эзэн Бурхан Еховагийн тугийн дор жагсаж, амьд Бурханы лацыг хүлээн авна. Тэнгэрлэг гаралтай үнэнийг орхиж, Ням гаргийн амралтын өдрийг хүлээн авах хүмүүс араатны тамгийг хүлээн авна.” Manuscript Releases, volume 15, 15.</w:t>
      </w:r>
    </w:p>
    <w:p>
      <w:pPr>
        <w:pStyle w:val="ArticleBody"/>
        <w:jc w:val="left"/>
      </w:pPr>
      <w:r>
        <w:rPr>
          <w:rFonts w:ascii="Times New Roman" w:hAnsi="Times New Roman" w:eastAsia="Times New Roman" w:cs="Times New Roman"/>
        </w:rPr>
        <w:t>Эгч Уайт “өдөр тутмын” гэдгийг харь үндэстний Ромыг төлөөлдөг гэсэн Миллерийн үзлийг дэмжихдээ, 1844 оноос хойш олон тооны “өөр үзлүүд” хүлээн зөвшөөрөгдсөн бөгөөд тэдгээр нь “харанхуй ба будлиан” төрүүлсэн гэж мэдэгдсэн. Чиний ард түмний “дээрэмчид”-ийн нэгэн адил харь үндэстний Ромын бэлгэдэл болох “өдөр тутмын” талаархи хуурамч үзлүүдээс үүдсэн будлиан нь Ром ба Ромын дүрийн хоорондын ялгааны талаар ч мөн будлиан, харанхуйг бий болгодог.</w:t>
      </w:r>
    </w:p>
    <w:p>
      <w:pPr>
        <w:pStyle w:val="ArticleBody"/>
        <w:jc w:val="left"/>
      </w:pPr>
      <w:r>
        <w:rPr>
          <w:rFonts w:ascii="Times New Roman" w:hAnsi="Times New Roman" w:eastAsia="Times New Roman" w:cs="Times New Roman"/>
        </w:rPr>
        <w:t>Ромын бэлгэдлийн талаархи эхний бөгөөд эцсийн маргаанууд нь хойш тавигдаж байсан хуучин гэрээний ард түмэн болон тэр үед Бурханы шинэ гэрээний ард түмэн болон төлөвшиж байсан ард түмний хооронд болсон юм. Тэр маргаанд тогтсон дүрмийн дүрэмд захирагдах хүсэлгүй байдал багтаж байсан бөгөөд учир нь арван дөрөвдүгээр эшлэл дэх “мөн” гэдэг үгийг протестантууд зөвшөөрөөгүй тул тэд дээрх өмнөх эшлэлүүдэд дүрслэгдсэн хүч ба дээрэмчид нэг л эрх мэдэл байх ёстой хэмээн үзсэн юм.</w:t>
      </w:r>
    </w:p>
    <w:p>
      <w:pPr>
        <w:pStyle w:val="ArticleBody"/>
        <w:jc w:val="left"/>
      </w:pPr>
      <w:r>
        <w:rPr>
          <w:rFonts w:ascii="Times New Roman" w:hAnsi="Times New Roman" w:eastAsia="Times New Roman" w:cs="Times New Roman"/>
        </w:rPr>
        <w:t>Антиохыг “дээрэмчид” хэмээн үзэхээс өөр аргагүй болсон нь Судруудыг гажуудуулсан явдлыг илэрхийлж байв. Аливаа худал сургаал үнэнд эсэргүүцэн босдог учраас энэ нь хувийн тайлбар мөн байлаа. Өөрөө тэр маргаан нь суурь үнэн болсон, учир нь энэ нь 1843 оны анхдагчдын зурганд тэмдэглэгдэн үлдсэн юм. Зургийг онгодын нөлөөгөөр батламжилсан явдал “дээрэмчид”-ийг Ромын бэлгэдэл мөн болохыг баталж, үнэнгийн ноцтой байдлыг улам өргөмжилсөн; учир нь энэ сургаалыг няцаана гэдэг нь суурь үндсүүдийг ч, мөн Эш Үзүүллийн Сүнсний эрх мэдлийг ч хоёуланг нь няцаахтай адил байв.</w:t>
      </w:r>
    </w:p>
    <w:p>
      <w:pPr>
        <w:pStyle w:val="ArticleBody"/>
        <w:jc w:val="left"/>
      </w:pPr>
      <w:r>
        <w:rPr>
          <w:rFonts w:ascii="Times New Roman" w:hAnsi="Times New Roman" w:eastAsia="Times New Roman" w:cs="Times New Roman"/>
        </w:rPr>
        <w:t>Чиний ардын дээрэмчид нь Ромыг төлөөлдөг гэсэн зөв ойлголт нь, тэнгэрэлч нарын Вильям Миллерт өгсөн эш үзүүллэгийн загварт нэмэгдсэн бөгөөд энэ нь түүний ойлгож, танилцуулах болсон эш үзүүллэгийн загвартай нийцэж байсан юм. Тэрхүү загвар нь, өөрөөр хэлбэл: харь шашинт Ром болон папын Ром нь түүний эш үзүүллэгийн бүх хэрэглээний суурь мөн байв.</w:t>
      </w:r>
    </w:p>
    <w:p>
      <w:pPr>
        <w:pStyle w:val="ArticleBody"/>
        <w:jc w:val="left"/>
      </w:pPr>
      <w:r>
        <w:rPr>
          <w:rFonts w:ascii="Times New Roman" w:hAnsi="Times New Roman" w:eastAsia="Times New Roman" w:cs="Times New Roman"/>
        </w:rPr>
        <w:t>Уриа Смит Даниел номын арван нэгдүгээр бүлгийн гучин зургаадугаар эшлэл дэх хойд зүгийн хааныг Франц, дараа нь дөчдүгээр эшлэл дэхийг Турк хэмээн тогтоосон өөрийн хувийн тайлбартаа хойд зүгийн хааныг хоёр удаа ташаагаар тодорхойлсон юм. Смит 1863 онд суурь үндсүүдийг няцааснаар түүнд эш үзүүллэгийн хамгийн суурь дүрмийн нэгийг олж харахыг үл зөвшөөрөх тийм сохрол бий болсон бөгөөд тэр дүрэм нь: Христийн цаг үеийн орчимд эш үзүүллэг эртний бодит биет нэгжүүдээр дүрслэгдсэн зүйлсийн орчин үеийн сүнслэг нэгжүүдийг харуулдаг явдал юм. Паул энэ үнэнийг, эхлээд бодит нь, түүнээс хойш сүнслэг нь ирдэг хэмээн тодорхойлон, онцгойлон заасан билээ.</w:t>
      </w:r>
    </w:p>
    <w:p>
      <w:pPr>
        <w:pStyle w:val="ArticleScripture"/>
        <w:jc w:val="left"/>
      </w:pPr>
      <w:r>
        <w:rPr>
          <w:rFonts w:ascii="Times New Roman" w:hAnsi="Times New Roman" w:eastAsia="Times New Roman" w:cs="Times New Roman"/>
        </w:rPr>
        <w:t>Гэвч сүнслэг нь эхэнд байсан бус, харин төрөлх нь байсан; дараа нь сүнслэг нь ирсэн юм. 1 Коринт 15:46.</w:t>
      </w:r>
    </w:p>
    <w:p>
      <w:pPr>
        <w:pStyle w:val="ArticleBody"/>
        <w:jc w:val="left"/>
      </w:pPr>
      <w:r>
        <w:rPr>
          <w:rFonts w:ascii="Times New Roman" w:hAnsi="Times New Roman" w:eastAsia="Times New Roman" w:cs="Times New Roman"/>
        </w:rPr>
        <w:t>Смит нь Бурханы ард түмэн болохын хувьд урвагч протестантизмыг орлон гарч ирсэн гэрээний ард түмний нэг байсан боловч, тэрээр “долоон цаг”-ийг няцааж, 1863 оны өөрийн хүснэгтийг танилцуулснаар тэдний тэрслүү байдлыг дэмжсэн юм. Өөрийн хувийн тайлбарыг хэрэглэснээр тэрээр Илчлэлт номын арван зургаадугаар бүлэг дэх Армагеддоны талаар хуурамч ойлголтыг бий болгосон бөгөөд энэ нь Ромын зөв ойлголтын талаарх бас нэгэн сорилт мөн.</w:t>
      </w:r>
    </w:p>
    <w:p>
      <w:pPr>
        <w:pStyle w:val="ArticleBody"/>
        <w:jc w:val="left"/>
      </w:pPr>
      <w:r>
        <w:rPr>
          <w:rFonts w:ascii="Times New Roman" w:hAnsi="Times New Roman" w:eastAsia="Times New Roman" w:cs="Times New Roman"/>
        </w:rPr>
        <w:t>Дээрэмчдийн тухай анхны маргаанд Смит арван охины тухай сургаалт зүйрлэлийн анхны биелэлд оролцож байсан хүмүүсийг төлөөлж байв. Иймээс, хойд зүгийн хааны талаар баримталж байсан түүний хувийн үзлээр дамжин, тэрээр 1856-1863 оны хооронд хажуугаар өнгөрүүлэгдэж байсан гэрээт ардыг төлөөлдөг бөгөөд тэд Лаодикеагийн Долоо дахь өдрийн Адвентист Сүм болон хувирч байлаа. Дээрэмчдийн тухай маргаанд протестантуудын адил, Смит өөрийн хувийн тайлбараар мушгин тайлбарласан тэр хэсгийн хэлзүйн эрх мэдлийг үл хэрэгсэв. Учир нь хэлзүйн хувьд гучин нэгдүгээр эшлэлээс дөчин тавдугаар эшлэл хүртэлх хойд зүгийн хаан гэдэг нь үргэлж, зөвхөн папын эрх мэдлийг заадаг юм.</w:t>
      </w:r>
    </w:p>
    <w:p>
      <w:pPr>
        <w:pStyle w:val="ArticleBody"/>
        <w:jc w:val="left"/>
      </w:pPr>
      <w:r>
        <w:rPr>
          <w:rFonts w:ascii="Times New Roman" w:hAnsi="Times New Roman" w:eastAsia="Times New Roman" w:cs="Times New Roman"/>
        </w:rPr>
        <w:t>“Өдөр тутмын” тухай маргаанаар дамжин, “өдөр тутмын” нь Христийн ариун газрын үйлчлэлийг төлөөлдөг гэсэн эртний Протестант үзлийг батлан хамгаалахын тулд Вилли Уайт болон А. Г. Даниелс нар Адвентист түүхэнд худал хуурмагийг нэвтрүүлсэн. Тэрхүү онцгой түүх нь Хабаккукийн Хүснэгтүүдэд тодорхойлогдсон байдаг; гэвч зөв бус үзлийг ухуулан дэлгэрүүлэх, тогтоон бэхжүүлэхтэй холбоотой хуурамч гэрчлэлийг тэмдэглэх нь чухал юм. Учир нь зөв ойлголтыг Миллер 2 Тесалоникт хүлээн зөвшөөрсөн бөгөөд тэнд яригдаж буй асуудал нь үнэнийг хайрлагчид ба худал хуурмагт итгэгчдийн хоорондох эсрэгцэл юм.</w:t>
      </w:r>
    </w:p>
    <w:p>
      <w:pPr>
        <w:pStyle w:val="ArticleBody"/>
        <w:jc w:val="left"/>
      </w:pPr>
      <w:r>
        <w:rPr>
          <w:rFonts w:ascii="Times New Roman" w:hAnsi="Times New Roman" w:eastAsia="Times New Roman" w:cs="Times New Roman"/>
        </w:rPr>
        <w:t>“Өдөр тутмын” тухай маргаан нь Ромын эцсийн маргаан Ариун Сүнсний асгаралтын үед өрнөнө гэсэн мөр дээр мөрийн ойлголтод нэмэр болдог. Ариун Сүнс дээрээс асгарч байх тэр үед, доороос нэгэн хүч өндийн гарч ирэн, түүнийг Бурханы хүч хэмээн хүлээн авдаг хүмүүсийг эзэмдэж байдаг; гэвч энэ нь хүчтэй төөрөгдөл мөн.</w:t>
      </w:r>
    </w:p>
    <w:p>
      <w:pPr>
        <w:pStyle w:val="ArticleScripture"/>
        <w:jc w:val="left"/>
      </w:pPr>
      <w:r>
        <w:rPr>
          <w:rFonts w:ascii="Times New Roman" w:hAnsi="Times New Roman" w:eastAsia="Times New Roman" w:cs="Times New Roman"/>
        </w:rPr>
        <w:t>“Маргаанд оролцож буй хоёр агуу хүч үйл ажиллагаагаа явуулж байна: нэг нь доороос, нөгөө нь дээрээс. Хүн бүр эдгээрийн нэгний эсвэл нөгөөгийн нууц нөлөөн дор байдаг бөгөөд түүний үйлдлүүд нь тэдгээр нь ямар өдөөлтөөс гарч байгаагийн шинж чанарыг илчлэх болно. Христтэй нэгдсэн хүмүүс үргэлж Христийн шугамаар ажиллах болно. Сатантай холбоотой хүмүүс удирдагчийнхаа өдөөлтийн дор, Ариун Сүнсний хүч ба үйлчлэлд эсэргүүцэн ажиллах болно. Хүний хүсэл өөрөө үйлдэхэд чөлөөтэй үлддэг бөгөөд үйлдлээр дамжин зүрхэнд ямар сүнс нөлөөлж байгааг илчилдэг. ‘Тэдний үр жимсээр та нар тэднийг танина.’” The 1888 Materials, 1508.</w:t>
      </w:r>
    </w:p>
    <w:p>
      <w:pPr>
        <w:pStyle w:val="ArticleBody"/>
        <w:jc w:val="left"/>
      </w:pPr>
      <w:r>
        <w:rPr>
          <w:rFonts w:ascii="Times New Roman" w:hAnsi="Times New Roman" w:eastAsia="Times New Roman" w:cs="Times New Roman"/>
        </w:rPr>
        <w:t>“Өдөр тутмын” тухай маргаан дахь эш үзүүллэгийн эсрэгцэл нь луугийн бэлгэдлийг Христийн бэлгэдэл хэмээн тодорхойлж буйд оршино. Үнэнийг няцаагчид энэ үнэнийг нээн илрүүлсэн Миллерийн үүргийг мөн няцааж байгаа бөгөөд, ингэснээрээ тэд Ариун Сүнсийг няцааж, уучлагдашгүй нүглийг үйлдэж байна.</w:t>
      </w:r>
    </w:p>
    <w:p>
      <w:pPr>
        <w:pStyle w:val="ArticleBody"/>
        <w:jc w:val="left"/>
      </w:pPr>
      <w:r>
        <w:rPr>
          <w:rFonts w:ascii="Times New Roman" w:hAnsi="Times New Roman" w:eastAsia="Times New Roman" w:cs="Times New Roman"/>
        </w:rPr>
        <w:t>Бид 2001 оны 9 дүгээр сарын 11-ний дараахан Ромын тухай үүссэн маргааныг дараагийн өгүүлэлд авч үзнэ.</w:t>
      </w:r>
    </w:p>
    <w:p>
      <w:pPr>
        <w:pStyle w:val="ArticleScripture"/>
        <w:jc w:val="left"/>
      </w:pPr>
      <w:r>
        <w:rPr>
          <w:rFonts w:ascii="Times New Roman" w:hAnsi="Times New Roman" w:eastAsia="Times New Roman" w:cs="Times New Roman"/>
        </w:rPr>
        <w:t>“Бид амь нас хамгийн эрхэм бөгөөд хамгийн сонирхолтой болсон цаг үед амьдарч байна. Бүх юмсын төгсгөл ойртон иржээ. Үл үзэгдэх хүчнүүд эрчимтэй үйл ажиллагаагаа илэрхийлэн ажиллаж буй тул, гайхамшиг төрүүлэм үйл явдлууд бидний өмнө тасралтгүй дэлгэгдсээр байх болно. Доорх харанхуйн хүчнүүд хүний төлөөлөгчдөд нөлөөлөн хөдөлж, бузар хүмүүс Бурханы зарлигууд болон Есүсийн итгэлийн эсрэг дайтахын тулд муу тэнгэрэлчүүдтэй хамтран ажиллаж байна; үүний зэрэгцээ, дээрээс ирэх нэгэн хүч бурханлаг нөлөөнд захирагдах хүмүүст үйлчилж, Бурханы ард түмэн тэнгэрлэг оюун ухаантнуудтай хамтран ажиллаж байна. Эдгээр эцсийн өдрүүдэд хүн бүрийн сэтгэлийг сорин шалгахын тулд ирэх дарамтыг жинхэнэ, үнэн бодит итгэлээс өөр юу ч даван туулахгүй. Бурхан бидний хоргодох газар байх ёстой; бид хэлбэр төдий зүйл, мэргэжиллэл, ёслол, эсвэл байр сууринд найдаж үл болно, мөн бид амьд нэртэй учраас сорилтын өдөр тогтож чадна гэж бодож болохгүй. Донсолгож болох бүхэн донсолгогдох бөгөөд эдгээр эцсийн өдрүүдийн мэхлэл ба төөрөгдлөөр донсолгож үл чадах зүйлс л үлдэнэ. Сэтгэлээ мөнхийн Хаданд бат бэх хадаж тогтоогтун; учир нь зөвхөн Христэд л аюулгүй байдал байх болно. Есүс бидний амьдарч буй өдрүүдийг аюулт өдрүүд хэмээн дүрсэлсэн. Тэрээр, ‘Ноегийн өдрүүд ямар байсанчлан, Хүний Хүүгийн ирэлт мөн тийм байх болно. Учир нь үерээс өмнөх тэр өдрүүдэд тэд Ноег авдарт орсон тэр өдөр хүртэл идэж ууж, гэрлэж, гэрлүүлж байсан бөгөөд үер ирж, тэднийг бүгдийг авч одтол мэдээгүй; Хүний Хүүгийн ирэлт мөн тийм байх болно’ гэж айлдсан. ‘Лотын өдрүүдэд ч мөн адил байсан; тэд идэж, ууж, худалдан авч, худалдаж, тарьж, барьж байгуулж байсан; харин Лот Содомоос гарсан тэр өдөр тэнгэрээс гал ба хүхэр бороолж, тэднийг бүгдийг сүйрүүлсэн. Хүний Хүү илчлэгдэх өдөр ч мөн ийм байх болно.’ ‘Хүний Хүү Өөрийн алдраар, бүх ариун тэнгэрэлчүүдийн хамт ирэхэд, тэрээр Өөрийн алдрын сэнтийд заларна. Түүний өмнө бүх үндэстэн цуглуулагдах бөгөөд, хоньчны хонь ба ямааг ялгадагчлан, тэрээр тэднийг нэг нэгнээс нь салгана; хониудыг Өөрийн баруун талд, харин ямаануудыг зүүн талд нь тавина. Тэгээд Хаан Өөрийн баруун талд буй хүмүүст, Миний Эцгийн ерөөлтэй хүмүүс ээ, ирэгтүн; дэлхийн сууриас эхлэн та нарт бэлтгэгдсэн хаанчлалыг өвлөн авагтун гэж айлдана.’ Энэ амьдрал дахь бидний замнал тэндэх бидний мөнхийн хувь тавиланг шийднэ; бид Бурханы хаанчлалыг өвлөх хүмүүсийн хамт байх уу, эсвэл гаднах харанхуй уруу явах хүмүүсийн дунд байх уу гэдгийг хэлэх нь биднээс шалтгаална. Бурхан бидний авралын төлөө бүхнийг хангаж өгсөн; тэгвэл хязгааргүй үнээр худалдаж авсан тэр зүйлийг ашиглан хүртэцгээе. ‘Учир нь Бурхан ертөнцийг үнэхээр хайрласан тул Өөрийн цорын ганц Хүүгээ өгсөн, ингэснээр Түүнд итгэгч хэн боловч мөхөхгүй, харин мөнх амьтай болох юм.’” Youth Instructor, 1893 оны 8 дугаар сарын 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Ром үзэгдлийг тогтоодог — Есдүгээр дугаар</dc:title>
  <dc:subject>Суурийг үгүйсгэх нь: Адвентист эш үзүүллэг дэх “Өдөр тутмын” талаарх маргаан ба үнэнийг үгүйсгэсний үр дагавар</dc:subject>
  <dc:creator>Jeff Pippenger</dc:creator>
  <cp:keywords/>
  <dc:description>Generated by ArticleDigger from modern_rome\09_modern_rome.json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