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тогтоов — Арван хоёрдугаар бүлэг</w:t>
      </w:r>
    </w:p>
    <w:p>
      <w:pPr>
        <w:pStyle w:val="ArticleSubtitle"/>
        <w:jc w:val="left"/>
      </w:pPr>
      <w:r>
        <w:rPr>
          <w:rFonts w:ascii="Arial" w:hAnsi="Arial" w:eastAsia="Arial" w:cs="Arial"/>
        </w:rPr>
        <w:t>Эш үзүүллэгийн гурван давхар хэрэглээ: Эзгүйрлийн жигшүүрт зүйл ба эцсийн өдрүүдэд зугтан зайлах тухай анхааруулга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Зөнч Даниелын хэлсэн сүйрлийн жигшүүр нь гурван өөр эрин үед амьдарч байсан Христэд итгэгчдэд зугтан зайлах тэмдэг мөн. МЭ 66 онд Христэд итгэгчид Ромын цэргүүдийн туг тэмдгүүд Иерусалимыг бүслэн хүрээлж байгааг хараад Иерусалимаас зугтан гарсан. Тавдугаар зууны төгсгөл ба зургадугаар зууны эхэн үеийн Христэд итгэгчид нүглийн хүн Бурханы сүмд зогсон өөрийгөө Бурхан хэмээн тунхаглаж байгааг хараад цөл уруу зугтсан. 1888 онд сенатор Блэйр АНУ-ын Конгресст Ням гаргийн тухай хэд хэдэн хуулийн төслийг өргөн мэдүүлсэн. Тэдгээр төслүүдийг Блэйрийн хуулийн төслүүд гэж нэрлэдэг байсан бөгөөд Ням гаргийг Үндэсний Мөргөлийн Өдөр хэмээн тогтоон тодорхойлох оролдлого байв. Ням гаргийн мөргөл нь араатны тэмдэг, папын эрх мэдлийн тэмдэг мөн бөгөөд АНУ-ын Үндсэн хууль нь АНУ-ын иргэдэд зориулсан шалгуур болгон үндэсний шашныг албадан мөрдүүлэхийг шууд эсэргүүцдэг.</w:t>
      </w:r>
    </w:p>
    <w:p>
      <w:pPr>
        <w:pStyle w:val="ArticleBody"/>
        <w:jc w:val="left"/>
      </w:pPr>
      <w:r>
        <w:rPr>
          <w:rFonts w:ascii="Times New Roman" w:hAnsi="Times New Roman" w:eastAsia="Times New Roman" w:cs="Times New Roman"/>
        </w:rPr>
        <w:t>Орчин үеийн Ром хэмээн Америкийн Нэгдсэн Улсыг тодорхойлохтой холбогдсон алдаатай хэрэглээнээс чухам энэ баримт орхигдсон байдаг. Зөгнөлийн гуравласан хэрэглээ нь түүний хэрэглээг зохицуулдаг тодорхой дүрмүүдийг агуулдаг. Эдгээр дүрэм нь гурав дахь биеллийн зөгнөлийн шинжүүдийг тогтоохын тулд эхний биеллийн зөгнөлийн шинжүүдийг хоёр дахь биеллийн зөгнөлийн шинжүүдтэй нэгтгэн авч үзэх ёстойг заадаг.</w:t>
      </w:r>
    </w:p>
    <w:p>
      <w:pPr>
        <w:pStyle w:val="ArticleBody"/>
        <w:jc w:val="left"/>
      </w:pPr>
      <w:r>
        <w:rPr>
          <w:rFonts w:ascii="Times New Roman" w:hAnsi="Times New Roman" w:eastAsia="Times New Roman" w:cs="Times New Roman"/>
        </w:rPr>
        <w:t>Зугтан зайлах тухай энэхүү анхааруулга нь ирж буй хавчлагын өмнөөс зугтан зайлах анхааруулга юм. Христийн үеийн тэрхүү хавчлага нь МЭ 70 онд Иерусалим болон сүм устгагдсан явдал байв. Тэр ойртон ирж байсан хавчлагын анхааруулах тэмдэг нь МЭ 66 онд өгөгдсөн. Тавдугаар зууны төгсгөл, зургадугаар зууны эхэн үеийн зугтан зайлах анхааруулгыг Паул эш үзүүллэгийн Пергам болох, харь Ромыг төлөөлж байсан хүчний няцалт хэмээн тодорхойлсон. Өөрийгөө Бурхан хэмээн тунхаглах нүглийн хүн илчлэгдэхийн тулд эхлээд няцалт болох ёстой байв. 538 он руу дөхөж байсан түүхэнд, хориглон тогтоож байсан харь Ром буюу Паулын хэлснээр “саатуулж буй” хүч зайлуулагдсан бөгөөд Пергам няцран унахад зугтан зайлах тэмдэг ирж, итгэмжит хүмүүсийг папын сүмийн нөхөрлөлөөс тусгаарлагдахад чиглүүлсэн. Тэгээд 538 онд Орлеаны зөвлөл дээр папын эрх мэдэл Ням гаргийн хууль гаргаж, папын хавчлагын нэг мянга хоёр зуун жаран жил эхэлсэн.</w:t>
      </w:r>
    </w:p>
    <w:p>
      <w:pPr>
        <w:pStyle w:val="ArticleBody"/>
        <w:jc w:val="left"/>
      </w:pPr>
      <w:r>
        <w:rPr>
          <w:rFonts w:ascii="Times New Roman" w:hAnsi="Times New Roman" w:eastAsia="Times New Roman" w:cs="Times New Roman"/>
        </w:rPr>
        <w:t>Эхний хоёр гэрч Христийн өгсөн зугтан зайлах анхааруулгын гурав дахь биелэл бодит хавчлагаас өмнө тохиосныг тодорхой илэрхийлдэг. Иерусалимын сүйрэл МЭ 66 онд Цестийн бүслэлт эхэлснээс яг гурван жил хагасын дараа болсон бөгөөд ингэснээр Христэд итгэгчид Титийн өдөөсөн, сүм болон хотын сүйрлээр төгссөн хоёр дахь бүслэлтийн аймшгаас урьтаж зугтах боломжтой болсон юм. 538 оныг угтан, Христэд итгэгчид папын Ромын сүмээс салж, эш үзүүллэгийн утгаар цөл уруу зугтсан бөгөөд энэ нь сүнслэг Иерусалимын сүйрлийг төлөөлдөг.</w:t>
      </w:r>
    </w:p>
    <w:p>
      <w:pPr>
        <w:pStyle w:val="ArticleScripture"/>
        <w:jc w:val="left"/>
      </w:pPr>
      <w:r>
        <w:rPr>
          <w:rFonts w:ascii="Times New Roman" w:hAnsi="Times New Roman" w:eastAsia="Times New Roman" w:cs="Times New Roman"/>
        </w:rPr>
        <w:t>Харин сүмийн гаднах хашааг орхигтун, түүнийг бүү хэмж; учир нь энэ нь харь үндэстнүүдэд өгөгдсөн юм. Тэд ариун хотыг дөчин хоёр сарын турш хөл доороо гишгэлэн доромжлох болно. Би Өөрийн хоёр гэрчид хүч өгнө, тэд тааран хувцас өмсөн мянга хоёр зуун жаран өдрийн турш эш үзүүлэх болно. Илчлэлт 11:2, 3.</w:t>
      </w:r>
    </w:p>
    <w:p>
      <w:pPr>
        <w:pStyle w:val="ArticleBody"/>
        <w:jc w:val="left"/>
      </w:pPr>
      <w:r>
        <w:rPr>
          <w:rFonts w:ascii="Times New Roman" w:hAnsi="Times New Roman" w:eastAsia="Times New Roman" w:cs="Times New Roman"/>
        </w:rPr>
        <w:t>Зугтах тухай анхааруулгын аль аль дүрслэлд анхааруулга нь хавчлагын өмнө өгөгддөг бөгөөд хавчлага нь, шүтээнлэг ч бай папын ч бай, үгчилсэн ч бай сүнслэг ч бай Иерусалимыг хөл дороо гишгэлж буй Ромоор төлөөлөгддөг. Долоо дахь өдрийн Адвентистуудын хувьд зугтах тухай анхааруулга нь 1888 оны Блэйрийн хуулийн төсөл байв. Шүтээнлэг Ромын түүхэн дэх анхны биелэлд Христэд итгэгчид Иерусалимаас зугтах ёстой байсан бөгөөд папын Ромын биелэлд Христэд итгэгчид цөл уруу зугтсан. Адвентизмын хувьд анхааруулга нь хөдөө нутаг уруу зугтах явдал байв.</w:t>
      </w:r>
    </w:p>
    <w:p>
      <w:pPr>
        <w:pStyle w:val="ArticleScripture"/>
        <w:jc w:val="left"/>
      </w:pPr>
      <w:r>
        <w:rPr>
          <w:rFonts w:ascii="Times New Roman" w:hAnsi="Times New Roman" w:eastAsia="Times New Roman" w:cs="Times New Roman"/>
        </w:rPr>
        <w:t>“Одоо Бурханы ард түмэн сэтгэл зүрхээ энэ ертөнцөд хандуулж, эсвэл эрдэнэсээ энд хуримтлуулах цаг огт биш юм. Эртний шавь нарын адил бид эзгүйрсэн, ганцаардмал газруудад хоргодох байр эрэн хайхаас өөр аргагүй болох тэр цаг холгүй байна. Ромын цэргүүд Иерусалимыг бүслэн хавчих нь Иудейн Христэд итгэгчдэд зугтах дохио болсон шиг, папын амралтын өдрийг албадан сахиулах зарлигт манай үндэстэн төрийн эрх мэдлээ хэрэгжүүлэн оролцох нь бидэнд анхааруулах дохио болно. Тэр үед том хотуудаас гарч, улмаар уулсын дундах тусгаарлагдмал газрууд дахь бүгд найрамдсан орон байр уруу жижиг хотуудыг ч орхин явахад бэлтгэх цаг болно.” Testimonies, volume 5, 464.</w:t>
      </w:r>
    </w:p>
    <w:p>
      <w:pPr>
        <w:pStyle w:val="ArticleBody"/>
        <w:jc w:val="left"/>
      </w:pPr>
      <w:r>
        <w:rPr>
          <w:rFonts w:ascii="Times New Roman" w:hAnsi="Times New Roman" w:eastAsia="Times New Roman" w:cs="Times New Roman"/>
        </w:rPr>
        <w:t>“Манай үндэстэн папын амралтын өдрийг албадан сахиулах зарлигт эрх мэдлийг гартаа авах нь бидэнд нэгэн анхааруулга байх болно” гэсэн үг нь, Маркийн үгтэй нийцэн “байх ёсгүй газар зогсож” байсан жигшүүрт хоосролын бузар зүйл илэрсэн үед биелэв. 1888 онд Америкийн Нэгдсэн Улсын Конгресс Үндсэн хуулийн үндсэн нэгэн зүйлийг шууд зөрчсөн хуулийг хэлэлцэж байсан бөгөөд тэр үед Долоо дахь өдрийн Адвентистууд хотуудыг орхин хөдөө нутагт нүүх ёстой байв.</w:t>
      </w:r>
    </w:p>
    <w:p>
      <w:pPr>
        <w:pStyle w:val="ArticleScripture"/>
        <w:jc w:val="left"/>
      </w:pPr>
      <w:r>
        <w:rPr>
          <w:rFonts w:ascii="Times New Roman" w:hAnsi="Times New Roman" w:eastAsia="Times New Roman" w:cs="Times New Roman"/>
        </w:rPr>
        <w:t>“Иерусалимын сүйрлийн үеэр нэг ч Христэд итгэгч амь үрэгдээгүй. Христ Өөрийн шавь нарт сэрэмжлүүлэг өгсөн бөгөөд Түүний үгэнд итгэсэн бүхэн амлагдсан тэмдгийг ажиглан харж байв.... Тэд сааталгүйгээр Иорданы цаадах Переа нутгийн Пелла хот хэмээх аюулгүй газарт зугтан очсон.” Агуу Тэмцэл, 30.</w:t>
      </w:r>
    </w:p>
    <w:p>
      <w:pPr>
        <w:pStyle w:val="ArticleBody"/>
        <w:jc w:val="left"/>
      </w:pPr>
      <w:r>
        <w:rPr>
          <w:rFonts w:ascii="Times New Roman" w:hAnsi="Times New Roman" w:eastAsia="Times New Roman" w:cs="Times New Roman"/>
        </w:rPr>
        <w:t>Зугтах анхааруулгын тэмдгүүдийн эхнийхийн эш үзүүллэгийн шинжүүд нь гурав дахь бөгөөд эцсийн биелэлтийг төлөөлдөг. Заримдаа тэдгээр эш үзүүллэгийн шинжүүд гурав дахь биелэлт дотор давхар биелэлтийг бий болгодог. Үүний нэг жишээ нь гурван Елиа юм. Иезебел, Ахаб болон Баалын эш үзүүлэгчидтэй тулгарсан Елиагийн шугам нь хоёр дахь Елиа болох Баптист Иоханы Херодиа, Херод, Саломе нартай тулгарсан шинжүүдтэй нийлж, сүүлийн өдрүүдэд—учир нь гурав дахин хэрэглээний гурав дахь бөгөөд эцсийн биелэлт үргэлж сүүлийн өдрүүдэд байдаг—Елиа ба Иохан нь Бурханы ард түмний хоёр ангийг төлөөлдөг болохыг тогтоодог. Елиагаар төлөөлөгдсөн нэг анги үхдэггүй, харин Иоханаар төлөөлөгдсөн нөгөө анги үхдэг. Эдгээр хоёр анги мөн Илчлэлт номын долоодугаар бүлэгт үхдэггүй нэг зуун дөчин дөрвөн мянга, мөн үхдэг агуу олон түмэн гэж дүрслэгдсэн байдаг.</w:t>
      </w:r>
    </w:p>
    <w:p>
      <w:pPr>
        <w:pStyle w:val="ArticleBody"/>
        <w:jc w:val="left"/>
      </w:pPr>
      <w:r>
        <w:rPr>
          <w:rFonts w:ascii="Times New Roman" w:hAnsi="Times New Roman" w:eastAsia="Times New Roman" w:cs="Times New Roman"/>
        </w:rPr>
        <w:t>Гурван Вавилонд эш үзүүллэгийн мэдээний нэгэн адил төстэй элемент нь юу вэ гэвэл: эхний Вавилоныг Нимрод төлөөлдөг бол, хоёр дахь Вавилоныг анхны ба эцсийн хаад болох Небухаднезар, Белшазар нар төлөөлдөг. Небухаднезар нь аврагдах Вавилон доторх хүмүүсийг, харин Белшазар нь мөхөх Вавилон доторх хүмүүсийг төлөөлдөг.</w:t>
      </w:r>
    </w:p>
    <w:p>
      <w:pPr>
        <w:pStyle w:val="ArticleBody"/>
        <w:jc w:val="left"/>
      </w:pPr>
      <w:r>
        <w:rPr>
          <w:rFonts w:ascii="Times New Roman" w:hAnsi="Times New Roman" w:eastAsia="Times New Roman" w:cs="Times New Roman"/>
        </w:rPr>
        <w:t>Эцсийн өдрүүдэд Библийн эш үзүүлгийн сэдэв болдог хоёр Ням гаргийн хууль байдаг. Нэгдүгээр нь АНУ-д тун удахгүй гарах Ням гаргийн хууль бөгөөд, хоёрдугаар нь бүх дэлхий даяар албадан тулгагдах Ням гаргийн хууль юм. Эдгээр хоёр Ням гаргийн хуулийг харь Ромын Ням гаргийн хууль урьдаас дүрслэн үзүүлсэн бөгөөд 321 онд Константин анхны Ням гаргийн хуулийг хэрэгжүүлж, үүний дараа 538 онд Папын Ромын Ням гаргийн хууль гарсан билээ. Харь Ром нь АНУ-ыг урьдаас дүрслэн үзүүлдэг хэд хэдэн эш үзүүлгийн хэв шинжийн нэг бөгөөд 321 оны Ням гаргийн хууль нь АНУ-д тун удахгүй гарах Ням гаргийн хуулийн хэв шинж болдог. 538 оны папын Ням гаргийн хууль нь бүх дэлхий даяар хэрэгжүүлэх Ням гаргийн хуулийн хэв шинж болдог. Даниел 11 дэх бүлэгт гардаг дээрэмчид АНУ-ыг хэв шинжлэн үзүүлдэг гэсэн алдаатай үзэл нь АНУ-д тун удахгүй гарах Ням гаргийн хуулийг нотолгоо болгон ашиглаж, АНУ дахь Ням гаргийн хууль нь АНУ-ыг орчин үеийн Ром мөн гэж батална хэмээн оролддог бөгөөд луу, араатан, хуурамч эш үзүүлэгчийн гурвалсан холбоогоор дэлхийн бүх үндэстэнд албадан тулгагдах өөр нэг Ням гаргийн хууль байдгийг үл хайхардаг.</w:t>
      </w:r>
    </w:p>
    <w:p>
      <w:pPr>
        <w:pStyle w:val="ArticleBody"/>
        <w:jc w:val="left"/>
      </w:pPr>
      <w:r>
        <w:rPr>
          <w:rFonts w:ascii="Times New Roman" w:hAnsi="Times New Roman" w:eastAsia="Times New Roman" w:cs="Times New Roman"/>
        </w:rPr>
        <w:t>Хэрэв Америкийн Нэгдсэн Улс дахь Ням гаргийн тухай хууль Америкийн Нэгдсэн Улсыг Орчин үеийн Ром мөн хэмээн тогтоодог бол, тэгвэл дэлхий дахины Ням гаргийн тухай хууль юуг тогтоодог вэ? Гурван Ром нь гуравласан шинжтэй тэрхүү Орчин үеийн Ром хоёр өөр Ням гаргийн хуулийг хэрэгжүүлэхийг тогтоодог. Эхнийх нь Америкийн Нэгдсэн Улсад бөгөөд 321 онд Константины Ням гаргийн тухай хуулиар дүрслэгдсэн; хоёр дахь нь бүх дэлхий даяар бөгөөд 538 оны папын Ням гаргийн тухай хуулиар дүрслэгдсэн юм. Зөгнөлийн гурав дахин хэрэглээний хүрээнд Америкийн Нэгдсэн Улс дахь Ням гаргийн тухай хуулийг ашиглан Ням гаргийн тухай хууль хэн нь Орчин үеийн Ром болохыг нотолдог хэмээн батлах нь харь болон папын Ромоор тогтоогдсон эш үзүүллэгийн шинжүүдийг үл хайхарч буй хэрэг мөн. Эцсийн өдрүүдэд хоёр өөр Ням гаргийн хууль байдаг бөгөөд ард түмний дээрэмчид нь Америкийн Нэгдсэн Улс мөн гэдгийг танин тогтоох баталгаа тэдгээрийн аль нь ч биш юм. Харь болон папын Ромын гэрчлэлийг, одоо үйлдэгдэж байгаачлан, хувийн тайлбарыг дэмжихийн тулд гуйвуулан үзүүлэх үед, энэ нь өөрсдийн хувийн тайлбарыг батлан хамгаалахыг эрмэлзэгчид хэв шинж ба бодит биеллийг ойлгодоггүйг харуулдаг.</w:t>
      </w:r>
    </w:p>
    <w:p>
      <w:pPr>
        <w:pStyle w:val="ArticleBody"/>
        <w:jc w:val="left"/>
      </w:pPr>
      <w:r>
        <w:rPr>
          <w:rFonts w:ascii="Times New Roman" w:hAnsi="Times New Roman" w:eastAsia="Times New Roman" w:cs="Times New Roman"/>
        </w:rPr>
        <w:t>Харь шашинт Ром бол Америкийн Нэгдсэн Улсын нэгэн хэв шинж бөгөөд папын Ром нь орчин үеийн Ромыг төлөөлөн хэв шинжилдэг. Зөгнөлийн гурвалсан хэрэглээг ийнхүү буруу хэрэглэхийн хамт, мөн заагдаж буй зүйл нь “хэв шинж ба бодит биелэл”-ийн хүрээнд тогтоогдсон хэмээх мэдэгдлийн хамт, “эзгүйрлийн жигшүүрт зүйл”-ийг зөгнөлийн гурвалсан хэрэглээний хүрээнд хэрхэн дүрслэгдэж байгаагаар нь тодорхойлохтой холбоотой өөр нэг алдаа мөн дагалддаг.</w:t>
      </w:r>
    </w:p>
    <w:p>
      <w:pPr>
        <w:pStyle w:val="ArticleBody"/>
        <w:jc w:val="left"/>
      </w:pPr>
      <w:r>
        <w:rPr>
          <w:rFonts w:ascii="Times New Roman" w:hAnsi="Times New Roman" w:eastAsia="Times New Roman" w:cs="Times New Roman"/>
        </w:rPr>
        <w:t>МЭ 66 оноос МЭ 70 он хүртэл Ромын хоёр жанжин Иерусалимд довтолсон юм. Цестиус ба Тит хоёр хоёулаа бүслэлтээр эхэлсэн боловч, тэднээс зөвхөн нэг нь бүслэлтийг богино хугацаанд цуцалсан бөгөөд энэ нь Бурханы ивээлт зохицууллаар христэд итгэгчдэд зугтан гарах боломжийг олгосон юм. Христэд итгэгчид зугтах анхааруулгыг Цестиусын хийсэн анхны бүслэлтийн үед таньж мэдсэн билээ. МЭ 70 онд Тит Иерусалимын эсрэг дайныг үргэлжлүүлэхээр ирэхдээ бүслэлтээр эхэлж, Иерусалим болон сүмийг сүйрүүлэх хүртлээ түүнийгээ зогсоогоогүй. Есүсийн анхааруулга хоёр үе шаттай. Эхнийх нь зугтах тэмдэг, түүнээс хойш хавчлага юм. Тав, зургаадугаар зууны үе дэх энэ анхааруулгын биелэлд христэд итгэгчид 538 оноос өмнө завхарсан Ромын сүмээс тусгаарлагдсан бөгөөд дараа нь хавчлага эхэлсэн юм.</w:t>
      </w:r>
    </w:p>
    <w:p>
      <w:pPr>
        <w:pStyle w:val="ArticleBody"/>
        <w:jc w:val="left"/>
      </w:pPr>
      <w:r>
        <w:rPr>
          <w:rFonts w:ascii="Times New Roman" w:hAnsi="Times New Roman" w:eastAsia="Times New Roman" w:cs="Times New Roman"/>
        </w:rPr>
        <w:t>Паул эртний Израилийн бүх тэмдэглэгдэн үлдсэн түүх нь эцсийн өдрүүдэд амьдрагсдын төлөө бичигдсэн бөгөөд эдгээр бүх түүхүүд нь хэв шинжүүд байсан гэдгийг тун тодорхой хэлдэг. Хэдийгээр энэ үнэний тухай түүний сонгодог өгүүлэлд “хэв шинжүүд” гэсэн утгатай грек “typos” гэдэг үгийг “сургамжит жишээ” хэмээн орчуулсан байдаг.</w:t>
      </w:r>
    </w:p>
    <w:p>
      <w:pPr>
        <w:pStyle w:val="ArticleScripture"/>
        <w:jc w:val="left"/>
      </w:pPr>
      <w:r>
        <w:rPr>
          <w:rFonts w:ascii="Times New Roman" w:hAnsi="Times New Roman" w:eastAsia="Times New Roman" w:cs="Times New Roman"/>
        </w:rPr>
        <w:t>Эдгээр бүх зүйл тэдэнд сургамж болгон тохиолдсон бөгөөд ертөнцийн төгсгөлийн үе ирсэн бидэнд сануулга болгохоор бичигдсэн юм. 1 Коринт 10:11.</w:t>
      </w:r>
    </w:p>
    <w:p>
      <w:pPr>
        <w:pStyle w:val="ArticleBody"/>
        <w:jc w:val="left"/>
      </w:pPr>
      <w:r>
        <w:rPr>
          <w:rFonts w:ascii="Times New Roman" w:hAnsi="Times New Roman" w:eastAsia="Times New Roman" w:cs="Times New Roman"/>
        </w:rPr>
        <w:t>Паул энэ үнэний нөхцөл байдлыг тогтоохын тулд аравдугаар бүлэгт ашигласан түүхэн үйл явдлууд нь эртний Израиль зөвтөөр үйлдсэн түүх биш байсан юм.</w:t>
      </w:r>
    </w:p>
    <w:p>
      <w:pPr>
        <w:pStyle w:val="ArticleScripture"/>
        <w:jc w:val="left"/>
      </w:pPr>
      <w:r>
        <w:rPr>
          <w:rFonts w:ascii="Times New Roman" w:hAnsi="Times New Roman" w:eastAsia="Times New Roman" w:cs="Times New Roman"/>
        </w:rPr>
        <w:t>Гэвч Бурхан тэдний олонтой нь тааламжгүй байсан; учир нь тэд цөлд сүйрэн унасан юм. Эдүгээ эдгээр зүйлс нь бидэнд жишээ болсон бөгөөд ингэснээр бид, тэдний адил, муу зүйлсийг хүсэн шунахгүй байх ёстой. Мөн тэдний заримын адил бүү шүтээн шүтэгчид бол; бичигдсэн нь: “Ард түмэн идэж уухаар сууж, наадахаар босов.” Түүнчлэн тэдний заримын үйлдсэнчлэн бид бүү завхайр; тэгээд нэг өдөрт хорин гурван мянга нь унасан билээ. Бас тэдний заримын адил Христийг бүү сорь; тэгээд тэд могойнуудад устгагдсан юм. 1 Коринт 10:5–9.</w:t>
      </w:r>
    </w:p>
    <w:p>
      <w:pPr>
        <w:pStyle w:val="ArticleBody"/>
        <w:jc w:val="left"/>
      </w:pPr>
      <w:r>
        <w:rPr>
          <w:rFonts w:ascii="Times New Roman" w:hAnsi="Times New Roman" w:eastAsia="Times New Roman" w:cs="Times New Roman"/>
        </w:rPr>
        <w:t>Ариун түүх нь Бурханы ард түмний зөвт байдал болон зөвт бус байдлын аль алины тэмдэглэл мөн; гэвч аль ч тохиолдолд тэрхүү түүх нь эцсийн өдрүүдэд амьдарч буй Бурханы ард түмний хувьд хэв шинж хэвээр байдаг. 1888 онд Миннеаполист гарсан бослогын түүх нь, Адвентист түүхчдийн юу гэж үздэгээс үл хамааран, зөвт бус байдлын тэмдэглэл мөн. Тэр бослого нь тийм гүнзгий байсан тул Эллен Уайт тэр хурлыг орхин явахаар шийдсэн боловч, зөвхөн нэгэн тэнгэрэлч түүнд үлдэж, Мосегийн түүхэн дэх Кора, Датан, Абирамуудын бослоготой зэрэгцэх тэрхүү бослогыг тэмдэглэн үлдээх нь түүний үүрэг мөн хэмээн хэлсэн учраас л үлдсэн юм. Тэр хурал дээр Илчлэл номын арван наймдугаар бүлгийн хүчит тэнгэрэлч бууж ирсэн боловч, Түүний авчирсан мэдээ няцаагдсан юм.</w:t>
      </w:r>
    </w:p>
    <w:p>
      <w:pPr>
        <w:pStyle w:val="ArticleBody"/>
        <w:jc w:val="left"/>
      </w:pPr>
      <w:r>
        <w:rPr>
          <w:rFonts w:ascii="Times New Roman" w:hAnsi="Times New Roman" w:eastAsia="Times New Roman" w:cs="Times New Roman"/>
        </w:rPr>
        <w:t>Тэр түүх нь 2001 оны 9 дүгээр сарын 11-нийг, Нью-Йорк хотын агуу барилгууд нураагдсан үеийг дүрслэн төлөөлж байв. Тэр түүхэд Сенатор Блэйрийн өргөн барих ёстой байсан Ням гаргийн хуулийн анхны төсөл багтаж байлаа. Ням гаргийг Үндэсний Шүтэн Мөргөлийн Өдөр болгон хэрэгжүүлэх гэсэн түүний оролдлого бүтэлгүйтсэн боловч, энэ нь эцсийн өдрүүдийг дүрслэн төлөөлсөн ариун түүхийн нэг хэсэг байсан юм. Сенатор Блэйрийн хуулийн төсөл нь хотуудаас зугтан гарах анхааруулга байв. 1888 оноос өмнө Уайт эгч хотоос гадуур амьдрахын зайлшгүй хэрэгцээний талаар ярихдаа ирээдүй цагт ярьдаг байсан. Тэрээр Бурханы ард түмэн хөдөө нутагт нүүх ёстой болох ойрын ирээдүйн цаг үеийг заан хэлж байв. 1888 оноос хойш Уайт эгчийн хөдөө амьдрахын зайлшгүй хэрэгцээний талаар өгүүлсэн бүх эшлэлүүдэд түүний зөвлөгөө нь хөдөө байх цаг аль хэдийн ирсэн гэсэн нөхцөл байдалд тавигдсан байдаг. 1888 оны Блэйрийн хуулийн төсөл нь Ням гаргийг албадан мөрдүүлэхийн тэмдэг байсан бөгөөд, Лукийн хэлснээр, байх ёсгүй газарт байв. Ням гаргийг албадан мөрдүүлэх явдлыг Америкийн Нэгдсэн Улсын Конгресст оруулж ирэх ёсгүй байсан, учир нь энэ нь Үндсэн хуулийн үндсэн зарчмын нэгийг үгүйсгэсэн хэрэг байлаа.</w:t>
      </w:r>
    </w:p>
    <w:p>
      <w:pPr>
        <w:pStyle w:val="ArticleBody"/>
        <w:jc w:val="left"/>
      </w:pPr>
      <w:r>
        <w:rPr>
          <w:rFonts w:ascii="Times New Roman" w:hAnsi="Times New Roman" w:eastAsia="Times New Roman" w:cs="Times New Roman"/>
        </w:rPr>
        <w:t>1888 оны түүх нь 2001 оны 9 дүгээр сарын 11-нд эхэлсэн эш үзүүллэгийн түүхийг хэв шинжлэн илэрхийлэхийн тулд тэмдэглэгдсэн юм. 1888 оны Блэрийн хуулийн төсөл нь 2001 оны Патриот актыг хэв шинжлэн илэрхийлсэн. Энэ нь араатны тэмдгийг бодитоор хэрэгжүүлэхээс өмнөх анхааруулга байсан. Христийг дагаж буй хэн боловч 2001 оны 9 дүгээр сарын 11-ний дараа хотод амьдарч байх ёсгүй. Энэ нь Бурханы ард түмэнд зугтан гарахыг чиглүүлсэн эш үзүүллэгийн бүслэлт байсан. Эцсийн өдрүүдийн эш үзүүллэгийн загварын сэдэв болдог, харь болон папын Ромын Ням гаргийн хуулиар төлөөлөгдсөн Ням гаргийн хоёр хууль байдгийн адил, эдгээр Ням гаргийн хоёр хууль хоёулаа зугтан гарах анхааруулгаар урьдаас мэдэгддэг.</w:t>
      </w:r>
    </w:p>
    <w:p>
      <w:pPr>
        <w:pStyle w:val="ArticleBody"/>
        <w:jc w:val="left"/>
      </w:pPr>
      <w:r>
        <w:rPr>
          <w:rFonts w:ascii="Times New Roman" w:hAnsi="Times New Roman" w:eastAsia="Times New Roman" w:cs="Times New Roman"/>
        </w:rPr>
        <w:t>Долоо дахь өдрийн Адвентист хэмээн өөрсдийгөө тунхаглагчдын хувьд, тун удахгүй ирэх ням гаргийн хуулиас урьтаж хотуудаас хөдөө нутаг руу дүрвэхийн тэмдэг болгон Patriot Act-ыг эш үзүүллэгийн үүднээс танин мэдэх ёстой байсан. Яг тэрхүү ням гаргийн хууль нь Бабилонд хараахан байсаар буй Бурханы бусад хонин сүргийн хувьд, бүх үндэстэн дээр авчрах гэж буй ням гаргийн албадлагын өмнө Бабилон дотроос гарч дүрвэх тэмдэг байсан юм.</w:t>
      </w:r>
    </w:p>
    <w:p>
      <w:pPr>
        <w:pStyle w:val="ArticleScripture"/>
        <w:jc w:val="left"/>
      </w:pPr>
      <w:r>
        <w:rPr>
          <w:rFonts w:ascii="Times New Roman" w:hAnsi="Times New Roman" w:eastAsia="Times New Roman" w:cs="Times New Roman"/>
        </w:rPr>
        <w:t>“Шашин шүтэх эрх чөлөөний орон болсон Америк ухамсрыг албадан, хүмүүсийг хуурамч амралтын өдрийг хүндэтгүүлэхээр Папын эрх мэдэлтэй нэгдэх үед, дэлхийн бүх улс орны ард түмэн түүний жишээг дагахаар хөтлөгдөнө.” Testimonies, volume 6, 18.</w:t>
      </w:r>
    </w:p>
    <w:p>
      <w:pPr>
        <w:pStyle w:val="ArticleBody"/>
        <w:jc w:val="left"/>
      </w:pPr>
      <w:r>
        <w:rPr>
          <w:rFonts w:ascii="Times New Roman" w:hAnsi="Times New Roman" w:eastAsia="Times New Roman" w:cs="Times New Roman"/>
        </w:rPr>
        <w:t>Гурван Елиагийн гуравласан хэрэглээ нь эцсийн өдрүүдэд Бурханы ард түмэн хоёр ангитай байдгийг тогтоодгийн адил, Ромын гуравласан хэрэглээ нь Ням гаргийн хоёр ялгаатай хууль байдгийг тодорхойлдог. Америкийн Нэгдсэн Улсыг “чиний ард түмний дээрэмчид” хэмээн үзэж, тиймээс Америкийн Нэгдсэн Улсын эш үзүүллэгийн үүрэг нь үзэгдлийг тогтоодог гэж батлахыг хүсэгчид, Америкийн Нэгдсэн Улсад удахгүй гарах Ням гаргийн хууль бол Христ Өөрийн ард түмэнд ирэх хавчлагын өмнөөс зугтан гарах анхааруулга болгон заасан хоосролын жигшүүр мөн гэж санал болгодог. Тэд зугтан гарах анхааруулах тэмдэг болох бүслэлт болон Ням гаргийн хуулийн бодит хэрэгжилт эхэлж, эцсийн өдрүүдийн хавчлагыг эхлүүлдэг үеийг илэрхийлэх хоёр дахь бүслэлтийн хоорондын ялгааг тогтоож чаддаггүй. Тэд хоёр гэрчийн үндсэн дээр тогтоогдсон, эш үзүүллэг эцсийн өдрүүдэд биелэхдээ Ням гаргийн хоёр ялгаатай хууль байх ёстой гэсэн ялгааг авч үздэггүй. Ингэснээр тэд Америкийн Нэгдсэн Улсад удахгүй гарах Ням гаргийн хууль нь эш үзүүлэгч Даниелын хэлсэн хоосролын жигшүүрээр илэрхийлэгдсэн анхааруулга мөн гэж маргадаг; тийм мөн, гэвч тэдний тодорхойлдог байдлаар биш.</w:t>
      </w:r>
    </w:p>
    <w:p>
      <w:pPr>
        <w:pStyle w:val="ArticleBody"/>
        <w:jc w:val="left"/>
      </w:pPr>
      <w:r>
        <w:rPr>
          <w:rFonts w:ascii="Times New Roman" w:hAnsi="Times New Roman" w:eastAsia="Times New Roman" w:cs="Times New Roman"/>
        </w:rPr>
        <w:t>Америкийн Нэгдсэн Улс дахь Ням гаргийн хууль нь Бабилонд одоо хүртэл буй Бурханы бусад сүрэгт түүний нөхөрлөлөөс зугтан гарахыг сануулсан анхааруулга мөн. Иймээс энэ нь бүх үндэстнүүдэд тулган хэрэгжүүлэх ирэх Ням гаргийн хуулийн тухай анхааруулга юм.</w:t>
      </w:r>
    </w:p>
    <w:p>
      <w:pPr>
        <w:pStyle w:val="ArticleScripture"/>
        <w:jc w:val="left"/>
      </w:pPr>
      <w:r>
        <w:rPr>
          <w:rFonts w:ascii="Times New Roman" w:hAnsi="Times New Roman" w:eastAsia="Times New Roman" w:cs="Times New Roman"/>
        </w:rPr>
        <w:t>“Харь үндэстнүүд Америкийн Нэгдсэн Улсын жишээг дагана. Хэдийгээр тэргүүлэн эхэлж буй нь тэр боловч, мөнөөх адил хямрал манай ард түмэнд дэлхийн бүх хэсэгт ирэх болно.” Testimonies, volume 6, 395.</w:t>
      </w:r>
    </w:p>
    <w:p>
      <w:pPr>
        <w:pStyle w:val="ArticleBody"/>
        <w:jc w:val="left"/>
      </w:pPr>
      <w:r>
        <w:rPr>
          <w:rFonts w:ascii="Times New Roman" w:hAnsi="Times New Roman" w:eastAsia="Times New Roman" w:cs="Times New Roman"/>
        </w:rPr>
        <w:t>Тэдний дэвшүүлж буй нотолгоо нь Америкийн Нэгдсэн Улс дахь ням гаргийн хууль нь зөгнөлийн үзэгдлийг тогтоон баталгаажуулдаг бэлгэ тэмдэг болох Америкийн Нэгдсэн Улсыг тодорхойлж байна гэсэн санаа юм; харин Христийн өгсөн зугтан зайлах анхааруулгын агуулгад авч үзвэл, тэрхүү ням гаргийн хууль нь арван нэгдүгээр цагийн ажилчдад Вавилоноос зугтан гарах тухай дэлхий дахиныг хамарсан анхааруулгыг илэрхийлдэг.</w:t>
      </w:r>
    </w:p>
    <w:p>
      <w:pPr>
        <w:pStyle w:val="ArticleBody"/>
        <w:jc w:val="left"/>
      </w:pPr>
      <w:r>
        <w:rPr>
          <w:rFonts w:ascii="Times New Roman" w:hAnsi="Times New Roman" w:eastAsia="Times New Roman" w:cs="Times New Roman"/>
        </w:rPr>
        <w:t>Эгч Уайт зугтан зайлах тухай анхааруулгыг хэлэхдээ, тэрээр бүх дэлхийг нөмрөн авах Ням гаргийн хуулийн асуудлыг хөндөж байна. Тэрхүү хөдөлгөөн нь АНУ дахь Ням гаргийн хуулиас эхэлдэг. Тэрээр АНУ дахь Ням гаргийн хууль нь ирэх хавчлагын анхааруулга мөн гэдгийг тодорхойлдог.</w:t>
      </w:r>
    </w:p>
    <w:p>
      <w:pPr>
        <w:pStyle w:val="ArticleScripture"/>
        <w:jc w:val="left"/>
      </w:pPr>
      <w:r>
        <w:rPr>
          <w:rFonts w:ascii="Times New Roman" w:hAnsi="Times New Roman" w:eastAsia="Times New Roman" w:cs="Times New Roman"/>
        </w:rPr>
        <w:t>“Бурханы хуулийг зөрчин папын тогтолцоог хэрэгжүүлэхийг албадсан зарлигаар манай үндэстэн зөвт байдлаас өөрийгөө бүрэн таслан салгах болно. Протестантизм ангал дээгүүр гараа сунган Ромын эрх мэдлийн гарыг атгах үед, тэрээр ёроолгүй гүн дээгүүр хүрч спиритизмтэй гар барих үед, энэхүү гурвалсан холбооны нөлөөн дор манай улс Протестант бөгөөд бүгд найрамдах засаглалын хувьд өөрийн Үндсэн хуулийн зарчим бүрийг няцааж, папын худал сургаал ба төөрөгдлийг түгээн дэлгэрүүлэх нөхцөлийг бүрдүүлэх үед, тэр цагт Сатаны гайхамшигт үйл ажиллагааны цаг ирснийг, мөн төгсгөл ойрхон байгааг бид мэдэж болно.”</w:t>
      </w:r>
    </w:p>
    <w:p>
      <w:pPr>
        <w:pStyle w:val="ArticleScripture"/>
        <w:jc w:val="left"/>
      </w:pPr>
      <w:r>
        <w:rPr>
          <w:rFonts w:ascii="Times New Roman" w:hAnsi="Times New Roman" w:eastAsia="Times New Roman" w:cs="Times New Roman"/>
        </w:rPr>
        <w:t>“Ромын цэргүүд ойртон ирсэн нь Иерусалимын мөхөл айсуйг шавь нарт тэмдэг болгосон шиг, үүнчлэн энэхүү тэрслэлт нь Бурханы тэвчээрийн хязгаарт хүрснийг, манай үндэстний гэм буруугийн хэмжээ дүүрснийг, мөн өршөөлийн тэнгэрэлч удахгүй нисэн одож, хэзээ ч эргэн ирэхгүйг бидэнд илтгэх тэмдэг байж болох юм. Тэгээд Бурханы ард түмэн эш үзүүлэгчдийн Иаковын зовлонгийн цаг хэмээн дүрсэлсэн тэрхүү шаналал, гай зовлонгийн үзэгдлүүдэд автагдах болно. Итгэлтэй, хавчигдагсдын хашхираан тэнгэр өөд өгсөнө. Абелын цус газраас хашхирсанчлан, мөн аллагад өртөгсдийн булшнаас, далайн ёроолын булшнаас, уулсын агуйгаас, сүм хийдийн бунхны хонгилоос Бурханд хандан ийнхүү хашхирах дуу хоолойнууд байна: ‘Ай Эзэн, ариун бөгөөд үнэнч Нэгэн ээ, Та газар дээр оршин суугчдыг хэзээ хүртэл шүүн, бидний цусыг тэднээс өшөө авахгүй байх вэ?’” Гэрчлэлүүд, 5-р боть, 451.</w:t>
      </w:r>
    </w:p>
    <w:p>
      <w:pPr>
        <w:pStyle w:val="ArticleBody"/>
        <w:jc w:val="left"/>
      </w:pPr>
      <w:r>
        <w:rPr>
          <w:rFonts w:ascii="Times New Roman" w:hAnsi="Times New Roman" w:eastAsia="Times New Roman" w:cs="Times New Roman"/>
        </w:rPr>
        <w:t>Уайт эгч АНУ дахь ням гаргийн хуулийг зааж, түүнийг АНУ-ын хувьд сорилтын хугацаа дууссаны “тэмдэг” хэмээн тодорхойлж байна. Гэвч дэлхийн бусад үндэстнүүд дэх Бурханы ард түмэн мөн адил тэрхүү шалгалттай тулгарах ёстой. АНУ дахь ням гаргийн хуулиас эхлэн Михаел босож, хүний сорилтын хугацаа хаагдах хүртэл тодорхой нэгэн хугацаа байдаг. Тэр нь хаагдах үед “өршөөлийн тэнгэрэлч нисэн одно.”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тогтоов — Арван хоёрдугаар бүлэг</dc:title>
  <dc:subject>Эш үзүүллэгийн гурван давхар хэрэглээ: Эзгүйрлийн жигшүүрт зүйл ба эцсийн өдрүүдэд зугтан зайлах тухай анхааруулга</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