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нь - Арван тавдугаар дугаар</w:t>
      </w:r>
    </w:p>
    <w:p>
      <w:pPr>
        <w:pStyle w:val="ArticleSubtitle"/>
        <w:jc w:val="left"/>
      </w:pPr>
      <w:r>
        <w:rPr>
          <w:rFonts w:ascii="Arial" w:hAnsi="Arial" w:eastAsia="Arial" w:cs="Arial"/>
        </w:rPr>
        <w:t>Эцсийн шалгалт: Араатны дүрийн эш үзүүллэгийн маргаанд сэрэхүй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Бид эдүгээ араатны хөргийн сорилтын үед байна, мөн Адвентизмийн түүхэн дэх эш үзүүллэгийн анхны маргаан одоо дахин давтагдаж байна. 2023 оны долдугаар сард тэргүүн тэнгэрэлч Михаил агуу Содом ба Египет хэмээх тэр хотын гудамжинд алагдан хэвтэж байсан Езекиелийн хуурай үхмэл ясыг сэрээхийн тулд бууж ирсэн. Илчлэлт номын арван нэгдүгээр бүлэгт тэд Сүнсний хүртээлээр үхлийн нойрноосоо гаргагддаг. Езекиелийн гучин долдугаар бүлэгт дөрвөн салхины мэдээ нь бүх Израилийн гэр гэж тодорхойлогдсон үхмэл хуурай ясыг Эзэний цэрэг болгон хувиргадаг мэдээ мөн хэмээн тодорхойлогддог. Эш үзүүлэгч Даниел нь Иоханы алагдсан хоёр гэрчийг төлөөлдөг бөгөөд мөн тэрээр үхмэл хуурай ясны хөндий дэх хүмүүсийг, түүнчлэн сургаалт зүйрлэл дэх ухаалаг онгон бүсгүйчүүдийг ч төлөөлдөг.</w:t>
      </w:r>
    </w:p>
    <w:p>
      <w:pPr>
        <w:pStyle w:val="ArticleBody"/>
        <w:jc w:val="left"/>
      </w:pPr>
      <w:r>
        <w:rPr>
          <w:rFonts w:ascii="Times New Roman" w:hAnsi="Times New Roman" w:eastAsia="Times New Roman" w:cs="Times New Roman"/>
        </w:rPr>
        <w:t>Миллерчүүд сургаалт зүйрлэлийг биелүүлэх үедээ, өөрсдийн туршлага нь тэрхүү сургаалт зүйрлэлд дүрслэгдсэнийг ухаарсан. Нэг зуун дөчин дөрвөн мянга мөн адил өөрсөд нь саатлын цаг хугацаанд байсан гэдгээ ухаарах шаардлагатай болно. Тэд есдүгээр бүлэг дэх Даниелын адил, Левит хорин зургаадугаар бүлгийн долоон цаг хугацаагаар дүрслэгдсэнчлэн дайснуудын газрын дотор тараагдсан байснаа танин мэдэх хэрэгтэй бөгөөд мөн Небухаднезарын араатнуудын нууц дүр төрхийг ойлгох хэрэгтэй болно.</w:t>
      </w:r>
    </w:p>
    <w:p>
      <w:pPr>
        <w:pStyle w:val="ArticleBody"/>
        <w:jc w:val="left"/>
      </w:pPr>
      <w:r>
        <w:rPr>
          <w:rFonts w:ascii="Times New Roman" w:hAnsi="Times New Roman" w:eastAsia="Times New Roman" w:cs="Times New Roman"/>
        </w:rPr>
        <w:t>Эдгээр мөр бүрд Бурханы Үгээс ирсэн эш үзүүллэгийн сорил төлөөлөгдөн дүрслэгдсэн байдаг. Гудамжинд үхсэн хэвтэж буй хоёр гэрч амилуулагдахдаа Сүнсээр дүүрдэг. Езекиелийн үхсэн яснууд эш үзүүллэгийн мэдээг сонсох шаардлагатай байсан. Даниел тараагдсан өөрийн байдлаа ухааран сэрэх үедээ Мосе ба Иеремиагийн бичээсүүдийг судалж байв. Хоёрдугаар бүлэгт Даниел болон гурван үнэнч хүн өөрсдийг нь үхлийн зарлигт оруулсныг зүйрлэлийн утгаар ухааран сэрсэн бөгөөд дараа нь нуугдсан байсан ч дараа нь лац нь тайлагдсан эш үзүүллэгийн гэрэл Даниел болон түүний гурван нөхрийг аварсан. Сургаалт зүйрлэлийн онгон охид шөнө дунд гарсан “хашхираан”-аар сэрдэг. Миллерчүүд Христ график дээрх дүрсүүдээс мутраа татахад сэрсэн. Бүх зургаан гэрчийн хувьд үхэгсэд буюу нойрсож буй хүмүүсийг сэрээдэг зүйл нь эш үзүүллэгийн мэдээ байдаг. Дараа нь энэ нь сорилыг бий болгож, сорилын үйл явцын төгсгөлд хоёр ангилал илэрхий болдог.</w:t>
      </w:r>
    </w:p>
    <w:p>
      <w:pPr>
        <w:pStyle w:val="ArticleBody"/>
        <w:jc w:val="left"/>
      </w:pPr>
      <w:r>
        <w:rPr>
          <w:rFonts w:ascii="Times New Roman" w:hAnsi="Times New Roman" w:eastAsia="Times New Roman" w:cs="Times New Roman"/>
        </w:rPr>
        <w:t>Эдгээр мөрүүдэд үндэслэвэл, сүүлчийн өдрүүдэд нэг зуун дөчин дөрвөн мянга сэрээгдэх үед энэ нь Езекиелийн дөрвөн салхины тухай мэдээ мөн Левит хорин зургаад буй Мосегийн долоон удаагийн тараалтын тухай мэдээ болох нь тогтоогдож байна. Энэ нь тэргүүн тэнгэрэлч Михаилын авчирдаг амилалтын тухай мэдээ юм. Энэ нь Небухаднезарын араатнуудын дүрсийн тухай нууц зүүдний мэдээ юм.</w:t>
      </w:r>
    </w:p>
    <w:p>
      <w:pPr>
        <w:pStyle w:val="ArticleBody"/>
        <w:jc w:val="left"/>
      </w:pPr>
      <w:r>
        <w:rPr>
          <w:rFonts w:ascii="Times New Roman" w:hAnsi="Times New Roman" w:eastAsia="Times New Roman" w:cs="Times New Roman"/>
        </w:rPr>
        <w:t>Онгоны охид тос байгаа эсэхээр шалгагддаг бөгөөд тэрхүү тосыг «Бурханы Сүнсний мэдээнүүд» хэмээн тодорхойлсон байдаг. Миллерчүүд өөрсдийгөө Бурханы эш үзүүллэгийн Үгэнд танигдан дүрслэгдсэн болохыг ухаарсан үедээ, мөн анх 1843 оныг зөгнөн тогтооход хүргэсэн тэрхүү ижил нотолгоо үнэндээ 1844 оны 10 дугаар сарын 22-ны өдрийг зааж байсныг олж харсан үедээ сэргээгдсэн билээ. Эдгээр шугамууд дээр үндэслэн, сүүлчийн өдрүүдэд нэг зуун дөчин дөрвөн мянга сэрээгдэхдээ, мөргөгчдийг хоёр ангид хуваадаг эш үзүүллэгийн сорилтын мэдээнд сэрээгдэх болно гэдэг нь тогтоогдож байна.</w:t>
      </w:r>
    </w:p>
    <w:p>
      <w:pPr>
        <w:pStyle w:val="ArticleBody"/>
        <w:jc w:val="left"/>
      </w:pPr>
      <w:r>
        <w:rPr>
          <w:rFonts w:ascii="Times New Roman" w:hAnsi="Times New Roman" w:eastAsia="Times New Roman" w:cs="Times New Roman"/>
        </w:rPr>
        <w:t>Эдгээр бүх эш шугамууд нь араатны дүрсийг байгуулахтай холбоотой бөгөөд араатны төлөө, араатнаас гарах дүрслэлээр илэрхийлэгдсэн эш үзүүллэгийн сорилтын үед төгс бөгөөд эцсийн биеллээ олдог. Тэрхүү сорилт нь Ням гаргийн хуулийн үеэр охидын туршилтын хугацаа хаагдахад дуусна. Иймээс, лац нь тайлагдсан мэдээг хэн ойлгосныг илчилж харуулдаг сорилт хэмээн дахин дахин дүрслэгддэг араатны дүрсний шалгалтын үйл явц нь эдгээр бүх эш үзүүллэгийн шугамуудаар төлөөлөгдөн илэрхийлэгддэг. Даниел арван хоёрдугаар бүлэгт мэдлэгийн өсөлтийг ойлгодог ухаантнууд нь цэвэршүүлэгдэж, цайрч, шалгагдах хэмээн дүрслэгдсэн гурван үе шаттай сорилтын үйл явцыг туулдаг. Тэр гурван үе шат нь Ариун Сүнсээр авчирдаг яллалтын үе шатууд бөгөөд нүгэл, зөвт байдал, шүүлтийн тухай яллалтыг төлөөлдөг. Тэр гурван үе шат нь гадна хашаа, ариун газар, хамгийн ариун газар мөн. Тэр гурван үе шат нь мөн Илчлэлт арван дөрөвдүгээр бүлгийн гурван тэнгэрэлчээр, түүнчлэн Даниел болон нэгдүгээр бүлэг дэх гурван хүндлэгдсэн хүний туршлагаар төлөөлөгдөн дүрслэгддэг. Тэнд тэд эхлээд хоол хүнсний сорилтыг давж, дараа нь харааны сорилтыг даван туулж, эцэст нь хойд зүгийн хаанаас өгөгдсөн гурав дахь сорилтыг—Небухаднезараар төлөөлүүлсэн сорилтыг—амжилттай давсан юм.</w:t>
      </w:r>
    </w:p>
    <w:p>
      <w:pPr>
        <w:pStyle w:val="ArticleScripture"/>
        <w:jc w:val="left"/>
      </w:pPr>
      <w:r>
        <w:rPr>
          <w:rFonts w:ascii="Times New Roman" w:hAnsi="Times New Roman" w:eastAsia="Times New Roman" w:cs="Times New Roman"/>
        </w:rPr>
        <w:t>Харин эдгээр дөрвөн хөвгүүнд Бурхан бүх номлол, мэргэн ухаанд мэдлэг ба чадварыг өгсөн бөгөөд Даниел бүх үзэгдэл ба зүүдийг ойлгох ухаантай байв. Хааны тэднийг оруулж ирэг хэмээн тогтоосон өдрүүдийн төгсгөлд тайган нарын тэргүүн тэднийг Небухаднезарын өмнө оруулав. Хаан тэдэнтэй ярилцав; тэд бүгдийн дундаас Даниел, Хананиа, Мишаел, Азариа нартай адил нэгэн ч олдсонгүй. Иймийн тул тэд хааны өмнө зогсов. Хаан тэднээс асуусан мэргэн ухаан ба ойлголтын бүх хэрэгт тэрээр тэднийг өөрийн бүх хаанчлал дахь бүх мэргэч, одон зурхайчдаас арван дахин илүү хэмээн олж мэдэв. Даниел 1:17–20.</w:t>
      </w:r>
    </w:p>
    <w:p>
      <w:pPr>
        <w:pStyle w:val="ArticleBody"/>
        <w:jc w:val="left"/>
      </w:pPr>
      <w:r>
        <w:rPr>
          <w:rFonts w:ascii="Times New Roman" w:hAnsi="Times New Roman" w:eastAsia="Times New Roman" w:cs="Times New Roman"/>
        </w:rPr>
        <w:t>Даниел болон гурван үнэнч хүний туулсан гурван шалгалтын сүүлчийнх нь Небухаднезарын үйлдсэн шалгалт байсан бөгөөд ийнхүү Даниел болон гурван үнэнч хүний бэлгэдэж буй эцсийн эш үзүүллэгийн шалгалт нь Вавилоны тухай болохыг төлөөлөн харуулдаг. Учир нь Небухаднезар бол хаан байсан бөгөөд Исаиа 7:8–9-д хаан, нэг үндэстний нийслэл, мөн “толгой” нь харилцан орлуулан хэрэглэгддэг бэлгэдлүүд болохыг тогтоодог. “Толгой” нь эцсийн өдрүүд дэх Орчин үеийн Вавилоны толгойг төлөөлж байна. Эцсийн өдрүүд дэх тэрхүү “толгой” нь Илчлэл 17-д гардаг янхан эм бөгөөд түүний духан дээр: “НУУЦ, АГУУ ВАВИЛОН, ЯНХНУУДЫН ЭХ, ГАЗРЫН ЖИГШҮҮРТ ЮМСЫН ЭХ” гэж бичигдсэн байдаг.</w:t>
      </w:r>
    </w:p>
    <w:p>
      <w:pPr>
        <w:pStyle w:val="ArticleBody"/>
        <w:jc w:val="left"/>
      </w:pPr>
      <w:r>
        <w:rPr>
          <w:rFonts w:ascii="Times New Roman" w:hAnsi="Times New Roman" w:eastAsia="Times New Roman" w:cs="Times New Roman"/>
        </w:rPr>
        <w:t>Нэг зуун дөчин дөрвөн мянгатын эцсийн эш үзүүллэгийн сорилт нь эцсийн өдрүүд дэх орчин үеийн Вавилоны “толгой”-г зөв эсвэл буруу ойлгохтой холбоотой. Тэдний эцсийн сорилт нь мөн орчин үеийн Вавилон ба Орчин үеийн Ром нь харилцан орлуулан хэрэглэгддэг бэлгэдлүүд гэдгийг, тиймээс орчин үеийн Вавилоны “толгой” нь аль ч шугамд адилхан “толгой” мөн болохыг ойлгохыг багтаадаг, учир нь тэд харилцан орлуулан хэрэглэгддэг бэлгэдлүүд юм.</w:t>
      </w:r>
    </w:p>
    <w:p>
      <w:pPr>
        <w:pStyle w:val="ArticleScripture"/>
        <w:jc w:val="left"/>
      </w:pPr>
      <w:r>
        <w:rPr>
          <w:rFonts w:ascii="Times New Roman" w:hAnsi="Times New Roman" w:eastAsia="Times New Roman" w:cs="Times New Roman"/>
        </w:rPr>
        <w:t>“Дэлхий шуурга, дайн, зөрчил тэмцлээр дүүрэн байна. Гэвч нэгэн тэргүүн дор—папын эрх мэдлийн дор—ард түмэн Бурханыг Түүний гэрч нарынх нь дотор эсэргүүцэхээр нэгдэх болно.” Testimonies, volume 7, 182.</w:t>
      </w:r>
    </w:p>
    <w:p>
      <w:pPr>
        <w:pStyle w:val="ArticleBody"/>
        <w:jc w:val="left"/>
      </w:pPr>
      <w:r>
        <w:rPr>
          <w:rFonts w:ascii="Times New Roman" w:hAnsi="Times New Roman" w:eastAsia="Times New Roman" w:cs="Times New Roman"/>
        </w:rPr>
        <w:t>Даниел болон гурван үнэнчийн түүх нь эцсийн эш үзүүллэгийн сорилтыг—учир нь энэ нь үргэлж эш үзүүллэгтэй холбоотой сорилт байдаг—Ромын сэдвээрх сорилт мөн болохыг харуулдаг. Учир нь эцсийн өдрүүдийн тэргүүн нь папын эрх мэдэл бөгөөд түүнийг Вавилоны анхны тэргүүн Небухаднезар бэлгэдэн төлөөлдөг; чухам тэр өөрийн биеэр Даниел болон гурван үнэнчийг сорьсон билээ. Даниел болон гурван үнэнчээр бэлгэдэгдсэн маргаан нь мөн Адвентизмийн үндэслэгч түүхэн дэх анхны маргаанаар урьдаас дүрслэгдсэн байдаг. Тэрхүү маргааныг Эзэний мутраар удирдуулсан бөгөөд өөрчлөгдөх ёсгүй байсан 1843 оны хүснэгт дээр дүрсэлсэн байдаг. 1843 оны хүснэгт дээр дүрслэгдсэн маргаан нь Даниелын арван нэгдүгээр бүлгийн арван дөрөвдүгээр эшлэлийн үзэгдлийг тогтоосон хүч нь Антиох Епифан уу, эсвэл харь Ром уу гэдгийг тодорхойлох асуудал дээр үндэслэж байв.</w:t>
      </w:r>
    </w:p>
    <w:p>
      <w:pPr>
        <w:pStyle w:val="ArticleBody"/>
        <w:jc w:val="left"/>
      </w:pPr>
      <w:r>
        <w:rPr>
          <w:rFonts w:ascii="Times New Roman" w:hAnsi="Times New Roman" w:eastAsia="Times New Roman" w:cs="Times New Roman"/>
        </w:rPr>
        <w:t>Эцсийн өдрүүдийн түүхэнд нэг зуун дөчин дөрвөн мянга нь эш үзүүллэгийн ойлголтоороо шалгагдах болно. Эш үзүүллэгийн ойлголт нь төгсгөлийн шалгалтыг мөн чанартаа эш үзүүллэгийнх болохыг батлан харуулдаг эш үзүүллэгийн хэд хэдэн шугамаар тогтоогддог. Энэхүү шалгалт нь үе шаттайгаар өрнөж, эцэстээ мөргөгчдийн хоёр ангилал илрэн харагдахаар төгсөнө.</w:t>
      </w:r>
    </w:p>
    <w:p>
      <w:pPr>
        <w:pStyle w:val="ArticleBody"/>
        <w:jc w:val="left"/>
      </w:pPr>
      <w:r>
        <w:rPr>
          <w:rFonts w:ascii="Times New Roman" w:hAnsi="Times New Roman" w:eastAsia="Times New Roman" w:cs="Times New Roman"/>
        </w:rPr>
        <w:t>Даниелын арван хоёрдугаар бүлэгт дүрслэгдсэнчлэн, шинэ эш үзүүллэгийн гэрэл лацнаасаа тайлагдах үед шалгалт эхэлдэг бөгөөд анхны шалгалт нь уг мэдээг хүлээн авч “идэх” үү, эсвэл тэр мэдээг няцаах уу гэдэгт оршино. Тэрхүү шалгалтыг Даниел “ариусгагдах” гэж дүрсэлсэн бөгөөд дараагийн шалгалтыг “цагаатгагдах” хэмээн нэрлэсэн; энэ үйл явц гурав дахь бөгөөд эцсийн шалгалтаар төгссөн бөгөөд үүнийг “соригдох” хэмээн дүрсэлсэн байна. Гурав дахь бөгөөд эцсийн шалгалт дээр тэр хоёр анги “соригддог” бөгөөд тэнд тэд тос байгаа эсэхээ, эс бөгөөс байхгүйгээ илэрхийлдэг.</w:t>
      </w:r>
    </w:p>
    <w:p>
      <w:pPr>
        <w:pStyle w:val="ArticleBody"/>
        <w:jc w:val="left"/>
      </w:pPr>
      <w:r>
        <w:rPr>
          <w:rFonts w:ascii="Times New Roman" w:hAnsi="Times New Roman" w:eastAsia="Times New Roman" w:cs="Times New Roman"/>
        </w:rPr>
        <w:t>Даниелын нэгдүгээр бүлэг эцсийн сорилтыг шууд тодорхойлдог бөгөөд тиймээс Даниел “араатны дүрийг байгуулах” хэмээн дүрслэгдсэн тэр сорилтыг зааж байна; энэ нь удахгүй ирэх Ням гаргийн хуулийн үед “тэд лацдагдахаас” өмнө төдийгүй мөн “шүүлтийн хугацаа хаагдахаас” өмнө ч Бурханы ард түмний туулах ёстой “сорилт” мөн.</w:t>
      </w:r>
    </w:p>
    <w:p>
      <w:pPr>
        <w:pStyle w:val="ArticleBody"/>
        <w:jc w:val="left"/>
      </w:pPr>
      <w:r>
        <w:rPr>
          <w:rFonts w:ascii="Times New Roman" w:hAnsi="Times New Roman" w:eastAsia="Times New Roman" w:cs="Times New Roman"/>
        </w:rPr>
        <w:t>Араатны дүр хэрхэн бүрэлдэн тогтдогийг шалгах шалгуур нь гурвалсан холбооны эш үзүүллэгийн бүтцийг ойлгох эш үзүүллэгийн шалгуурыг хамардаг. Луу, араатан, хуурамч эш үзүүлэгч нь эш үзүүллэгийн олон гэрчийн дээр тогтоогдсон тодорхой эш үзүүллэгийн бүтэцтэй. Эцсийн өдрүүдэд энэхүү гурвалсан холбоо хэрхэн нэгдэн нэгэн эш үзүүллэгийн хүч болдгийг ойлгох нь араатны дүр хэрхэн бүрэлдэн тогтдогийг ойлгох явдал мөн.</w:t>
      </w:r>
    </w:p>
    <w:p>
      <w:pPr>
        <w:pStyle w:val="ArticleBody"/>
        <w:jc w:val="left"/>
      </w:pPr>
      <w:r>
        <w:rPr>
          <w:rFonts w:ascii="Times New Roman" w:hAnsi="Times New Roman" w:eastAsia="Times New Roman" w:cs="Times New Roman"/>
        </w:rPr>
        <w:t>Эцсийн өдрүүдэд араатны дүр хэрхэн бүрэлдэн тогтдогийг ойлгохын ач холбогдлын энгийн атлаа нарийн төвөгтэй нэгэн жишээ нь 2 Тесалоникын 2-р бүлэгт буй нүглийн хүний тухай Паулын гэрчлэл юм. Паул харь Ром ба папын Ромын эш үзүүллэгийн харилцааг хөндөн өгүүлэхдээ, “харь Ром ба папын Ромын эш үзүүллэгийн харилцаа” нь хоёр ангиллын шүтэгчдийг илчилдэг сэдэв мөн болохыг тодорхойлдог.</w:t>
      </w:r>
    </w:p>
    <w:p>
      <w:pPr>
        <w:pStyle w:val="ArticleBody"/>
        <w:jc w:val="left"/>
      </w:pPr>
      <w:r>
        <w:rPr>
          <w:rFonts w:ascii="Times New Roman" w:hAnsi="Times New Roman" w:eastAsia="Times New Roman" w:cs="Times New Roman"/>
        </w:rPr>
        <w:t>“харь Ром ба папын Ромын эш үзүүллэгийн холбоо”-ны үнэнийг хайрладаг нэг бүлэг, мөн тэр үнэнийг хайрладаггүй учраас хүчтэй мэхлэлтийг хүлээн авдаг өөр нэг бүлэг байна. Паулын тодорхойлон өгүүлсэн харь Ром ба папын Ромын эш үзүүллэгийн холбоо нь эдгээр хоёр хүчний хоорондын холбоог, мөн түүнчлэн эдгээр хоёр хүчний АНУ-тай харилцах холбоог дүрслэн үзүүлдэг олон эш үзүүллэгийн хэсгүүдийн зөвхөн нэг нь юм.</w:t>
      </w:r>
    </w:p>
    <w:p>
      <w:pPr>
        <w:pStyle w:val="ArticleBody"/>
        <w:jc w:val="left"/>
      </w:pPr>
      <w:r>
        <w:rPr>
          <w:rFonts w:ascii="Times New Roman" w:hAnsi="Times New Roman" w:eastAsia="Times New Roman" w:cs="Times New Roman"/>
        </w:rPr>
        <w:t>Харь шашинт Ром нь луу мөн, папын Ром нь араатан бөгөөд Америкийн Нэгдсэн Улс нь хуурамч эш үзүүлэгч мөн. Ахаб бол арван хаадын луу хаан бөгөөд тэрээр янхан Иезебелтэй гэрлэсэн, мөн хоёр ангит хуурамч эш үзүүлэгчдийн цогцыг захирдаг. Эрэгтэй эш үзүүлэгчид нь Баалын эш үзүүлэгчид байсан бөгөөд төгөлийн тахилч нар нь эмэгтэй шүтээн Астаротыг төлөөлж байв. Эдгээр нь хамтдаа, эмэгтэй тахилчид болон эрэгтэй эш үзүүлэгчдээр дүрслэгдсэнчлэн, араатны дүрийг бүтээдэг эцсийн өдрүүдийн хуурамч эш үзүүлэгчийн хэв шинж болдог.</w:t>
      </w:r>
    </w:p>
    <w:p>
      <w:pPr>
        <w:pStyle w:val="ArticleBody"/>
        <w:jc w:val="left"/>
      </w:pPr>
      <w:r>
        <w:rPr>
          <w:rFonts w:ascii="Times New Roman" w:hAnsi="Times New Roman" w:eastAsia="Times New Roman" w:cs="Times New Roman"/>
        </w:rPr>
        <w:t>Луу нь Ахаб бөгөөд Илчлэл арван долооны арван хаадын бэлгэдэл мөн, мөн найман хаант улсын долоо дахь хаант улс юм. Зургаа дахь хаант улс нь АНУ, Иезебелийн хуурамч эш үзүүлэгчид; долоо дахь хаант улс нь арван хаад, Нэгдсэн Үндэстний Байгууллага, луугийн хүч; харин долоогоос гарсан найм дахь хаант улс нь үхлийн шарх авсан тав дахь хаант улс бөгөөд, тэр нь амилуулагдан найм дахь бөгөөд эцсийн хаант улс болох араатан болж, түүнд болон түүний дүрд АНУ, түүнээс хойш бүх дэлхий дүрийг үйлддэг.</w:t>
      </w:r>
    </w:p>
    <w:p>
      <w:pPr>
        <w:pStyle w:val="ArticleBody"/>
        <w:jc w:val="left"/>
      </w:pPr>
      <w:r>
        <w:rPr>
          <w:rFonts w:ascii="Times New Roman" w:hAnsi="Times New Roman" w:eastAsia="Times New Roman" w:cs="Times New Roman"/>
        </w:rPr>
        <w:t>Даниелын нэгдүгээр бүлэг нь Бурханы Үгэнд дүрслэгдсэн Ромыг ойлгохтой холбоотой эцсийн эш үзүүллэгийн сорилтыг тодорхойлдог. 2 Тесалоник нь эцсийн эш үзүүллэгийн сорилтод шүтээнлэг Ром ба папын Ромын эш үзүүллэгийн болон улс төрийн харилцаагаар дүрслэгдсэн Орчин үеийн Ромын бүтцийн тухай гэрэл багтдагийг тодорхойлдог.</w:t>
      </w:r>
    </w:p>
    <w:p>
      <w:pPr>
        <w:pStyle w:val="ArticleBody"/>
        <w:jc w:val="left"/>
      </w:pPr>
      <w:r>
        <w:rPr>
          <w:rFonts w:ascii="Times New Roman" w:hAnsi="Times New Roman" w:eastAsia="Times New Roman" w:cs="Times New Roman"/>
        </w:rPr>
        <w:t>Даниелын хоёрдугаар бүлэг нь эцсийн өдрүүдэд лац нь тайлагдах нэгэн нууц байдгийг харуулдаг бөгөөд тэр нь нэг зуун дөчин дөрвөн мянгыг сорьдог; учир нь хоёрдугаар бүлэгт гардаг Даниел болон тэрхүү гурван үнэнч хүн нь Бурханы эцсийн өдрүүдийн ард түмнийг төлөөлдөг. Лац нь тайлагддаг, тиймээс тэднийг сорьдог эш үзүүллэгийн нууц нь араатнуудын дүрийн тухай Небухаднезарын нууц зүүд мөн бөгөөд иймээс энэ нь Нэг зуун дөчин дөрвөн мянгын хувьд эцсийн сорилтыг төлөөлдөг; энэ сорилт нь Эгч Уайт тэмдэглэснээр, “араатны дүрийг байгуулах явдал” юм.</w:t>
      </w:r>
    </w:p>
    <w:p>
      <w:pPr>
        <w:pStyle w:val="ArticleBody"/>
        <w:jc w:val="left"/>
      </w:pPr>
      <w:r>
        <w:rPr>
          <w:rFonts w:ascii="Times New Roman" w:hAnsi="Times New Roman" w:eastAsia="Times New Roman" w:cs="Times New Roman"/>
        </w:rPr>
        <w:t>Даниелын хоёрдугаар бүлгээр дүрслэгдсэн сорилт нь үхлийн заналхийллийн дор тавигдсан байдаг. Эцсийн өдрүүдийн нэгэн жишээ болгон энэ нь үнэнийг хайрладаггүй хүмүүст ирдэг хүчтэй мэхлэлтийн тухай Паулын сургасныг батлан нотолдог. Даниелын түүхэнд түүний ойлголт Вавилоны мэргэдийг аварсан боловч эцсийн өдрүүдийн эцсийн сорилтын дараа ивээлийн хугацаа үгүй.</w:t>
      </w:r>
    </w:p>
    <w:p>
      <w:pPr>
        <w:pStyle w:val="ArticleBody"/>
        <w:jc w:val="left"/>
      </w:pPr>
      <w:r>
        <w:rPr>
          <w:rFonts w:ascii="Times New Roman" w:hAnsi="Times New Roman" w:eastAsia="Times New Roman" w:cs="Times New Roman"/>
        </w:rPr>
        <w:t>Бидний Ромыг бэлгэ тэмдэг хэмээн тодорхойлсон маргааны мөр бүр эдүгээ өрнөж буй маргааны талаар шууд гэрчлэл өгч байна. Ням гаргийн хууль тогтоох хөдөлгөөн одоо харанхуй дунд урагшлан явж байгаа энэ үед, өдөрт харьяалагдах хүүхдүүд маш цөөн тул, мөн өдөрт харьяалагддаггүй хүмүүс туршилтын хугацааны элсэн цаг маш хурдан шавхагдаж байгааг мэдэхгүй байгаа ч, Бурханы эш үзүүллэгийн Үг түүний ойртон ирэлтийг илтгэн зааж байна. Энэ нь Эгч Уайтын тодорхойлсон, эцсийн хөдөлгөөнүүд түргэн шуурхай байх тэр нөхцөл байдал дунд болж байна. 2023 оны долдугаар сард Михаел Өөрийн хүчирхэг цэргийг хөл дээр нь босгохоор бууж ирсэн боловч, тэр цэрэгт багтахын тулд эхлээд биелэгдэх ёстой нэгэн эш үзүүллэгийн ажил байдаг бөгөөд тэр ажил нь араатны дүр төрх бүрэлдэн тогтож буй улс төрийн орчинд биелдэг юм.</w:t>
      </w:r>
    </w:p>
    <w:p>
      <w:pPr>
        <w:pStyle w:val="ArticleBody"/>
        <w:jc w:val="left"/>
      </w:pPr>
      <w:r>
        <w:rPr>
          <w:rFonts w:ascii="Times New Roman" w:hAnsi="Times New Roman" w:eastAsia="Times New Roman" w:cs="Times New Roman"/>
        </w:rPr>
        <w:t>Гүйцэлдүүлэх ёстой эш үзүүллэгийн ажилд араатны дүрсийн бүрэлдэн тогтож буйг хүлээн зөвшөөрөх явдал багтана. Эш үзүүллэгийг судлагч нь өнөөгийн түүхэнд өрнөж буй үйл явдлуудаар дамжуулан, АНУ-д араатны дүрсийг бий болгодог шашны болон улс төрийн хүчин зүйлс аль хэдийн хөдөлгөөнд орсныг таних ёстой. Мөн тэрээр Бурханы Үгэнд илэрхийлэгдсэнээр араатны дүрс эш үзүүллэгийн дагуу хэрхэн бүрэлдэн тогтдогийг таних ёстой. Түүнчлэн АНУ-д араатны дүрс бүрэлдэн тогтож байх зуур, нэг зуун дөчин дөрвөн мянгад Бурханы дүр төрх бүрэлдэн тогтож байгааг ч таних ёстой. Тэрээр тэдний түүхэнд “Шөнө дунд Хашхираан” хэмээх мэдээ хөгжиж байх үед, өөрсөд нь сургаалт зүйрлэлийн хойшлогдлын хугацаанд байгаагаа ухааран сэрсэн Миллерчүүдтэй эцсийн өдрүүдийн түүхийн зэрэгцлийг ойлгох ёстой; тиймээс тэд өөрсдөө онгон охид мөн. Эдгээр гурван элемент бүгд 2023 оны долдугаар сард биеллээ олж эхэлсэн эш үзүүллэгийн шалгалтын нэг хэсэг юм.</w:t>
      </w:r>
    </w:p>
    <w:p>
      <w:pPr>
        <w:pStyle w:val="ArticleBody"/>
        <w:jc w:val="left"/>
      </w:pPr>
      <w:r>
        <w:rPr>
          <w:rFonts w:ascii="Times New Roman" w:hAnsi="Times New Roman" w:eastAsia="Times New Roman" w:cs="Times New Roman"/>
        </w:rPr>
        <w:t>“Мөр дээр мөр” хэмээхээр Адвентист түүхэнд Ромын талаар үүсэж байсан маргаан бүр нь сүүлийн өдрүүдэд давтагдах ариун түүх байсан юм. Ромын талаарх эцсийн маргаан нь 2023 оны долдугаар сард ирсэн мэдээнд Бурханы ард түмэн сэрэхээс татгалзсаны шууд үр дагавар мөн.</w:t>
      </w:r>
    </w:p>
    <w:p>
      <w:pPr>
        <w:pStyle w:val="ArticleScripture"/>
        <w:jc w:val="left"/>
      </w:pPr>
      <w:r>
        <w:rPr>
          <w:rFonts w:ascii="Times New Roman" w:hAnsi="Times New Roman" w:eastAsia="Times New Roman" w:cs="Times New Roman"/>
        </w:rPr>
        <w:t>“Бурхан Өөрийн ард түмнийг сэрээн хөдөлгөнө; хэрэв бусад арга хэрэгсэл бүтэлгүйтвэл, тэдний дунд тэрс суртал орж ирж, тэднийг шигшин, буудайгаас хивгийг ялгана. Эзэн Өөрийн үгэнд итгэдэг бүхнийг нойрноосоо сэрэхийг уриалж байна. Энэ цаг үед тохирох үнэт гэрэл ирсэн. Энэ нь яг бидний дээр тулж ирсэн аюулуудыг харуулдаг Библийн үнэн мөн. Энэхүү гэрэл биднийг Судруудыг хичээнгүйлэн судалж, баримталж буй байр сууриа нэн чандлан шинжихэд хөтлөх учиртай. Бурхан үнэний бүх тал ба байр суурийг залбирал, мацгийн хамт бүрэн төгс бөгөөд тууштайгаар шинжлэн судлуулахыг хүсдэг. Итгэгчид үнэнийг юу бүрдүүлдгийн тухай таамаглал болон тодорхой бус үзэл санаанд амарч суух ёсгүй. Тэдний итгэл Бурханы үгэн дээр бат бэх суурилагдсан байх ёстой. Ингэснээр сорилтын цаг ирж, тэд итгэлийнхээ төлөө хариу өгөхөөр зөвлөлүүдийн өмнө аваачигдах үедээ өөрсдийн доторх найдварынхаа учрыг дөлгөөн байдал ба эмээн хүндэтгэх сэтгэлээр тайлбарлан өгч чаддаг байх болно.”</w:t>
      </w:r>
    </w:p>
    <w:p>
      <w:pPr>
        <w:pStyle w:val="ArticleScripture"/>
        <w:jc w:val="left"/>
      </w:pPr>
      <w:r>
        <w:rPr>
          <w:rFonts w:ascii="Times New Roman" w:hAnsi="Times New Roman" w:eastAsia="Times New Roman" w:cs="Times New Roman"/>
        </w:rPr>
        <w:t>“Өдөөн хөдөлгө, өдөөн хөдөлгө, өдөөн хөдөлгө. Бидний ертөнцөд толилуулж буй сэдвүүд бидний хувьд амьд бодит байдал байх ёстой. Итгэлийн үндсэн зүйлүүд гэж бидний үздэг сургаалуудыг хамгаалахдаа бид хэзээ ч бүрэн үнэн зөв бус нотолгоо хэрэглэхийг өөрсдөдөө зөвшөөрөх ёсгүй нь чухал. Ийм нотолгоо эсэргүүцэгчийн амыг таглаж болох боловч үнэнийг алдаршуулдаггүй. Бид зөвхөн эсэргүүцэгчдийг дуугүй болгоод зогсохгүй, хамгийн ойрын бөгөөд хамгийн нягт шалгалтыг ч даахуйц үнэн зөв нотолгоонуудыг толилуулах ёстой. Өөрсдийгөө мэтгэлцэгч болгон боловсруулсан хүмүүс Бурханы үгийг шударгаар харьцахгүй байх их аюултай байдаг. Эсэргүүцэгчтэй тулгарахдаа бидний чин сэтгэлийн хүчин чармайлт нь зөвхөн итгэгчид итгэл төрүүлэхийг эрмэлзэхийн оронд, түүний оюун санаанд үнэмшил төрүүлэхүйц байдлаар сэдвүүдийг толилуулахад чиглэх ёстой.”</w:t>
      </w:r>
    </w:p>
    <w:p>
      <w:pPr>
        <w:pStyle w:val="ArticleScripture"/>
        <w:jc w:val="left"/>
      </w:pPr>
      <w:r>
        <w:rPr>
          <w:rFonts w:ascii="Times New Roman" w:hAnsi="Times New Roman" w:eastAsia="Times New Roman" w:cs="Times New Roman"/>
        </w:rPr>
        <w:t>“Хүн оюун ухааны хувьд хэчнээн ахиц дэвшилд хүрсэн байлаа ч, илүү агуу гэрлийг олохын тулд Судруудыг нягт нямбай бөгөөд тасралтгүй шинжлэн судлах хэрэгцээ үгүй гэж тэрээр хором ч бүү бодог. Бид ард түмэн болохын хувьд нэг бүрчлэн эш үзүүллэгийн судлагчид байхаар дуудагдсан билээ. Бурхан бидэнд толилуулах аливаа гэрлийн цацрагийг ялган танихын тулд бид чин сэтгэлийн хичээл зүтгэлтэйгээр сэргэг ажиглах ёстой. Бид үнэний анхны гялбааг шүүрэн авах ёстой; тэгээд залбиралтай судлалаар дамжуулан илүү тод гэрэл олж авч болох бөгөөд тэр нь бусдын өмнө тавигдаж болно.” Гэрчлэлүүд, 5-р боть, 708.</w:t>
      </w:r>
    </w:p>
    <w:p>
      <w:pPr>
        <w:pStyle w:val="ArticleBody"/>
        <w:jc w:val="left"/>
      </w:pPr>
      <w:r>
        <w:rPr>
          <w:rFonts w:ascii="Times New Roman" w:hAnsi="Times New Roman" w:eastAsia="Times New Roman" w:cs="Times New Roman"/>
        </w:rPr>
        <w:t>Миллерийн үеийн протестантууд дүрмийн журмаар удирдуулахаас татгалзаж, арван дөрөвдүгээр эшлэл дэх “мөн” гэдэг үгийг үл тоомсорлохоор сонгосон бөгөөд тэрхүү үг нь дүрмийн хувьд “чиний ард түмний дээрэмчид” нь арван дөрөвдүгээр эшлэл орших эшлэлүүдэд дүрслэгдсэн үйл явдлын урсгалд шинээр орж ирж буй нэгэн хүчийг төлөөлж байсныг тодорхойлдог. Уриа Смит ч мөн яг үүнтэй адил үйлдэж, гучин зургаадугаар эшлэл дэх болон түүнээс хойших дөчдүгээр эшлэл дэх хойд зүгийн хаан нь гучин нэгдүгээр эшлэлээс хойш сэдэв нь болсоор ирсэн өнөөх л хойд зүгийн хаан байх ёстойг нотолдог дүрмийн нотолгоог үл хайхарсан юм.</w:t>
      </w:r>
    </w:p>
    <w:p>
      <w:pPr>
        <w:pStyle w:val="ArticleBody"/>
        <w:jc w:val="left"/>
      </w:pPr>
      <w:r>
        <w:rPr>
          <w:rFonts w:ascii="Times New Roman" w:hAnsi="Times New Roman" w:eastAsia="Times New Roman" w:cs="Times New Roman"/>
        </w:rPr>
        <w:t>Өнөөдөр Америкийн Нэгдсэн Улсыг “дээрэмчид” хэмээн сургадаг хүмүүс Систер Уайтын сүүлчийн өдрүүдийн хавчлагын хоёр гол хүчийг папын засаглал ба Америкийн Нэгдсэн Улс мөн хэмээн тодорхойлсон нэгэн эшлэлийг ашиглаж, мөн Систер Уайт Европыг тодорхойлохдоо хэрэглэсэн “хуучин ертөнц” гэсэн хэллэгийн заалтыг өнгөрсөн түүхийг төлөөлж байна хэмээн маргахын тулд дүрмийн бүтцийг гуйвуулдаг. Уг эшлэлийн дүрмийн бүтэц нь энэ таамгийг буруу болохыг нотолдог бөгөөд Систер Уайт тухайн эшлэлд “хуучин ертөнц” гэсэн хэллэгийг хэрэглэсэн байдал нь түүний бичвэрийн бусад хэсгүүдэд үүнийг хэрхэн хэрэглэдэгтэй нийцдэг. Тэр ийнхүү хэрэглэхдээ мөн “хуучин ертөнц” гэх хэллэгийг “шинэ ертөнц”-тэй холбон Европ ба Америк тивүүдийн хооронд ялгаа гаргахын тулд хэрэглэдэг түүхчидтэй ч санал нийлж байдаг.</w:t>
      </w:r>
    </w:p>
    <w:p>
      <w:pPr>
        <w:pStyle w:val="ArticleScripture"/>
        <w:jc w:val="left"/>
      </w:pPr>
      <w:r>
        <w:rPr>
          <w:rFonts w:ascii="Times New Roman" w:hAnsi="Times New Roman" w:eastAsia="Times New Roman" w:cs="Times New Roman"/>
        </w:rPr>
        <w:t>“Хуучин Дэлхий дэх Романизм болон Шинэ Дэлхий дэх тэрслүү Протестантизм нь Бурханы бүх тушаалыг хүндэтгэгчдийн эсрэг адил төстэй зам мөрийг баримтлах болно.” Агуу Тэмцэл, 615.</w:t>
      </w:r>
    </w:p>
    <w:p>
      <w:pPr>
        <w:pStyle w:val="ArticleBody"/>
        <w:jc w:val="left"/>
      </w:pPr>
      <w:r>
        <w:rPr>
          <w:rFonts w:ascii="Times New Roman" w:hAnsi="Times New Roman" w:eastAsia="Times New Roman" w:cs="Times New Roman"/>
        </w:rPr>
        <w:t>Хэл зүйн хувьд “мөшгинө” гэсэн илэрхийлэл нь “хуучин ертөнц” болон “шинэ” хэмээн төлөөлүүлсэн хоёр эрх мэдэл хоёулаа эцсийн өдрүүдэд Бурханы ард түмнийг хоёул “мөшгинө” гэдгийг заадаг бөгөөд энэ өгүүлбэр нь “хуучин ертөнц”-ийг өнгөрсөн түүх, харин “шинэ”-ийг эцсийн өдрүүд гэж хэлж байна хэмээн батлах нь хэл зүйн хувьд алдаатай юм. “Мөр дээр мөр” байдлаар Ромын бүх хуучин маргаанууд эш үзүүллэгийг судлагчдад эцсийн өдрүүдийн тухай дараахыг ойлгуулдаг: тэд араатны дүрийн шалгалтад сэрэх үед энэ нь “чиний ард түмний дээрэмчид”-ийг зөв танин тодорхойлох нь илэрхийлэгдэх орчныг багтаах болно. “Дээрэмчид”-ийн зөв ойлголт нь 1843 оны анхдагчдын хүснэгт дээр тавигдсан байдаг бөгөөд иймээс энэ нь Эш Үзүүллэгийн Сүнсний эрх мэдлээр баталгаажсан суурь үнэн мөн. Энэ нь эш үзүүллэгийг судлагчид эцсийн шалгалтдаа сэрэх үед “дээрэмчид”-ийн сэдэв мөн суурь үнэнүүд болон Эш Үзүүллэгийн Сүнсний эсрэг чиглэсэн эцсийн дайралтыг төлөөлөхийг зааж байна.</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нь - Арван тавдугаар дугаар</dc:title>
  <dc:subject>Эцсийн шалгалт: Араатны дүрийн эш үзүүллэгийн маргаанд сэрэхүй</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