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тогтоов — Арван зургаа</w:t>
      </w:r>
    </w:p>
    <w:p>
      <w:pPr>
        <w:pStyle w:val="ArticleSubtitle"/>
        <w:jc w:val="left"/>
      </w:pPr>
      <w:r>
        <w:rPr>
          <w:rFonts w:ascii="Arial" w:hAnsi="Arial" w:eastAsia="Arial" w:cs="Arial"/>
        </w:rPr>
        <w:t>Эцсийн сорилт: Ромын бэлгэдлийг болон эш үзүүллэгийн гуравласан хэрэглээг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Ромын бэлгэдлийн энэ эцсийн маргаанд буруу талд буй хүмүүс зөгнөлийг гурав дахин хэрэглэх нэгэн гажууд хэрэглээнд түшиглэн, гурван Ромыг 321, 538 онуудын болон тун удахгүй АНУ-д гарах Ням гаргийн хуулиар тодорхойлогдоно хэмээн санал болгодог. Ингэснээрээ тэд, Иоелын дөрвөн шавьжийн талаарх маргаанд мөн адил үйлдэгдсэнчлэн, өөрсдийн сонгосон дүрэм болон эш үзүүллэгийн түүхэнд буруу өнгө аяс өгдөг. Иоелын эхний зургаан эшлэл дэх дөрвөн үеийн араас гарч ирэх дөрвөн цөлмөгч шавьж нь Бурханы ард түмэн дөрвөн үеийн туршид хэрхэн алхам алхмаар сүйрч хоосруулагдсаныг, мөн тэрхүү сүйрэл нь Адвентизм Ром болон тэрслүү Протестантизмын теологийг хүлээн зөвшөөрснөөр хэрэгжсэнийг авч үздэг.</w:t>
      </w:r>
    </w:p>
    <w:p>
      <w:pPr>
        <w:pStyle w:val="ArticleBody"/>
        <w:jc w:val="left"/>
      </w:pPr>
      <w:r>
        <w:rPr>
          <w:rFonts w:ascii="Times New Roman" w:hAnsi="Times New Roman" w:eastAsia="Times New Roman" w:cs="Times New Roman"/>
        </w:rPr>
        <w:t>Одоогийн маргаанд гурван Ромыг тодорхойлохын тулд Ням гаргийн хуулийг хэрэглэхийг оролдогчид Бурханы эш үзүүллэгийн Үгэнд үнэндээ дөрвөн Ням гаргийн хууль тодорхойлогдсон байдаг гэдэг үнэнийг, мөн 321 он нь АНУ-д тун удахгүй гарах Ням гаргийн хуулийг төлөөлдөг бөгөөд 538 оны Ням гаргийн хууль нь дэлхийн бүх үндэстнүүдэд тулган хэрэгжүүлэх Ням гаргийн хуулийн хэв шинж болдгийг үл ойшоодог. Дөрвөн Ням гаргийн хууль нь гурван Ням гаргийн хуулийг зааж тодорхойлдоггүй, ялангуяа эш үзүүллэгийн гуравласан хэрэглээний гурав дахь илрэл нь эцсийн биеллийг төлөөлдөг байхад. АНУ-д тун удахгүй гарах Ням гаргийн хууль нь эцсийн Ням гаргийн хууль биш; харин энэ нь дэлхийн бөмбөрцгийн улс үндэстэн бүр папын эрх мэдлийн тэмдгийг үе шаттайгаар хүлээн зөвшөөрөхийн хэрээр дараалан гарах Ням гаргийн хуулиудын эхлэлийг үнэндээ тэмдэглэдэг.</w:t>
      </w:r>
    </w:p>
    <w:p>
      <w:pPr>
        <w:pStyle w:val="ArticleBody"/>
        <w:jc w:val="left"/>
      </w:pPr>
      <w:r>
        <w:rPr>
          <w:rFonts w:ascii="Times New Roman" w:hAnsi="Times New Roman" w:eastAsia="Times New Roman" w:cs="Times New Roman"/>
        </w:rPr>
        <w:t>2023 оны 7 дугаар сард сэрээгдсэн хүмүүс өөрсөдтэй нь тулгарч буй эш үзүүллэгийн шалгалт Ариун Сүнсний асгаралтын үеэр тохиолдож байгаа бөгөөд тэрхүү асгаралтын үеэр нэг анги нь “тос”-ыг хүлээн авч, нөгөө анги нь “хүчтэй төөрөгдөл”-ийг хүлээн авч байгааг ойлгох шаардлагатай. Хүчтэй төөрөгдлийг хүлээн авдаг хүмүүсийн үндсэн дүрслэл нь “хүчтэй төөрөгдөл” хэмээх хэллэг байрладаг яг тэр бүлэгт дүрслэгдсэн байдаг бөгөөд тэр бүлэгт хайрлагдах эсвэл няцаагдах үнэн нь харийн Ром ба папын Ромын хоорондох эш үзүүллэгийн харилцааг тодорхойлдог үнэн мөн.</w:t>
      </w:r>
    </w:p>
    <w:p>
      <w:pPr>
        <w:pStyle w:val="ArticleBody"/>
        <w:jc w:val="left"/>
      </w:pPr>
      <w:r>
        <w:rPr>
          <w:rFonts w:ascii="Times New Roman" w:hAnsi="Times New Roman" w:eastAsia="Times New Roman" w:cs="Times New Roman"/>
        </w:rPr>
        <w:t>321 ба 538-ын хоорондох эш үзүүллэгийн холбоо нь Пергамын сүм ба Тиатирагийн сүмийн хоорондох эш үзүүллэгийн холбоогоор илэрхийлэгддэг. Эцсийн өдрүүдэд 321 болон Пергамаар төлөөлөгддөг харь Ром нь Америкийн Нэгдсэн Улсын бэлгэдэл бөгөөд 538 болон Тиатирагаар төлөөлөгддөг папын Ром нь Орчин үеийн Ромын бэлгэдэл мөн.</w:t>
      </w:r>
    </w:p>
    <w:p>
      <w:pPr>
        <w:pStyle w:val="ArticleBody"/>
        <w:jc w:val="left"/>
      </w:pPr>
      <w:r>
        <w:rPr>
          <w:rFonts w:ascii="Times New Roman" w:hAnsi="Times New Roman" w:eastAsia="Times New Roman" w:cs="Times New Roman"/>
        </w:rPr>
        <w:t>321 оны анхны Ром нь цорын ганц эрх мэдэл бүхий улс байсан бөгөөд 538 оны хоёр дахь Ром нь сүм ба төрийн нэгдлийг төлөөлсөн, уг харилцаанд сүм нь ноёрхож байсан хоёрдмол эрх мэдэл байв. Харин гурав дахь бөгөөд эцсийн Ром, өөрөөр хэлбэл орчин үеийн Ром нь луу, араатан, хуурамч эш үзүүлэгчээс бүрдэх гурвалсан эрх мэдэл юм.</w:t>
      </w:r>
    </w:p>
    <w:p>
      <w:pPr>
        <w:pStyle w:val="ArticleBody"/>
        <w:jc w:val="left"/>
      </w:pPr>
      <w:r>
        <w:rPr>
          <w:rFonts w:ascii="Times New Roman" w:hAnsi="Times New Roman" w:eastAsia="Times New Roman" w:cs="Times New Roman"/>
        </w:rPr>
        <w:t>Паул заахдаа, харь үндэстний Ром (луу) болон папын Ром (араатан)-ын эш үзүүллэгийн бөгөөд түүхэн харилцааг ойлгохгүй байх нь үнэнийг үзэн ядахыг илэрхийлдэг бөгөөд энэ нь хүчтэй төөрөгдөлд хүргэдэг гэжээ. Паулыг оролцуулан бүх эш үзүүлэгчид илүү тодорхойгоор эцсийн өдрүүдийг хөндөн өгүүлсэн тул Паулын түүхэнд буй эдгээр хоёр хүчний хоорондын харилцаа нь эцсийн өдрүүд дэх Орчин Үеийн Ромын гурван хүчний хоорондын харилцааг төлөөлдөг. Эцсийн өдрүүдэд луу, араатан, хуурамч эш үзүүлэгчийн гурвалсан холбоог “бүрэлдүүлдэг” эш үзүүллэгийн энэ харилцааг үгүйсгэнэ гэдэг нь өөртөө хүчтэй төөрөгдлийг баттай авчрах явдал юм.</w:t>
      </w:r>
    </w:p>
    <w:p>
      <w:pPr>
        <w:pStyle w:val="ArticleBody"/>
        <w:jc w:val="left"/>
      </w:pPr>
      <w:r>
        <w:rPr>
          <w:rFonts w:ascii="Times New Roman" w:hAnsi="Times New Roman" w:eastAsia="Times New Roman" w:cs="Times New Roman"/>
        </w:rPr>
        <w:t>Уриа Смитийн хойд зүгийн хааны тухай хувийн тайлбар нь нэгэн “шалтгаан”-ыг илэрхийлж, тэр нь нэгэн “үр дагавар”-ыг бий болгосон юм. Харин Ромын талаарх маргаант асуудлуудад буруу талд буй анги нь шалтгаанаас үр дагаврыг дүгнэн бодох чадваргүй хэмээн онцгойлон тодорхойлогддог. Смит хойд зүгийн хааны тухай өөрийн алдаатай хэрэглээ нь эш үзүүллэгийн нэгэн тавцанг бий болгож, улмаар Христийн зөвт байдлын хувцсыг хадгалах эсвэл алдах тухай сануулга байдаг зургаа дахь гай гамшгийг мөн буруугаар төлөөлөн үзүүлэхэд өөрийг нь хүргэнэ гэдгийг олж хараагүй юм.</w:t>
      </w:r>
    </w:p>
    <w:p>
      <w:pPr>
        <w:pStyle w:val="ArticleBody"/>
        <w:jc w:val="left"/>
      </w:pPr>
      <w:r>
        <w:rPr>
          <w:rFonts w:ascii="Times New Roman" w:hAnsi="Times New Roman" w:eastAsia="Times New Roman" w:cs="Times New Roman"/>
        </w:rPr>
        <w:t>2 Тесалоник дахь Паулын онцлон тэмдэглэсний адил, Илчлэл номын арван зургаадугаар бүлэг болон зургаа дахь гайгийн хүрээнд Иохан дэлхийг Армагеддон руу хөтлөн аваачдаг тэрхүү гурван хүч хэн болохыг ойлгох шаардлагыг онцлон тэмдэглэдэг. Умардын хааны тухай Смитийн алдаатай хэрэглээ нь хэв шинж ба биеллийн хэв шинжийг зөв хэрэглэх чадваргүйг гэрчилдэг.</w:t>
      </w:r>
    </w:p>
    <w:p>
      <w:pPr>
        <w:pStyle w:val="ArticleBody"/>
        <w:jc w:val="left"/>
      </w:pPr>
      <w:r>
        <w:rPr>
          <w:rFonts w:ascii="Times New Roman" w:hAnsi="Times New Roman" w:eastAsia="Times New Roman" w:cs="Times New Roman"/>
        </w:rPr>
        <w:t>Смит загалмайн цаг хугацааны үеэс өмнөх үгчилсэн зүйлс нь загалмайн үеэс хойших сүнслэг зүйлсийг төлөөлдөг гэсэн Паулын бичвэрүүдэд хүчтэйгээр дэвшүүлсэн зарчмыг хэрэгжүүлж чадсангүй, эсвэл хэрэгжүүлэхийг хүссэнгүй. Энэ зарчмыг нягт нямбай бөгөөд зөв даган мөрдвөл “хойд зүгийн хаан” нь эцсийн өдрүүд дэх сүнслэг “хойд зүгийн хаан”-ыг төлөөлдөг олон бэлгэдлийн нэг мөн гэдгийг хялбархан нотолж болно. Долоо дахь өдрийн Адвентистууд юунаас ч илүүгээр эш үзүүллэгийн тулгуурладаг үндсэн бүтцүүдийн нэг нь Христ ба Сатаны хоорондын агуу тэмцэл мөн гэдгийг мэдэх учиртай. Христ бол жинхэнэ Хойд зүгийн Хаан бөгөөд Сатан өөрийгөө хуурамч хойд зүгийн хаан болгон илэрхийлэхийг оролдсоор ирсэн юм.</w:t>
      </w:r>
    </w:p>
    <w:p>
      <w:pPr>
        <w:pStyle w:val="ArticleScripture"/>
        <w:jc w:val="left"/>
      </w:pPr>
      <w:r>
        <w:rPr>
          <w:rFonts w:ascii="Times New Roman" w:hAnsi="Times New Roman" w:eastAsia="Times New Roman" w:cs="Times New Roman"/>
        </w:rPr>
        <w:t>Корахын хөвгүүдэд зориулсан дуу, дуулал. ЭЗЭН агуу бөгөөд манай Бурханы хотод, Өөрийн ариун ууланд Тэрээр үлэмжээр магтагдахуйц билээ. Байршлынхаа үзэсгэлэнгээр, бүх дэлхийн баяр хөөр болсон нь хойд зүгийн энгэрүүд дэх Сион уул, агуу Хааны хот мөн. Бурхан түүний орднуудад хоргодох газар хэмээн танигдсан билээ. Дуулал 48:1–3.</w:t>
      </w:r>
    </w:p>
    <w:p>
      <w:pPr>
        <w:pStyle w:val="ArticleBody"/>
        <w:jc w:val="left"/>
      </w:pPr>
      <w:r>
        <w:rPr>
          <w:rFonts w:ascii="Times New Roman" w:hAnsi="Times New Roman" w:eastAsia="Times New Roman" w:cs="Times New Roman"/>
        </w:rPr>
        <w:t>Хойд зүгийн жинхэнэ Хааныг хуурамчаар дуурайлган харуулах гэсэн Сатаны оролдлогуудын дотор Ромын папыг өөрийн газрын төлөөлөгчөөр ашиглах явдал багтдаг. Сатан бол антихрист мөн, мөн Ромын пап ч бас тийм бөгөөд тэрээр мэхлэлийн үйлсдээ Сатаны орлон төлөөлөгч нь юм.</w:t>
      </w:r>
    </w:p>
    <w:p>
      <w:pPr>
        <w:pStyle w:val="ArticleScripture"/>
        <w:jc w:val="left"/>
      </w:pPr>
      <w:r>
        <w:rPr>
          <w:rFonts w:ascii="Times New Roman" w:hAnsi="Times New Roman" w:eastAsia="Times New Roman" w:cs="Times New Roman"/>
        </w:rPr>
        <w:t>“Энэ дэлхийн ашиг хонжоо ба нэр төрийг баталгаажуулахын тулд сүмийг газрын агуу хүмүүний таалал ба дэмжлэгийг эрэлхийлэхэд хөтөлсөн бөгөөд ийнхүү Христийг няцааснаар тэрээр Сатаны төлөөлөгч болох Ромын бишопт үнэнч захирагдахад хүргэгджээ.” Эцсийн зөрчил, 50.</w:t>
      </w:r>
    </w:p>
    <w:p>
      <w:pPr>
        <w:pStyle w:val="ArticleBody"/>
        <w:jc w:val="left"/>
      </w:pPr>
      <w:r>
        <w:rPr>
          <w:rFonts w:ascii="Times New Roman" w:hAnsi="Times New Roman" w:eastAsia="Times New Roman" w:cs="Times New Roman"/>
        </w:rPr>
        <w:t>Агуу Александрын хаант улс задран бутрах үед Даниелын арван нэгдүгээр бүлэгт дүрслэгдсэн түүхэн дэх умардын анхны хаан нь Селевк Никатор болсон юм. Түүний эцэг Антиох нь Александрын хаант улсад нөлөө бүхий удирдагч байсан бөгөөд түүний хүү Селевк Вавилоны сатрап болгогджээ. “Сатрап” гэдэг нь захирагч гэсэн утгатай бөгөөд Селевк Александрын хаант улс хуваагдан тогтсон газарзүйн дөрвөн бүсийн гурвыг нь баттай эрхэндээ оруулсны дараа умардын хаан болсон юм.</w:t>
      </w:r>
    </w:p>
    <w:p>
      <w:pPr>
        <w:pStyle w:val="ArticleBody"/>
        <w:jc w:val="left"/>
      </w:pPr>
      <w:r>
        <w:rPr>
          <w:rFonts w:ascii="Times New Roman" w:hAnsi="Times New Roman" w:eastAsia="Times New Roman" w:cs="Times New Roman"/>
        </w:rPr>
        <w:t>Смитийн хувийн тайлбарлал болон дүрмийн зарчмуудаас зайлсхийсэн явдал нь түүнийг эцсийн өдрүүдэд Сатаны хорон нэгдлийг бүрдүүлэх сүүлчийн хүчнүүдийг эш үзүүлэгт сүнслэг хүчнүүд бус, харин бодит хүчнүүдээр төлөөлүүлэн дүрсэлсэн гэж үзэхэд хүргэсэн. Иймээс тэрээр Вавилоны захирагч, хойд зүгийн анхны хаан болох Селевк Никатор нь эш үзүүлгийн зайлшгүй шаардлагаар орчин үеийн сүнслэг Вавилоныг захирч байсан хүч болох эцсийн сүнслэг хойд зүгийн хааныг төлөөлөх ёстойг олж харж чадсангүй.</w:t>
      </w:r>
    </w:p>
    <w:p>
      <w:pPr>
        <w:pStyle w:val="ArticleScripture"/>
        <w:jc w:val="left"/>
      </w:pPr>
      <w:r>
        <w:rPr>
          <w:rFonts w:ascii="Times New Roman" w:hAnsi="Times New Roman" w:eastAsia="Times New Roman" w:cs="Times New Roman"/>
        </w:rPr>
        <w:t>Тэгээд долоон аяга барьсан тэр долоон тэнгэр элчийн нэг нь ирж, надтай ярилцан, надад ийн хэлэв: Нааш ир; олон усан дээр сууж буй аугаа янхан эмийн шүүлтийг чамд үзүүлье. Түүнтэй газрын хаад садарлан завхайрч, газрын оршин суугчид түүний садар самууны дарсанд согтсон билээ. Тэгээд тэр намайг Сүнс дотор цөл уруу аваачив. Би долоон толгой, арван эвэртэй, доромжлолын нэрсээр дүүрэн час улаан араатан дээр суусан нэгэн эмэгтэйг харлаа. Тэр эмэгтэй нил ягаан болон час улаан өнгийн хувцас өмсөж, алт, үнэт чулуу, сувдаар гоёж, гартаа садар самуун явдлынх нь жигшүүрт зүйлс ба бузар булайгаар дүүрэн алтан аяга барьж байв. Түүний духан дээр нэгэн нэр бичээстэй байлаа: НУУЦ, АУГАА ВАВИЛОН, ЯНХНУУДЫН БА ГАЗРЫН ЖИГШҮҮРТ ЗҮЙЛСИЙН ЭХ. Тэгээд би тэр эмэгтэйг ариун хүмүүсийн цус болон Есүсийн гэрчүүдийн цусаар согтсоныг харлаа. Би түүнийг хараад, үлэмж ихээр гайхав. Илчлэлт 17:1–6.</w:t>
      </w:r>
    </w:p>
    <w:p>
      <w:pPr>
        <w:pStyle w:val="ArticleBody"/>
        <w:jc w:val="left"/>
      </w:pPr>
      <w:r>
        <w:rPr>
          <w:rFonts w:ascii="Times New Roman" w:hAnsi="Times New Roman" w:eastAsia="Times New Roman" w:cs="Times New Roman"/>
        </w:rPr>
        <w:t>Эцсийн өдрүүдэд Вавилоныг захирдаг хүч нь папын сүм бөгөөд тиймээс тэр нь мөн хойд зүгийн сүнслэг хаан мөн.</w:t>
      </w:r>
    </w:p>
    <w:p>
      <w:pPr>
        <w:pStyle w:val="ArticleScripture"/>
        <w:jc w:val="left"/>
      </w:pPr>
      <w:r>
        <w:rPr>
          <w:rFonts w:ascii="Times New Roman" w:hAnsi="Times New Roman" w:eastAsia="Times New Roman" w:cs="Times New Roman"/>
        </w:rPr>
        <w:t>Илчлэл 17 дахь “эмэгтэй (Вавилон)” нь “ягаан, час улаан өнгөөр хувцаслан, алт, үнэт чулуу, сувдаар гоён чимэглэгдсэн, гартаа жигшүүрт зүйлс болон бузар булайгаар дүүрсэн алтан аяга барьсан; … мөн түүний духан дээр: Нууц, Агуу Вавилон, янхан эмсийн эх хэмээх нэр бичээстэй байв” гэж дүрслэгдсэн байдаг. Эш үзүүлэгч ийн өгүүлдэг: “Би тэр эмэгтэйг ариун хүмүүсийн цусанд, мөн Есүсийн гэрч-алуулсан хүмүүсийн цусанд согтуурсныг харлаа.” Цааш нь Вавилоныг “дэлхийн хаадын дээр ноёрхдог тэр агуу хот” хэмээн тунхагласан байдаг. Илчлэл 17:4–6, 18. Христийн ертөнцийн хаад ноёдын дээр олон зууны турш дарангуй ноёрхлоо тогтоон барьсан хүч бол Ром юм. Ягаан, час улаан өнгө, алт, үнэт чулуу, сувд нь Ромын бардам ширээт газрын эрхэмсэг сүр жавхлан, хаадаас ч давсан тансаг сүрийг тод томруунаар дүрсэлдэг. Мөн Христийн дагалдагсдыг тийнхүү харгисаар хавчин мөрдөж ирсэн тэр сүмээс өөр ямар ч хүчийг “ариун хүмүүсийн цусанд согтсон” хэмээн тийм үнэнээр хэлж үл болно. Түүнчлэн Вавилон нь “дэлхийн хаад”-тай хууль бус холбоо тогтоосон нүгэлд буруутгагддаг. Еврейн сүм Эзэнээс няцаж, харь үндэстнүүдтэй холбоотон болсноор янхан болсон; үүнтэй адил Ром ч дэлхийн хүчнүүдийн дэмжлэгийг эрэн өөрийгөө завхруулснаар ижил ял зэмлэлийг хүлээдэг.” Агуу тэмцэл, 382.</w:t>
      </w:r>
    </w:p>
    <w:p>
      <w:pPr>
        <w:pStyle w:val="ArticleBody"/>
        <w:jc w:val="left"/>
      </w:pPr>
      <w:r>
        <w:rPr>
          <w:rFonts w:ascii="Times New Roman" w:hAnsi="Times New Roman" w:eastAsia="Times New Roman" w:cs="Times New Roman"/>
        </w:rPr>
        <w:t>Захирагч нь хаан мөн бөгөөд Исаиагийн хэлснээр, хаан нь хаанчлал мөн, түүнчлэн тэрхүү хаанчлалын нийслэл хот ч мөн юм.</w:t>
      </w:r>
    </w:p>
    <w:p>
      <w:pPr>
        <w:pStyle w:val="ArticleScripture"/>
        <w:jc w:val="left"/>
      </w:pPr>
      <w:r>
        <w:rPr>
          <w:rFonts w:ascii="Times New Roman" w:hAnsi="Times New Roman" w:eastAsia="Times New Roman" w:cs="Times New Roman"/>
        </w:rPr>
        <w:t>Учир нь Сирийн тэргүүн нь Дамаск, Дамаскийн тэргүүн нь Резин мөн; жаран таван жилийн дотор Ефраим бут цохигдон, ард түмэн байхаа болино. Мөн Ефраимын тэргүүн нь Самари, Самарийн тэргүүн нь Ремалиагийн хүү мөн. Хэрэв та нар итгэхгүй бол, та нар бат тогтохгүй нь гарцаагүй. Исаиа 7:8, 9.</w:t>
      </w:r>
    </w:p>
    <w:p>
      <w:pPr>
        <w:pStyle w:val="ArticleBody"/>
        <w:jc w:val="left"/>
      </w:pPr>
      <w:r>
        <w:rPr>
          <w:rFonts w:ascii="Times New Roman" w:hAnsi="Times New Roman" w:eastAsia="Times New Roman" w:cs="Times New Roman"/>
        </w:rPr>
        <w:t>Исаиагийн гэрчлэлийн дагуу, 2023 оны 7-р сард эш үзүүллэгийн шалгалтын үйл явцад сэрсэн эш үзүүллэгийг судлагч хүн тогтоогдохыг хүсвэл “толгой”-н эш үзүүллэгийн бэлгэдлийг таних ёстой. Хэрэв шаардлагатай үедээ “толгой”-н бэлгэдлийг таньж хэрэглэдэггүй бол тэр тогтоогдоогүй байна. Итгэдэггүй хүмүүс тогтоогддоггүй; иймээс Исаиа эцсийн өдрүүдэд мөргөгчдийн тогтоогдсон эсвэл тогтоогдоогүй байдаг хоёр ангийг зааж байна. Тэд бол “тос”-той, эсвэл “тос”-гүй байдаг мөнөөх хоёр анги мөн.</w:t>
      </w:r>
    </w:p>
    <w:p>
      <w:pPr>
        <w:pStyle w:val="ArticleBody"/>
        <w:jc w:val="left"/>
      </w:pPr>
      <w:r>
        <w:rPr>
          <w:rFonts w:ascii="Times New Roman" w:hAnsi="Times New Roman" w:eastAsia="Times New Roman" w:cs="Times New Roman"/>
        </w:rPr>
        <w:t>Тогтож, тосоор хангагдсан нэгэн бүлэг нь 2023 оны 7-р сард нээгдэж эхэлсэн Шөнө дундын Хашхирааны мэдээг хүлээн авдаг, эс бөгөөс 2 Тесалоник дахь хүчтэй төөрөгдлийг хүлээн авдаг. Тэдний шалгалт нь араатны дүрийн бүрэлдэлт бөгөөд тэрхүү араатан ямар байдлаар бүрэлддэг тухай асуудал юм: Харанхуй зууны үеийн папын араатан уу, эсвэл Америкийн Нэгдсэн Улсаар бүрэлдүүлэгдсэн түүний дүр үү, эсвэл дэлхийг Армагеддон руу хөтөлдөг гурвалсан холбоо юу. Үүнд “тэргүүн”, “хаан”, өөрөөр хэлбэл гурвалсан холбоог бүрдүүлэгч бусад хоёр хүчний захирагч нь папын эрх мэдэл мөн гэдгийг танин хүлээн зөвшөөрөхийн зайлшгүй шаардлага багтана.</w:t>
      </w:r>
    </w:p>
    <w:p>
      <w:pPr>
        <w:pStyle w:val="ArticleBody"/>
        <w:jc w:val="left"/>
      </w:pPr>
      <w:r>
        <w:rPr>
          <w:rFonts w:ascii="Times New Roman" w:hAnsi="Times New Roman" w:eastAsia="Times New Roman" w:cs="Times New Roman"/>
        </w:rPr>
        <w:t>Иудагийн нийслэл хот болох “толгой” нь, Эзэн Өөрийн нэрийг байршуулахаар сонгосон хот—Иерусалим байв.</w:t>
      </w:r>
    </w:p>
    <w:p>
      <w:pPr>
        <w:pStyle w:val="ArticleScripture"/>
        <w:jc w:val="left"/>
      </w:pPr>
      <w:r>
        <w:rPr>
          <w:rFonts w:ascii="Times New Roman" w:hAnsi="Times New Roman" w:eastAsia="Times New Roman" w:cs="Times New Roman"/>
        </w:rPr>
        <w:t>Соломоны хүү Рехобоам Иудад хаанчлав. Рехобоам хаанчилж эхлэхдээ дөчин нэгэн настай байсан бөгөөд ЭЗЭН Израилийн бүх овгуудаас Өөрийн нэрийг тэнд байрлуулахын тулд сонгон авсан хот болох Иерусалимд арван долоон жил хаанчлав. Түүний эхийн нэр нь аммон эмэгтэй Наама байв. Хаадын дээд 14:21.</w:t>
      </w:r>
    </w:p>
    <w:p>
      <w:pPr>
        <w:pStyle w:val="ArticleBody"/>
        <w:jc w:val="left"/>
      </w:pPr>
      <w:r>
        <w:rPr>
          <w:rFonts w:ascii="Times New Roman" w:hAnsi="Times New Roman" w:eastAsia="Times New Roman" w:cs="Times New Roman"/>
        </w:rPr>
        <w:t>Христ ба Сатаны хоорондын агуу тэмцэлд Христ Өөрийн нэрийг тавьдаг нийслэл хот нь Иерусалим бөгөөд Сатаны хуурамч дуурайл нь сүүлчийн өдрүүдэд орших тэр агуу хот болох сүнслэг Вавилоныг төлөөлдөг бодит Вавилон хот байв. Сатан Бурханы хот ба нийслэлийн хуурамч дуурайл болгон нэрээ духан дээр тавьдаг. Тэнд оршин суудаг хаан нь дэлхийн хаадтай завхайрлыг үйлддэг янхан эмсийн эх мөн. Янхан эмсийн эх нь папын эрх мэдэл бөгөөд түүний охид нь унасан Протестант сүмүүд юм; тэдгээрийн дундах тэргүүлэх унасан тэрслүү сүм нь Америкийн Нэгдсэн Улсын тэрслүү Протестантууд мөн.</w:t>
      </w:r>
    </w:p>
    <w:p>
      <w:pPr>
        <w:pStyle w:val="ArticleBody"/>
        <w:jc w:val="left"/>
      </w:pPr>
      <w:r>
        <w:rPr>
          <w:rFonts w:ascii="Times New Roman" w:hAnsi="Times New Roman" w:eastAsia="Times New Roman" w:cs="Times New Roman"/>
        </w:rPr>
        <w:t>Тэрсэлсэн тэр протестантууд нь газрын араатны протестант эвэрийг төлөөлдөг бөгөөд 1798 онд лац нь тайлагдсан эш үзүүллэгийн мэдээг тэд няцаасныхаа улмаас өөрсдийн эхтэй холбоотой байдаг. Тэдний эсрэг тал болох Бүгд Найрамдах эвэр нь Илчлэлт арван долоогийн арван хаад болох Нэгдсэн Үндэстний Байгууллагатай харилцах харилцаагаараа газрын хаадтай холбоотой байдаг. Дэлхийг Армагеддон руу хөтөлдөг гурван талт нэгдлийг түүний нэр байрладаг тэргүүн нь төлөөлдөг бөгөөд сүнслэг орчин үеийн Ром нь сүнслэг орчин үеийн Вавилон мөн. Түүний “тэргүүн” нь папын эрх мэдэл юм.</w:t>
      </w:r>
    </w:p>
    <w:p>
      <w:pPr>
        <w:pStyle w:val="ArticleBody"/>
        <w:jc w:val="left"/>
      </w:pPr>
      <w:r>
        <w:rPr>
          <w:rFonts w:ascii="Times New Roman" w:hAnsi="Times New Roman" w:eastAsia="Times New Roman" w:cs="Times New Roman"/>
        </w:rPr>
        <w:t>Эхнийх нь сүүлчийнхийг төлөөлдөг бөгөөд та Даниелын хоёрдугаар бүлгийг Миллерийн хөдөлгөөнийхний адил дөрвөн хаант улсыг төлөөлдөг гэж хэрэглэлээ ч, эсвэл эцсийн өдрүүдэд илчлэгдсэнчлэн найман хаант улсыг төлөөлдөг гэж үзлээ ч, анхны хаант улс нь бодит Вавилон байв. Миллерийн хөдөлгөөнийхөн сүүлчийнх нь бодит Ром байсан гэж танд хэлэх байсан. Вавилон ба Ром нь хоорондоо сольж хэрэглэж болох бэлгэдлүүд мөн, учир нь тэд эш үзүүллэгийн нэгэн шугамын эхлэл ба төгсгөл юм.</w:t>
      </w:r>
    </w:p>
    <w:p>
      <w:pPr>
        <w:pStyle w:val="ArticleBody"/>
        <w:jc w:val="left"/>
      </w:pPr>
      <w:r>
        <w:rPr>
          <w:rFonts w:ascii="Times New Roman" w:hAnsi="Times New Roman" w:eastAsia="Times New Roman" w:cs="Times New Roman"/>
        </w:rPr>
        <w:t>Эцсийн өдрүүдэд бодит Вавилоны анхны хаант улс нь сүнслэг орчин үеийн Вавилон бөгөөд мөн сүнслэг орчин үеийн Ром болох найм дахь бөгөөд эцсийн хаант улсыг төлөөлдөг. Даниелын хоёрдугаар бүлэгт дүрслэгдсэн хоёр гэрчийн үндсэн дээр Вавилон ба Ром нь харилцан орлуулж хэрэглэгддэг бэлгэдлүүд юм.</w:t>
      </w:r>
    </w:p>
    <w:p>
      <w:pPr>
        <w:pStyle w:val="ArticleBody"/>
        <w:jc w:val="left"/>
      </w:pPr>
      <w:r>
        <w:rPr>
          <w:rFonts w:ascii="Times New Roman" w:hAnsi="Times New Roman" w:eastAsia="Times New Roman" w:cs="Times New Roman"/>
        </w:rPr>
        <w:t>Папын янхан духан дээрээ “Нууц Вавилон” хэмээн түүнийг таних нэртэйгээр дүрслэгдсэн үед, мөн “нууц Ром”-ыг ч бас заан тодорхойлж байна. Зөгнөлийн “нууц” гэдэг нь, ялангуяа Ариун Сүнсний нөлөөгүйгээр, тэнд төлөөлөгдөн буй үнэн доторх гүн гүнзгий утгыг ойлгох нь боломжгүй тийм гүнзгий үнэнийг илэрхийлдэг. Гэвч Библийн “нууц” нь мөн, тухайн нууцтай холбоотойгоор илчлэгдсэн зүйл нь сорилтыг давахыг эрмэлзэгчдийн хувьд зайлшгүй ойлговол зохих ойлголт байхыг шаарддаг. Ийм учраас Илчлэл ном дахь хоёр гэрч орчин үеийн Ромыг ойлгох хэрэгцээг онцлон тэмдэглэдэг.</w:t>
      </w:r>
    </w:p>
    <w:p>
      <w:pPr>
        <w:pStyle w:val="ArticleScripture"/>
        <w:jc w:val="left"/>
      </w:pPr>
      <w:r>
        <w:rPr>
          <w:rFonts w:ascii="Times New Roman" w:hAnsi="Times New Roman" w:eastAsia="Times New Roman" w:cs="Times New Roman"/>
        </w:rPr>
        <w:t>Энд мэргэн ухаан байна. Ойлголттой нэгэн нь араатны тоог тоологтун; учир нь энэ нь хүний тоо мөн; түүний тоо нь зургаан зуун жаран зургаа юм. Илчлэлт 13:18.</w:t>
      </w:r>
    </w:p>
    <w:p>
      <w:pPr>
        <w:pStyle w:val="ArticleBody"/>
        <w:jc w:val="left"/>
      </w:pPr>
      <w:r>
        <w:rPr>
          <w:rFonts w:ascii="Times New Roman" w:hAnsi="Times New Roman" w:eastAsia="Times New Roman" w:cs="Times New Roman"/>
        </w:rPr>
        <w:t>“Мэргэн ухаан” нь араатны тоог ойлгодог бөгөөд энэ нь зургаа, зургаа, зургаа гэсэн тоотой хүний тоо мөн. “Нүглийн хүн” бол араатны тэргүүн юм. Мэргэн ухаан нь эцсийн өдрүүдийн ухаалаг онгон охидын нэг шинж бөгөөд мөн эцсийн өдрүүдэд мэдлэг нэмэгдэхийг ойлгодог хүмүүсийн бэлгэдэл мөн. Ойлгодоггүй хүмүүс нь мунхаг онгон охид бөгөөд хорон муу хүмүүс юм. Тэдний үл ойлгох тэрхүү “мэргэн ухаан” нь эш үзүүллэгийн зайлшгүй шаардлагаар эцсийн эш үзүүллэгийн сорилтын хүрээнд байх ёстой, учир нь ухаалаг ба мунхаг онгон охидын оршин байх үе нь энэ мөн. Тэд “зургаа, зургаа, зургаа”-г ойлгох ёстой. Мэргэн ухаантай оюун ухааныг мөн Иохан Илчлэл номын арван долоодугаар бүлэгт эцсийн өдрүүдэд байрлуулсан байдаг.</w:t>
      </w:r>
    </w:p>
    <w:p>
      <w:pPr>
        <w:pStyle w:val="ArticleScripture"/>
        <w:jc w:val="left"/>
      </w:pPr>
      <w:r>
        <w:rPr>
          <w:rFonts w:ascii="Times New Roman" w:hAnsi="Times New Roman" w:eastAsia="Times New Roman" w:cs="Times New Roman"/>
        </w:rPr>
        <w:t>Мөн мэргэн ухаантай оюун ухаан энд байна. Долоон толгой нь эмэгтэйн сууж буй долоон уул мөн. Бас долоон хаан байна: тав нь унасан, нэг нь байгаа, нөгөө нь хараахан ирээгүй; харин тэр ирэхдээ богинохон хугацаанд үлдэх ёстой. Мөн байсан бөгөөд одоо байхгүй араатан, тэр өөрөө найм дахь нь бөгөөд долоогийн дотроос гарсан бөгөөд сүйрэл уруугаа явдаг. Илчлэлт 17:9–11.</w:t>
      </w:r>
    </w:p>
    <w:p>
      <w:pPr>
        <w:pStyle w:val="ArticleBody"/>
        <w:jc w:val="left"/>
      </w:pPr>
      <w:r>
        <w:rPr>
          <w:rFonts w:ascii="Times New Roman" w:hAnsi="Times New Roman" w:eastAsia="Times New Roman" w:cs="Times New Roman"/>
        </w:rPr>
        <w:t>“Зургаа, зургаа, зургаа” хэмээх тоог ойлгох мэргэн ухаантай “оюун” нь “Христийн оюун”-ыг олж авсан ухаалаг онгон мөн.</w:t>
      </w:r>
    </w:p>
    <w:p>
      <w:pPr>
        <w:pStyle w:val="ArticleScripture"/>
        <w:jc w:val="left"/>
      </w:pPr>
      <w:r>
        <w:rPr>
          <w:rFonts w:ascii="Times New Roman" w:hAnsi="Times New Roman" w:eastAsia="Times New Roman" w:cs="Times New Roman"/>
        </w:rPr>
        <w:t>Эзэний оюун санааг Түүнд зааж сургахын тулд хэн мэдсэн билээ? Харин бид Христийн оюун ухаантай. 1 Коринт 2:16.</w:t>
      </w:r>
    </w:p>
    <w:p>
      <w:pPr>
        <w:pStyle w:val="ArticleBody"/>
        <w:jc w:val="left"/>
      </w:pPr>
      <w:r>
        <w:rPr>
          <w:rFonts w:ascii="Times New Roman" w:hAnsi="Times New Roman" w:eastAsia="Times New Roman" w:cs="Times New Roman"/>
        </w:rPr>
        <w:t>Мэргэн онгон охидын бүлэг нь Христийн оюун санаатай, харин мунхаг, ёс бус онгон охид нь Христийн дайсны оюун санаатай байдаг.</w:t>
      </w:r>
    </w:p>
    <w:p>
      <w:pPr>
        <w:pStyle w:val="ArticleScripture"/>
        <w:jc w:val="left"/>
      </w:pPr>
      <w:r>
        <w:rPr>
          <w:rFonts w:ascii="Times New Roman" w:hAnsi="Times New Roman" w:eastAsia="Times New Roman" w:cs="Times New Roman"/>
        </w:rPr>
        <w:t>“Ёс суртахууны харанхуйн дунд жинхэнэ гэрэл гэрэлтэх цаг ирээд байна. Гурав дахь тэнгэрэлчийн мэдээ нь хүмүүсийг араатны буюу түүний дүрийн тамгыг духан дээрээ эсвэл гар дээрээ хүлээн авахаас сэрэмжлүүлэн, дэлхийд тунхаглагдан илгээгдсэн. Энэ тамгыг хүлээн авна гэдэг нь араатны хийсэнтэй адил шийдвэрт хүрч, Бурханы үгтэй шууд сөргөлдөн, түүнтэй адил үзэл санааг дэмжин өмгөөлнө гэсэн утгатай.” Review and Herald, July 13, 1897.</w:t>
      </w:r>
    </w:p>
    <w:p>
      <w:pPr>
        <w:pStyle w:val="ArticleBody"/>
        <w:jc w:val="left"/>
      </w:pPr>
      <w:r>
        <w:rPr>
          <w:rFonts w:ascii="Times New Roman" w:hAnsi="Times New Roman" w:eastAsia="Times New Roman" w:cs="Times New Roman"/>
        </w:rPr>
        <w:t>Араатны дүр төрх бүрэлдэх нь сургаалт зүйрлэлийн онгон бүсгүйчүүдийн хувьд эцсийн шалгалт мөн бөгөөд мэргэнүүд Христийн ухаантай байдаг. Учир нь тэд Христийн хүрсэнтэй адил шийдвэрт хүрсэн бөгөөд өөрсдийн хүслийг Ариун Сүнсний удирдлагад захируулсан билээ. Мэргэн онгон бүсгүйчүүдийн дотор Христийн дүр төрх бүрэлдэх нь мунхаг онгон бүсгүйчүүдийн дотор араатны дүр төрх бүрэлдэхтэй эсрэгцэнэ. Мунхаг онгон бүсгүйчүүд араатантай адил шийдвэрт хүрдэг. Учир нь тэд орчин үеийн Ромын тэргүүн бөгөөд хойд зүгийн хуурамч хаан болох антихристийг зөв таних тухай шалгалтын асуултан дээр самуурсан юм.</w:t>
      </w:r>
    </w:p>
    <w:p>
      <w:pPr>
        <w:pStyle w:val="ArticleScripture"/>
        <w:jc w:val="left"/>
      </w:pPr>
      <w:r>
        <w:rPr>
          <w:rFonts w:ascii="Times New Roman" w:hAnsi="Times New Roman" w:eastAsia="Times New Roman" w:cs="Times New Roman"/>
        </w:rPr>
        <w:t>“Үгийн талаарх ойлголтдоо будилан төөрөлддөг, антихристийн утга учрыг олж харж чаддаггүй хүмүүс гарцаагүй өөрсдийгөө антихристийн талд тавих болно.” Kress Collection, 105.</w:t>
      </w:r>
    </w:p>
    <w:p>
      <w:pPr>
        <w:pStyle w:val="ArticleBody"/>
        <w:jc w:val="left"/>
      </w:pPr>
      <w:r>
        <w:rPr>
          <w:rFonts w:ascii="Times New Roman" w:hAnsi="Times New Roman" w:eastAsia="Times New Roman" w:cs="Times New Roman"/>
        </w:rPr>
        <w:t>Араатны дүрийн бүрэлдэхүйгээр дүрслэгдсэн шалгалтын цагт мунхаг онгон охид Үгийг ойлгохдоо төөрөлдөн будилна. Тэдний энэ будлиан нь Бурханы эш үзүүллэгийн Үгийг буруугаар ойлгосонд тулгуурлаж, Орчин үеийн Ромын зөв утга учрыг олж хараагүйн улмаас хүчтэй төөрөгдөлд автаж, араатантай адил шийдвэрт хүрч, Бурханы Үгт шууд эсэргүүцэн папын мөнөөх үзэл санааг өмгөөлөн, өөрсдийгөө антихристийн талд тавина.</w:t>
      </w:r>
    </w:p>
    <w:p>
      <w:pPr>
        <w:pStyle w:val="ArticleBody"/>
        <w:jc w:val="left"/>
      </w:pPr>
      <w:r>
        <w:rPr>
          <w:rFonts w:ascii="Times New Roman" w:hAnsi="Times New Roman" w:eastAsia="Times New Roman" w:cs="Times New Roman"/>
        </w:rPr>
        <w:t>Бид энэ ангиллын дараагийн өгүүлэлд эдгээр бодлыг үргэлжлүүлэх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тогтоов — Арван зургаа</dc:title>
  <dc:subject>Эцсийн сорилт: Ромын бэлгэдлийг болон эш үзүүллэгийн гуравласан хэрэглээг ойлгох нь</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