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тогтоон байгуулдаг — Арван долоо"""</w:t>
      </w:r>
    </w:p>
    <w:p>
      <w:pPr>
        <w:pStyle w:val="ArticleSubtitle"/>
        <w:jc w:val="left"/>
      </w:pPr>
      <w:r>
        <w:rPr>
          <w:rFonts w:ascii="Arial" w:hAnsi="Arial" w:eastAsia="Arial" w:cs="Arial"/>
        </w:rPr>
        <w:t>144,000-ийн Эцсийн Шүүлт: Араатны Дүрийн Зөгнөлийн Сорилт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Нэг зуун дөчин дөрвөн мянгад багтахаар дуудагдсан хүмүүс эдүгээ эцсийн шигшилтийн үйл явцдаа орж байгаа бөгөөд энэ үйл явц нь араатны дүр төрх бүрэлдэн тогтохтой холбоотойгоор явагдах сорилтын үйл явц юм. Сорилтын үйл явц Бурханы өргөөнөөс эхэлдэг, учир нь шүүлт үргэлж Бурханы өргөөнөөс эхэлдэг; үүний дараа Бурханы бусад сүрэг мөн адил яг ижил сорилтын үйл явцтай тулгарна. Араатны дүр төрх бүрэлдэн тогтохтой холбоотой хамгийн онцгой бөгөөд хамгийн чухал эш үзүүллэгийн шинж нь энэ нь хоёр удаа тохиолддогт оршино: эхлээд Америкийн Нэгдсэн Улсад, дараа нь дэлхийн бусад хэсэгт. Эш үзүүллэгийн үүднээс энэ нь дэлхий дээрх араатны дүр төрх нь араатны дүр төрхийн эцсийн илрэл мөн гэсэн утгатай; иймээс дэлхий дээрх араатны дүр төрхөөс өмнө гарч ирсэн араатны дүр төрхийн аливаа хэв шинж нь мөн чанарыг урьдаас дүрслэн заасан сүүдэр төдий байв.</w:t>
      </w:r>
    </w:p>
    <w:p>
      <w:pPr>
        <w:pStyle w:val="ArticleBody"/>
        <w:jc w:val="left"/>
      </w:pPr>
      <w:r>
        <w:rPr>
          <w:rFonts w:ascii="Times New Roman" w:hAnsi="Times New Roman" w:eastAsia="Times New Roman" w:cs="Times New Roman"/>
        </w:rPr>
        <w:t>Шүүлт 2001 оны 9 дүгээр сарын 11-нд Бурханы гэрээс эхэлсэн. Тэр өдрийг 1840 оны 8 дугаар сарын 11-ээр дүрслэн урьдчилан үзүүлсэн бөгөөд тэр үед Илчлэлт арван бүлгийн тэнгэрэлч гартаа нээлттэй бяцхан ном барин бууж ирсэн юм. Аравдугаар бүлгийн тэнгэрэлч бууж ирэхдээ Протестантизмын шүүлт тэр үед эхлэн өрнөж байгааг тунхагласан. Бурхан хэнийг шүүнэ, түүнийг эхлээд урьдчилан сэрэмжлүүлдэг бөгөөд цаг хугацааг тогтоохдоо Миллерийн хэрэглэсэн аргачлал батлагдсан нь Хоёр дахь ирэлтийн шүүлтийн талаарх түүний тооцоололд илүү жин нэмсэн. 1840 оны 8 дугаар сарын 11-нээс эхлэн протестантуудын сорилт явагдаж байсан бөгөөд 1844 он гэхэд протестантууд Ромын охид болсон байв. 1840-өөс 1844 он хүртэлх үе нь 2001 оны 9 дүгээр сарын 11-нээс удахгүй ирэх Ням гаргийн хуулийг хүртэлх үеийг дүрслэн үзүүлдэг.</w:t>
      </w:r>
    </w:p>
    <w:p>
      <w:pPr>
        <w:pStyle w:val="ArticleBody"/>
        <w:jc w:val="left"/>
      </w:pPr>
      <w:r>
        <w:rPr>
          <w:rFonts w:ascii="Times New Roman" w:hAnsi="Times New Roman" w:eastAsia="Times New Roman" w:cs="Times New Roman"/>
        </w:rPr>
        <w:t>Тэр хоёр үе нь мөн Есүсийн баптисм хүртэх үед Ариун Сүнс бууж ирснээс эхлээд загалмай хүртэлх хугацаагаар дүрслэгдсэн байв. Тэр гурван үе нь бүгд үерийн өмнөх ертөнцөд үер болохоос өмнө оноогдсон нэг зуун хорин жилээр бэлгэдэгдсэн байв. Тухайн түүхийн шүүлтийг тодорхойлон илтгэдэг анхааруулгын мэдээ үргэлж байдаг. Эцсийн өдрүүд дэх энэ тодорхой хугацаанд мөн хамаарах ариун түүхүүд бий.</w:t>
      </w:r>
    </w:p>
    <w:p>
      <w:pPr>
        <w:pStyle w:val="ArticleBody"/>
        <w:jc w:val="left"/>
      </w:pPr>
      <w:r>
        <w:rPr>
          <w:rFonts w:ascii="Times New Roman" w:hAnsi="Times New Roman" w:eastAsia="Times New Roman" w:cs="Times New Roman"/>
        </w:rPr>
        <w:t>Ноа нэг зуун хорин жилийн турш тунхагласан бөгөөд дараа нь үерийн шүүлт ирсэн. Христ нэг мянга хоёр зуун жаран өдрийн турш тунхагласан бөгөөд дараа нь загалмайн шүүлт ирсэн. Иохан Баптистын анхааруулах мэдээ Христийн баптисм дээр хүчирхэгжиж, дараа нь Есүс дөчин өдрийн турш цөл рүү хөтлөгдсөн. Тэрхүү дөчин өдөр, мөн дөчин өдрийн эцэст болсон дараалсан гурван сорил нь, ариун бэлгэ тэмдэг бууж ирснээр тодорхойлогдсончлон мэдээ хүчирхэгжмэгц—Түүний баптисм дээрх Ариун Сүнс, мөн Илчлэл номын арав болон арван наймдугаар бүлгүүдийн аль алиных нь тэнгэрэлчүүдийн бууж ирэлт шиг—сорилтын үйл явц өрнөж байдаг гэдгийг заадаг. Тэнгэрлэг бэлгэ тэмдэг бууж ирэх үед, тухайн үед шүүлтийн сэдэв болж буй хүмүүст тунхаглагдсан шүүлтийн мэдээ хүчирхэгждэг бөгөөд шүүгдэж буй тэрхүү онцгой бүлэг нь дараа нь зөвхөн тэдний нигүүлслийн хугацаа хаагдсанаар төгсөх тодорхой нэгэн хугацаанд ордог.</w:t>
      </w:r>
    </w:p>
    <w:p>
      <w:pPr>
        <w:pStyle w:val="ArticleBody"/>
        <w:jc w:val="left"/>
      </w:pPr>
      <w:r>
        <w:rPr>
          <w:rFonts w:ascii="Times New Roman" w:hAnsi="Times New Roman" w:eastAsia="Times New Roman" w:cs="Times New Roman"/>
        </w:rPr>
        <w:t>Есүсийн шугам гэрчлэлийн хоёр үеийг ялган харуулдаг. Эхнийх нь Түүний хувийн гэрчлэл бөгөөд мянга хоёр зуун жаран өдөр үргэлжилсэн; дараа нь Түүний шавь нарын өмнө өгсөн Түүний гэрчлэл Стефан чулуугаар шидүүлтэл өөр нэгэн мянга хоёр зуун жаран өдөр үргэлжилсэн.</w:t>
      </w:r>
    </w:p>
    <w:p>
      <w:pPr>
        <w:pStyle w:val="ArticleScripture"/>
        <w:jc w:val="left"/>
      </w:pPr>
      <w:r>
        <w:rPr>
          <w:rFonts w:ascii="Times New Roman" w:hAnsi="Times New Roman" w:eastAsia="Times New Roman" w:cs="Times New Roman"/>
        </w:rPr>
        <w:t>“Тэгээд, тэнгэрэлч ийн өгүүлэв: ‘Тэрээр олон хүний төлөө гэрээг нэг долоо хоног [долоон жил]-ийн турш батална.’ Аврагч Өөрийн үйлчлэлээ эхлүүлснээс хойших долоон жилийн турш сайн мэдээг ялангуяа иудейчүүдэд тунхаглах ёстой байсан; гурван жил хагасын турш Христ Өөрөө, харин түүнээс хойш элч нар тунхагласан юм. ‘Долоо хоногийн дунд үед Тэрээр тахил ба өргөлийг зогсооно.’ Даниел 9:27. МЭ 31 оны хавар Христ, жинхэнэ Тахил болон, Калвар дээр өргөгдсөн. Тэгэхэд сүмийн хөшиг хоёр хэсэг болон урагдсан нь тахилын үйлчлэлийн ариун байдал болон утга учир нь нэгэнт үгүй болсныг харуулсан юм. Газрын дээрх тахил ба өргөлийг зогсоох цаг ирсэн байлаа.”</w:t>
      </w:r>
    </w:p>
    <w:p>
      <w:pPr>
        <w:pStyle w:val="ArticleScripture"/>
        <w:jc w:val="left"/>
      </w:pPr>
      <w:r>
        <w:rPr>
          <w:rFonts w:ascii="Times New Roman" w:hAnsi="Times New Roman" w:eastAsia="Times New Roman" w:cs="Times New Roman"/>
        </w:rPr>
        <w:t>“Нэг долоо хоног—долоон жил—МЭ 34 онд дуусав. Дараа нь Степаныг чулуугаар шидэн алах замаар иудейчүүд сайн мэдээнээс татгалзсанаа эцэслэн батлав; хавчлагын улмаас тархан явсан шавь нар нь “хаа сайгүй явж үгийг тунхаглаж байв” (Үйлс 8:4); удалгүй хавчигч Саул хөрвөж, харь үндэстнүүдийн элч Паул болов.” The Desire of Ages, 233.</w:t>
      </w:r>
    </w:p>
    <w:p>
      <w:pPr>
        <w:pStyle w:val="ArticleBody"/>
        <w:jc w:val="left"/>
      </w:pPr>
      <w:r>
        <w:rPr>
          <w:rFonts w:ascii="Times New Roman" w:hAnsi="Times New Roman" w:eastAsia="Times New Roman" w:cs="Times New Roman"/>
        </w:rPr>
        <w:t>Ноа, Христ, Миллеритууд болон нэг зуун дөчин дөрвөн мянгын шугам нь бүгд тодорхой зорилтот сонсогчдыг анхааруулах мэдээгээр соригддог цаг хугацааны үеийг гэрчилдэг. Мэдээ эрхэмжигдэх нь сорилтын үеийн эхлэлийг тогтоодог бөгөөд тэр нь эргээд тухайн зорилтот сонсогчдын нигүүлслийн хугацаа хаагдсанаар төгсөнө. Есүсийн эш үзүүллэгийн шугамд хоёр гэрчлэх үе тодорхойлогддог. Гэрчлэх тэрхүү хоёр үе нь Илчлэл 18:1–3-ыг биелүүлсэн, 2001 оны 9 дүгээр сарын 11-нд бууж ирсэн тэнгэрэлчээр төлөөлөгдсөн хоёр анхааруулах мэдээг хэв шинжээр илэрхийлдэг бөгөөд түүний дараа арван наймдугаар бүлгийн дөрөвдүгээр эшлэлээс цааш өгүүлэгдэх хоёр дахь дуу хоолой дагалдан гарсан юм.</w:t>
      </w:r>
    </w:p>
    <w:p>
      <w:pPr>
        <w:pStyle w:val="ArticleScripture"/>
        <w:jc w:val="left"/>
      </w:pPr>
      <w:r>
        <w:rPr>
          <w:rFonts w:ascii="Times New Roman" w:hAnsi="Times New Roman" w:eastAsia="Times New Roman" w:cs="Times New Roman"/>
        </w:rPr>
        <w:t>“Ийнхүү ертөнцөд сэрэмжлүүлэг өгөх эцсийн үйл хэрэгт сүмүүдэд хоёр тусдаа дуудлага хандуулагддаг. Хоёр дахь тэнгэрэлчийн мэдээ нь: ‘Агуу хот Вавилон унасан, унасан. Учир нь тэрээр өөрийн садар самууны хилэнт дарсаар бүх үндэстнүүдийг уулгасан билээ’ гэдэг. Харин гурав дахь тэнгэрэлчийн мэдээний хүчтэй хашхираанд тэнгэрээс нэгэн дуу сонсогдон: ‘Миний ард түмэн, түүнээс гарцгаа’ хэмээн айлддаг.” Review and Herald, December 6, 1892.</w:t>
      </w:r>
    </w:p>
    <w:p>
      <w:pPr>
        <w:pStyle w:val="ArticleBody"/>
        <w:jc w:val="left"/>
      </w:pPr>
      <w:r>
        <w:rPr>
          <w:rFonts w:ascii="Times New Roman" w:hAnsi="Times New Roman" w:eastAsia="Times New Roman" w:cs="Times New Roman"/>
        </w:rPr>
        <w:t>Эхний үе нь Бурханы гэрээс эхэлдэг шүүлт бөгөөд удалгүй ирэх Ням гаргийн хуулийн үед шүүлтийн хоёр дахь үе Вавилоноос гарч ирэх тухай анхааруулгаар эхэлнэ. Христийн баптисмаас загалмай хүртэлх шугам нь 2001 оны 9 дүгээр сарын 11-нээс АНУ дахь Ням гаргийн хууль хүртэлх үеийг төлөөлдөг бөгөөд АНУ дахь Ням гаргийн хуулиас эхлэн үндэстэн бүр Ням гаргийг Дэлхийн Мөргөлийн Өдөр болгон хүлээн зөвшөөрөхөд албадуулах тэр цэг хүртэлх үе нь хамгийн сүүлчийн үндэстэн хүртэл дагаар орох үед төгсөнө.</w:t>
      </w:r>
    </w:p>
    <w:p>
      <w:pPr>
        <w:pStyle w:val="ArticleBody"/>
        <w:jc w:val="left"/>
      </w:pPr>
      <w:r>
        <w:rPr>
          <w:rFonts w:ascii="Times New Roman" w:hAnsi="Times New Roman" w:eastAsia="Times New Roman" w:cs="Times New Roman"/>
        </w:rPr>
        <w:t>Энэ үе АНУ дахь ням гаргийн хуулиар эхэлж, эцсийн үндэстэн папын эрх мэдэлд бөхийх үед төгсөнө. Хоёр дахь үеийн эхлэл нь эхний үеийн төгсгөлийг тэмдэглэдэг бөгөөд аль аль нь өмнө нь Ромын гэрчлэлд хэв шинжээр урьдчилан дүрслэгдсэн ням гаргийн хуулиудтай юм. 321 онд гарсан анхны ням гаргийн хууль нь харь үндэст Ромын эрх мэдлээр бий болсон. Папын сүмийн эрх мэдлээр бий болсон ням гаргийн хууль нь 538 оноор төлөөлөгдөнө. АНУ дахь ням гаргийн хууль нь 321 бөгөөд эцсийн үндэстэнд албадан хэрэгжүүлэх ням гаргийн хууль нь 538 юм. АНУ дахь ням гаргийн хууль нь Израилийн хөөгдөгсдөөс бүрдсэн тугийн тунхаглах сэрэмжлүүлгийн мэдээ ирснийг тэмдэглэдэг.</w:t>
      </w:r>
    </w:p>
    <w:p>
      <w:pPr>
        <w:pStyle w:val="ArticleBody"/>
        <w:jc w:val="left"/>
      </w:pPr>
      <w:r>
        <w:rPr>
          <w:rFonts w:ascii="Times New Roman" w:hAnsi="Times New Roman" w:eastAsia="Times New Roman" w:cs="Times New Roman"/>
        </w:rPr>
        <w:t>Тэрхүү тэмдэг бол 321 он бөгөөд энэ нь Ням гаргийн асуудлаарх үндэстэн бүрийн шалгалтын үеийн эхлэлийг тэмдэглэдэг. Тэр үе эцсийн үндэстэн Ромд сөхрөн бууж өгөхөд төгсөнө, мөн тэр үйл явдлыг 538 оны тэмдэг бэлгэдэн илэрхийлсэн байв. 321 оноос 538 он хүртэлх үе нь загалмайгаас Стефаныг чулуугаар цохин алах хүртэлх үеэр бэлгэдэгдсэн байв. Стефаныг чулуугаар цохиж байх үед тэрээр тэнгэрийн ариун сүмд зогсож буй Христийг харсан нь хүний сорилтын хугацаа хаагдах төгсгөлд Михаел босон зогсох үеийг бэлгэдсэн юм.</w:t>
      </w:r>
    </w:p>
    <w:p>
      <w:pPr>
        <w:pStyle w:val="ArticleBody"/>
        <w:jc w:val="left"/>
      </w:pPr>
      <w:r>
        <w:rPr>
          <w:rFonts w:ascii="Times New Roman" w:hAnsi="Times New Roman" w:eastAsia="Times New Roman" w:cs="Times New Roman"/>
        </w:rPr>
        <w:t>2001 оны 9 дүгээр сарын 11 нь арван наймдугаар бүлгийн эхний гурван эшлэлийн сэрэмжлүүлгийн ирэлтийг тэмдэглэсэн бөгөөд Нью-Йорк хотын агуу барилгууд Бурханы хүрэлтээр нураагдах үед яг тэрхүү гурван эшлэл биелнэ хэмээн хэлсэн эш үзүүлэгч эмэгтэй Эллен Уайтын дэвшүүлсэн зөгнөлөөр энэ нь тэмдэглэгдсэн юм. Мөн үзэхийг хүсэгчдийн хувьд энэ нь Патриот хуулиар тэмдэглэгдсэн бөгөөд үүгээр хүнийг гэм буруутай нь нотлогдох хүртэл гэмгүйд тооцно хэмээн тунхагладаг Английн эрх зүйн зарчим хойш тавигдаж, хүнийг гэмгүй нь нотлогдох хүртэл гэм буруутайд тооцно хэмээн тунхагладаг Ромын хууль түүний оронд тавигдсан билээ.</w:t>
      </w:r>
    </w:p>
    <w:p>
      <w:pPr>
        <w:pStyle w:val="ArticleBody"/>
        <w:jc w:val="left"/>
      </w:pPr>
      <w:r>
        <w:rPr>
          <w:rFonts w:ascii="Times New Roman" w:hAnsi="Times New Roman" w:eastAsia="Times New Roman" w:cs="Times New Roman"/>
        </w:rPr>
        <w:t>Эх орончдын тухай хууль нь Лаодикийн Долоо дахь өдрийн Адвентизмын хувьд шүүлтийн эхлэлийг тэмдэглэсэн. Тэр үе Америкийн Нэгдсэн Улсад ням гаргийн хууль тогтоогдох үед төгсөнө. Шүүн ялгах тэр хугацааг амжилттай даван гарсан Лаодикийн Долоо дахь өдрийн Адвентистүүд дараа нь арван наймдугаар бүлгийн дөрөвдүгээр эшлэлийн анхааруулгын мэдээг тунхаглах бөгөөд тэр нь Ромд бөхийх эцсийн үндэстнээр төгсөнө. Тэр үе Америкийн Нэгдсэн Улсад ням гаргийн хууль тогтоогдохоор эхэлж, эцсийн ням гаргийн хуулиар төгсөнө.</w:t>
      </w:r>
    </w:p>
    <w:p>
      <w:pPr>
        <w:pStyle w:val="ArticleBody"/>
        <w:jc w:val="left"/>
      </w:pPr>
      <w:r>
        <w:rPr>
          <w:rFonts w:ascii="Times New Roman" w:hAnsi="Times New Roman" w:eastAsia="Times New Roman" w:cs="Times New Roman"/>
        </w:rPr>
        <w:t>Хэрэв араатны хоёр дүрс байдаг бөгөөд тэдгээр нь хоёроос дээш гэрчээр танигдан тогтоогддог гэдэг баримтыг бид буруу ойлговол, тэгвэл Илчлэл номын арван наймдугаар бүлгийн эхний гурван эшлэлээр дүрслэгдсэн, 2001 онд эхэлсэн ажлыг, мөн арван наймдугаар бүлгийн дөрөвдүгээр эшлэлээс эхэлдэг ажлыг бид буруу ойлгох болно.</w:t>
      </w:r>
    </w:p>
    <w:p>
      <w:pPr>
        <w:pStyle w:val="ArticleBody"/>
        <w:jc w:val="left"/>
      </w:pPr>
      <w:r>
        <w:rPr>
          <w:rFonts w:ascii="Times New Roman" w:hAnsi="Times New Roman" w:eastAsia="Times New Roman" w:cs="Times New Roman"/>
        </w:rPr>
        <w:t>Бид Илчлэл арван наймын тэнгэрэлчийн 1888 онд бууж ирснийг Систер Уайт шууд адилтган тодорхойлсныг, мөн тэрхүү адил тэнгэрэлчийг ирээдүй цагт байрлуулсныг хэрэглэвэл, 1888 он нь 2001 оны хэв шинж болох нь илэрнэ. Өөрийн алдраар дэлхийг гэрэлтүүлдэг Илчлэлийн тэнгэрэлч 1888 онд Миннеаполисын цуглаанууд дээр бууж ирсэн бөгөөд Нью-Йорк хотын агуу барилгууд нуран унах үед мөн адил тийнхүү бууж ирсэн юм.</w:t>
      </w:r>
    </w:p>
    <w:p>
      <w:pPr>
        <w:pStyle w:val="ArticleBody"/>
        <w:jc w:val="left"/>
      </w:pPr>
      <w:r>
        <w:rPr>
          <w:rFonts w:ascii="Times New Roman" w:hAnsi="Times New Roman" w:eastAsia="Times New Roman" w:cs="Times New Roman"/>
        </w:rPr>
        <w:t>Христийн баптисмаас эхлэн загалмай хүртэлх хугацаа, мөн 1840 оны 8 дугаар сарын 11-нээс 1844 оны 10 дугаар сарын 22 хүртэлх хугацаа, түүнчлэн Ноагийн нэг зуун хорин жилийн хугацаа нь шүүлтийн нэгэн хугацааны тухай гурван гэрч болдог. 1888 он нь Миннеаполисын чуулгануудад тэмдэглэгдэн үлдсэн бослогын илрэлд нэгэн гэрчийг өгдөг бөгөөд Ноа нь мэдээг няцаасан хүмүүсээс Ариун Сүнс зайлуулагдсаныг тодорхойлдог. Үерийн өмнөх үеийн хүмүүсийн бослого, мөн 1888 онд сүмийн удирдагчдын бослого аль аль нь Мосегийн түүхэн дэх Кора, Датан, Аберам нарын түүхтэй нийцдэг бөгөөд энэ нь Миннеаполист давтагдаж байна гэж тэнгэрэлч Уайт эгчид хэлсэн юм.</w:t>
      </w:r>
    </w:p>
    <w:p>
      <w:pPr>
        <w:pStyle w:val="ArticleBody"/>
        <w:jc w:val="left"/>
      </w:pPr>
      <w:r>
        <w:rPr>
          <w:rFonts w:ascii="Times New Roman" w:hAnsi="Times New Roman" w:eastAsia="Times New Roman" w:cs="Times New Roman"/>
        </w:rPr>
        <w:t>Пэтриот актаас эхлэн Америкийн Нэгдсэн Улсад Ням гарагийн хууль тогтоогдох хүртэлх үе нь Лаодикийн Долоо дахь өдрийн Адвентизмийн сорилтын хугацааг илэрхийлдэг. Тэдний шүүлтийг тунхагладаг анхааруулгын мэдээний эсрэг гарсан тэрсэлдэлт нь Ариун Сүнс татагдан зайлуулагдсаныг илтгэнэ; тийнхүү тэр түүхийн ёрын муу, мунхаг охидын дээр хүчтэй төөрөгдөл асгаруулагдах явдлыг мөн заадаг. Тэрхүү тэрсэлдлийн төв нь Ноа, Мосе, ахлагч Жонс ба Ваггонер, мөн мэдээж Уайт эгчээр төлөөлөгдсөн сонгогдсон элч мөн. Тэр түүхийн анхааруулгын мэдээ болон элчийн эсрэг гарсан тэрсэлдэл нь арван охины тухай сургаалт зүйрлэлийн түүхэн дэх “тос”-онд үндэслэдэг.</w:t>
      </w:r>
    </w:p>
    <w:p>
      <w:pPr>
        <w:pStyle w:val="ArticleBody"/>
        <w:jc w:val="left"/>
      </w:pPr>
      <w:r>
        <w:rPr>
          <w:rFonts w:ascii="Times New Roman" w:hAnsi="Times New Roman" w:eastAsia="Times New Roman" w:cs="Times New Roman"/>
        </w:rPr>
        <w:t>Анхааруулгын мэдээг тунхаглагчид үүнийг тунхагладаг нь тэдэнд мөнөөх “тос” буюу анхааруулгын мэдээ өөрт нь байдаг учраас юм. Иймээс тэрхүү хоёр бүлгийн хоорондох ялгаа нь эш үзүүллэгийг тайлбарлах дүрмүүдийг зөв хэрэглэхээс үүдэн бий болдог бөгөөд эдгээр дүрэм нь Миллерийн тайлбарын дүрмүүд хэмээн төлөөлүүлэгдсэн эхний ба хоёр дахь тэнгэрэлчийн хөдөлгөөнийг дагагчдын батлан авсан дүрмүүд, мөн гурав дахь тэнгэрэлчийн хөдөлгөөнөөр батлан авсан эш үзүүллэгийн тайлбарын дүрмүүд мөн болно.</w:t>
      </w:r>
    </w:p>
    <w:p>
      <w:pPr>
        <w:pStyle w:val="ArticleBody"/>
        <w:jc w:val="left"/>
      </w:pPr>
      <w:r>
        <w:rPr>
          <w:rFonts w:ascii="Times New Roman" w:hAnsi="Times New Roman" w:eastAsia="Times New Roman" w:cs="Times New Roman"/>
        </w:rPr>
        <w:t>Иймээс “араатны дүрсийг бүрдүүлэх” хэмээн дүрслэгдсэн тэр шалгалт нь Бурханы эш үзүүллэгийн Үгэнд араатны дүрс хэрхэн бүрэлдэн тогтдогтой холбоотой шалгалт байх ёстой.</w:t>
      </w:r>
    </w:p>
    <w:p>
      <w:pPr>
        <w:pStyle w:val="ArticleBody"/>
        <w:jc w:val="left"/>
      </w:pPr>
      <w:r>
        <w:rPr>
          <w:rFonts w:ascii="Times New Roman" w:hAnsi="Times New Roman" w:eastAsia="Times New Roman" w:cs="Times New Roman"/>
        </w:rPr>
        <w:t>1888 оны Блэйрийн хуулиар эш татан дүрслэгдсэн 2001 оны Патриот хуулиас эхлээд, 1776 оны Тусгаар тогтнолын тунхаглалаар эш татан дүрслэгдсэн тэрхүү Блэйрийн хууль, Христийн баптисмаар эш татан дүрслэгдсэн тэрхүү Тусгаар тогтнолын тунхаглал, мөн 1840 оны 8 дугаар сарын 11-ийг дүрсэлсэн Христийн баптисм хүртэл—эдгээр нь бүгд шүүлтийн сорилтын үйл явц нь хүч чадлаар баталгаажсан анхааруулгын мэдээгээр эхэлдэг бөгөөд тэрхүү мэдээг тэнгэрэлчийн гараас авч, дараа нь идэх ёстой гэсэн үнэнийг дэмжин баталдаг.</w:t>
      </w:r>
    </w:p>
    <w:p>
      <w:pPr>
        <w:pStyle w:val="ArticleBody"/>
        <w:jc w:val="left"/>
      </w:pPr>
      <w:r>
        <w:rPr>
          <w:rFonts w:ascii="Times New Roman" w:hAnsi="Times New Roman" w:eastAsia="Times New Roman" w:cs="Times New Roman"/>
        </w:rPr>
        <w:t>АНУ-ыг «чиний ард түмний дээрэмчид» хэмээн тодорхойлдог эш үзүүллэгийн сургаал нь өөрсдийн логикоор хэд хэдэн зүйлийг будлиулдаг бөгөөд тэдгээр зүйлс нь араатны дүрийн бүрэлдэхүүний элементүүдийг тогтоохдоо хамгийн шууд нотолгооны эшлэлүүд болдог. Энэ сорилт нь эш үзүүллэгийн шинжтэй гэдгийг харуулах нэг арга нь, зөвхөн Ромыг «чиний ард түмний дээрэмчид»-ээр төлөөлөгдсөн бэлгэдэл гэж хүлээн зөвшөөрсөн тохиолдолд л ойлгогдох нэгэн үнэнийг батлан үзүүлэхийн тулд эш үзүүллэгийн үндсэн дүрмүүдийг хэрэглэх явдал юм.</w:t>
      </w:r>
    </w:p>
    <w:p>
      <w:pPr>
        <w:pStyle w:val="ArticleBody"/>
        <w:jc w:val="left"/>
      </w:pPr>
      <w:r>
        <w:rPr>
          <w:rFonts w:ascii="Times New Roman" w:hAnsi="Times New Roman" w:eastAsia="Times New Roman" w:cs="Times New Roman"/>
        </w:rPr>
        <w:t>Энэ дүрслэл нь Адвентизмын доторх түүхийн таван шугамаас авсан бөгөөд тэнд Ромыг бэлгэдэл болгон үзэх талаар маргаан гарсан юм. Бид одоо эдгээр маргаант түүхүүдийн сүүлчийн, өөрөөр хэлбэл зургаа дахь үе дээр байгаа бөгөөд өнөөгийн маргаан нь 1843 оны хүснэгтэн дээр дүрслэгдсэн маргаантай яг адил юм.</w:t>
      </w:r>
    </w:p>
    <w:p>
      <w:pPr>
        <w:pStyle w:val="ArticleBody"/>
        <w:jc w:val="left"/>
      </w:pPr>
      <w:r>
        <w:rPr>
          <w:rFonts w:ascii="Times New Roman" w:hAnsi="Times New Roman" w:eastAsia="Times New Roman" w:cs="Times New Roman"/>
        </w:rPr>
        <w:t>Зөгнөлийн дүрмүүдийг зөв хэрэглэвэл энэ үнэнийг ойлгоход амархан. Хэрэглэх ёстой нэгэн зөгнөлийн дүрэм нь бэлгэдлүүд нэгээс илүү утгатай байдаг бөгөөд тухайн эшлэлд хэрэглэж буй утгыг тэрхүү эшлэл өөрөө тогтоодог явдал юм. Сирийн хаан Антиох III Магнус Даниелын арван нэгдүгээр бүлгийн аравдугаар эшлэлийн тулалдааныг биелүүлсэн, мөн арван нэг, арван хоёрдугаар эшлэлүүд дэх Рафиагийн тулалдааныг биелүүлсэн, түүнчлэн арван тавдугаар эшлэл дэх Паниумын тулалдааныг биелүүлсэн. 1843 оны хүснэгт дээр дүрслэгдсэн Миллеритийн маргаан нь хуурамч протестант үзэл “дээрэмчид”-ийг Антиох Эпифан гэж тодорхойлж байсан атлаа, мөн “дээрэмчид” нь Ромыг бэлгэдсэн бэлгэдэл мөн гэсэн үнэнийг зэрэг баримталж байсанд оршиж байв.</w:t>
      </w:r>
    </w:p>
    <w:p>
      <w:pPr>
        <w:pStyle w:val="ArticleBody"/>
        <w:jc w:val="left"/>
      </w:pPr>
      <w:r>
        <w:rPr>
          <w:rFonts w:ascii="Times New Roman" w:hAnsi="Times New Roman" w:eastAsia="Times New Roman" w:cs="Times New Roman"/>
        </w:rPr>
        <w:t>Аравнаас арван тавдугаар зүйлүүд Антиох III Магнусын түүхэнд анх биелсэн тул, тэдгээр зүйлүүд, мөн тэдгээрийн дараах түүхэн давталт нь эцсийн өдрүүдэд тэдгээр зүйлүүд биелэхийн хоёр гэрч болдог; учир нь бүх эш үзүүлэгчид өөрсдийн амьдарч байсан өдрүүдээс илүүгээр эцсийн өдрүүдийн тухай илүү шууд ярьсан билээ.</w:t>
      </w:r>
    </w:p>
    <w:p>
      <w:pPr>
        <w:pStyle w:val="ArticleBody"/>
        <w:jc w:val="left"/>
      </w:pPr>
      <w:r>
        <w:rPr>
          <w:rFonts w:ascii="Times New Roman" w:hAnsi="Times New Roman" w:eastAsia="Times New Roman" w:cs="Times New Roman"/>
        </w:rPr>
        <w:t>Эш үзүүлэгчийн гэрчлэлийг хаана хэрэглэх ёстой талаар тогтоогдсон тэрхүү дүрмийн хамт, мөн энэ эш үзүүллийг [Даниелын арван нэгдүгээр бүлэг] биелүүлэн тохиолдсон түүхийн “ихэнх нь дахин давтагдана” хэмээн шууд тэмдэглэсэн Цагаан эгч бидэнд бий. Антиох III Магнус нь папын Ромын орлон гүйцэтгэгч цэргийн хүчний хувьд Америкийн Нэгдсэн Улсыг төлөөлдөг. Протестантууд дээрэмчид өөр нэгэн Антиохыг бэлгэдэн дүрсэлсэн гэж маргаж байсан бол Миллерчүүд үүнийг Ром мөн гэдгийг мэдэж байсан. Одоогийн байдлаар нэг тал нь Америкийн Нэгдсэн Улсыг дээрэмчид мөн хэмээн тодорхойлж байгаа бол нөгөө тал нь суурь үнэнийг баримталж байна.</w:t>
      </w:r>
    </w:p>
    <w:p>
      <w:pPr>
        <w:pStyle w:val="ArticleBody"/>
        <w:jc w:val="left"/>
      </w:pPr>
      <w:r>
        <w:rPr>
          <w:rFonts w:ascii="Times New Roman" w:hAnsi="Times New Roman" w:eastAsia="Times New Roman" w:cs="Times New Roman"/>
        </w:rPr>
        <w:t>Хэрэв бэлгэдлүүд нэгээс илүү утгатай байдаг бөгөөд тэдгээрийн утга нь хэрэглэгдэж буй нөхцөл байдлаар тодорхойлогдох ёстой гэсэн дүрэм үнэн бол, тэгвэл Америкийн Нэгдсэн Улсыг дээрэмчид хэмээн тодорхойлох нь протестантууд Антиохыг дээрэмчидтэй адилтган тодорхойлсонтой зэрэгцэж байна; харин одоо Антиох нь эцсийн өдрүүд дэх Америкийн Нэгдсэн Улсын бэлгэдэл болж байна.</w:t>
      </w:r>
    </w:p>
    <w:p>
      <w:pPr>
        <w:pStyle w:val="ArticleBody"/>
        <w:jc w:val="left"/>
      </w:pPr>
      <w:r>
        <w:rPr>
          <w:rFonts w:ascii="Times New Roman" w:hAnsi="Times New Roman" w:eastAsia="Times New Roman" w:cs="Times New Roman"/>
        </w:rPr>
        <w:t>Энэ эшлэлийн хам сэдэв нь үзэгдлийг тогтоохын тулд өөрийгөө өргөмжлөн дэвшүүлдэг ямар хүч вэ гэсэн асуултад шууд хандан өгүүлж байгаа тул энэ баримтад онцгойлон анхаарал тавих нь зөвтгөгдөнө. Энэ нь олон гэрчлэлээр зөвтгөгдөнө. Учир нь бэлгэдэл болох Ромын талаархи маргааны бусад түүхэн шугамууд мөн л энэ адил баримтыг тогтоодог. Тэр баримт нь маргаант асуудлын буруу талд буй хүмүүс Ромын оронд АНУ-ыг тогтмол адилтган тодорхойлдог явдал мөн. Харин хэрэв та бэлгэдлүүд нэгээс илүү утгатай байж чадна гэдгийг хүлээн зөвшөөрөхөд дургүй бол, эсвэл тэд тийм байдаг гэж итгэдэг атлаа энэ дүрэмд бүрэн итгэхүйц хэмжээнд хангалттай дадлагажаагүй бол, одоо хэрэглэх гэж буй логикийг дагах нь танд бараг боломжгүй байх болно.</w:t>
      </w:r>
    </w:p>
    <w:p>
      <w:pPr>
        <w:pStyle w:val="ArticleBody"/>
        <w:jc w:val="left"/>
      </w:pPr>
      <w:r>
        <w:rPr>
          <w:rFonts w:ascii="Times New Roman" w:hAnsi="Times New Roman" w:eastAsia="Times New Roman" w:cs="Times New Roman"/>
        </w:rPr>
        <w:t>Хоёр эвэртэй эрх мэдэл бүхэн эцсийн өдрүүд дэх Америкийн Нэгдсэн Улсыг төлөөлдөг. Франц бол Содом ба Египетээр дүрслэгдсэн хоёрдмол эрх мэдэл мөн. Ислам ч мөн Америкийн Нэгдсэн Улсыг хэв шинжлэн илэрхийлдэг. Учир нь Америкийн Нэгдсэн Улс нь Иезабель болох папын эрх мэдэлтэй харьцахдаа хуурамч эш үзүүлэгч мөн. Америкийн Нэгдсэн Улс нь Херодиадын эрхшээлд буй Саломе мөн. Балаам ч бас хуурамч эш үзүүлэгчийн бэлгэдэл мөн, гэвч түүний түүх нь зүгээр л хуурамч эш үзүүлэгч байсан гэхээс илүү төвөгтэй юм.</w:t>
      </w:r>
    </w:p>
    <w:p>
      <w:pPr>
        <w:pStyle w:val="ArticleBody"/>
        <w:jc w:val="left"/>
      </w:pPr>
      <w:r>
        <w:rPr>
          <w:rFonts w:ascii="Times New Roman" w:hAnsi="Times New Roman" w:eastAsia="Times New Roman" w:cs="Times New Roman"/>
        </w:rPr>
        <w:t>Балаам Израилийг гурвантаа ерөөсний дараа тэмдэглэгдэн үлдсэн түүний эш үзүүллэгүүд нь Исламтай олон талаар холбогддог. Илжиг нь Исламын бэлгэдэл бөгөөд Балаамын тухай өгүүлэмжээс ярьдаг илжгийг салган авч хаяж үл болно. Нялх Есүст мөргөхөөр дорно зүгээс ирсэн мэргэд Балаамын эш үзүүллэгүүдээр удирдуулсан юм. Илчлэл номын есдүгээр бүлгийн гурван гайгийн Ислам нь хуурамч эш үзүүлэгч Мухаммедыг төлөөлдөг.</w:t>
      </w:r>
    </w:p>
    <w:p>
      <w:pPr>
        <w:pStyle w:val="ArticleBody"/>
        <w:jc w:val="left"/>
      </w:pPr>
      <w:r>
        <w:rPr>
          <w:rFonts w:ascii="Times New Roman" w:hAnsi="Times New Roman" w:eastAsia="Times New Roman" w:cs="Times New Roman"/>
        </w:rPr>
        <w:t>Тэмдэг бэлгэдэл нь нэгээс олон утгатай байдгийг чи ойлговол, олон үнэн маш чухал учраас янз бүрийн бэлгэдлээр төлөөлөгдөн илэрхийлэгддэгийг мөн эргэлзээгүй ойлгох болно. Үзэгдлийг тогтоон байгуулж буй бэлгэдэл нь Ромын бэлгэдэл мөн; иймээс Ром нь Библийн эш үзүүллэгийн туршид гол сэдэв байх нь илэрхий юм. Ромын сонгодог бөгөөд баттай тогтсон нэгэн бэлгэдэл нь Даниелын арван нэгдүгээр бүлэг дэх хойд зүгийн хаан юм. Туслагч нэг ч үгүйгээр төгсгөлдөө хүрдэг хойд зүгийн хаан бол папын эрх мэдэл, Ромын сүм, Ромын пап, нүглийн хүн мөн.</w:t>
      </w:r>
    </w:p>
    <w:p>
      <w:pPr>
        <w:pStyle w:val="ArticleBody"/>
        <w:jc w:val="left"/>
      </w:pPr>
      <w:r>
        <w:rPr>
          <w:rFonts w:ascii="Times New Roman" w:hAnsi="Times New Roman" w:eastAsia="Times New Roman" w:cs="Times New Roman"/>
        </w:rPr>
        <w:t>Уриа Смитийн маргаанд, гучин зургаадугаар эшлэл дэх хойд зүгийн хаан нь Франц, харин дөчдүгээр эшлэл дэх хойд зүгийн хаан нь Турк хэмээн үзэж байв. Франц ч, Турк ч өөр өөр нөхцөл байдалд Америкийн Нэгдсэн Улсын бэлгэдэл мөн боловч, протестантуудын адил, мөн өнөөдөр ч байдаг шиг, Смит өөрийн маргаанд хойд зүгийн хаан нь Орчин үеийн Ромын бэлгэдэл мөн гэсэн үнэнийг няцааж, Ромын бэлгэдэл нь Франц үндэстэнд дүрслэгдсэн Америкийн Нэгдсэн Улсын бэлгэдлээр төлөөлөгдөж байна хэмээн баталсан бөгөөд мөн дахин, Ромын бэлгэдэл нь Турк үндэстэнд дүрслэгдсэн Америкийн Нэгдсэн Улсын бэлгэдэл мөн хэмээн мэдэгдсэн.</w:t>
      </w:r>
    </w:p>
    <w:p>
      <w:pPr>
        <w:pStyle w:val="ArticleBody"/>
        <w:jc w:val="left"/>
      </w:pPr>
      <w:r>
        <w:rPr>
          <w:rFonts w:ascii="Times New Roman" w:hAnsi="Times New Roman" w:eastAsia="Times New Roman" w:cs="Times New Roman"/>
        </w:rPr>
        <w:t>Одоо нөхцөл байдал нь гурван шугамыг агуулж байна: Миллеритүүдийн түүх, Уриа Смитийн түүх, мөн энд ба одоо. Эдгээр дүрслэл бүрд Ромын бэлгэдлийн талаар маргаан байдаг бөгөөд Ромыг Америкийн Нэгдсэн Улсын бэлгэдэл хэмээн буруу ойлгосноос үүдэн тэрхүү бэлгэдлийг буруу хэрэглэдэг.</w:t>
      </w:r>
    </w:p>
    <w:p>
      <w:pPr>
        <w:pStyle w:val="ArticleBody"/>
        <w:jc w:val="left"/>
      </w:pPr>
      <w:r>
        <w:rPr>
          <w:rFonts w:ascii="Times New Roman" w:hAnsi="Times New Roman" w:eastAsia="Times New Roman" w:cs="Times New Roman"/>
        </w:rPr>
        <w:t>Даниелын ном дахь “өдөр тутмын” тухай маргааны шугам нь Ромын бэлгэдлийн тухай үнэний эсрэг маргах энэ яг ижил онцлолыг батлан баримталдаг бөгөөд энэ түүхэнд зарим чухал нарийн ялгаа байдаг.</w:t>
      </w:r>
    </w:p>
    <w:p>
      <w:pPr>
        <w:pStyle w:val="ArticleBody"/>
        <w:jc w:val="left"/>
      </w:pPr>
      <w:r>
        <w:rPr>
          <w:rFonts w:ascii="Times New Roman" w:hAnsi="Times New Roman" w:eastAsia="Times New Roman" w:cs="Times New Roman"/>
        </w:rPr>
        <w:t>Урия Смитийн эш үзүүллэгийн загварын логик нь түүний дагалдагсдыг Илчлэл номын арван зургаадугаар бүлгийн зургаа дахь гайг буруу хэрэглэхэд хүргэсэн юм. Смитийн арван зургаадугаар бүлгийг хэрэглэсэн хэрэглээнд буй үндсэн бэрхшээл нь, бүхнийг сүнслэгээр хэрэглэх ёстой үед тэр бүхнийг үгчилэн хэрэглэхийг оролдсон явдлаас гадна, луу, араатан, хуурамч эш үзүүлэгч гэсэн гурвалсан нэгдлийн онцгой бүтцийг олж харах чадваргүй байсан явдал байв. Бэлгэдлүүдийн жинхэнэ утгыг хувийн тайлбарын утгаар орлуулснаар Смитийн логик нь тэрхүү гурвалсан нэгдэл хэрхэн бүрэлдэн тогтдогийг танин мэдэх боломжийг үгүйсгэдэг бөгөөд түүний хэрхэн бүрэлдэн тогтдог нь “Бурханы ард түмний хувьд тэдний мөнхийн аврал шийдэгдэх агуу сорилт” юм.</w:t>
      </w:r>
    </w:p>
    <w:p>
      <w:pPr>
        <w:pStyle w:val="ArticleBody"/>
        <w:jc w:val="left"/>
      </w:pPr>
      <w:r>
        <w:rPr>
          <w:rFonts w:ascii="Times New Roman" w:hAnsi="Times New Roman" w:eastAsia="Times New Roman" w:cs="Times New Roman"/>
        </w:rPr>
        <w:t>Ромын бэлгэдлүүдийг буруу хэрэглэх нь Бурханы эцсийн өдрүүдийн ардыг зөвхөн орчин үеийн Ромыг харахаас төдийгүй, орчин үеийн Ром хэрхэн бүрэлдэн тогтсоныг ойлгохоос сэргийлэх гэсэн Сатаны оролдлого юм. Нэгдсэн Үндэстний Байгууллага, папын эрх мэдэл, мөн Америкийн Нэгдсэн Улс нэгдэн нийлэхтэй холбоотой эш үзүүллэгийн шинжүүдийг танин мэдэх шаардлага нь мөнхийн үр дагаврыг агуулдаг.</w:t>
      </w:r>
    </w:p>
    <w:p>
      <w:pPr>
        <w:pStyle w:val="ArticleBody"/>
        <w:jc w:val="left"/>
      </w:pPr>
      <w:r>
        <w:rPr>
          <w:rFonts w:ascii="Times New Roman" w:hAnsi="Times New Roman" w:eastAsia="Times New Roman" w:cs="Times New Roman"/>
        </w:rPr>
        <w:t>Даниелын номд эдгээр гурван хүчний хоорондын харилцааг танин мэдэхийн чухлыг онцлон тэмдэглэсэн нэгэн онцгой шалгуур байдаг бөгөөд Илчлэлтийн номд мөн эдгээр яг адил санааг онцолсон өөр нэгэн онцгой шалгуур бий. Даниелын ном дахь “өдөр тутмын” гэдгийг Уильям Миллер 2 Тесалоник номыг судалж байхдаа харь үндэстний Ром гэж ойлгосон. 2 Тесалоник дахь харь үндэстний Ром ба папын Ромын хоорондын эш үзүүллэгийн харилцааны тайлбараас Миллер “өдөр тутмын” хэмээх үг нь харь үндэстний Ромын бэлгэдэл бөгөөд иймээс сүйрлийн жигшүүрт зүйл нь папын Ром байна гэж ойлгосон.</w:t>
      </w:r>
    </w:p>
    <w:p>
      <w:pPr>
        <w:pStyle w:val="ArticleBody"/>
        <w:jc w:val="left"/>
      </w:pPr>
      <w:r>
        <w:rPr>
          <w:rFonts w:ascii="Times New Roman" w:hAnsi="Times New Roman" w:eastAsia="Times New Roman" w:cs="Times New Roman"/>
        </w:rPr>
        <w:t>Гэвч бидний онцлон тэмдэглэж буй зүйл бол 2 Тесалоникт харь Ром ба папын Ромын хоорондын харилцааг, эдгээр хоёр хүчний харилцааг хэзээ болон хэрэв та ойлгохгүй бол хүчтэй төөрөгдөлд автаж, мөнхөд алдагдана хэмээн сургадаг нөхцөл байдалд байршуулсан явдал мөн.</w:t>
      </w:r>
    </w:p>
    <w:p>
      <w:pPr>
        <w:pStyle w:val="ArticleBody"/>
        <w:jc w:val="left"/>
      </w:pPr>
      <w:r>
        <w:rPr>
          <w:rFonts w:ascii="Times New Roman" w:hAnsi="Times New Roman" w:eastAsia="Times New Roman" w:cs="Times New Roman"/>
        </w:rPr>
        <w:t>Энэ нь зургаа дахь гамшгийн талаарх мөнөөх анхааруулга мөн бөгөөд энд зөвхөн 2 Тесалоник дахь шүтээнлэг Ром байсан луу, мөн тэрхүү хэсэгт гардаг “нүглийн хүн” болсон араатан төдийгүй, арван зургаадугаар бүлэгт мөн хуурамч эш үзүүлэгч гарч ирдэг. Энэхүү хэсэг нь Орчин үеийн Ромын гурвалсан нэгдлийг бүрдүүлэгч эрх мэдлүүдийн харилцан хамаарлыг танин мэдэхийн чухлыг онцлон тэмдэглэж байгаа бөгөөд тэр нь мөн орчин үеийн Вавилон юм.</w:t>
      </w:r>
    </w:p>
    <w:p>
      <w:pPr>
        <w:pStyle w:val="ArticleBody"/>
        <w:jc w:val="left"/>
      </w:pPr>
      <w:r>
        <w:rPr>
          <w:rFonts w:ascii="Times New Roman" w:hAnsi="Times New Roman" w:eastAsia="Times New Roman" w:cs="Times New Roman"/>
        </w:rPr>
        <w:t>“Өдөр тутмын” тухай маргаан нь яг тэрхүү эцсийн өдрүүдийн маргааныг хөндөж байдаг; харин энэ нь Орчин үеийн Ромыг бүрдүүлдэг гурван эрх мэдлийн хоорондын харилцааг ойлгохын ач холбогдлыг нэмж, уг маргааныг тодорхойлох хүрээг өргөжүүлдэг. Энэ үнэнийг харахаас татгалзана гэдэг нь шагнал болгон хүчтэй төөрөгдлийг өөртөө баталгаажуулах явдал мөн.</w:t>
      </w:r>
    </w:p>
    <w:p>
      <w:pPr>
        <w:pStyle w:val="ArticleBody"/>
        <w:jc w:val="left"/>
      </w:pPr>
      <w:r>
        <w:rPr>
          <w:rFonts w:ascii="Times New Roman" w:hAnsi="Times New Roman" w:eastAsia="Times New Roman" w:cs="Times New Roman"/>
        </w:rPr>
        <w:t>Одоогийн маргаанд Америкийн Нэгдсэн Улсыг дээрэмчид мөн хэмээн тодорхойлогчид, Америкийн Нэгдсэн Улс өөрөө папын эрх мэдэл байх бус, харин папын эрх мэдэлд захирагдаж буйгаар дахин дахин дүрслэгддэг нь яагаад чухал болохыг ойлгоход зөвшөөрөх ч чадваргүй мэт харагдаж байна. Улс төр, түүх, гэрлэлт болон Библийн эш үзүүллэг дэх харилцааг хянаж буй хүчийг тэргүүн гэж үздэг бөгөөд үзэгдлийг тогтоохын тулд өөрийгөө өргөмжилдөг атлаа эцэст нь унадаг нь тэрхүү тэргүүн мөн гэдгийг энгийн эрүүл ухаан танин мэддэг.</w:t>
      </w:r>
    </w:p>
    <w:p>
      <w:pPr>
        <w:pStyle w:val="ArticleBody"/>
        <w:jc w:val="left"/>
      </w:pPr>
      <w:r>
        <w:rPr>
          <w:rFonts w:ascii="Times New Roman" w:hAnsi="Times New Roman" w:eastAsia="Times New Roman" w:cs="Times New Roman"/>
        </w:rPr>
        <w:t>Америкийн Нэгдсэн Улсыг дээрэмчид мөн хэмээн адилтгадаг логик нь 321-ээс 538 он хүртэл дүрслэгдэн, дараа нь биелсэн түүхийг хэрэглэн тайлбарлаж чаддаггүй. “Нүглийн хүн” илчлэгдэхээс өмнө Америкийн Нэгдсэн Улсын бэлгэдэл зайлан одох ёстой. “Нүглийн хүн” эцсийн өдрүүдэд дахин илчлэгдэх бөгөөд тийн илчлэгдэхээс нь өмнө Америкийн Нэгдсэн Улс эхлээд зайлан одох ёстой.</w:t>
      </w:r>
    </w:p>
    <w:p>
      <w:pPr>
        <w:pStyle w:val="ArticleBody"/>
        <w:jc w:val="left"/>
      </w:pPr>
      <w:r>
        <w:rPr>
          <w:rFonts w:ascii="Times New Roman" w:hAnsi="Times New Roman" w:eastAsia="Times New Roman" w:cs="Times New Roman"/>
        </w:rPr>
        <w:t>АНУ дахь Ням гаргийн хууль нь АНУ-ыг Орчин үеийн Ром мөн гэж тодорхойлдоггүй; харин үндэсний сүйрэл ирээд хүрснийг, мөн АНУ зөвт байдлаас бүрэн тасарсныг илтгэн харуулдаг. Ням гаргийн хуулийн үед АНУ тэрслэн унахад илчлэгддэг тэрхүү Орчин үеийн Ром нь папын эрх мэдэл бөгөөд тэр үед, тэндээ тэрээр өөрийн холбоотон болох хуурамч эш үзүүлэгчийг саяхан ялсан байдаг.</w:t>
      </w:r>
    </w:p>
    <w:p>
      <w:pPr>
        <w:pStyle w:val="ArticleBody"/>
        <w:jc w:val="left"/>
      </w:pPr>
      <w:r>
        <w:rPr>
          <w:rFonts w:ascii="Times New Roman" w:hAnsi="Times New Roman" w:eastAsia="Times New Roman" w:cs="Times New Roman"/>
        </w:rPr>
        <w:t>Даниелын ном дахь “өдөр тутмын” хэмээх зүйл, түүний Уильям Миллерийн мэдээтэй ямар холбоотой болох, мөн Миллерийн ойлголт 2 Тесалоник бүлэг хоёрын үндсэн дээр гарч ирсэн явдлын ач холбогдол, түүнчлэн зургаа дахь гай гамшигт хувцсаа хадгалан байх тухай сэрэмжлүүлэг нь бүгд өнөөгийн асуудлуудыг хөндөн үздэг тэрхүү маргаануудын зарим элементүүдийг тодорхойлж байна.</w:t>
      </w:r>
    </w:p>
    <w:p>
      <w:pPr>
        <w:pStyle w:val="ArticleBody"/>
        <w:jc w:val="left"/>
      </w:pPr>
      <w:r>
        <w:rPr>
          <w:rFonts w:ascii="Times New Roman" w:hAnsi="Times New Roman" w:eastAsia="Times New Roman" w:cs="Times New Roman"/>
        </w:rPr>
        <w:t>Сүүлчийн өдрүүдийн тухай 2 Тесалоник бүлгийн хоёрдугаар бүлэг дэх анхааруулга нь Америкийн Нэгдсэн Улсыг бэлгэ тэмдэг гэж тодорхойлдог атлаа Америкийн Нэгдсэн Улсын папын Ромтой тогтоосон харилцааг хөндөн өгүүлдэг гэрлээр удирдуулахаас татгалздаг нэгэн бүлгийн тухай юм. Ийн үйлдсэнээр тэд зөвхөн папын Ром ба Америкийн Нэгдсэн Улсын хоорондын харилцааг төдийгүй Илчлэл номын арван зургаадугаар бүлэг дэх луугийн хүч болох Нэгдсэн Үндэстний Байгууллагыг мөн олж харах болно.</w:t>
      </w:r>
    </w:p>
    <w:p>
      <w:pPr>
        <w:pStyle w:val="ArticleBody"/>
        <w:jc w:val="left"/>
      </w:pPr>
      <w:r>
        <w:rPr>
          <w:rFonts w:ascii="Times New Roman" w:hAnsi="Times New Roman" w:eastAsia="Times New Roman" w:cs="Times New Roman"/>
        </w:rPr>
        <w:t>Урайа Смит, А.Г. Даниэлс, В.В. Прескотт нарыг Систер Уайт шалтгаанаас үр дагаврыг нь дүгнэж чаддаггүй хэмээн тодорхойлсон шиг, эцсийн өдрүүдэд эдгээр гурван хүчний харилцааг тайлбарлан дэлгэрүүлдэг Бурханы эш үзүүллэгийн Үгийн удирдамжаар жолоодуулахыг эсэргүүцдэг хүмүүс ч мөн адил тийм юм.</w:t>
      </w:r>
    </w:p>
    <w:p>
      <w:pPr>
        <w:pStyle w:val="ArticleBody"/>
        <w:jc w:val="left"/>
      </w:pPr>
      <w:r>
        <w:rPr>
          <w:rFonts w:ascii="Times New Roman" w:hAnsi="Times New Roman" w:eastAsia="Times New Roman" w:cs="Times New Roman"/>
        </w:rPr>
        <w:t>Эхнийхтэй адил, одоогийнхтой адил, мөн Uriah Smith-тэй холбоотой маргаануудтай адил, 2 Thessalonians болон зургаа дахь гайгаар дүрслэгдсэн гурван хүчний харилцааны тухай маргаан нь АНУ-ыг заадаг хувийн тайлбарыг илэрхийлдэг боловч, тэдний эндүү ойлголтыг илчилж, магадгүй тэднийг гэрэлд авчрах байсан АНУ-ын зарим эш үзүүллэгийн шинжүүдийг харахаас татгалздаг.</w:t>
      </w:r>
    </w:p>
    <w:p>
      <w:pPr>
        <w:pStyle w:val="ArticleBody"/>
        <w:jc w:val="left"/>
      </w:pPr>
      <w:r>
        <w:rPr>
          <w:rFonts w:ascii="Times New Roman" w:hAnsi="Times New Roman" w:eastAsia="Times New Roman" w:cs="Times New Roman"/>
        </w:rPr>
        <w:t>2001 оны 9 дүгээр сарын 11-ний дараа Иоелын дөрвөн шавьжийн талаархи маргаан гарч ирсэн. Үнэн нь гэвэл, уг шавьжууд нь Католик болон тэрслүү протестантын теологийг нэвтрүүлснээр Лаодикеийн Долоо дахь өдрийн Адвентист сүмд явагдсан сүнслэг доройтлын үе шаттай уруудлыг төлөөлж байсан юм. Дахин хэлэхэд, дөрвөн шавьжийн зөв хэрэглээ нь Ром мөн; харин хувийн тайлбар нь үүнийг Ислам гэж үзсэн бөгөөд Ислам нь хуурамч эш үзүүлэгчийн бэлгэдэл, тиймийн тул Америкийн Нэгдсэн Улсын бэлгэдэл юм гэж мэдэгдсэн. Мөр дээр мөр, бидний саяхан авч үзсэн Адвентист түүхэн дэх маргаанууд бүгд нэг л үнэний тухай өгүүлж байна.</w:t>
      </w:r>
    </w:p>
    <w:p>
      <w:pPr>
        <w:pStyle w:val="ArticleBody"/>
        <w:jc w:val="left"/>
      </w:pPr>
      <w:r>
        <w:rPr>
          <w:rFonts w:ascii="Times New Roman" w:hAnsi="Times New Roman" w:eastAsia="Times New Roman" w:cs="Times New Roman"/>
        </w:rPr>
        <w:t>Буруу тал нь дөрвөн гэрч дээр үндэслэн дээрэмчдийг Америкийн Нэгдсэн Улс гэж тодорхойлдог бөгөөд хоёр гэрч дээр үндэслэн буруу талын Америкийн Нэгдсэн Улсыг бэлгэдэл хэмээн ойлгодог ойлголт нь ташаа юм. Бурханы эцсийн өдрүүдэд нэг зуун дөчин дөрвөн мянгын дунд байх нэр дэвшигчид одоо эш үзүүллэгийн сорилд байна. Энэ нь зүгээр л энэ талын эсвэл тэр талын төлөө саналаа өгөхөөр гүйцэлддэг сорил биш. Энэ бол зөвхөн эш үзүүллэгийн дүрмүүдийг үнэн зөв хэрэглэсэн тохиолдолд л жинхэнэ утгаар нь зөвөөр даван туулж болох сорил юм. Иудагийн овгийн Арслан Өөрийн эцсийн өдрийн ард түмэнд тэд хангалттай гүнзгий судлахгүй байгааг ухааруулахын тулд, Тэрээр тэрс үзлүүдийг нэвтрэн орохыг зөвшөөрсөн юм.</w:t>
      </w:r>
    </w:p>
    <w:p>
      <w:pPr>
        <w:pStyle w:val="ArticleBody"/>
        <w:jc w:val="left"/>
      </w:pPr>
      <w:r>
        <w:rPr>
          <w:rFonts w:ascii="Times New Roman" w:hAnsi="Times New Roman" w:eastAsia="Times New Roman" w:cs="Times New Roman"/>
        </w:rPr>
        <w:t>Энэ хөдөлгөөний дотор нэгэн тэрс үзэл гарч ирсэн явдал нь эш үзүүллэгийг тайлбарлах дүрмүүдийн талаархи бидний хувийн чадвар байх ёстойгоос сул байгааг илтгэнэ. Ром энэ үзэгдлийг тогтоодог бөгөөд эцсийн өдрүүдийн үзэгдэл нь умардын хааны эцсийн босолт ба мөхөл мөн. Тэрхүү “хаан” нь мөн “нүглийн хүн” бөгөөд, “нүглийн хүн” нь “ёс бусын нууц,” мөн “тэр хорон нэгэн” юм. Тэр бол антихрист бөгөөд, “чиний ард түмний дээрэмчид” хэмээн бэлгэдэгдсэн байдаг, мөн тэрээр Орчин үеийн Ромын “тэргүүн” юм.</w:t>
      </w:r>
    </w:p>
    <w:p>
      <w:pPr>
        <w:pStyle w:val="ArticleScripture"/>
        <w:jc w:val="left"/>
      </w:pPr>
      <w:r>
        <w:rPr>
          <w:rFonts w:ascii="Times New Roman" w:hAnsi="Times New Roman" w:eastAsia="Times New Roman" w:cs="Times New Roman"/>
        </w:rPr>
        <w:t>“Үгийн ойлголтдоо будилан, антихристийн утга учрыг олж харахгүй болсон хүмүүс гарцаагүй өөрсдийгөө антихристийн талд тавих болно. Бидэнд одоо ертөнцтэй ижилсэж уусах цаг байхгүй. Даниел өөрт оноогдсон хувьд, өөрийн байранд зогсож байна. Даниел болон Иоханы эш үзүүллэгүүдийг ойлгох учиртай. Тэд бие биеэ тайлбарладаг. Тэд хүн бүрийн ойлговол зохих үнэнийг ертөнцөд өгдөг. Эдгээр эш үзүүллэгүүд ертөнцөд гэрчлэл болох учиртай. Эдгээр сүүлчийн өдрүүдэд тэдгээрийн биеллээр дамжин, тэд өөрсдийгөө тайлбарлах болно.”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тогтоон байгуулдаг — Арван долоо"""</dc:title>
  <dc:subject>144,000-ийн Эцсийн Шүүлт: Араатны Дүрийн Зөгнөлийн Сорилт</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