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Хоёр дугаар</w:t>
      </w:r>
    </w:p>
    <w:p>
      <w:pPr>
        <w:pStyle w:val="ArticleSubtitle"/>
        <w:jc w:val="left"/>
      </w:pPr>
      <w:r>
        <w:rPr>
          <w:rFonts w:ascii="Arial" w:hAnsi="Arial" w:eastAsia="Arial" w:cs="Arial"/>
        </w:rPr>
        <w:t>Өмнөдийн хааны мандаж, унасан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2025-02-27</w:t>
      </w:r>
    </w:p>
    <w:p>
      <w:pPr>
        <w:pStyle w:val="ArticleBody"/>
        <w:jc w:val="left"/>
      </w:pPr>
      <w:r>
        <w:rPr>
          <w:rFonts w:ascii="Times New Roman" w:hAnsi="Times New Roman" w:eastAsia="Times New Roman" w:cs="Times New Roman"/>
        </w:rPr>
        <w:t>Өмнөх өгүүллийг бид “10–15-р эшлэлүүд нь 1989 оноос Ням гаргийн хуулийн үе хүртэл умардын хаан болох папын эрх мэдлээр хэрэгжүүлэгдсэн гурван төлөөллийн дайныг илэрхийлдэг” хэмээн бичиж төгсгөсөн. Эдгээр гурван төлөөллийн дайн нь 40-р эшлэл дэх “тэрэгнүүд, усан онгоцууд, морьт цэргүүд” хэмээн дүрслэгдсэн Америкийн Нэгдсэн Улсыг тодорхойлсноор эхэлдэг.</w:t>
      </w:r>
    </w:p>
    <w:p>
      <w:pPr>
        <w:pStyle w:val="ArticleBody"/>
        <w:jc w:val="left"/>
      </w:pPr>
      <w:r>
        <w:rPr>
          <w:rFonts w:ascii="Times New Roman" w:hAnsi="Times New Roman" w:eastAsia="Times New Roman" w:cs="Times New Roman"/>
        </w:rPr>
        <w:t>Дараагийн төлөөллийн дайн, 11-р ишлэлээр дүрслэгдэж, МЭӨ 217 онд болсон Рафиагийн тулалдаанд түүхэн биеллээ олсон нь, өмнөдийн хаан Египетийн Птолемей IV Филопатор болон Селевкидийн эзэнт гүрний Антиох Их, өөрөөр бас Антиох Магнус хэмээн нэрлэгддэг захирагчийн хооронд болсон юм. Антиох хойд хаанчлалынхаа ялагдал, эзэмшлүүдийнхээ алдагдлын төлөө Египетээс хариу аван, өмнөдийн хаанчлал урьд нь түүний хаанчлалаас булаан авсан бүх газар нутгийг дахин эзлэн авснаар 10-р ишлэлийг биелүүлсэн билээ. Тэрээр үүнийг хийсэн боловч Египетийн хил дээр зогссон бөгөөд ийнхүү 10-р ишлэлийг биелүүлж, 1989 оны хэв шинжийг үзүүлсэн юм.</w:t>
      </w:r>
    </w:p>
    <w:p>
      <w:pPr>
        <w:pStyle w:val="ArticleScripture"/>
        <w:jc w:val="left"/>
      </w:pPr>
      <w:r>
        <w:rPr>
          <w:rFonts w:ascii="Times New Roman" w:hAnsi="Times New Roman" w:eastAsia="Times New Roman" w:cs="Times New Roman"/>
        </w:rPr>
        <w:t>Харин түүний хөвгүүд өдөөгдөн хөдөлж, асар их хүчирхэг цэргүүдийн олонлогийг цуглуулна; тэдний нэг нь гарцаагүй ирж, халин давж, нэвтлэн өнгөрнө; дараа нь тэр буцаж, өөрийн бэхлэлт хүртэл дахин өдөөгдөн хөдөлнө. Даниел 11:10.</w:t>
      </w:r>
    </w:p>
    <w:p>
      <w:pPr>
        <w:pStyle w:val="ArticleBody"/>
        <w:jc w:val="left"/>
      </w:pPr>
      <w:r>
        <w:rPr>
          <w:rFonts w:ascii="Times New Roman" w:hAnsi="Times New Roman" w:eastAsia="Times New Roman" w:cs="Times New Roman"/>
        </w:rPr>
        <w:t>Хоёр дахь төлөөллийн дайн нь Рафиагийн тулалдаан байв. Рафиа гэдэг нь хил хязгаарын нутаг гэсэн утгатай. Тэрхүү байлдааны талбар нь Антиох өмнөх довтолгоогоо 10-р эшлэлд зогсоосон цэгийг тэмдэглэдэг. Гурван төлөөллийн дайн нь үнэнээр захирагддаг бөгөөд энэ утгаараа эхний төлөөллийн дайн нь сүүлчийн төлөөллийн дайнд нийцдэг. Энэ гурван дайн—10, 11-р эшлэлүүд, дараа нь 13–15-р эшлэлүүдийн гурав дахь дайн—анхны биелэлдээ нэгэн ижил түүхэн этгээдээр өрнүүлэгдсэн байдаг. Антиох Магнус эдгээр гурван тулалдаан бүрд байсаар, эш үзүүллэгийн хувьд тэдгээрийг нэгэн шугамд холбон зангидаж байна. Антиох эхний болон сүүлчийн тулалдаанд ялдаг, харин дундах тулалдаанд ялдаггүй бөгөөд тэнд өмнөдийн хаан дийлдэг.</w:t>
      </w:r>
    </w:p>
    <w:p>
      <w:pPr>
        <w:pStyle w:val="ArticleBody"/>
        <w:jc w:val="left"/>
      </w:pPr>
      <w:r>
        <w:rPr>
          <w:rFonts w:ascii="Times New Roman" w:hAnsi="Times New Roman" w:eastAsia="Times New Roman" w:cs="Times New Roman"/>
        </w:rPr>
        <w:t>Рафиа нь хилийн нутаг гэсэн утгатай байдагтай адил Украин ч мөн тийм юм. Эхлээд Рафиагийн тулалдаанаар биелсэн хоёр дахь төлөөллийн дайн эдүгээ Украины дайнаар биелж байна. Владимир Путин бол өмнөдийн хаан бөгөөд орчин үеийн анхны өмнөдийн хаан Владимир Лениний эш үзүүллэгийн залгамжлагч мөн. Герман нэгдэн нийлэх үед НАТО хуучин ЗХУ-ын нутаг дэвсгэр рүү цааш тэлэхгүй гэсэн маргаантай хэлэлцээрт үндэслэн Орос Украинд хариу үйлдэл үзүүлж байна хэмээн Путин олонтаа мэдэгдсэн. Путины сэдэл нь 5–9-р эшлэлүүд дэх Птолемейнх болон 1797 онд Наполеоныхтой адил юм. Эдгээр өмнөдийн гурван хаан бүгд хойд зүгийн хааны эсрэг хийж буй үйлдлээ зөрчигдсөн гэрээнд үндэслэн зөвтгөдөг.</w:t>
      </w:r>
    </w:p>
    <w:p>
      <w:pPr>
        <w:pStyle w:val="ArticleBody"/>
        <w:jc w:val="left"/>
      </w:pPr>
      <w:r>
        <w:rPr>
          <w:rFonts w:ascii="Times New Roman" w:hAnsi="Times New Roman" w:eastAsia="Times New Roman" w:cs="Times New Roman"/>
        </w:rPr>
        <w:t>Исаиа 23-ын дагуу, папын эрх мэдлийг төлөөлдөг Тирийн янхан нь нэг хааны өдрүүд мэт далан жилийн турш мартагдах бөгөөд энэ нь Библийн эш үзүүллэгийн зургаа дахь хаанчлал, Илчлэлт 13-ын газрын араатан (Америкийн Нэгдсэн Улс) захирч буй цаг үе мөн болох нь дахин дахин үзүүлэгддэг хугацаа юм.</w:t>
      </w:r>
    </w:p>
    <w:p>
      <w:pPr>
        <w:pStyle w:val="ArticleScripture"/>
        <w:jc w:val="left"/>
      </w:pPr>
      <w:r>
        <w:rPr>
          <w:rFonts w:ascii="Times New Roman" w:hAnsi="Times New Roman" w:eastAsia="Times New Roman" w:cs="Times New Roman"/>
        </w:rPr>
        <w:t>Тэр өдөр Тир далан жилийн турш, нэг хааны өдрүүдийн хэрээр мартагдах болно. Далан жилийн төгсгөлд Тир янхан эмэгтэй мэт дуулах болно. Ятга авч, хотыг тойрон яв, мартагдсан янхан эмэгтэй ээ; дуртатгалтай аялгуу гаргаж, олон дуу дуул, ингэснээр чи дахин санагдах болтугай. Далан жилийн төгсгөлийн дараа ЭЗЭН Тирийг эргэн харж, тэрээр хөлсөндөө буцан орж, газрын хөрсөн дээрх дэлхийн бүх хаанчлалуудтай садарлан үйлдэх болно. Исаиа 23:15–17.</w:t>
      </w:r>
    </w:p>
    <w:p>
      <w:pPr>
        <w:pStyle w:val="ArticleBody"/>
        <w:jc w:val="left"/>
      </w:pPr>
      <w:r>
        <w:rPr>
          <w:rFonts w:ascii="Times New Roman" w:hAnsi="Times New Roman" w:eastAsia="Times New Roman" w:cs="Times New Roman"/>
        </w:rPr>
        <w:t>Далд утгат далан жилийн хугацаа нь 1798 оноос Ням гаргийн хуулийн үе хүртэл үргэлжилдэг бөгөөд энэ нь 40-р эшлэлээр дүрслэгдсэн түүх юм. Далан жилийн төгсгөл хүрч, өөрөөр хэлбэл Ням гаргийн хуулийн ойртолт ирэх хүртэл янхан дахин ил гарч ирдэггүй. Ийм учраас 10–15-р эшлэлүүд дэх гурван тулалдааны дайн нь папын эрх мэдлийн төлөөлөгчөөр дамжин явагддаг, учир нь энэ хугацаанд тэр эмэгтэй эш үзүүллэгийн хувьд мартагдсан байдаг.</w:t>
      </w:r>
    </w:p>
    <w:p>
      <w:pPr>
        <w:pStyle w:val="ArticleBody"/>
        <w:jc w:val="left"/>
      </w:pPr>
      <w:r>
        <w:rPr>
          <w:rFonts w:ascii="Times New Roman" w:hAnsi="Times New Roman" w:eastAsia="Times New Roman" w:cs="Times New Roman"/>
        </w:rPr>
        <w:t>Эхний ба сүүлчийн төлөөллийн тулаанд умардын хаан өмнөдийн хааныг дийлдэг. Дундах тулаанд өмнөдийн хаан умардын хааныг дийлдэг. Рафиагийн тулалдаан нь 11-р эшлэлийн анхны түүхэн биелэлт байсан бөгөөд уг эшлэл болон түүний түүхэн биелэлт нь папын Ромын гурван жил хагасын эш үзүүллэгийн өдрүүдийн ноёрхлын зэрэгцээ эшлэлүүдтэй нэгтгэгдэх ёстой хоёр гэрчийг бүрдүүлдэг. Иймээс Даниел 11 доторх Судрын хоёр эшлэл, тэдгээрийн түүхэн биелэлтүүдийн хамт, 11-р эшлэлийн хилийн нутгийн тулалдааны эш үзүүллэгийн шинжүүдийг тодорхойлон харуулдаг бөгөөд энэ нь эхлээд Рафиагийн тулалдаанд биелэгдэж, дараа нь эцсийн цагт 1798 онд дахин биелсэн юм.</w:t>
      </w:r>
    </w:p>
    <w:p>
      <w:pPr>
        <w:pStyle w:val="ArticleBody"/>
        <w:jc w:val="left"/>
      </w:pPr>
      <w:r>
        <w:rPr>
          <w:rFonts w:ascii="Times New Roman" w:hAnsi="Times New Roman" w:eastAsia="Times New Roman" w:cs="Times New Roman"/>
        </w:rPr>
        <w:t>Эдгээр гэрчлэлийн мөрүүд нь Владимир Путин бол орчин үеийн өмнөдийн хааны эцсийн Владимир мөн гэдгийг батлан тогтоож байна. “Владимир” хэмээх нэрийг олонтаа “ертөнцийн захирагч” гэсэн утгатай хэмээн тодорхойлдог боловч mir хэмээх үг мөн “нийгэмлэг” гэсэн зөв утгыг ч агуулдаг. Иймээс Владимир гэдэг нь “нийгэмлэгийн захирагч”, эсвэл “коммунизмын захирагч” гэсэн утгатай. Путин Украинд оролцож буйгаа Германы нэгдлийн дараа тохиролцсон хил хязгаараас цааш НАТО тэлэн түрж буйтай холбоотой өөрийн санаа зовнилыг авч үзсэн, зөрчигдсөн нэгэн хэлэлцээрт үндэслэсэн хэмээн тодорхойлдог. Путины чиглэл нь Зеленский болон Украйны эсрэг чиглэсэнтэй адил хэмжээгээр НАТО болон ЕХ-ны эсрэг төвлөрч байдаг. Путин НАТО-гүй хэвээр үлдэх ёстой хэмээн зүтгэдэг байсан нутаг дэвсгэрт НАТО болон ЕХ түрэн орсон явдал нь Египетийн гүнж сүйт бүсгүйг Селевкидийн хаан урьдын эхнэрийнхээ төлөө орхисон үед Птолемейн хилэгнэсэнтэй адилсана. Тэрхүү зөрчигдсөн гэрээ нь 1797 онд зөрчигдсөн Толентиногийн гэрээг урагш заан илтгэж байв. Даниел 11-д өмнөдийн хаан хойд зүгийн хааныг дийлэх үед энэ нь зөрчигдсөн гэрээг хамардаг.</w:t>
      </w:r>
    </w:p>
    <w:p>
      <w:pPr>
        <w:pStyle w:val="ArticleBody"/>
        <w:jc w:val="left"/>
      </w:pPr>
      <w:r>
        <w:rPr>
          <w:rFonts w:ascii="Times New Roman" w:hAnsi="Times New Roman" w:eastAsia="Times New Roman" w:cs="Times New Roman"/>
        </w:rPr>
        <w:t>Энэхүү зөрчигдсөн гэрээ нь Герман нэгдэн нийлэх үед НАТО-г өөрийн хилээс цааш тэлэхийг хязгаарлахад Европын Холбоо дургүйцэн татгалзсантай холбоотой юм. Энэ утгаараа өмнөдийн хаан болох Путин өөрийн төлөөллийн хүчээр илэрхийлэгдэх хойд зүгийн хааны эсрэг тулалдаанд байна. Дэлхийн II дайны үеийн нацистууд Католик сүмийн төлөөлөл байсанчлан, Украйны нацистууд 10–15-р эшлэлүүдэд гардаг хоёр дахь төлөөллийн дайны бэлгэдэл болдог. Дэлхийн гурван дайн, төлөөллийн гурван дайн—мөн энэ хоёр шугамын дунд үеийн мөргөлдөөнд нацистууд Католик сүмийн төлөөлөгч болдог.</w:t>
      </w:r>
    </w:p>
    <w:p>
      <w:pPr>
        <w:pStyle w:val="ArticleBody"/>
        <w:jc w:val="left"/>
      </w:pPr>
      <w:r>
        <w:rPr>
          <w:rFonts w:ascii="Times New Roman" w:hAnsi="Times New Roman" w:eastAsia="Times New Roman" w:cs="Times New Roman"/>
        </w:rPr>
        <w:t>Эдгээр төлөөлөгчийн гурван дайны анхны түүхэн биелэл бүрд Антиох Магнус тулалдаан тус бүрд байв. “Антиох” хэмээх нэрийн үүсэл, мөн умардын хаан болох Селевкийн хаанчлалтай холбогдох бэлгэдэл нь Антиохыг антихристын—Ромын папын—бэлгэ тэмдэг мөн болохыг хэрхэн заадаг талаар олонтаа харуулсан билээ. Гэвч төлөөлөгчийн гурван дайны түүхэнд Тирийн янхан мартагддаг тул “Антиох” хэмээх нэрэнд дүрслэгдсэн “пап” гэсэн бэлгэ тэмдэг нь түүний төлөөлөгч хүчийг илэрхийлдэг. Эхний болон сүүлчийн тулалдаанд Ромын даалгаврыг ил тод гүйцэтгэгч нь Америкийн Нэгдсэн Улс мөн. 11-р зүйлд төлөөлөгч хүч нь Украйны нацизм боловч дайнд Зеленскийг түшин тогтоож ирсэн, мөн одоо ч түүнд түшиг болсоор байгаа зүйл нь Америкийн Нэгдсэн Улсын усан онгоцууд ба тэрэгс байв. Хоёр дахь төлөөлөгч дайны гаднах өнгөн дээр Америкийн Нэгдсэн Улс нуугдмал байдаг бөгөөд энэ нь Исаиа 23-ын далан жилийн турш пап нуугдмал байдгийн адил юм. Америкийн Нэгдсэн Улс араатны бүх шинжийг хөгжүүлдэг яг тэр түүхийн дунд нуугдмал байдаг учраас, хоёр дахь төлөөлөгч дайн нэгэнт өрнөж эхэлмэгц Америкийн Нэгдсэн Улс Украйны нацизм хэмээх төлөөлөгч хүчээр халхлагдан бүдгэрэх нь эш үзүүллэгийн хувьд зохистой байдаг; гэвч тэдний мөхөл хүртэл Украйныг түшин тогтоодог зүйл нь газрын араатны цэргийн болон эдийн засгийн хүч чадал хэвээр үлддэг.</w:t>
      </w:r>
    </w:p>
    <w:p>
      <w:pPr>
        <w:pStyle w:val="ArticleBody"/>
        <w:jc w:val="left"/>
      </w:pPr>
      <w:r>
        <w:rPr>
          <w:rFonts w:ascii="Times New Roman" w:hAnsi="Times New Roman" w:eastAsia="Times New Roman" w:cs="Times New Roman"/>
        </w:rPr>
        <w:t>Өмнөдийн хаан Вавилон уруу явж, хойд зүгийн хааныг олзлон авч явсан үед, мөн генерал Бэртье папыг олзлон авч, шууд Ватикан уруу орсон үед ч, энэ нь Украйны дайнд Украины зүгээс аливаа эсэргүүцэл арилсан тэр мөчид Путин ялалт байгуулахыг зааж байна. Птолемейн эзлэн авсан хаант улс нь Вавилон байсан бөгөөд Наполеоны эзлэн авсан хаант улс нь сүнслэг Вавилон байв. Иймээс Зеленскийгийн хаант улс нь түүнд дэмжлэг үзүүлдэг харьяатуудаар төлөөлөгдөнө. Одоо Трамп газрын араатны тэрэг, морьтон, усан онгоцнуудын дэмжлэгийг татан авсан тул Украины дэмжлэг нь ЕХ бөгөөд энэ нь НАТО-гийн түрэлттэй холбоотой зөрчигдсөн гэрээний талаар Путины тавьсан шаардлагыг сонсох хүсэлгүй байсан яг тэр бүлэг мөн.</w:t>
      </w:r>
    </w:p>
    <w:p>
      <w:pPr>
        <w:pStyle w:val="ArticleBody"/>
        <w:jc w:val="left"/>
      </w:pPr>
      <w:r>
        <w:rPr>
          <w:rFonts w:ascii="Times New Roman" w:hAnsi="Times New Roman" w:eastAsia="Times New Roman" w:cs="Times New Roman"/>
        </w:rPr>
        <w:t>ЕХ-ны евро-кратуудыг чиглүүлдэг философи нь Greenpeace хөдөлгөөн мөн. Ийм учраас Зеленский нь “ногоон” гэсэн утгатай. Зеленский бол байгаль орчны үзэлтний мунхаг даяар хөтөлбөрөөр удирдуулсан ЕХ-ны дайныг өдөөгчдийн бэлгэдэлт тэргүүн мөн. Украйны дайн өндөрлөхөд Путин зөвхөн Украйныг ялсан ялалтаа бус, бүхэл бүтэн ЕХ болон НАТО-г ялсан ялалтаа тэмдэглэх болно.</w:t>
      </w:r>
    </w:p>
    <w:p>
      <w:pPr>
        <w:pStyle w:val="ArticleBody"/>
        <w:jc w:val="left"/>
      </w:pPr>
      <w:r>
        <w:rPr>
          <w:rFonts w:ascii="Times New Roman" w:hAnsi="Times New Roman" w:eastAsia="Times New Roman" w:cs="Times New Roman"/>
        </w:rPr>
        <w:t>Тиймээс эдгээр гурван төлөөллийн дайн нь үнэний шинж тэмдгийг агуулж байна. Эхний болон сүүлчийн төлөөллийн дайнд өмнөдийн хаан Илчлэлт номын арван гуравдугаар бүлгийн тэнгисийн араатан ба газрын араатны холбоогоор ялагддаг. Эхэндээ хойдийн хааны ялалт нь Ватикан I-ийн үзэл баримтлалтай, уламжлалт чиглэлийн нэгэн папын холбоогоор бий болсон бөгөөд тэрхүү пап нь Католик шашны Фатимагийн нууцуудын домог-зүйн хүрээнд цагаан буюу сайн пап хэмээн тооцогддог. Харин энэ бичвэрийг бичиж буй агшинд амьсгал хураахын даваан дээр буй одоогийн пап нь Ватикан II-ын, либерал чиглэлийн пап бөгөөд Фатимагийн нууцуудын хүрээнд хар буюу муу пап юм.</w:t>
      </w:r>
    </w:p>
    <w:p>
      <w:pPr>
        <w:pStyle w:val="ArticleBody"/>
        <w:jc w:val="left"/>
      </w:pPr>
      <w:r>
        <w:rPr>
          <w:rFonts w:ascii="Times New Roman" w:hAnsi="Times New Roman" w:eastAsia="Times New Roman" w:cs="Times New Roman"/>
        </w:rPr>
        <w:t>Арван дөрөвдүгээр эшлэлд, өөрсдийгөө өргөмжлөн эцэст нь унадаг “чиний ард түмний дээрэмчид” эш үзүүллэгийн түүхэнд орж ирэх үед үзэгдэл батлагддаг болохыг тодорхойлон заадаг. МЭӨ 200 онд болсон Паниумын тулалдаанд арван гуравдугаар эшлэлээс арван тавдугаар эшлэлийн биелэл явагдахдаа, харийн Ром уг тулалдаантай холбоотой асуудлуудад өөрийгөө хутган оруулсан юм. Паниумын тулалдааныг авч үздэг эдгээр гурван эшлэлд, арван дөрөвдүгээр эшлэл үзэгдэл Ромоор батлагддаг болохыг тодорхойлдог.</w:t>
      </w:r>
    </w:p>
    <w:p>
      <w:pPr>
        <w:pStyle w:val="ArticleBody"/>
        <w:jc w:val="left"/>
      </w:pPr>
      <w:r>
        <w:rPr>
          <w:rFonts w:ascii="Times New Roman" w:hAnsi="Times New Roman" w:eastAsia="Times New Roman" w:cs="Times New Roman"/>
        </w:rPr>
        <w:t>Паниумын тулалдааны түүхэнд, Ватикан I-ийн уламжлалт үзэлтэй цагаан пап Рейганы үеэс эхэлсэн найман ерөнхийлөгчийн сүүлчийнхтэй хүчээ нэгтгэх бөгөөд, тэрхүү ерөнхийлөгч өмнө нь Ватикан I-ийн уламжлалт үзэлтэй нэгэн паптай холбоо байгуулж байсан юм. Тэд 1989 онд хуучин ЗХУ-ыг унагахын тулд тийнхүү үйлдсэн бөгөөд эцэст нь яг тэрхүү хаант улсын сүүлчийн захирагчийг унагахын тулд мөн тийнхүү үйлдэнэ.</w:t>
      </w:r>
    </w:p>
    <w:p>
      <w:pPr>
        <w:pStyle w:val="ArticleBody"/>
        <w:jc w:val="left"/>
      </w:pPr>
      <w:r>
        <w:rPr>
          <w:rFonts w:ascii="Times New Roman" w:hAnsi="Times New Roman" w:eastAsia="Times New Roman" w:cs="Times New Roman"/>
        </w:rPr>
        <w:t>Рейганы он жилүүдэд, Ромын пап Иоанн Павел II болон Америкийн Нэгдсэн Улсын холбооны хүрээнд, Иоанн Павел II өөрийгөө Фатимагийн эш үзүүллэгүүдэд гардаг сайн пап мөн гэж итгэхэд хүрсэн юм. Тэрхүү итгэл үнэмшлээр өдөөгдөн, Фатимагийн зөгнөлүүдийн биелэлт хэмээн өөрийн ойлгосныг сурталчлахаар тэрээр дэлхий даяар аялан явж эхэлсэн. Ийнхүү тэрээр түүхэн дэх хамгийн их аялсан пап болсон төдийгүй, Илчлэл номын арван гуравдугаар бүлгийн “бүх дэлхий араатныг гайхан дагах цаг ирнэ” гэсэн зөгнөлийг биелүүлэхийн хэрээр бүх цаг үеийн хамгийн өргөнөөр танигдсан пап болсон юм. Пап Иоанн Павел II-ийн олон нийтийн өмнөх дүр төрх нь Америкийн Нэгдсэн Улсын сүүлчийн ерөнхийлөгчтэй холбоо тогтоодог Ватикан I-ийн консерватив папын хэв шинжийг төлөөлдөг.</w:t>
      </w:r>
    </w:p>
    <w:p>
      <w:pPr>
        <w:pStyle w:val="ArticleBody"/>
        <w:jc w:val="left"/>
      </w:pPr>
      <w:r>
        <w:rPr>
          <w:rFonts w:ascii="Times New Roman" w:hAnsi="Times New Roman" w:eastAsia="Times New Roman" w:cs="Times New Roman"/>
        </w:rPr>
        <w:t>Тиймээс Рейганы үеийн орчин цагийн папын эш үзүүллэгийн шинжүүдийн нэг нь, түүний олон нийтийн дүр төрх нэгэн замын тэмдэг болон тэмдэглэгдэх цэг байдаг явдал юм. Тэрхүү тэмдэг нь арван дөрөвдүгээр эшлэлд байдаг бөгөөд, тэнд “чиний ардын дээрэмчид үзэгдлийг тогтооно” гэжээ. Пап Иохан Павел II нь бүхий л дэлхий араас нь гайхан дагасан пап байсан гэсэн эш үзүүллэгийн шинжийг биелүүлдэг бөгөөд, ингэснээр Трамптай холбоотон болох эцсийн цаг үеийн консерватив Ватикан I-ийн папыг урьдаас заан харуулж байна. Тэр явдал тохиолдоход үзэгдэл тогтоогддог бөгөөд үзэгдлийг тогтоодог зүйл нь пап өөрийгөө Паниумын түүх болон МЭӨ 200 оны дотор оруулан байршуулж буй явдал юм.</w:t>
      </w:r>
    </w:p>
    <w:p>
      <w:pPr>
        <w:pStyle w:val="ArticleBody"/>
        <w:jc w:val="left"/>
      </w:pPr>
      <w:r>
        <w:rPr>
          <w:rFonts w:ascii="Times New Roman" w:hAnsi="Times New Roman" w:eastAsia="Times New Roman" w:cs="Times New Roman"/>
        </w:rPr>
        <w:t>Найман ерөнхийлөгчийн эхлэл нь найман ерөнхийлөгчийн төгсгөлийг дүрслэн үзүүлдэг бөгөөд арван зургаадугаар эшлэлийн Ням гаргийн хуулийн яг өмнөхөн мартагдсан байсан Тирийн янхан Рейганы дүйцэх этгээд болох Дональд Трамптай холбоо байгуулснаар түүхийн ил тавцанд дахин гарч ирдэг. Антиох болон Македоны Филиппийн холбоогоор төлөөлөгдсөнөөр тэд хүүхэд хаан Птолемейгээр дүрслэгдсэн өмнөд хаанчлалын эцсийн үеийнхнийг мөхөөдөг. Библийн эш үзүүллэгт хүүхэд нь эцсийн үеийнхний бэлгэдэл бөгөөд Украины дайны дараа Путин цэргийн ялалтаар өргөмжлөгдөн, улмаар төр ба сүмийн шинжтэй ямар нэгэн хүндрэлтэй байдалд замаа алддаг өмнөдийн хаадын түүхийг давтан үзүүлэх болно.</w:t>
      </w:r>
    </w:p>
    <w:p>
      <w:pPr>
        <w:pStyle w:val="ArticleBody"/>
        <w:jc w:val="left"/>
      </w:pPr>
      <w:r>
        <w:rPr>
          <w:rFonts w:ascii="Times New Roman" w:hAnsi="Times New Roman" w:eastAsia="Times New Roman" w:cs="Times New Roman"/>
        </w:rPr>
        <w:t>Тийнхүү аравдугаар эшлэл нь 1989 он болон анхны төлөөллийн дайныг төлөөлөхдөө эхлэл, өөрөөр хэлбэл еврей цагаан толгойн анхны үсгийг илэрхийлдэг. Арван нэгдүгээр эшлэл дэх Рафиагийн тулалдаан нь Украины дайныг төлөөлөх бөгөөд еврей цагаан толгойн арван гурав дахь үсэг юм. 13 тоо нь тэрслүү байдлын бэлгэдэл бөгөөд Украины дайны төлөөллийн арми нь нацистууд, өөрөөр хэлбэл орчин үеийн дэлхий дэх тэрслүү байдлын тэргүүлэх бэлгэдэл юм. Паниум нь еврей цагаан толгойн сүүлчийн үсэг бөгөөд уг цагаан толгой нь хорин хоёр үсгээс бүрддэг. Иймээс цагаан толгойн анхны, арван гурав дахь, хорин хоёр дахь үсгүүдийг нэгтгэн “үнэн” гэсэн еврей үгийг бүрдүүлснээр бий болдог еврей “үнэн” гэдэг үг нь эдгээр гурван төлөөллийн дайны бүтцийг үнэн хэмээн тодорхойлж байна. Еврей цагаан толгойн хорин хоёр дахь бөгөөд сүүлчийн үсэг нь бурханлаг чанар хүн төрөлхтөнтэй нэгдэхийн бэлгэдэл бөгөөд ойрын ирээдүйд Паниумын тулалдааны биелэлт Трампын ерөнхийлөгчийн үед тохионо. Трамп нь хоёр удаа бүрэн эрхээ хэрэгжүүлсэн хорин хоёр дахь ерөнхийлөгч юм.</w:t>
      </w:r>
    </w:p>
    <w:p>
      <w:pPr>
        <w:pStyle w:val="ArticleBody"/>
        <w:jc w:val="left"/>
      </w:pPr>
      <w:r>
        <w:rPr>
          <w:rFonts w:ascii="Times New Roman" w:hAnsi="Times New Roman" w:eastAsia="Times New Roman" w:cs="Times New Roman"/>
        </w:rPr>
        <w:t>Паниум нь хоёр талт холбооны тухай давхар гэрчлэлтэй бөгөөд аль аль ишлэлд нь уг холбоо нь хоёр талын хоорондын шаталсан харилцааг тодорхойлсон холбоог төлөөлдөг. Филип ба Антиохын хоорондын холбоо нь зүүн Газар дундын тэнгист Птолемейн болон Ромын нөлөөг сөрөн тэнцвэржүүлэхэд чиглэсэн стратегийн шинжтэй байв. Гэвч тэдний хамтын ажиллагаа Паниумын тулалдаан өөрөө дээр төвлөрөөгүй—Антиох энэ аяныг Филипийн шууд цэргийн оролцоогүйгээр, бие даан явуулсан. Филипийн үүрэг нь илүү шууд бус байсан бөгөөд Грек болон Эгейн тэнгист Ромын болон Птолемейн холбоотнуудыг барьж саатуулах замаар улс төр, стратегийн дэмжлэг үзүүлсэн бөгөөд ингэснээр Антиох Коиле-Сирид анхаарлаа төвлөрүүлэх боломжтой болсон. Түүхчид бүгд Антиохыг уг холбоонд илүү хүчирхэг нь байсан, мөн тулалдааныг бодитоор зөвхөн Антиох л хийсэн гэдгийг тогтоон тэмдэглэдэг. Тэдний холбоо нь Александрийн хуучин хаант улстай холбогдох өргөн хүрээт бүс нутгийн тухай байсан. Иймээс, Христ хүмүүсийн дунд явах үед Паниумын нэр байсан Кесари-Филиппи хэмээх нэрээр дүрслэгдсэнчлэн, уг холбоонд тэргүүлэх удирдагч ба түүнээс доогуур захирагдагч бий. Тиймээс Кесари-Филиппи нь Антиох ба Филиптэй нийцэж байна, учир нь Цезарь Август болон тетрарх Херод Филип хоёроор бэлгэдэгдсэн уг холбоонд Цезарь нь илүү хүчирхэг нь байв.</w:t>
      </w:r>
    </w:p>
    <w:p>
      <w:pPr>
        <w:pStyle w:val="ArticleBody"/>
        <w:jc w:val="left"/>
      </w:pPr>
      <w:r>
        <w:rPr>
          <w:rFonts w:ascii="Times New Roman" w:hAnsi="Times New Roman" w:eastAsia="Times New Roman" w:cs="Times New Roman"/>
        </w:rPr>
        <w:t>“Тетрарх” гэдэг үг нь дөрөвний нэгийг захирагч гэсэн утгатай. Цезарь бүх хаант улсыг захирч байсан бол Филип нэгэн нутгийн дөрөвний нэгийг захирч байсан бөгөөд ингэснээр Филипийн бэлгэдэл нь Паниум болон Кесареа-Филиппийн холбоод дотор субъектив харилцаанд байрлаж байна. Херод Филипийн хувьд бид Бурхантай байгуулсан эвдэрсэн гэрээт харилцааны бэлгэдэл болсон хоёр цусан удамын бэлгэдлийг хардаг. Мөн бид Александрын хаант улс дөрвөн хэсэгт, өөрөөр хэлбэл дөрвөн тетрархад хуваагдсан хуваагдлын дөрөвний нэгийн цуурайг ч хардаг. Филип гэдэг нь моринд дурлагч гэсэн утгатай.</w:t>
      </w:r>
    </w:p>
    <w:p>
      <w:pPr>
        <w:pStyle w:val="ArticleBody"/>
        <w:jc w:val="left"/>
      </w:pPr>
      <w:r>
        <w:rPr>
          <w:rFonts w:ascii="Times New Roman" w:hAnsi="Times New Roman" w:eastAsia="Times New Roman" w:cs="Times New Roman"/>
        </w:rPr>
        <w:t>Украины дайны төгсгөлд биелэх Паниумын тулалдаанд Антиох Магнус буюу Америкийн Нэгдсэн Улс Оросыг ялж, Филипээр төлөөлөгдсөн бага хүчинтэй тоглогчтой холбоонд орох болно. Тэрхүү бага хүчинтэй тоглогч нь тулалдаанд оролцох боловч шууд оролцохгүй. Энэ тулалдаан нь АНУ ба Путин хоёрын хооронд өрнөх бөгөөд, Рафиагийн тулалдааны дараах Птолемей IV Филопатор, мөн Иудагийн хаан Уззиа нараар дүрслэгдсэнчлэн, Путины уурсал ба бардамналаас үүдэн гарсан шашны маргаантай илтэд шууд холбоотой байна. Птолемей ба Уззиа нар цэргийн амжилтаараа бардамналд өргөгдсөн өмнөдийн хаад байсан бөгөөд, дараа нь зөвхөн тахилчдын гүйцэтгэх ёстой ариун ажлыг өөрсдөө гардан хийхийг хүссэн юм. Уззиа энэ оролдлогынхоо төлөө уяман өвчинд нэрвэгдсэн бөгөөд, Птолемей хилэнгээр Александр хотод 50,000 иудейчүүдийг хороосон юм.</w:t>
      </w:r>
    </w:p>
    <w:p>
      <w:pPr>
        <w:pStyle w:val="ArticleBody"/>
        <w:jc w:val="left"/>
      </w:pPr>
      <w:r>
        <w:rPr>
          <w:rFonts w:ascii="Times New Roman" w:hAnsi="Times New Roman" w:eastAsia="Times New Roman" w:cs="Times New Roman"/>
        </w:rPr>
        <w:t>Арван гуравдугаар эшлэл нь орчин үеийн нийгмийн хааны, өөрөөр хэлбэл коммунизмын эцсийн үеийн үеийнхэн болох Владимир Путины Орос ба АНУ-ын хоорондох тулалдааныг тодорхойлдог. Тулаанд Трамп дийлдэг, гэвч тэрээр хаант улсын дөрөвний нэг хэсгээс ирсэн нэгэн холбоотны тусламжтайгаар тийнхүү ялдаг бөгөөд тэр холбоотон нь уг тулалдаанд бодитоор оролцоогүй байдаг. Одоогийн үйл явдлууд гэрчилж буйгаар бид арван нэгдүгээр эшлэлийн төгсгөлд ойртож байна. Рафиагаар төлөөлөгдсөнчлөн Путин Украйныг ялна. Дараа нь уяман өвчний улмаас нас барах хүртлээ нэгэн гэрт тусгаарлагдан байрлуулсан Уззиагаар төлөөлөгдсөнчлөн түүний аажим доройтол эхэлнэ. МЭӨ 217 онд Рафиад байгуулсан ялалтынхаа дараа Птолемей IV Филопаторын хаанчлал авлига, үрэлгэн байдал, мөн өөдгүй зөвлөхүүдэд найдсанаас болж доройтсон. Тэрээр МЭӨ 204 онд нас барсан бөгөөд өөрийн балчир хүү Птолемей V-д эрх мэдлийг баталгаажуулах хуйвалдааны хүрээнд сайд нар болох Сосибиус, Агатоклес нарт алагдсан эсвэл хорлогдсон байх магадлалтай. Энэ самуун төгсгөл нь Эллинист хаадын орднуудад түгээмэл байсан тогтворгүй байдал ба хуйвалдааныг тусган харуулж, Птолемейн Египетийн доройтлын чухал эргэлтийн үеийг тэмдэглэдэг.</w:t>
      </w:r>
    </w:p>
    <w:p>
      <w:pPr>
        <w:pStyle w:val="ArticleBody"/>
        <w:jc w:val="left"/>
      </w:pPr>
      <w:r>
        <w:rPr>
          <w:rFonts w:ascii="Times New Roman" w:hAnsi="Times New Roman" w:eastAsia="Times New Roman" w:cs="Times New Roman"/>
        </w:rPr>
        <w:t>Александрыг нас барсны дараах дэлхийн ноёрхлын төлөөх тэмцэлд биелсэн шууд утгат биеллүүдээр дүрслэгдсэн өмнөдийн хааны сүнслэг биеллийн нэг онцлог нь “хувьсгал” юм. Францын хувьсгалын цаг үед Франц улс сүнслэг утгаараа өмнөдийн хаан болдог. Орчин үеийн өмнөдийн хаан болох Орос улс Оросын хувьсгалаар төрөн гарсан. Францын хувьсгалд нэвтрүүлэгдсэн философи Францын хувьсгалын эмх замбараагүй байдлаас Зөвлөлтийн хувьсгалын коммунизм хүртэл төлөвшин боловсорсон явдал нь өмнөдийн хааны нэг шинж мөн. Коммунизм хувьсгалуудаар дамжин дэлхий даяар тархсан.</w:t>
      </w:r>
    </w:p>
    <w:p>
      <w:pPr>
        <w:pStyle w:val="ArticleBody"/>
        <w:jc w:val="left"/>
      </w:pPr>
      <w:r>
        <w:rPr>
          <w:rFonts w:ascii="Times New Roman" w:hAnsi="Times New Roman" w:eastAsia="Times New Roman" w:cs="Times New Roman"/>
        </w:rPr>
        <w:t>Орчин цаг үед ТТГ төрийн бус байгууллагуудыг ашиглан дэлхий даяарх улс үндэстнүүдийг түлхэн унагахаар ажиллаж ирсэн бөгөөд тэдний дахин дахин хэрэглэсэн алхам алхмаар хэрэгжих төлөвлөгөөг “өнгөт хувьсгалууд” гэж нэрлэдэг. Өмнөдийн хаан бол луугийн хүч бөгөөд глобалистууд мөн луугийн хүч мөн; ТТГ-ын өнгөт хувьсгалууд нь луугийн хүчний тэмдэгүүд юм. Францын түүх, сүнслэг утгаараа өмнөдийн хаан болохын хувьд, эш үзүүллэгийн тэрхүү тодорхой шугамын төгсгөлийг тэмдэглэдэг өвөрмөц түүхийг агуулдаг.</w:t>
      </w:r>
    </w:p>
    <w:p>
      <w:pPr>
        <w:pStyle w:val="ArticleBody"/>
        <w:jc w:val="left"/>
      </w:pPr>
      <w:r>
        <w:rPr>
          <w:rFonts w:ascii="Times New Roman" w:hAnsi="Times New Roman" w:eastAsia="Times New Roman" w:cs="Times New Roman"/>
        </w:rPr>
        <w:t>Тэрхүү төгсгөлийг Наполеон төлөөлдөг. Францын хувьсгал нь Францыг өмнөдийн хаан болгон эхлүүлснийг тэмдэглэдэг бөгөөд Наполеон түүний төгсгөлийг тэмдэглэдэг. Түүхчид Наполеоныг өөрийн Ватерлоод хүргэсэн хэд хэдэн шат дараалсан алхмыг тодорхойлдог бөгөөд ингэснээр нэгэн шөнийн дотор эзлэгдсэн Вавилон ба Белшаззараас ялгаатайгаар, өмнөдийн анхны сүнслэг хааны төгсгөл аажим, шаталсан байдлаар болсон нь илэрхийлэгддэг. Орчин үеийн өмнөдийн хааны анхны Владимир болох Владимир Ленин хэд хэдэн харвалтын улмаас хоёр жилийн хугацаанд нас барсан. Зарим нь Иосиф Сталин түүнийг хордуулсан гэж таамагладаг, яг л зарим нь Птолемей IV-ийг түүний зөвлөхүүд хордуулсан гэж таамагладгийн адил. Зөвлөлт Холбоот Улсаар төлөөлөгдсөн орчин үеийн өмнөдийн хааны төгсгөл мөн хувьсгалаар хэрэгжсэн юм.</w:t>
      </w:r>
    </w:p>
    <w:p>
      <w:pPr>
        <w:pStyle w:val="ArticleBody"/>
        <w:jc w:val="left"/>
      </w:pPr>
      <w:r>
        <w:rPr>
          <w:rFonts w:ascii="Times New Roman" w:hAnsi="Times New Roman" w:eastAsia="Times New Roman" w:cs="Times New Roman"/>
        </w:rPr>
        <w:t>ЗХУ-ын мөхөлд нөлөөлсөн Москва дахь эсэргүүцэл нь 1991 оны 8 дугаар сарын төрийн эргэлтийн үеэр (1991 оны 8 дугаар сарын 19–21) өрнөсөн асар өргөн нийтийн эсэргүүцэл байв. Цагаан ордныг хамгаалах үйл хэрэг болон Борис Ельциний удирдлагад төвлөрсөн энэ үйл явдал нь Зөвлөлтийн хатуу чиг шугам баримтлагчдыг шууд сулруулж, дэглэмийн хэврэг байдлыг илчилж, ЗХУ-ын нуран уналтыг түргэтгэв. Хэдийгээр Москва дахь өмнөх эсэргүүцлүүд (жишээлбэл, 1987–1990) болон Балтын зам (1989) эрч хүчийг нь хуримтлуулсан боловч, 1991 оны 8 дугаар сарын эсэргүүцлүүд нь Москва дахь шийдвэрлэх эргэлтийн цэг болж, 1991 оны эцэс гэхэд Зөвлөлт Холбоот Улс задран татан буугдахад хүргэсэн юм. Өмнөдийн хаан болох Оросын эхлэл ч хувьсгалаар эхэлж, төгсгөл нь ч хувьсгалаар төгсөнө. ЗХУ-ын төгсгөл нь Птолемей, Уззиа, Наполеон, тэр ч байтугай Владимир Ленинтай адил хаанчлалын аажим задрал байсан. Путины төгсгөл нь ч мөн адил аажим уналт бөгөөд энэ нь Украины дайн дуусмагц эхэлнэ. Түүний төгсгөл нь Паниумын тулалдаанд авчрагдана. Тэр үед АНУ уг хаанчлалыг хяналтдаа авах бөгөөд, бодит байдал дээр тулалдаанд оролцоогүй нэг холбоотны дэмжлэгийг хүлээн авах юм.</w:t>
      </w:r>
    </w:p>
    <w:p>
      <w:pPr>
        <w:pStyle w:val="ArticleBody"/>
        <w:jc w:val="left"/>
      </w:pPr>
      <w:r>
        <w:rPr>
          <w:rFonts w:ascii="Times New Roman" w:hAnsi="Times New Roman" w:eastAsia="Times New Roman" w:cs="Times New Roman"/>
        </w:rPr>
        <w:t>Бид эдгээр мөрүүдийг дараагийн өгүүлэлд үргэлжлүүлэн авч үзнэ.</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Хоёр дугаар</dc:title>
  <dc:subject>Өмнөдийн хааны мандаж, унасан нь</dc:subject>
  <dc:creator>Jeff Pippenger</dc:creator>
  <cp:keywords/>
  <dc:description>Generated by ArticleDigger from panium\02_panium.json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