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Зургаагийн тоо</w:t>
      </w:r>
    </w:p>
    <w:p>
      <w:pPr>
        <w:pStyle w:val="ArticleSubtitle"/>
        <w:jc w:val="left"/>
      </w:pPr>
      <w:r>
        <w:rPr>
          <w:rFonts w:ascii="Arial" w:hAnsi="Arial" w:eastAsia="Arial" w:cs="Arial"/>
        </w:rPr>
        <w:t>Даниел 11 дэх эш үзүүллэгийн замын тэмдгүүд: ЗХУ-ын нуран уналт, Ням гаргийн хууль, орчин үеийн Ромын мандал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1989 онд ЗХУ нуран унаснаар Даниелын арван нэгдүгээр бүлгийн дөчдүгээр эшлэл биелсэн юм. Дөчин нэгдүгээр эшлэл нь, мөн арван зургаадугаар эшлэлийн адил, Америкийн Нэгдсэн Улс дахь Ням гаргийн хуулийг заана. 1989 оноос Америкийн Нэгдсэн Улс дахь Ням гаргийн хууль хүртэлх хугацаанд дөчдүгээр эшлэл хоосон байна. 1989 онд ЗХУ нуран унасан явдал мөн Даниелын арван нэгдүгээр бүлгийн аравдугаар эшлэлд тодорхойлогдсон бөгөөд тэр нь анхлан Антиох Магнусаар биелсэн юм.</w:t>
      </w:r>
    </w:p>
    <w:p>
      <w:pPr>
        <w:pStyle w:val="ArticleBody"/>
        <w:jc w:val="left"/>
      </w:pPr>
      <w:r>
        <w:rPr>
          <w:rFonts w:ascii="Times New Roman" w:hAnsi="Times New Roman" w:eastAsia="Times New Roman" w:cs="Times New Roman"/>
        </w:rPr>
        <w:t>Селевкидийн “хойд зүгийн хаан” Антиох III Магнус МЭӨ 223–187 онд захирч, Сирийн Гуравдугаар дайны (МЭӨ 246–241) дараа Птолемейнхнээс (“өмнөд зүгийн хаан”) алдсан нутаг дэвсгэрүүдийг эргүүлэн авахыг зорьжээ. Түүний Сирийн Дөрөвдүгээр дайны (МЭӨ 219–217) үеийн аян дайн нь Келе-Сири, Финик, Палестиныг дахин эзлэн авахад чиглэж байв. МЭӨ 219 онд Антиох өмнө зүгт давшиж, Селевкиа-ин-Пиериа, Тир, Птолемаисыг (Акр) эзлэн, эргийн түшиц цайзуудыг буцаан авчээ. МЭӨ 218 онд тэр цааш улам давшиж, Филадельфийг (Амман) эзлэн, Газ хүртэлх алдагдсан Селевкидийн газар нутгийг эргүүлэн авах зорилготойгоор Египетийн хилийн зүг шахан дөтөлжээ. Антиох МЭӨ 218 онд давшилтаа түр зогсоож, олсон амжилтаа бэхжүүлэн, шийдвэрлэх түлхэлтийг бэлтгэв. Птолемейн хаан IV Птолемей Филопатор түүнтэй тулалдахаар цэрэг хөдөлгөж, Египетийн цэргүүдээр хүчээ зузаатгав. Даниелын арван нэгдүгээр бүлгийн аравдугаар эшлэл Антиохын энэ хөдөлгөөнийг өгүүлж, ийнхүү 1989 онд ЗХУ нуран унахыг урьдчилан дүрслэн харуулж, дөчдүгээр эшлэлийн хэв шинжийг үзүүлдэг.</w:t>
      </w:r>
    </w:p>
    <w:p>
      <w:pPr>
        <w:pStyle w:val="ArticleScripture"/>
        <w:jc w:val="left"/>
      </w:pPr>
      <w:r>
        <w:rPr>
          <w:rFonts w:ascii="Times New Roman" w:hAnsi="Times New Roman" w:eastAsia="Times New Roman" w:cs="Times New Roman"/>
        </w:rPr>
        <w:t>Харин түүний хөвгүүд сэтгэл нь хөдөлж, асар их хүчний олон цэргийг цуглуулах бөгөөд тэдний нэг нь гарцаагүй ирж, халин давж, нэвт өнгөрнө; дараа нь тэр буцаж ирж, өөрийн хэрэм бэхлэлт хүртэл сэтгэл нь хөдөлнө. Даниел 11:10.</w:t>
      </w:r>
    </w:p>
    <w:p>
      <w:pPr>
        <w:pStyle w:val="ArticleBody"/>
        <w:jc w:val="left"/>
      </w:pPr>
      <w:r>
        <w:rPr>
          <w:rFonts w:ascii="Times New Roman" w:hAnsi="Times New Roman" w:eastAsia="Times New Roman" w:cs="Times New Roman"/>
        </w:rPr>
        <w:t>Дөчдүгээр зүйлд гардаг хойд зүгийн хаан “үерлэн халин өнгөрөх” нь аравдугаар зүйл дэх хойд зүгийн хааны “үерлэн дайран өнгөрөх”-тэй нийцэж байна. Аль аль зүйлд нь яг ижил еврей үгс хэрэглэгдсэн бөгөөд тэдгээрийг зүгээр л ялимгүй өөрөөр орчуулсан байна. Энэ нь Исаиа 8:8-д байдагтай адилхан илэрхийлэл мөн.</w:t>
      </w:r>
    </w:p>
    <w:p>
      <w:pPr>
        <w:pStyle w:val="ArticleScripture"/>
        <w:jc w:val="left"/>
      </w:pPr>
      <w:r>
        <w:rPr>
          <w:rFonts w:ascii="Times New Roman" w:hAnsi="Times New Roman" w:eastAsia="Times New Roman" w:cs="Times New Roman"/>
        </w:rPr>
        <w:t>Тэр Иудагаар нэвтэрч, үерлэн халин өнгөрөх болно; тэр хүзүү хүртэл хүрэх бөгөөд түүний далавчны дэлгэлт нь чиний газрын өргөнийг бүхэлд нь дүүргэх болно, өө Иммануел аа. Исаиа 8:8.</w:t>
      </w:r>
    </w:p>
    <w:p>
      <w:pPr>
        <w:pStyle w:val="ArticleBody"/>
        <w:jc w:val="left"/>
      </w:pPr>
      <w:r>
        <w:rPr>
          <w:rFonts w:ascii="Times New Roman" w:hAnsi="Times New Roman" w:eastAsia="Times New Roman" w:cs="Times New Roman"/>
        </w:rPr>
        <w:t>Эдгээр гурван эшлэл бүр өмнөдийн нэгэн хаан умардын нэгэн хаанд ялагдаж байгааг тодорхойлж байна. Умардын хаан Антиох өмнөдийн хаан Птолемейг дийлсэн нь, Өмнөдийн хаан Иудаг Санхериб дийлсэнтэй адил бөгөөд, мөн дөчдүгээр эшлэл дэх умардын хаан 1989 онд ЗХУ-ыг хаман зайлуулсантай адил юм. Эдгээр гурван эшлэл, мөн тэдгээр эшлэлийн түүхэн гурван биелэл хамтдаа “эцсийн цаг”-ийг 1989 он гэж тодорхойлж байна. Иймээс аравдугаар эшлэл нь 1989 он бөгөөд арван зургадугаар эшлэл нь дөчин нэгдүгээр эшлэлийн нэгэн адил АНУ дахь Ням гаргийн хууль мөн.</w:t>
      </w:r>
    </w:p>
    <w:p>
      <w:pPr>
        <w:pStyle w:val="ArticleBody"/>
        <w:jc w:val="left"/>
      </w:pPr>
      <w:r>
        <w:rPr>
          <w:rFonts w:ascii="Times New Roman" w:hAnsi="Times New Roman" w:eastAsia="Times New Roman" w:cs="Times New Roman"/>
        </w:rPr>
        <w:t>Арван нэгээс арван тавдугаар ишлэлүүд нь Бичээстэй нэгэн хэсэг бөгөөд мөн тэдгээр нь дөчдүгээр ишлэлийн нуугдмал түүхэн доторх эш үзүүллэгийн тодорхой замын тэмдгүүдийг тодорхойлдог түүхэн биелэлтэй юм. Америкийн Нэгдсэн Улс дахь Ням гаргийн хуулиас өмнө, харин 1989 оноос хойш, Рафиагийн тулалдаан болон түүний дараах үйл явдлууд арван нэг ба арван хоёрдугаар ишлэлүүдэд өгүүлэгдсэн бөгөөд Паниумын тулалдаан арван гуравдугаараас арван тавдугаар ишлэлүүдэд өгүүлэгдсэн байдаг.</w:t>
      </w:r>
    </w:p>
    <w:p>
      <w:pPr>
        <w:pStyle w:val="ArticleBody"/>
        <w:jc w:val="left"/>
      </w:pPr>
      <w:r>
        <w:rPr>
          <w:rFonts w:ascii="Times New Roman" w:hAnsi="Times New Roman" w:eastAsia="Times New Roman" w:cs="Times New Roman"/>
        </w:rPr>
        <w:t>Ням гаргийн хууль бол тогтоогдсон цаг мөн; учир нь тэнд л папын эрх мэдлийн аминд хүрэх шарх эдгэрч, пап дахин газрын хаан ширээнд эргэн сууна. Тэрхүү эрх мэдэл олголтыг 538 онд папын эрх мэдлийг хаан ширээнд залсан явдал, мөн Акциумын тулалдаанд харь Ромыг хаан ширээнд залсан явдал урьдчилан төлөөлөн үзүүлсэн билээ. Зөгнөлийн утгаар хаан ширээнд заларсан даруйдаа харь Ром 360 жилийн турш дээд эрх мэдлээр захирсан. 538 онд папын эрх мэдэл хаан ширээнд заларсны дараа тэрээр мянга хоёр зуун жаран жилийн турш дээд эрх мэдлээр захирсан. Ням гаргийн хуулийн үед аминд хүрэх шарх эдгэрмэгц папын эрх мэдэл бэлгэдлийн 42 сарын турш дээд эрх мэдлээр захирна.</w:t>
      </w:r>
    </w:p>
    <w:p>
      <w:pPr>
        <w:pStyle w:val="ArticleScripture"/>
        <w:jc w:val="left"/>
      </w:pPr>
      <w:r>
        <w:rPr>
          <w:rFonts w:ascii="Times New Roman" w:hAnsi="Times New Roman" w:eastAsia="Times New Roman" w:cs="Times New Roman"/>
        </w:rPr>
        <w:t>Түүний нэгэн толгой нь үхтэл шархдуулсан мэт харагдавч, түүний үхлийн шарх эдгэрчээ; тэгээд бүх дэлхий араатныг гайхан дагав. Тэд араатанд эрх мэдэл өгсөн лууг шүтэж, мөн араатныг шүтэн: Араатантай хэн адил вэ? Түүнтэй дайн хийх чадалтай хэн бэ? хэмээн хэлэв. Түүнд агуу үгс болон доромжлолуудыг хэлэх ам өгөгдөж, мөн дөчин хоёр сарын турш үйлдэх эрх мэдэл түүнд өгөгдөв. Илчлэлт 13:3–5.</w:t>
      </w:r>
    </w:p>
    <w:p>
      <w:pPr>
        <w:pStyle w:val="ArticleBody"/>
        <w:jc w:val="left"/>
      </w:pPr>
      <w:r>
        <w:rPr>
          <w:rFonts w:ascii="Times New Roman" w:hAnsi="Times New Roman" w:eastAsia="Times New Roman" w:cs="Times New Roman"/>
        </w:rPr>
        <w:t>27-р эшлэлд эдгээр хоёр хааны тухай “хоёулаа” гэж хэлдэг:</w:t>
      </w:r>
    </w:p>
    <w:p>
      <w:pPr>
        <w:pStyle w:val="ArticleScripture"/>
        <w:jc w:val="left"/>
      </w:pPr>
      <w:r>
        <w:rPr>
          <w:rFonts w:ascii="Times New Roman" w:hAnsi="Times New Roman" w:eastAsia="Times New Roman" w:cs="Times New Roman"/>
        </w:rPr>
        <w:t>Энэ хоёр хааны зүрх нь хорлол үйлдэхэд чиглэх бөгөөд тэд нэгэн ширээний ард худал ярилцах болно; гэвч тэр нь бүтэмжлэхгүй. Учир нь эцэс нь хараахан товлогдсон цагтаа байна. Даниел 11:27.</w:t>
      </w:r>
    </w:p>
    <w:p>
      <w:pPr>
        <w:pStyle w:val="ArticleBody"/>
        <w:jc w:val="left"/>
      </w:pPr>
      <w:r>
        <w:rPr>
          <w:rFonts w:ascii="Times New Roman" w:hAnsi="Times New Roman" w:eastAsia="Times New Roman" w:cs="Times New Roman"/>
        </w:rPr>
        <w:t>Хорин долоодугаар эшлэл дэх хоёр хаан нь үүнээс өмнөх хоёр эшлэлд дурдагдсан, улмаар Акциумын тулалдааныг хийсэн хаад мөн.</w:t>
      </w:r>
    </w:p>
    <w:p>
      <w:pPr>
        <w:pStyle w:val="ArticleScripture"/>
        <w:jc w:val="left"/>
      </w:pPr>
      <w:r>
        <w:rPr>
          <w:rFonts w:ascii="Times New Roman" w:hAnsi="Times New Roman" w:eastAsia="Times New Roman" w:cs="Times New Roman"/>
        </w:rPr>
        <w:t>Тэрээр өмнөдийн хааны эсрэг асар их цэрэгтэйгээр өөрийн хүч чадал ба зоригийг хөдөлгөнө; мөн өмнөдийн хаан ч тулалдаанд өдөөгдөн, үлэмж агуу, хүчирхэг цэрэгтэйгээр байлдана. Гэвч тэр тогтож үл чадна. Учир нь түүний эсрэг арга мэх сэдэх болно. Тийм ээ, түүний хоолны хувь хүртэгчид өөрсдөө түүнийг сүйрүүлэх бөгөөд түүний цэрэг үер мэт халин урсах болно; бас олон хүн алагдан унах болно. Даниел 11:25, 26.</w:t>
      </w:r>
    </w:p>
    <w:p>
      <w:pPr>
        <w:pStyle w:val="ArticleBody"/>
        <w:jc w:val="left"/>
      </w:pPr>
      <w:r>
        <w:rPr>
          <w:rFonts w:ascii="Times New Roman" w:hAnsi="Times New Roman" w:eastAsia="Times New Roman" w:cs="Times New Roman"/>
        </w:rPr>
        <w:t>Иймээс хорин долдугаар эшлэлд, цааш үргэлжлүүлэхээс өмнө ойлговол зохих нэгэн онцгой зөрчил үүсэж байна. Хорин дөрөвдүгээр эшлэлд “хугацаа” нь Акциумын тулалдаанаас эхэлж, 330 оны тогтоогдсон цагт төгсөх 360 жилийн үеийг төлөөлж байна.</w:t>
      </w:r>
    </w:p>
    <w:p>
      <w:pPr>
        <w:pStyle w:val="ArticleBody"/>
        <w:jc w:val="left"/>
      </w:pPr>
      <w:r>
        <w:rPr>
          <w:rFonts w:ascii="Times New Roman" w:hAnsi="Times New Roman" w:eastAsia="Times New Roman" w:cs="Times New Roman"/>
        </w:rPr>
        <w:t>Тэр тэмцэл дэх өмнөдийн хаан нь Марк Антонитой холбоотон байсан Клеопатра байв. Октавиус бол умардын хаан байсан бөгөөд тэрээр тэд хоёуланг нь ялан дийлэх байв. Товлогдсон цагт (МЭӨ 31 он), урьд нь нэг ширээний ард сууж, бие биедээ худал хэлж байсан тэр хоёр хаан Актиумын тулалдаанд нүүр тулан учрах байв.</w:t>
      </w:r>
    </w:p>
    <w:p>
      <w:pPr>
        <w:pStyle w:val="ArticleBody"/>
        <w:jc w:val="left"/>
      </w:pPr>
      <w:r>
        <w:rPr>
          <w:rFonts w:ascii="Times New Roman" w:hAnsi="Times New Roman" w:eastAsia="Times New Roman" w:cs="Times New Roman"/>
        </w:rPr>
        <w:t>Ширээний ар дахь хоёр хаан нь Паниумын тулалдааны түүхтэй (13–15-р эшлэлүүд) нийцдэг бөгөөд тэнд Антиох Магнус ба Македоны Филипп нарын холбоо байсан юм. Тэрхүү түүхэн холбоо нь Христийн цаг үе дэх Паниум хэмээх нэрэнд—Кесари Филиппид—дүрслэгдсэн бэлгэдлийн холбоотой тохирдог. Мөн энэ холбоо 40-р эшлэлд, 1989 онд ЗХУ Рейган болон Пап Иоанн Павел II-ын хоорондын холбоогоор арчигдан зайлуулагдах үед ч дүрслэгддэг. Хоёр хаан МЭӨ 31 оноос өмнө бие биедээ худал ярьдаг бөгөөд энэ нь АНУ дахь Ням гаргийн хуультай нийцдэг; иймээс тэдний худал нь 16-р эшлэлийн өмнө, Рафиагийн тулалдаанаас хойш арван долоон жилийн дараа Паниумын тулалдаанд биелсэн 13–15-р эшлэлүүдээр дүрслэгдсэн түүхийн үед, мөн 16-р эшлэлийн биелэл болгон Помпей Иерусалимыг эзлэн авснаас нэг зуун гучин долоон жилийн өмнө тохиолддог.</w:t>
      </w:r>
    </w:p>
    <w:p>
      <w:pPr>
        <w:pStyle w:val="ArticleBody"/>
        <w:jc w:val="left"/>
      </w:pPr>
      <w:r>
        <w:rPr>
          <w:rFonts w:ascii="Times New Roman" w:hAnsi="Times New Roman" w:eastAsia="Times New Roman" w:cs="Times New Roman"/>
        </w:rPr>
        <w:t>Хорин наймдугаар эшлэлд Клеопатра (өмнөдийн хаан) болон Марк Антоний хоёуланг нь ялсан ялагч Октавий “агуу их эд баялагтайгаар нутагтаа буцна; түүний зүрх ариун гэрээний эсрэг байх болно; тэрээр хүчирхэг үйлсийг үйлдээд, өөрийн нутагтаа буцна” хэмээн өгүүлэгддэг. Уриа Смит эдгээр хоёр ялалтыг МЭӨ 31 онд болсон Акциумын тулалдаан болон МЭ 70 онд Иерусалимын сүйрэлтэй адилтган тодорхойлдог. Иймээс хорин наймдугаар эшлэл нь 360 жилийн эхлэл болох Акциумын тулалдаанаас эхэлж, МЭ 70 онд Иерусалим сүйрснээр тэмдэглэгдэх түүхийг зааж байна.</w:t>
      </w:r>
    </w:p>
    <w:p>
      <w:pPr>
        <w:pStyle w:val="ArticleScripture"/>
        <w:jc w:val="left"/>
      </w:pPr>
      <w:r>
        <w:rPr>
          <w:rFonts w:ascii="Times New Roman" w:hAnsi="Times New Roman" w:eastAsia="Times New Roman" w:cs="Times New Roman"/>
        </w:rPr>
        <w:t>Тэгээд тэрээр их эд баялагтайгаар өөрийн нутагтаа буцан очно; зүрх нь ариун гэрээний эсрэг байна; тэрээр агуу үйлсийг үйлдээд, өөрийн нутагтаа буцна. Даниел 11:28.</w:t>
      </w:r>
    </w:p>
    <w:p>
      <w:pPr>
        <w:pStyle w:val="ArticleBody"/>
        <w:jc w:val="left"/>
      </w:pPr>
      <w:r>
        <w:rPr>
          <w:rFonts w:ascii="Times New Roman" w:hAnsi="Times New Roman" w:eastAsia="Times New Roman" w:cs="Times New Roman"/>
        </w:rPr>
        <w:t>Хорин дөрөвдүгээр эшлэлийн сүүлчийн хэллэгээс (“тодорхой хугацаанд ч гэсэн”) эхлэн түүхэн нэгэн шугам дүрслэгддэг бөгөөд энэ нь МЭӨ 31 онд эхэлж, гучин нэгдүгээр эшлэлийн сүүлчийн хэллэгт (“эзгүйрлийг үйлдүүлэгч жигшүүртийг байгуулна”) хүрч төгсөнө; энэ нь 538 онд биелсэн юм. Энэхүү шугам Актиумын тулалдаанаар эхэлдэг бөгөөд энэ нь харийн Ром гурван зуун жаран жилийн турш дээд ноёрхлоор захирч эхэлсний тэмдэг юм. Энэ шугам 538 онд папын Ром нэг мянга хоёр зуун жаран жилийн турш дээд ноёрхлоор захирч эхэлснээр төгсөнө. Эдгээр эшлэлүүдийн дотор, мөн эшлэлүүдийг биелүүлсэн түүхийн хүрээнд, 330 онд тогтоогдсон цаг нь Библийн эш үзүүллэг дэх дөрөв дэх хаанчлал болох харийн Ромын түүхэн дэх нэгэн хуваагдлыг илэрхийлдэг. Гурван зуун жаран жилийн турш дээд ноёрхлоор захирсан анхны үеийн дараа, 538 онд гучин нэгдүгээр эшлэлд папын засаг сэнтийг эзлэхээс өмнөхөн, эзэнт гүрэн задран доройтсон хоёр зуун найман жил үргэлжилсэн байна. Эдгээр найман эшлэлийн дараалал дотор зөвхөн хорин долоодугаар эшлэл л МЭӨ 31 оны Актиумын тулалдаанаас өмнө болсон түүхэн биеллийг заан тэмдэглэдэг.</w:t>
      </w:r>
    </w:p>
    <w:p>
      <w:pPr>
        <w:pStyle w:val="ArticleBody"/>
        <w:jc w:val="left"/>
      </w:pPr>
      <w:r>
        <w:rPr>
          <w:rFonts w:ascii="Times New Roman" w:hAnsi="Times New Roman" w:eastAsia="Times New Roman" w:cs="Times New Roman"/>
        </w:rPr>
        <w:t>Хорин долоодугаар эшлэлд “товлогдсон цаг”-аас өмнө хоёр хаан уулзахыг зааж, харин хорин есдүгээр эшлэлд нэгэн “товлогдсон цаг”-ийг заадаг. Хорин долоодугаар эшлэлийн “товлогдсон цаг” нь гурван зуун жаран жилийн хугацааны эхлэл бөгөөд хорин есдүгээр эшлэлийн “товлогдсон цаг” нь тэрхүү гурван зуун жаран жилийн хугацааны төгсгөл мөн. Эхлэл ба төгсгөл нь “товлогдсон цаг”-ийг төлөөлдөг.</w:t>
      </w:r>
    </w:p>
    <w:p>
      <w:pPr>
        <w:pStyle w:val="ArticleBody"/>
        <w:jc w:val="left"/>
      </w:pPr>
      <w:r>
        <w:rPr>
          <w:rFonts w:ascii="Times New Roman" w:hAnsi="Times New Roman" w:eastAsia="Times New Roman" w:cs="Times New Roman"/>
        </w:rPr>
        <w:t>Харь Ромын хүчирхэгжилт нь Даниел 8:9-д дүрслэгдсэн газарзүйн гурав дахь саадыг байлдан дагуулах үед эхэлсэн.</w:t>
      </w:r>
    </w:p>
    <w:p>
      <w:pPr>
        <w:pStyle w:val="ArticleScripture"/>
        <w:jc w:val="left"/>
      </w:pPr>
      <w:r>
        <w:rPr>
          <w:rFonts w:ascii="Times New Roman" w:hAnsi="Times New Roman" w:eastAsia="Times New Roman" w:cs="Times New Roman"/>
        </w:rPr>
        <w:t>Тэдгээрийн нэгнээс нэгэн жижиг эвэр гарч ирсэн бөгөөд тэр нь өмнө зүг өөд, дорно зүг өөд, мөн үзэсгэлэнт газрыг чиглэн үлэмж ихээр өсөн хүчирхэгжив. Даниел 8:9.</w:t>
      </w:r>
    </w:p>
    <w:p>
      <w:pPr>
        <w:pStyle w:val="ArticleBody"/>
        <w:jc w:val="left"/>
      </w:pPr>
      <w:r>
        <w:rPr>
          <w:rFonts w:ascii="Times New Roman" w:hAnsi="Times New Roman" w:eastAsia="Times New Roman" w:cs="Times New Roman"/>
        </w:rPr>
        <w:t>Эрх мэдэлжүүлэлт нь Акциумын тулалдаанаас эхэлж, наймдугаар бүлгийн есдүгээр эшлэлд гардаг өмнөдийн хаан (Египет)-ыг дараа нь эрхшээлдээ оруулснаар үргэлжилсэн юм.</w:t>
      </w:r>
    </w:p>
    <w:p>
      <w:pPr>
        <w:pStyle w:val="ArticleBody"/>
        <w:jc w:val="left"/>
      </w:pPr>
      <w:r>
        <w:rPr>
          <w:rFonts w:ascii="Times New Roman" w:hAnsi="Times New Roman" w:eastAsia="Times New Roman" w:cs="Times New Roman"/>
        </w:rPr>
        <w:t>Библийн эш үзүүлгийн дөрөвдэх хаант улс болох харь Ромын ноёрхлын төгсгөл нь папын Ром газар зүйн гурав дахь саадаа даван гарсан 538 онд тохиосон. Акциумын тулалдаанаас 538 он хүртэлх бүтэн таван зуун жаран найман жилийн хугацаа нь харь Ром гурав дахь саадаа ялж, Библийн эш үзүүлгийн дөрөвдэх хаант улс болсон үеэс эхэлж, папын Ром газар зүйн гурав дахь саадаа ялсан үед төгсөнө.</w:t>
      </w:r>
    </w:p>
    <w:p>
      <w:pPr>
        <w:pStyle w:val="ArticleBody"/>
        <w:jc w:val="left"/>
      </w:pPr>
      <w:r>
        <w:rPr>
          <w:rFonts w:ascii="Times New Roman" w:hAnsi="Times New Roman" w:eastAsia="Times New Roman" w:cs="Times New Roman"/>
        </w:rPr>
        <w:t>Библийн эш үзүүлгийн дөрөв дэх хаанчлалын хувьд, энд дүрслэгдсэн түүх нь хоёр үеийг илтгэнэ: эхнийх нь Ром өөрийгөө өргөмжилсөн үе, түүнээс хойшхи нь Ромын уналтыг дүрсэлсэн үе юм. Өргөмжлөгдлийн эхний үеийн эхлэл нь мөн харь шашинт Ром Библийн эш үзүүлгийн дөрөв дэх хаанчлалын хувьд ноёрхсон бүх хугацааны эхлэл мөн юм. Ромын өргөмжлөгдлийн эхний үе нь тогтоогдсон цагт эхэлж, тогтоогдсон цагт төгсөнө; мөн тэр нь умардын ба өмнөдийн хаанчлалууд нэгдсэнээр эхэлдэг. Тэр нь дорнын хаанчлал ба өрнийн хаанчлал болгон хуваагдсанаар төгсөнө. Тогтоогдсон цагт эхэлж төгсөх нь, мөн эхлэл ба төгсгөл нь Александрийн хаанчлалын дөрвөн хуваагдлыг төлөөлдөг.</w:t>
      </w:r>
    </w:p>
    <w:p>
      <w:pPr>
        <w:pStyle w:val="ArticleBody"/>
        <w:jc w:val="left"/>
      </w:pPr>
      <w:r>
        <w:rPr>
          <w:rFonts w:ascii="Times New Roman" w:hAnsi="Times New Roman" w:eastAsia="Times New Roman" w:cs="Times New Roman"/>
        </w:rPr>
        <w:t>Хорин долоо болон хорин есдүгээр эшлэл дэх товлогдсон хоёр цаг нь Ром дээд эрхээр ноёрхох үеийг дүрслэн заах эхлэл ба төгсгөлийн тэмдэг болдог. Даниел арван нэгдүгээр бүлгийн дөчин нэг дүгээр эшлэл болон арван зургаадугаар эшлэлийн биелэл болгон Америкийн Нэгдсэн Улсад Ням гаргийн хууль тогтоогдох үед орчин үеийн Ром дөчин хоёр бэлгэдэлт сарын турш дээд эрхээр ноёрхох хугацаа эхэлдэг. Хорин долоодугаар эшлэлийн эхний товлогдсон цаг нь Америкийн Нэгдсэн Улс дахь Ням гаргийн хууль бөгөөд хоёр дахь товлогдсон цаг нь дэлхий дээрх хамгийн сүүлчийн улс Америкийн Нэгдсэн Улсын жишээг дагаж, эцсийн Ням гаргийн хуулийг хэрэгжүүлэх цагийг төлөөлдөг; ингэснээр шүтээн болсон амралтын өдрийн дэлхий даяарх албадан мөрдөлтийг тодорхойлон харуулдаг.</w:t>
      </w:r>
    </w:p>
    <w:p>
      <w:pPr>
        <w:pStyle w:val="ArticleBody"/>
        <w:jc w:val="left"/>
      </w:pPr>
      <w:r>
        <w:rPr>
          <w:rFonts w:ascii="Times New Roman" w:hAnsi="Times New Roman" w:eastAsia="Times New Roman" w:cs="Times New Roman"/>
        </w:rPr>
        <w:t>Тэрхүү эш үзүүллэгийн хоёр тэмдэглэгээ нь АНУ-д гарах Ням гаргийн хууль болон дэлхий даяар Ням гаргийн хуулийг хэрэгжүүлэх явдал бөгөөд эдгээр хоёр Ням гаргийн хууль нь хорин долоо, хорин есдүгээр эшлэл дэх товлогдсон хоёр цаг мөн. Хорин долоодугаар эшлэл дэх анхны товлогдсон цагийг мөн 321 онд Константины Ням гаргийн хуулиар бэлгэдэн дүрсэлсэн бөгөөд 538 онд Орлеаны Зөвлөл дээр гарсан папын Ням гаргийн хууль нь дэлхий нийтийн Ням гаргийн хуулийг төлөөлдөг.</w:t>
      </w:r>
    </w:p>
    <w:p>
      <w:pPr>
        <w:pStyle w:val="ArticleBody"/>
        <w:jc w:val="left"/>
      </w:pPr>
      <w:r>
        <w:rPr>
          <w:rFonts w:ascii="Times New Roman" w:hAnsi="Times New Roman" w:eastAsia="Times New Roman" w:cs="Times New Roman"/>
        </w:rPr>
        <w:t>Арван гуравдугаар ишлэлээс арван тавдугаар ишлэл хүртэлх агуулгын хүрээнд, Паниумын тулалдаан нь арван зургаадугаар ишлэл дэх Ням гаргийн хуулиас өмнөх түүх юм. Тэрхүү түүхийн дотор бие биедээ худал хэлдэг хоёр хааны уулзалт биеллээ олдог. Арван гуравдугаар ишлэлээс арван тавдугаар ишлэлүүд нь арван ишлэлээс арван зургаадугаар ишлэлүүдэд дүрслэгдсэн түүхийн нэг хэсэг мөн. Эдгээр ишлэлүүд аравдугаар ишлэлд Сирийн дөрөвдүгээр дайныг, арван нэгдүгээр ишлэлд Рафиагийн тулалдааныг, арван хоёрдугаар ишлэлд тэр тулалдааны дараах үр дагаврыг тодорхойлдог. Арван гуравдугаар ишлэлээс арван тавдугаар ишлэлүүд нь МЭӨ 200 оны түүхийг илэрхийлдэг бөгөөд тэр үед Паниумын тулалдаан биелж, мөн чиний ард түмний дээрэмчид хэмээн дүрслэгдсэн харь шүтээний Ром эш үзүүллэгийн өгүүлэмжид орж ирдэг.</w:t>
      </w:r>
    </w:p>
    <w:p>
      <w:pPr>
        <w:pStyle w:val="ArticleBody"/>
        <w:jc w:val="left"/>
      </w:pPr>
      <w:r>
        <w:rPr>
          <w:rFonts w:ascii="Times New Roman" w:hAnsi="Times New Roman" w:eastAsia="Times New Roman" w:cs="Times New Roman"/>
        </w:rPr>
        <w:t>Даниел 11:40-р эшлэл нь 1989 онд ЗХУ нуран унасныг заадаг бөгөөд 16-р эшлэл нь АНУ дахь Ням гаргийн хуулийг заадаг. Товлосон цагийн өмнө, өөр хоорондоо худал ярьдаг хоёр хааны уулзалт болох Акцийн тулалдаан нь 1989 оны төгсгөлийн цагийн дараа эхэлж, АНУ дахь Ням гаргийн хуулиар өндөрлөх 40-р эшлэлийн түүхийн хүрээнд явагддаг. 27-р эшлэл нь 40-р эшлэлийн далд түүх дэх нэгэн замын тэмдэг бөгөөд 1989 оноос хойш, гэвч Ням гаргийн хуулиас өмнө тохиолддог. 27-р эшлэлийн “уулзалт” нь Ням гаргийн хуулиар Ром эрх мэдэлжихээс өмнөх нэгэн замын тэмдэг юм. 538 онд папын засаг эрх мэдэлжихэд хүргэдэг хэд хэдэн замын тэмдэг байдаг бөгөөд эдгээр замын тэмдэг нь мөн товлосон цагаас өмнө тохиолддог. Эдгээр эш үзүүллэгийн замын тэмдгийн нэг нь 533 онд Юстинианы гаргасан зарлиг бөгөөд энэ нь 30-р эшлэл дэх “гэрээг орхигсодтой харилцан ойлголцох” гэсэн эшлэлийг биелүүлсэн юм.</w:t>
      </w:r>
    </w:p>
    <w:p>
      <w:pPr>
        <w:pStyle w:val="ArticleBody"/>
        <w:jc w:val="left"/>
      </w:pPr>
      <w:r>
        <w:rPr>
          <w:rFonts w:ascii="Times New Roman" w:hAnsi="Times New Roman" w:eastAsia="Times New Roman" w:cs="Times New Roman"/>
        </w:rPr>
        <w:t>Харь шашинт Ромын түүхэн дэх товлогдсон цагт хүргэдэг бусад замын тэмдгүүд нь 330 он бөгөөд тэр үед харь шашинт Ром папын эрх мэдэлд “суудал”-аа өгч, мөн нэгэн зэрэг өөрөө түлхэн унасан юм. 496 онд Кловис өөрийн “хүч”-ийг пап ламын засаглалд өгсөн. Даниелын долоодугаар бүлгийн биелэлтээр харь шашинт Ром папын төлөө “гурван эвэр”-ийг зайлуулсан бөгөөд тэдгээрийн сүүлчийнх нь 538 онд остготчуудыг Ром хотоос зайлуулсан явдал байв. 508 онд харь шашныг улсын хууль ёсны шашин байхаас халж, түүний оронд Католик шашныг тавьсан. 538 он нь дөчин нэгдүгээр эшлэлийн Ням гаргийн хуулийг төлөөлдөг бөгөөд 496 он нь 1989 оныг төлөөлдөг, учир нь Рейган Кловисын адил өөрийн хүчийг Ромын папад зориулсан юм. 330 он Ням гаргийн хуулийг тодорхойлдог. Учир нь тэнд л папын засаглал эрх мэдлийн суудалдаа эргэн ирдэг.</w:t>
      </w:r>
    </w:p>
    <w:p>
      <w:pPr>
        <w:pStyle w:val="ArticleBody"/>
        <w:jc w:val="left"/>
      </w:pPr>
      <w:r>
        <w:rPr>
          <w:rFonts w:ascii="Times New Roman" w:hAnsi="Times New Roman" w:eastAsia="Times New Roman" w:cs="Times New Roman"/>
        </w:rPr>
        <w:t>Энэ нь 538 ба 330 аль аль нь тогтоогдсон цагийг төлөөлж байгааг, өөрөөр хэлбэл арван зургаа болон дөчин нэгдүгээр эшлэлүүдийг зааж байна. 496 нь 1989 оныг төлөөлж, Даниел 11-ийн аравдугаар эшлэл болон дөчдүгээр эшлэл, мөн Исаиа 8:8-ыг биелүүлсэн байна. 508 нь тэр улсын шашин Католицизмын төлөө зайлуулагдах үеийг зааж байна. 496 онд Кловисоос эхлэн 508 он хүртэл, тухайн улсын хууль ёсны шашныг үе шаттайгаар зайлуулж, орлуулах явц дүрслэгдсэн. 330-аар эхэлсэн түүхэнд Баруун Ромын аажим мөхөл нь эхний дөрвөн бүрээгээр төлөөлөгдөж байгаа бөгөөд ингэснээр АНУ дахь Ням гаргийн хуулиас эхэлдэг шаталсан сүйрлийг зааж байна.</w:t>
      </w:r>
    </w:p>
    <w:p>
      <w:pPr>
        <w:pStyle w:val="ArticleBody"/>
        <w:jc w:val="left"/>
      </w:pPr>
      <w:r>
        <w:rPr>
          <w:rFonts w:ascii="Times New Roman" w:hAnsi="Times New Roman" w:eastAsia="Times New Roman" w:cs="Times New Roman"/>
        </w:rPr>
        <w:t>321 онд Константин Ням гаргийн хуулийг тогтоосны дараа харь үндэстний Ром аажмаар нуран унасан нь Ням гаргийн хуульд хүрдэг Библийн эш үзүүллэгийн зургаа дахь хаанчлал болох Америкийн Нэгдсэн Улсын уналтыг дүрслэн үзүүлдэг. Дараа нь Сестра Уайт “үндэсний хэмжээний тэрслэлт нь үндэсний сүйрлээр үргэлжилнэ” хэмээн тэмдэглэснээрээ тодорхойлсончлон, бүрээний дөрвөн шүүлт Америкийн Нэгдсэн Улсын дээр буудаг. Езекиел үүн дээр дөрвөн төрлийн шийтгэлийн тухай нэмэлт гэрчлэл өгдөг.</w:t>
      </w:r>
    </w:p>
    <w:p>
      <w:pPr>
        <w:pStyle w:val="ArticleScripture"/>
        <w:jc w:val="left"/>
      </w:pPr>
      <w:r>
        <w:rPr>
          <w:rFonts w:ascii="Times New Roman" w:hAnsi="Times New Roman" w:eastAsia="Times New Roman" w:cs="Times New Roman"/>
        </w:rPr>
        <w:t>ЭЗЭНий үг дахин надад ирж, ийн айлдав: Хүний хүү ээ, хэрэв нэгэн газар нутаг надад хүндээр тэрсэлж нүгэл үйлдвэл, Би түүн дээр мутраа сунгаж, талхны нь тулах савааг хугалан, өлсгөлөнг түүн дээр илгээж, хүн ба адгуусыг түүнээс таслан устгана. Тэр газар дотор Ноа, Даниел, Иов хэмээх эдгээр гурван хүн байсан ч, тэд зөвт байдлаараа зөвхөн өөрсдийнхөө амийг л аварна гэж Эзэн БУРХАН айлдаж байна. Хэрэв Би хөнөөлт араатнуудыг тэр газраар нэвтрүүлж, тэд түүнийг сүйтгэн, тэр нь эзгүйрч, араатнуудын улмаас хэн ч түүгээр дайран өнгөрч чадахгүй болговол, эдгээр гурван хүн тэнд байсан ч, Би амьд буйгаар минь, гэж Эзэн БУРХАН айлдаж байна, тэд хөвгүүдээ ч, охидоо ч аварч чадахгүй; зөвхөн өөрсдөө л аврагдаж, харин газар нутаг эзгүйрнэ. Эсвэл хэрэв Би тэр газар нутаг дээр илд авчран, “Илд ээ, тэр газраар нэвтэр” гэж хэлж, хүн ба адгуусыг түүнээс таслан устгавал, эдгээр гурван хүн тэнд байсан ч, Би амьд буйгаар минь, гэж Эзэн БУРХАН айлдаж байна, тэд хөвгүүдээ ч, охидоо ч аварч чадахгүй, харин зөвхөн өөрсдөө л аврагдана. Эсвэл хэрэв Би тэр газар нутагт тахал илгээж, хүн ба адгуусыг түүнээс таслан устгахын тулд цусаар Өөрийн уур хилэнг түүн дээр асгавал, Ноа, Даниел, Иов тэнд байсан ч, Би амьд буйгаар минь, гэж Эзэн БУРХАН айлдаж байна, тэд нэг ч хүү, нэг ч охиныг аварч чадахгүй; тэд зөвхөн өөрсдийнхөө амийг зөвт байдлаараа л аварна. Учир нь Эзэн БУРХАН ийн айлдаж байна: Хүн ба адгуусыг түүнээс таслан устгахын тулд Би Иерусалимын эсрэг Өөрийн дөрвөн хүнд шүүлтийг—илд, өлсгөлөн, хөнөөлт араатан, тахлыг—илгээх үед энэ нь хэчнээн илүү байх бол? Гэвч, болгоогтун, түүн дотор нэгэн үлдэгдэл үлдэх бөгөөд тэд, хөвгүүд ба охид, гарч ирэх болно. Болгоогтун, тэд та нар уруу гарч ирнэ, тэгээд та нар тэдний зам мөрийг болон үйл хэргийг нь үзэх болно. Тэгээд Би Иерусалим дээр авчирсан гай гамшгийн тухай, түүн дээр авчирсан бүхний тухайд та нар тайтгарна. Тэдний зам мөр ба үйл хэргийг та нар үзэх үед тэд та нарыг тайтгаруулах болно. Тэгээд Эзэн БУРХАН айлдаж байна: Би түүний дотор үйлдсэн бүхнээ ямар ч шалтгаангүйгээр үйлдээгүй гэдгийг та нар мэдэх болно. Езекиел 14:12–23.</w:t>
      </w:r>
    </w:p>
    <w:p>
      <w:pPr>
        <w:pStyle w:val="ArticleBody"/>
        <w:jc w:val="left"/>
      </w:pPr>
      <w:r>
        <w:rPr>
          <w:rFonts w:ascii="Times New Roman" w:hAnsi="Times New Roman" w:eastAsia="Times New Roman" w:cs="Times New Roman"/>
        </w:rPr>
        <w:t>Бид эдгээр асуудлыг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Зургаагийн тоо</dc:title>
  <dc:subject>Даниел 11 дэх эш үзүүллэгийн замын тэмдгүүд: ЗХУ-ын нуран уналт, Ням гаргийн хууль, орчин үеийн Ромын мандал</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