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Есдүгээр дугаар</w:t>
      </w:r>
    </w:p>
    <w:p>
      <w:pPr>
        <w:pStyle w:val="ArticleSubtitle"/>
        <w:jc w:val="left"/>
      </w:pPr>
      <w:r>
        <w:rPr>
          <w:rFonts w:ascii="Arial" w:hAnsi="Arial" w:eastAsia="Arial" w:cs="Arial"/>
        </w:rPr>
        <w:t>Дөрөвдүгээр мөр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Өмнөдийн хаан хилэнгээр бадарч, гарч ирэн түүнтэй, өөрөөр хэлбэл хойд зүгийн хаантай тулалдана; тэр асар их цэрэг хөдөлгөнө; гэвч тэр олон цэрэг түүний гарт өгөгдөнө. Тэрээр тэрхүү олон цэргийг зайлуулсны дараа зүрх нь ихэд бардамнана; тэр олон арван мянгыг унагах боловч үүгээрээ хүчирхэгжихгүй. Даниел 11:11, 12.</w:t>
      </w:r>
    </w:p>
    <w:p>
      <w:pPr>
        <w:pStyle w:val="ArticleBody"/>
        <w:jc w:val="left"/>
      </w:pPr>
      <w:r>
        <w:rPr>
          <w:rFonts w:ascii="Times New Roman" w:hAnsi="Times New Roman" w:eastAsia="Times New Roman" w:cs="Times New Roman"/>
        </w:rPr>
        <w:t>Арван нэгдүгээр болон арван хоёрдугаар эшлэл нь МЭӨ 217 онд Рафиад ялалт байгуулсан Птолемейн дүрээр төлөөлөгдөн, Украины дайнд Путин Украин болон Европын Холбоог ялсан ялалт, мөн тэрхүү ялалтын дараах Путины үр дагавар ба сүйрлийг, арван хоёрдугаар эшлэл дэх түүний мөхлөөр хамтатган тодорхойлж байна. Эдгээр эшлэлийн сэдэв нь өмнөдийн хааны мандан бадарч, дараа нь унах явдал юм.</w:t>
      </w:r>
    </w:p>
    <w:p>
      <w:pPr>
        <w:pStyle w:val="ArticleBody"/>
        <w:jc w:val="left"/>
      </w:pPr>
      <w:r>
        <w:rPr>
          <w:rFonts w:ascii="Times New Roman" w:hAnsi="Times New Roman" w:eastAsia="Times New Roman" w:cs="Times New Roman"/>
        </w:rPr>
        <w:t>Энэ хүртэл өгүүллүүд арван нэгдүгээр бүлгийн эш үзүүллэгийн шугамуудын үндсэн сэдвүүдийг тодорхойлсоор ирсэн. Арван нэгдүгээр ишлэлд бүлгийн явцад цааш шилжихээс өмнө арай илүү хугацаа хэрэгтэй. Даниел арван нэгэн, арван нэгдүгээр ишлэл нь Илчлэлт арван нэгэн, арван нэгдүгээр ишлэлтэй нийцдэг.</w:t>
      </w:r>
    </w:p>
    <w:p>
      <w:pPr>
        <w:pStyle w:val="ArticleScripture"/>
        <w:jc w:val="left"/>
      </w:pPr>
      <w:r>
        <w:rPr>
          <w:rFonts w:ascii="Times New Roman" w:hAnsi="Times New Roman" w:eastAsia="Times New Roman" w:cs="Times New Roman"/>
        </w:rPr>
        <w:t>Гурван өдөр хагасын дараа Бурханаас ирэх амийн Сүнс тэдний дотор орж, тэд хөл дээрээ босов; мөн тэднийг харсан хүмүүсийн дээр агуу айдас нөмөрчээ. Илчлэлт 11:11.</w:t>
      </w:r>
    </w:p>
    <w:p>
      <w:pPr>
        <w:pStyle w:val="ArticleBody"/>
        <w:jc w:val="left"/>
      </w:pPr>
      <w:r>
        <w:rPr>
          <w:rFonts w:ascii="Times New Roman" w:hAnsi="Times New Roman" w:eastAsia="Times New Roman" w:cs="Times New Roman"/>
        </w:rPr>
        <w:t>2023 онд ёроолгүй ангалын араатанд алагдсан байсан хоёр гэрч хөл дээрээ босов. Бүгд Найрамдах эвэрний гэрчлэл 2015 онд Дональд Трамп ерөнхийлөгчид нэр дэвшихээ зарласнаар эхэлсэн бөгөөд 2020 онд дэлхий дэх глобалистуудаар төлөөлөгдсөн луу, мөн Бүгд Найрамдах намын глобалистуудтай (RINO’s) хамтран ажилласан Ардчилсан нам болох глобалистууд сонгуулийг луйвардан Жо Байденыг суулгаснаар Дональд Трампыг гудамжинд алсан юм. Future for America үйлчлэлээр төлөөлөгдсөн Протестант эвэр нь Нэшвиллд Исламын зүгээс халдлага болно хэмээн дүрсэлсэн алдаатай зөгнөлийг түгээснээр алагдсан. 2023 онд Бүгд Найрамдах болон Протестант хоёр эвэр хоёулаа амилсан. Арван нэгдүгээр эшлэл 2014 онд эхэлсэн Украины дайны эхлэлийг, цаашлаад Путин болон Оросын эцсийн ялалт хүртэлх явцыг тодорхойлдог.</w:t>
      </w:r>
    </w:p>
    <w:p>
      <w:pPr>
        <w:pStyle w:val="ArticleBody"/>
        <w:jc w:val="left"/>
      </w:pPr>
      <w:r>
        <w:rPr>
          <w:rFonts w:ascii="Times New Roman" w:hAnsi="Times New Roman" w:eastAsia="Times New Roman" w:cs="Times New Roman"/>
        </w:rPr>
        <w:t>Арван нэгдүгээр эшлэл нь ерөнхийдөө Адвентизмын хувьд шүүлтэд хүрч төгсөх харааны сорилт мөн бөгөөд 9/11-ийн гэрэл болон гурав дахь гай зовлонгийн ирэлтийг хүлээн авсан хүмүүст ч мөн адил хамаарна. Гэвч голчлон энэ нь 2023 оны долдугаар сараас хойш үе шаттайгаар лац нь тайлагдсан эш үзүүллэгийн гэрлийн өмнө хариуцлага хүлээх хүмүүст зориулагдсан юм.</w:t>
      </w:r>
    </w:p>
    <w:p>
      <w:pPr>
        <w:pStyle w:val="ArticleBody"/>
        <w:jc w:val="left"/>
      </w:pPr>
      <w:r>
        <w:rPr>
          <w:rFonts w:ascii="Times New Roman" w:hAnsi="Times New Roman" w:eastAsia="Times New Roman" w:cs="Times New Roman"/>
        </w:rPr>
        <w:t>Адвентизмын удирдлага нь 1989 онд тойрон өнгөрөгдсөн бөгөөд энэ нь тэр эш үзүүллэгийн хугацаанд Христийн төрөлтөөр дүрслэгдсэн юм. Христ баптисм хүртэхдээ Христийн сүмийн “суурь” болсон шавь нараа дуудаж эхэлсэн нь гурав дахь гайгийн Ислам ирсэн 9/11-ийг дүрслэн үзүүлдэг; тэр үед Эзэн Өөрийн ардыг Иеремиагийн эртний жимүүд уруу, өөрөөр хэлбэл Адвентизмын суурийг илэрхийлдэг тэрхүү жимүүд уруу дахин удирдсан юм. 9/11-нд амьдагсдын шүүлт Бурханы өргөөнөөс эхэлсэн бөгөөд Адвентизм Иудейчүүд Есүсийг Мессиа хэмээн няцаасан шигээ Илчлэлт арван наймын тэнгэрэлчийн гэрлийг мөн адил лавтайяа няцаасан юм. Илчлэлт арван наймын тэнгэрэлчийн гэрлийг хүлээн авсан хүмүүс дараа нь 2020 оны долоодугаар сарын 18-ны урам хугаралтаар соригдсон юм.</w:t>
      </w:r>
    </w:p>
    <w:p>
      <w:pPr>
        <w:pStyle w:val="ArticleBody"/>
        <w:jc w:val="left"/>
      </w:pPr>
      <w:r>
        <w:rPr>
          <w:rFonts w:ascii="Times New Roman" w:hAnsi="Times New Roman" w:eastAsia="Times New Roman" w:cs="Times New Roman"/>
        </w:rPr>
        <w:t>2023 оны долоодугаар сард Даниел 11:11-ийн гэрэл нь өнөөгийн үнэний гадаад шугамыг тодорхойлдог. Даниел 11:11-д буй гадаад эш үзүүллэгийн биелэлтийн тэрхүү гэрэл Илчлэлт 11:11-д гардаг амилсан онгон бүсгүйчүүдэд нээгдсэн юм. Илчлэлт нь Даниелын гадаад түүх болгон нээж өгдөг зүйлийг дотоод түүх хэмээн тодорхойлдог.</w:t>
      </w:r>
    </w:p>
    <w:p>
      <w:pPr>
        <w:pStyle w:val="ArticleBody"/>
        <w:jc w:val="left"/>
      </w:pPr>
      <w:r>
        <w:rPr>
          <w:rFonts w:ascii="Times New Roman" w:hAnsi="Times New Roman" w:eastAsia="Times New Roman" w:cs="Times New Roman"/>
        </w:rPr>
        <w:t>2023 оны долоодугаар сараас эхлэн нээгдсэн гэрлийг авч үзсэн хүмүүс нь ялгаатай хоёр ангийг төлөөлдөг. Учир нь 2023 оны долоодугаар сараас хойш нэгэн хамт алхаж байсан атлаа одоо цааш хамт алхахаа больсон хүмүүс хэдийнээ бий. Шүүлт нь шатлан урагшилдаг бөгөөд 9/11-ээс эхлэн Долоо дахь өдрийн Адвентист сүмд 1863 оноос эхлэн аажмаар няцааж ирсэн “Миллер болон түүний хамтран зүтгэгчдийн баталсан эш үзүүллэгийг тайлбарлах дүрмүүд”-ийг няцаасныхаа төлөө “гэмших хугацаа” өгөгдсөн юм. 9/11-ээс 2020 оны долоодугаар сарын 18 хүртэл Долоо дахь өдрийн Адвентист сүмд гэмших эцсийн боломж нь олгогдсон бөгөөд тэр үед 2020 оны Нашвиллийн тунхаглалд оролцсон хүмүүс соригдсон юм. Долдугаар сард цэвэршүүлэлтийн эцсийн үе шат нь Даниел болон Илчлэл номын арван нэгдүгээр бүлгүүдийн арван нэгдүгээр эшлэлээр төлөөлөгдөнө.</w:t>
      </w:r>
    </w:p>
    <w:p>
      <w:pPr>
        <w:pStyle w:val="ArticleBody"/>
        <w:jc w:val="left"/>
      </w:pPr>
      <w:r>
        <w:rPr>
          <w:rFonts w:ascii="Times New Roman" w:hAnsi="Times New Roman" w:eastAsia="Times New Roman" w:cs="Times New Roman"/>
        </w:rPr>
        <w:t>Энэ шалгалтын үйл явцад гурван сорилтын хоёр дахь нь биелдэг. Хоёр дахь сорилт нь харааны сорилт бөгөөд түүнээс өмнө хоолны дуршлын сорилт явагдаж, эцэст нь гурав дахь сорилтоор өндөрлөдөг; энэ гурав дахь сорилт нь өмнөх хоёр сорилтоос ялгаатай нь ялган таних шалгуур юм. Онгон охид шөнө дунд “Харагтун, Сүйт залуу ирж байна” гэсэн дуудлагад сэрэхэд, нэг анги нь хэрэгцээт тосоо авч, нөгөө нь төөрч алдагдана. Миллерчүүд яг энэ туршлагыг биелүүлсэн бөгөөд ингэснээрээ тэд эш үзүүллийн гадаад ба дотоод шугамын аль алийг нь ойлгосноо илэрхийлсэн юм.</w:t>
      </w:r>
    </w:p>
    <w:p>
      <w:pPr>
        <w:pStyle w:val="ArticleBody"/>
        <w:jc w:val="left"/>
      </w:pPr>
      <w:r>
        <w:rPr>
          <w:rFonts w:ascii="Times New Roman" w:hAnsi="Times New Roman" w:eastAsia="Times New Roman" w:cs="Times New Roman"/>
        </w:rPr>
        <w:t>Тэд унасан Протестант сүмүүдийг Вавилоны охид хэмээн тодорхойлон хоёр дахь тэнгэрэлчийн мэдээг тунхаглах үедээ, өөрсдийн туршлагаас гаднах нэгэн мэдээг тунхаглаж байсан юм. Шөнө дундын Хашхирааны мэдээг тунхаглахын тулд тэд эхлээд өөрсдийгөө саатлын цагт байсан онгон охид мөн гэж харах шаардлагатай байв. Даниел болон Илчлэлт номын арван нэгдүгээр бүлгийн аль алиных нь арван нэгдүгээр эшлэлд, 2023 оны долдугаар сараас хойш дотоод болон гадаад мэдээнүүд өнөө үеийн үнэн хэмээн нээгдсэн юм.</w:t>
      </w:r>
    </w:p>
    <w:p>
      <w:pPr>
        <w:pStyle w:val="ArticleBody"/>
        <w:jc w:val="left"/>
      </w:pPr>
      <w:r>
        <w:rPr>
          <w:rFonts w:ascii="Times New Roman" w:hAnsi="Times New Roman" w:eastAsia="Times New Roman" w:cs="Times New Roman"/>
        </w:rPr>
        <w:t>Даниелын нэгдүгээр бүлэгт, хоёр дахь бөгөөд харагдах сорилт нь Даниел болон гурван шударга хүний царай төрх Вавилоны хоол идсэн хүмүүсийнхээс “харагдах байдлаараа” илүү өнгөлөг, тарган байгааг олж мэдсэн явдал байв. Хоёрдугаар бүлэгт харагдах сорилт нь эцэстээ Библийн зөгнөлийн хаант улсуудын дүр болох нь илчлэгддэг нууц мэдээг зөв тайлбарлахыг шаарддаг эш үзүүллэгийн сорилтоор төлөөлөгдөнө. Даниелын нэг, хоёр, гуравдугаар бүлгүүд нь Илчлэлт арван дөрөвдүгээр бүлгийн эхний, хоёр дахь, гурав дахь тэнгэрэлчийг төлөөлдөг.</w:t>
      </w:r>
    </w:p>
    <w:p>
      <w:pPr>
        <w:pStyle w:val="ArticleBody"/>
        <w:jc w:val="left"/>
      </w:pPr>
      <w:r>
        <w:rPr>
          <w:rFonts w:ascii="Times New Roman" w:hAnsi="Times New Roman" w:eastAsia="Times New Roman" w:cs="Times New Roman"/>
        </w:rPr>
        <w:t>Илчлэлт номын арван дөрөвдүгээр бүлгийн хоёр дахь тэнгэрэлч Миллеритүүдийн түүхийн гаднах мэдээг хөндөн өгүүлдэг бөгөөд Даниелын хоёрдугаар бүлэг ч мөн эш үзүүллэгийн түүхэн дэх араатнуудын дүрслэл бүхий хөргөөр гаднах шугамыг авч үздэг. Нэгдүгээр бүлгийн харааны шалгалт нь Даниел болон түүний гурван үнэнч нөхөд дээр үндэслэсэн тул дотоод шугам мөн. Даниелын нэгээс гуравдугаар бүлгүүдийг Илчлэлт номын арван дөрөвдүгээр бүлгийн гурван тэнгэрэлчтэй зэрэгцүүлсэн эш үзүүллэгийн гаднах ба дотоод шугамууд нь хоёр дахь тэнгэрэлчийн мэдээ Миллеритүүдээр биелэгдсэний өөр нэг гэрчлэлийг бий болгодог.</w:t>
      </w:r>
    </w:p>
    <w:p>
      <w:pPr>
        <w:pStyle w:val="ArticleBody"/>
        <w:jc w:val="left"/>
      </w:pPr>
      <w:r>
        <w:rPr>
          <w:rFonts w:ascii="Times New Roman" w:hAnsi="Times New Roman" w:eastAsia="Times New Roman" w:cs="Times New Roman"/>
        </w:rPr>
        <w:t>Миллерчүүд Шөнийн дундын хашхирааны тунхаглалыг биелүүлэхдээ гадаад бөгөөд дотоод гэсэн хоёр мэдээг хоёуланг нь тунхагласан. Тэдний гадаад мэдээ нь Илчлэл арван дөрөв дэх бүлгийн хоёр дахь тэнгэрэлч байсан бөгөөд ингэснээр Миллерчүүдийн мэдээг хоёр дахь тэнгэрэлч болон Даниел хоёрын хөрөгтэй шууд холбон зангидаж байна. Тэрхүү хөрөг нь Библийн эш үзүүллэг дэх гадаад хаанчлалуудыг бодит Вавилоноос эхлэн хүний сорилтын хугацаа хаагдах төгсгөлд эцэстээ хүрэх орчин үеийн Вавилон хүртэл төлөөлдөг. Миллерчүүд Вавилоны гадаад мэдээтэй дахин холбогддог. Даниелын харааны шалгалт нь түүний идэхээр сонгосон хоол хүнсэн дээр үндэслэж байсан бөгөөд газар дээр нэг хөлөө, тэнгис дээр нөгөөгөө тавин бууж ирсэн Илчлэл арван бүлгийн эхний тэнгэрэлчид Иоханы идэхээр тушаагдсан, дэлгээстэй жижиг ном байв. Эхний тэнгэрэлч нь хоолны дуршлаар төлөөлөгддөг бөгөөд түүний дараа харааны шалгалт дагалддаг. Харааны шалгалт нь үнэний дотоод болон гадаад шугамыг багтаадаг.</w:t>
      </w:r>
    </w:p>
    <w:p>
      <w:pPr>
        <w:pStyle w:val="ArticleBody"/>
        <w:jc w:val="left"/>
      </w:pPr>
      <w:r>
        <w:rPr>
          <w:rFonts w:ascii="Times New Roman" w:hAnsi="Times New Roman" w:eastAsia="Times New Roman" w:cs="Times New Roman"/>
        </w:rPr>
        <w:t>Даниел 11-ийн арван нэгдүгээр эшлэл Илчлэлт 11-ийн арван нэгдүгээр эшлэлтэй зэрэгцэн хоёр талт харааны шалгалтыг төлөөлдөг. Уг шалгалт онцгой ялгах сорил дээр төгсдөг бөгөөд тэр үед онгон охид тос байгаа эсэхээ илэрхийлэн харуулдаг. Тэрхүү илэрхийлэл нь Америкийн Нэгдсэн Улс дахь ням гаргийн хуулийн үеэрх энэрлийн хугацаа хаагдахын яг өмнө тохиолддог. Ням гаргийн хуулийн үеэрх энэрлийн хугацаа хаагдахыг 1844 оны 10 дугаар сарын 22-ноор бэлгэдэн үзүүлсэн. 1844 оны 10 дугаар сарын 22-ны яг өмнө, 1844 оны 8 дугаар сарын 17-нд Миллерийн хөдөлгөөнийхөн уг мэдээг Америкийн Нэгдсэн Улсын зүүн эргийн дагуу далайн түрлэгийн давалгаа мэт түгээсэн юм.</w:t>
      </w:r>
    </w:p>
    <w:p>
      <w:pPr>
        <w:pStyle w:val="ArticleBody"/>
        <w:jc w:val="left"/>
      </w:pPr>
      <w:r>
        <w:rPr>
          <w:rFonts w:ascii="Times New Roman" w:hAnsi="Times New Roman" w:eastAsia="Times New Roman" w:cs="Times New Roman"/>
        </w:rPr>
        <w:t>1989 он бол Даниелын номын лац тайлагдсан төгсгөлийн цаг мөн; Даниелын номын лац тайлагдах үед үргэлж мэдлэгийн өсөлт бий болдог бөгөөд тэр нь мөргөгчдийн хоёр ангийг бий болгодог. 1989 он бол 1798 онд эхний тэнгэрэлч ирснээр бэлгэдэгдсэн туршилтын тэрхүү гурван тэмдэгтийн эхнийх нь юм. Эхний тэнгэрэлч 1840 оны 8 дугаар сарын 11-нд бууж ирэхдээ 9/11-нд бууж ирэх Илчлэл арван наймдугаар бүлгийн тэнгэрэлчийг бэлгэдсэн юм. Миллерчүүдийн түүхэн дэх анхны урам хугаралт нь хоёр дахь тэнгэрэлчийн ирэлтийг тэмдэглэсэн бөгөөд 2020 оны 7 дугаар сарын 18-ныг, мөн саатлын цагийн эхлэлийг бэлгэдсэн. Миллерчүүд хоёр дахь тэнгэрэлчийн мэдээнд болон тэд өөрсдөө арван охины тухай сургаалт үлгэр дэх охид мөн гэдгээ үе шаттайгаар сэрэн ухаарсан. Тэд 1844 оны 8 дугаар сард болсон Эксетерийн цуглааны үеэр бүрэн сэрсэн. Нэг зуун дөчин дөрвөн мянга нь 2023 оны 7 дугаар сард Шөнийн дундын хашхирааны мэдээ үе шаттайгаар лац тайлагдаж эхлэх үед сэрсэн.</w:t>
      </w:r>
    </w:p>
    <w:p>
      <w:pPr>
        <w:pStyle w:val="ArticleBody"/>
        <w:jc w:val="left"/>
      </w:pPr>
      <w:r>
        <w:rPr>
          <w:rFonts w:ascii="Times New Roman" w:hAnsi="Times New Roman" w:eastAsia="Times New Roman" w:cs="Times New Roman"/>
        </w:rPr>
        <w:t>Есүс Лазарыг амилуулж, Христийн үйлчлэлийн оргил үйл хэрэг болгосон тэр үед, өөрөөр хэлбэл Лазар Түүний үйлчлэлийн “тамга” болсон шиг, Миллерчүүдийн хувьд саатлын хугацаа Эксетерт төгссөн. Лазарын амилалт нь саатлын хугацааны төгсгөл болон Бурханы ард түмний тамгалагдлыг тэмдэглэдэг. Үүний дараа болсон Ялалтын ёслолт оролт нь Миллерчүүдийн түүхэн дэх Шөнийн дунд хашхираан мэдээний тунхаглалыг бэлгэдэн төлөөлсөн. Даниел номын арван нэгдүгээр бүлгийн арван нэгдүгээр эшлэлийн сэдэв нь өмнөдийн хааны мандах ба унах явдал бөгөөд энэ нь арван гуравдугаар эшлэлээс арван тавдугаар эшлэл хүртэлх Паниумын тулалдаанд хүргэдэг. Тэдгээр эшлэл нь арван зургаадугаар эшлэлд туг тэмдэг болгон өргөгдөх ёстой эрэгтэй, эмэгтэй хүмүүсийн духан дээр тамга тавигдах шалгуур чулуу мөн.</w:t>
      </w:r>
    </w:p>
    <w:p>
      <w:pPr>
        <w:pStyle w:val="ArticleBody"/>
        <w:jc w:val="left"/>
      </w:pPr>
      <w:r>
        <w:rPr>
          <w:rFonts w:ascii="Times New Roman" w:hAnsi="Times New Roman" w:eastAsia="Times New Roman" w:cs="Times New Roman"/>
        </w:rPr>
        <w:t>Арван тавдугаар эшлэл нь Христийн Кесари Филиппт ирсэнтэй нийцэх Паниумын тулалдаанд биелсэн юм. Тэнд, Кесари Филиппт, Христ Симон Баржонагийн нэрийг Петр болгон өөрчилсөн нь нэг зуун дөчин дөрвөн мянгыг тамгалж буйг тэмдэглэсэн юм. Тэр үеэс эхлэн удахгүй болох загалмайн гэрэл шавь нарт нээгдэв. Христ загалмайн өмнөхөн Симоны нэрийг Петр болгон өөрчилсөн нь Иерусалим уруу хийх Ялалтын оролтыг угтсан Экзетер ба Лазарын шалгуур сорилттой нийцэж байв. 8-р сарын 12-оос 17-ны хооронд болсон Экзетерийн лагерийн цуглаан нь Даниел болон Илчлэлт номын арван нэгдүгээр бүлгүүдэд гардаг Ням гаргийн хуулийн газар хөдлөлт болох сэгсрэлтийн өмнөх үнэний доторх эцсийн тогтворжилтыг төлөөлдөг.</w:t>
      </w:r>
    </w:p>
    <w:p>
      <w:pPr>
        <w:pStyle w:val="ArticleScripture"/>
        <w:jc w:val="left"/>
      </w:pPr>
      <w:r>
        <w:rPr>
          <w:rFonts w:ascii="Times New Roman" w:hAnsi="Times New Roman" w:eastAsia="Times New Roman" w:cs="Times New Roman"/>
        </w:rPr>
        <w:t>“Батл-Крик дэх ажил ч мөн адилхуу журам, хэв маягийн дагуу явагдаж байна. Сувиллын удирдагчид үл итгэгчидтэй холилдож, тэднийг өөрсдийн зөвлөлдөх хуралд бага ихээр оруулсан боловч, энэ нь нүдээ аниад ажиллаж буйтай адил юм. Тэд хэзээ ч бидний дээр юун аянга мэт нөмрөн ирэхийг олж харах ялган таних чадвараар дутмаг байна. Цөхрөлийн, дайн тулааны, цус урсгалтын сүнс оршиж байгаа бөгөөд тэрхүү сүнс цаг хугацааны хамгийн эцсийн мөч хүртэл улам бүр хүчтэй болно. Бурханы ард түмэн духан дээрээ тамгалагдангуут—энэ нь харагдаж болох ямар нэгэн тамга эсвэл тэмдэг бус, харин оюун санааны болон сүнслэг утгаараа үнэнд баттай тогтон суурьших явдал бөгөөд ингэснээр тэд хөдөлшгүй болно—Бурханы ард түмэн тамгалагдаж, шигшилтэд бэлтгэгдэнгүүт, тэр нь ирнэ. Үнэндээ, энэ нь аль хэдийн эхэлсэн. Бурханы шүүлтүүд одоо газар дэлхий дээр бууж байгаа нь бидэнд анхааруулга өгөхийн тулд бөгөөд ингэснээр бид юу ирж байгааг мэдэж болох юм.” Manuscript Releases, volume 10, 252.</w:t>
      </w:r>
    </w:p>
    <w:p>
      <w:pPr>
        <w:pStyle w:val="ArticleBody"/>
        <w:jc w:val="left"/>
      </w:pPr>
      <w:r>
        <w:rPr>
          <w:rFonts w:ascii="Times New Roman" w:hAnsi="Times New Roman" w:eastAsia="Times New Roman" w:cs="Times New Roman"/>
        </w:rPr>
        <w:t>Нэг зуун дөчин дөрвөн мянгыг тамгалсан явдлыг Эксетерийн хуарангийн цуглаан, Христ Симоны нэрийг Петр болгон өөрчилсөн явдал, мөн Лазарын амилуулалтаар төлөөлүүлэн үзүүлсэн. Тэрхүү амилуулалт нь Илчлэлт номын арван нэгдүгээр бүлэг дэх хоёр гэрчийн амилалтыг бэлгэдэн илэрхийлдэг. Араваас арван зургадугаар эшлэлүүд нь дөчдүгээр эшлэлийн далд түүхийг төлөөлдөг. Дөчдүгээр эшлэлийн тэрхүү далд түүхийн нээлт арван нэгдүгээр эшлэлийн түүхэн биелэл болон Украйны дайны хүрээнд эхэлсэн. 2023 оны долоодугаар сараас хойш тэрхүү далд түүх Иудагийн овгийн Арслангаар тайлагдагдах үйл явцад орсоор байна.</w:t>
      </w:r>
    </w:p>
    <w:p>
      <w:pPr>
        <w:pStyle w:val="ArticleBody"/>
        <w:jc w:val="left"/>
      </w:pPr>
      <w:r>
        <w:rPr>
          <w:rFonts w:ascii="Times New Roman" w:hAnsi="Times New Roman" w:eastAsia="Times New Roman" w:cs="Times New Roman"/>
        </w:rPr>
        <w:t>Илчлэлт номын арван нэгдүгээр бүлгийн арван нэгдүгээр зүйлд нэг зуун дөчин дөрвөн мянгатын дотор байх нэр дэвшигчид амилуулагдах үед, Ням гаргийн хуулиар нигүүлслийн хугацаа хаагдахаас өмнө давах ёстой, Хатагтай Уайт араатны дүрийн сорил хэмээн тодорхойлсон тэрхүү үзэгдэх эш үзүүллэгийн сорил эхэлсэн юм.</w:t>
      </w:r>
    </w:p>
    <w:p>
      <w:pPr>
        <w:pStyle w:val="ArticleScripture"/>
        <w:jc w:val="left"/>
      </w:pPr>
      <w:r>
        <w:rPr>
          <w:rFonts w:ascii="Times New Roman" w:hAnsi="Times New Roman" w:eastAsia="Times New Roman" w:cs="Times New Roman"/>
        </w:rPr>
        <w:t>“Эзэн надад араатны хөрөг хаагдахаас өмнө бүрэлдэхийг тодорхой харуулсан; учир нь энэ нь Бурханы ард түмний хувьд тэдний мөнхийн хувь заяа шийдвэрлэгдэх агуу шалгалт байх юм. Таны байр суурь тийм их зөрчил, нийцэшгүй байдлын хольц болсон тул цөөн хэдхэн хүн л мэхлэгдэх болно.”</w:t>
      </w:r>
    </w:p>
    <w:p>
      <w:pPr>
        <w:pStyle w:val="ArticleScripture"/>
        <w:jc w:val="left"/>
      </w:pPr>
      <w:r>
        <w:rPr>
          <w:rFonts w:ascii="Times New Roman" w:hAnsi="Times New Roman" w:eastAsia="Times New Roman" w:cs="Times New Roman"/>
        </w:rPr>
        <w:t>“Илчлэлт 13-т энэ сэдэв тодорхойгоор өгүүлэгдсэн байдаг; [Илчлэлт 13:11–17, эш татав].”</w:t>
      </w:r>
    </w:p>
    <w:p>
      <w:pPr>
        <w:pStyle w:val="ArticleScripture"/>
        <w:jc w:val="left"/>
      </w:pPr>
      <w:r>
        <w:rPr>
          <w:rFonts w:ascii="Times New Roman" w:hAnsi="Times New Roman" w:eastAsia="Times New Roman" w:cs="Times New Roman"/>
        </w:rPr>
        <w:t>“Энэ бол Бурханы хүмүүс тамгалагдахаасаа өмнө давах ёстой шалгалт мөн. Түүний хуулийг сахиж, хуурамч амралтын өдрийг хүлээн авахаас татгалзсанаараа Бурханд үнэнч байдлаа нотолсон бүх хүн Эзэн Бурхан Еховагийн тугийн дор жагсаж, амьд Бурханы тамгыг хүлээн авах болно. Харин тэнгэрлэг гаралтай үнэнийг умартаж, Ням гаргийн амралтын өдрийг хүлээн авсан хүмүүс араатны тэмдгийг хүлээн авах болно.” Manuscript Releases, 15-р боть, 15.</w:t>
      </w:r>
    </w:p>
    <w:p>
      <w:pPr>
        <w:pStyle w:val="ArticleBody"/>
        <w:jc w:val="left"/>
      </w:pPr>
      <w:r>
        <w:rPr>
          <w:rFonts w:ascii="Times New Roman" w:hAnsi="Times New Roman" w:eastAsia="Times New Roman" w:cs="Times New Roman"/>
        </w:rPr>
        <w:t>Зөгнөлийн гадаад шугам нь Даниел 11-ийн 11-р эшлэлийн түүхэнд лац нь нээгддэг бөгөөд дотоод шугам нь Илчлэлт 11:11-д лац нь нээгддэг. Гадаад шугам нь амьд хүмүүсийн шүүлтийн үед, харилцаанд сүм ноёрхож буй сүм ба төрийн нэгдлийг төлөөлдөг араатны дүр хэрхэн бүрэлдэн тогтдгийг тодорхойлдог. Дотоод шугам нь амьд хүмүүсийн шүүлтийн үед, бурханлаг чанар ба хүн чанарын нэгдлийг төлөөлдөг Христийн дүр хэрхэн бүрэлдэн тогтдгийг тодорхойлдог.</w:t>
      </w:r>
    </w:p>
    <w:p>
      <w:pPr>
        <w:pStyle w:val="ArticleBody"/>
        <w:jc w:val="left"/>
      </w:pPr>
      <w:r>
        <w:rPr>
          <w:rFonts w:ascii="Times New Roman" w:hAnsi="Times New Roman" w:eastAsia="Times New Roman" w:cs="Times New Roman"/>
        </w:rPr>
        <w:t>Гурав дахь тэнгэрэлчийн болон зуун дөчин дөрвөн мянгын шинэчлэлийн хөдөлгөөн Даниел арван нэгдүгээр бүлгийн аравдугаар эшлэлд дүрслэгдсэнээр 1989 онд, эцсийн цаг үед эхэлсэн. Үүний дараа Даниел арван хоёрдугаар бүлгийн төгс биелэлт эхэлсэн.</w:t>
      </w:r>
    </w:p>
    <w:p>
      <w:pPr>
        <w:pStyle w:val="ArticleScripture"/>
        <w:jc w:val="left"/>
      </w:pPr>
      <w:r>
        <w:rPr>
          <w:rFonts w:ascii="Times New Roman" w:hAnsi="Times New Roman" w:eastAsia="Times New Roman" w:cs="Times New Roman"/>
        </w:rPr>
        <w:t>Тэрээр: «Даниел аа, өөрийн замаар яв; учир нь эдгээр үгс төгсгөлийн цаг хүртэл хаагдаж, битүүмжлэгдсэн байна. Олон хүн ариусгагдаж, цайруулагдан, соригдох болно; харин хорон муу хүмүүс хорон муугаа үйлдсээр байх болно. Хорон муу хүмүүсийн хэн нь ч ойлгохгүй; харин мэргэн ухаантнууд ойлгоно» гэж айлдав. Даниел 12:9, 10.</w:t>
      </w:r>
    </w:p>
    <w:p>
      <w:pPr>
        <w:pStyle w:val="ArticleBody"/>
        <w:jc w:val="left"/>
      </w:pPr>
      <w:r>
        <w:rPr>
          <w:rFonts w:ascii="Times New Roman" w:hAnsi="Times New Roman" w:eastAsia="Times New Roman" w:cs="Times New Roman"/>
        </w:rPr>
        <w:t>Арван нэгдүгээр бүлгийн аравдугаар эшлэл нь эхний тэнгэрэлчээр «Бурханаас эмээх» хэмээн дүрслэгдсэн “цэвэршүүлэлтийн үйл явц”-ын эхлэлийг илэрхийлдэг. Арван нэгдүгээр болон арван хоёрдугаар эшлэлүүд нь нэг зуун дөчин дөрвөн мянган хүнийг цагаатгагдах үеийг илэрхийлдэг. Зехариагийн ном тэрхүү туршлагыг тодорхойлдог.</w:t>
      </w:r>
    </w:p>
    <w:p>
      <w:pPr>
        <w:pStyle w:val="ArticleScripture"/>
        <w:jc w:val="left"/>
      </w:pPr>
      <w:r>
        <w:rPr>
          <w:rFonts w:ascii="Times New Roman" w:hAnsi="Times New Roman" w:eastAsia="Times New Roman" w:cs="Times New Roman"/>
        </w:rPr>
        <w:t>Тэрээр надад ЭЗЭНий тэнгэрэлчийн өмнө зогсож буй тэргүүн тахилч Иошуаг, мөн түүнийг эсэргүүцэхээр баруун гар талд нь зогсож буй Сатаныг үзүүлэв. ЭЗЭН Сатанд айлдсан нь, Ай Сатан аа, ЭЗЭН чамайг зэмлэгч; тийм ээ, Иерусалимыг сонгосон ЭЗЭН чамайг зэмлэгч. Энэ нь галаас сугалан авсан шатсан мод биш гэж үү? Харин Иошуа бузартсан хувцас өмссөн байдалтай тэнгэрэлчийн өмнө зогсож байв. Тэгээд тэрээр өмнө нь зогсож байсан хүмүүст хандан, Түүний бузартсан хувцсыг тайл гэж айлдав. Мөн түүнд хандан, Харагтун, Би чиний гэм бурууг чамаас зайлуулсан бөгөөд Би чамайг солих хувцсаар хувцаслуулна гэв. Тэгээд би, Түүний толгой дээр цэвэр гоёмсог малгай тавиг гэж хэлэв. Ийнхүү тэд түүний толгой дээр цэвэр гоёмсог малгай тавьж, түүнийг хувцаслав. ЭЗЭНий тэнгэрэлч дэргэд нь зогсож байв. Зехариа 3:1–5.</w:t>
      </w:r>
    </w:p>
    <w:p>
      <w:pPr>
        <w:pStyle w:val="ArticleBody"/>
        <w:jc w:val="left"/>
      </w:pPr>
      <w:r>
        <w:rPr>
          <w:rFonts w:ascii="Times New Roman" w:hAnsi="Times New Roman" w:eastAsia="Times New Roman" w:cs="Times New Roman"/>
        </w:rPr>
        <w:t>Энэ эшлэл нь Христийн Тэргүүн Тахилчийн хувиар гүйцэтгэх эцсийн үйл хэрэгт биеллээ олж, нэг зуун дөчин дөрвөн мянгыг тамгалахыг илэрхийлдэг.</w:t>
      </w:r>
    </w:p>
    <w:p>
      <w:pPr>
        <w:pStyle w:val="ArticleScripture"/>
        <w:jc w:val="left"/>
      </w:pPr>
      <w:r>
        <w:rPr>
          <w:rFonts w:ascii="Times New Roman" w:hAnsi="Times New Roman" w:eastAsia="Times New Roman" w:cs="Times New Roman"/>
        </w:rPr>
        <w:t>“Зехариагийн Иошуа болон Тэнгэрэлчийн тухай үзэгдэл нь эвлэрүүллийн агуу өдрийн төгсгөлийн үзэгдлүүд дэх Бурханы ард түмний туршлагад онцгой хүчтэйгээр хамаарна. Үлдэгдэл сүм тэр үед агуу сорилт ба зовлонд хүргэгдэх болно. Бурханы тушаалуудыг болон Есүсийн итгэлийг сахигчид луу болон түүний цэргийн хилэнг мэдрэх болно. Сатан ертөнцийг өөрийн харьяат гэж тоолдог; тэр байтугай өөрсдийгөө Христэд итгэгч хэмээн тунхаглагч олон хүнийг хүртэл эрхшээлдээ оруулсан. Гэвч энд түүний ноёрхлыг эсэргүүцэж буй өчүүхэн бүлэг байна. Хэрэв тэр тэднийг газраас арчин зайлуулж чадвал, түүний ялалт бүрэн төгс болох байв. Тэрээр харь үндэстнүүдэд нөлөөлөн Израилийг устгуулахыг оролдсон шиг, ойрын ирээдүйд мөн газрын дэлхийн ёс бус хүчнүүдийг хөдөлгөн Бурханы ард түмнийг устгуулахаар босгоно. Хүмүүсээс тэнгэрлэг хуулийг зөрчин хүний зарлигт дуулгавартай байхыг шаардах болно.” Эш үзүүлэгчид ба хаад, 587.</w:t>
      </w:r>
    </w:p>
    <w:p>
      <w:pPr>
        <w:pStyle w:val="ArticleBody"/>
        <w:jc w:val="left"/>
      </w:pPr>
      <w:r>
        <w:rPr>
          <w:rFonts w:ascii="Times New Roman" w:hAnsi="Times New Roman" w:eastAsia="Times New Roman" w:cs="Times New Roman"/>
        </w:rPr>
        <w:t>“Их эвлэрүүллийн агуу өдрийн төгсгөлийн үзэгдлүүд” нь эхлээд зуун дөчин дөрвөн мянгыг тамгалан батлахыг хэлдэг бөгөөд үүний дараагаар одоо Вавилонд байгаа Бурханы бусад хүүхдүүдийг тамгалан батлах явдал дагалдана.</w:t>
      </w:r>
    </w:p>
    <w:p>
      <w:pPr>
        <w:pStyle w:val="ArticleScripture"/>
        <w:jc w:val="left"/>
      </w:pPr>
      <w:r>
        <w:rPr>
          <w:rFonts w:ascii="Times New Roman" w:hAnsi="Times New Roman" w:eastAsia="Times New Roman" w:cs="Times New Roman"/>
        </w:rPr>
        <w:t>Бурханы ард түмэн Түүний өмнө сэтгэлээ дарууруулан, зүрхний цэвэр байдлын төлөө гуйж байх үед, “Бохир хувцсыг нь тайл” гэсэн тушаал өгөгдөж, мөн “Харагтун, Би чиний гэм бурууг чамаас зайлууллаа, Би чамайг сольсон хувцсаар хувцаслуулна” гэсэн зоригжуулах үгс айлдагдана. Зехариа 3:4. Христийн зөвт байдлын өө сэвгүй өмсгөл соригдсон, уруу татагдсан, үнэнч Бурханы хүүхдүүдийн дээр өмсгөгдөнө. Үл тоомсорлогдсон үлдэгдэл сүр жавхлант хувцсаар хувцаслагдаж, энэ ертөнцийн ялзралд дахин хэзээ ч бузарлагдахгүй. Тэдний нэрс Хурганы амийн номд хадгалагдаж, бүх үеийн итгэлт хүмүүсийн дунд бүртгэгдсэн байдаг. Тэд мэхлэгчийн заль мэхийг эсэргүүцсэн; тэд лууны архиралтаар үнэнч байдлаасаа эргүүлэгдээгүй. Одоо тэд уруу татагчийн арга мэхээс үүрд аюулгүй болсон. Тэдний нүгэл нүглийн эхлүүлэгчид шилжүүлэгдэнэ. Тэдний толгой дээр “сайхан малгай” тавигдана.</w:t>
      </w:r>
    </w:p>
    <w:p>
      <w:pPr>
        <w:pStyle w:val="ArticleScripture"/>
        <w:jc w:val="left"/>
      </w:pPr>
      <w:r>
        <w:rPr>
          <w:rFonts w:ascii="Times New Roman" w:hAnsi="Times New Roman" w:eastAsia="Times New Roman" w:cs="Times New Roman"/>
        </w:rPr>
        <w:t>“Сатан өөрийн буруутгалуудыг хүчтэйгээр тулгасаар байх зуур ариун тэнгэрэлч нар, үл үзэгдэм байдлаар, нааш цааш явж, итгэлтэй хүмүүсийн дээр амьд Бурханы тамгыг дарж байв. Эд бол духан дээрээ Эцгийн Нэрийг бичүүлсэн, Хургатай хамт Сион уулан дээр зогсогчид мөн. Тэд сэнтийн өмнө шинэ дууг дуулдаг бөгөөд тэрхүү дууг газраас золигдон аврагдсан нэг зуун дөчин дөрвөн мянгаас өөр хэн ч сурч үл чадна. ‘Эд бол Хургыг хаашаа ч явсан дагагчид мөн. Эд хүмүүсийн дундаас золигдон аврагдсан бөгөөд Бурхан болон Хурганы төлөөх анхны үр жимс нь болсон юм. Тэдний аманд худал мэх олдсонгүй. Учир нь тэд Бурханы сэнтийн өмнө гэм зэмгүй юм.’ Илчлэл 14:4, 5.”</w:t>
      </w:r>
    </w:p>
    <w:p>
      <w:pPr>
        <w:pStyle w:val="ArticleScripture"/>
        <w:jc w:val="left"/>
      </w:pPr>
      <w:r>
        <w:rPr>
          <w:rFonts w:ascii="Times New Roman" w:hAnsi="Times New Roman" w:eastAsia="Times New Roman" w:cs="Times New Roman"/>
        </w:rPr>
        <w:t>“Эдүгээ Тэнгэрэлчийн үг бүрэн гүйцэлдээ хүрэв: ‘Тиймээс, тэргүүн тахилч Иошуа аа, чи болон чиний өмнө суугч нөхөд чинь одоо сонсогтун; учир нь тэд бол гайхамшигтай хүмүүс мөн. Учир нь, болгоогтун, Би Өөрийн Боол Нахиаг гарган ирүүлэх болно.’ Зехариа 3:8. Христ Өөрийн ард түмний Аврагч бөгөөд Чөлөөлөгчөөр илчлэгдэв. Эдүгээ үнэхээр үлдэгдэл нь ‘гайхамшигтай хүмүүс’ болсон нь, тэдний аялан явах замын нулимс ба доромжлол Бурхан болон Хурганы өмнөх баяр хөөр, хүндлэлд байр сууриа тавьсантай холбоотой. ‘Тэр өдөр ЭЗЭНий Нахиа үзэсгэлэнтэй бөгөөд сүр жавхлант байх бөгөөд газрын үр жимс нь Израилиас аврагдан үлдэгсдийн төлөө эрхэм бөгөөд сайхан байх болно. Мөн Сионд үлдэгсэд, Иерусалимд хоцрон үлдэгсэд нь, Иерусалим дахь амьд хүмүүсийн дунд бичигдсэн хүн бүрийн адил, ариун хэмээн нэрлэгдэх болно.’ Исаиа 4:2, 3.” Эш Үзүүлэгчид ба Хаад, 591, 592.</w:t>
      </w:r>
    </w:p>
    <w:p>
      <w:pPr>
        <w:pStyle w:val="ArticleBody"/>
        <w:jc w:val="left"/>
      </w:pPr>
      <w:r>
        <w:rPr>
          <w:rFonts w:ascii="Times New Roman" w:hAnsi="Times New Roman" w:eastAsia="Times New Roman" w:cs="Times New Roman"/>
        </w:rPr>
        <w:t>Тамгалахуй нь Даниелын “цэвэршигдэж, цагаатгагдан, шалгагдах” үйл явцын хоёр дахь алхам мөн. Арван нэг ба арван хоёрдугаар эшлэлүүдэд арван гуравдаас арван тавдугаар эшлэлүүд дэх Паниумын тулалдааны өмнө тохиох, эш үзүүллэгийн өмнөдийн хаан болох Оросын эцсийн мандалт ба уналтыг тодорхойлдог. Нэг зуун дөчин дөрвөн мянган хүн агуу цагаатгалын өдрийн төгсгөлийн үзэгдлүүдэд Христээр бузар хувцсаа тайлуулсны дараа “сайхан малгай” хүлээн авдаг бөгөөд энэ нь час улаан өмсгөл болон алтан гинжийн хамт Даниелыг гурав дахь захирагчаар өргөмжилсөн хэрэг мөн. Энэ нь мөн Иосефт өгөгдсөн алтан гинж, түүнийг хоёр дахь захирагчаар өргөмжилсөн явдал, мөн хааны бөгжийг өгсөнтэй адил юм. “Бөгж” нь захирагч өөрийн хуулиудад хааны тамгыг дарж баталгаажуулахад хэрэглэдэг хааны тамгыг төлөөлдөг.</w:t>
      </w:r>
    </w:p>
    <w:p>
      <w:pPr>
        <w:pStyle w:val="ArticleBody"/>
        <w:jc w:val="left"/>
      </w:pPr>
      <w:r>
        <w:rPr>
          <w:rFonts w:ascii="Times New Roman" w:hAnsi="Times New Roman" w:eastAsia="Times New Roman" w:cs="Times New Roman"/>
        </w:rPr>
        <w:t>Дари хаан Даниелыг арслангуудын дунд хийсэн нүхийг өөрийн тамгаар тамгалав.</w:t>
      </w:r>
    </w:p>
    <w:p>
      <w:pPr>
        <w:pStyle w:val="ArticleScripture"/>
        <w:jc w:val="left"/>
      </w:pPr>
      <w:r>
        <w:rPr>
          <w:rFonts w:ascii="Times New Roman" w:hAnsi="Times New Roman" w:eastAsia="Times New Roman" w:cs="Times New Roman"/>
        </w:rPr>
        <w:t>Тэгээд хаан тушаал буулгаж, Даниелыг авчруулан арслангуудын нүхэнд хаяв. Хаан Даниелд хандан, —Чиний байнга үйлчилдэг Бурхан чинь чамайг авран гаргах болно гэж айлдав. Тэгээд нэгэн чулуу авчирч, нүхний аман дээр тавив; хаан Даниелын талаар гаргасан шийдвэр өөрчлөгдөхгүйн тулд түүнийг өөрийн тамгаар, мөн ноёдынхоо тамгаар лацдав. Даниел 6:16, 17.</w:t>
      </w:r>
    </w:p>
    <w:p>
      <w:pPr>
        <w:pStyle w:val="ArticleBody"/>
        <w:jc w:val="left"/>
      </w:pPr>
      <w:r>
        <w:rPr>
          <w:rFonts w:ascii="Times New Roman" w:hAnsi="Times New Roman" w:eastAsia="Times New Roman" w:cs="Times New Roman"/>
        </w:rPr>
        <w:t>“Тамга” хэмээн орчуулагдсан еврей үг нь Стронгийн H5824 бөгөөд, H5823-т дүйх язгуур үгнээс гаралтай; сийлбэрлэгдсэн тамгат бөгж гэсэн утгатай. Тэнгэрэлчийн өмнөх Иошуа, арслангийн нүхэнд байсан Даниел, Фараоны өмнөх Иосеф нь нэг зуун дөчин дөрвөн мянгын лацлагдлыг төлөөлдөг бөгөөд энэ нь Даниел арван хоёрт гардаг хоёр дахь сорилт юм. Тэнд ариусгагдсан хүмүүс дараа нь “цагаатгагдаж,” үүнээс өмнө “соригдох” ёстой байдаг. Эдгээр шугамууд мөн “Зеруббабел,” “Шеалтиелын хүү” хэмээх дүрээр төлөөлөгдөнө.</w:t>
      </w:r>
    </w:p>
    <w:p>
      <w:pPr>
        <w:pStyle w:val="ArticleScripture"/>
        <w:jc w:val="left"/>
      </w:pPr>
      <w:r>
        <w:rPr>
          <w:rFonts w:ascii="Times New Roman" w:hAnsi="Times New Roman" w:eastAsia="Times New Roman" w:cs="Times New Roman"/>
        </w:rPr>
        <w:t>Тэр өдөр түмэн цэргийн ЭЗЭН айлдахдаа, “Шеалтиелын хүү, Миний зарц Зеруббабел аа, Би чамайг авч, чамайг тамга мэт болгоно. Учир нь Би чамайг сонгосон” гэж түмэн цэргийн ЭЗЭН айлдаж байна. Хаггай 2:23.</w:t>
      </w:r>
    </w:p>
    <w:p>
      <w:pPr>
        <w:pStyle w:val="ArticleBody"/>
        <w:jc w:val="left"/>
      </w:pPr>
      <w:r>
        <w:rPr>
          <w:rFonts w:ascii="Times New Roman" w:hAnsi="Times New Roman" w:eastAsia="Times New Roman" w:cs="Times New Roman"/>
        </w:rPr>
        <w:t>Зеруббабел гэдэг нь Вавилоны үр удам гэсэн утгатай бөгөөд түүний эцэг нь Шеалтиел байсан бөгөөд энэ нь “Бурханаас гуйгдсан” гэсэн утгатай. Зеруббабел нь эцсийн өдрүүдэд Вавилоны үр удмыг Бурханы сүрэгт дууддаг хоёр дахь тэнгэрэлчийн мэдээг төлөөлдөг. “Залбирал” хэмээх зүйл нь Вавилоны эцсийн үр удмыг дуудан гаргадаг нэг зуун дөчин дөрвөн мянгаттай холбоотой, учир нь тэрхүү сэргэлт зөвхөн залбирлаар л тохиолддог.</w:t>
      </w:r>
    </w:p>
    <w:p>
      <w:pPr>
        <w:pStyle w:val="ArticleScripture"/>
        <w:jc w:val="left"/>
      </w:pPr>
      <w:r>
        <w:rPr>
          <w:rFonts w:ascii="Times New Roman" w:hAnsi="Times New Roman" w:eastAsia="Times New Roman" w:cs="Times New Roman"/>
        </w:rPr>
        <w:t>“Бидний дунд жинхэнэ сүсэг бишрэлийн сэргэлт бий болох нь бидний бүх хэрэгцээнүүдийн дундаас хамгийн агуу бөгөөд хамгийн яаралтай нь мөн. Үүнийг эрэлхийлэх нь бидний хамгийн түрүүнд хийх ажил байх ёстой. Эзэний ерөөлийг хүртэхийн тулд чин сэтгэлийн хүчин чармайлт байх ёстой. Энэ нь Бурхан Өөрийн ерөөлийг бидэнд соёрхох хүсэлгүйдээ бус, харин бид түүнийг хүлээн авахад бэлтгэгдээгүй байгаа учраас юм. Бидний тэнгэрлэг Эцэг Өөрөөс нь гуйгчдад Ариун Сүнсээ өгөхөд, газрын эцэг эхчүүд хүүхдүүддээ сайн бэлгүүд өгөхөөс ч илүү бэлэн байдаг. Гэвч Бурхан бидэнд Өөрийн ерөөлийг соёрхоно хэмээн амласан нөхцлүүдийг биелүүлэх нь гэмшил хүлээн зөвшөөрөлт, өөрийгөө даруусгах, наманчлал, чин сэтгэлийн залбирлаар дамжуулан гүйцэтгэх бидний ажил мөн. Сэргэлтийг зөвхөн залбирлын хариуд л хүлээх ёстой. Хүмүүс Бурханы Ариун Сүнсээр ийнхүү дутмаг байгаа цагт тэд Үгийн номлолыг үнэлж чаддаггүй; харин Сүнсний хүч тэдний зүрх сэтгэлд хүрэх үед айлдагдсан үгс нөлөөгүй өнгөрөхгүй. Бурханы Үгийн сургаалаар удирдуулж, Түүний Сүнсний илрэлтэйгээр, эрүүл саруул ялган таних ухааныг хэрэгжүүлэн, бидний цуглаанд оролцогсод үнэтэй туршлага олж авч, гэртээ буцан очоод, эрүүлжүүлэгч нөлөө үзүүлэхэд бэлтгэгдэх болно.</w:t>
      </w:r>
    </w:p>
    <w:p>
      <w:pPr>
        <w:pStyle w:val="ArticleScripture"/>
        <w:jc w:val="left"/>
      </w:pPr>
      <w:r>
        <w:rPr>
          <w:rFonts w:ascii="Times New Roman" w:hAnsi="Times New Roman" w:eastAsia="Times New Roman" w:cs="Times New Roman"/>
        </w:rPr>
        <w:t>“Эртний туг баригчид залбирал дотор Бурхантай тэмцэн зүтгэх гэж юу болохыг, мөн Түүний Сүнсний асгаралтыг эдлэх гэж юу болохыг мэддэг байсан. Харин эдүгээ тэд үйл ажиллагааны тайзнаас арилан одож байна; тэдний байрыг нөхөхөөр хэн гарч ирж байна вэ? Өсөн гарч буй үеийнхэн ямар байна вэ? Тэд Бурханд хөрвөсөн үү? Тэнгэрийн ариун газарт өрнөж буй ажлыг бид ухааран сэрүүн байна уу, эсвэл сүмийг сэрээхээс өмнө түүнд ямар нэгэн албадлагат хүч ирэхийг хүлээсээр байна уу? Бид бүх сүм бүхэлдээ сэргээгдэхийг харах найдвар тээж байна уу? Тэр цаг хэзээ ч ирэхгүй.”</w:t>
      </w:r>
    </w:p>
    <w:p>
      <w:pPr>
        <w:pStyle w:val="ArticleScripture"/>
        <w:jc w:val="left"/>
      </w:pPr>
      <w:r>
        <w:rPr>
          <w:rFonts w:ascii="Times New Roman" w:hAnsi="Times New Roman" w:eastAsia="Times New Roman" w:cs="Times New Roman"/>
        </w:rPr>
        <w:t>“Сүм дотор хөрвөөгүй хүмүүс байдаг бөгөөд тэд чин сэтгэлийн, ялалт авчрах залбиралд нэгдэхгүй. Бид ажилд хүн нэг бүрээрээ оролцох ёстой. Бид илүү их залбирч, бага ярьж байх ёстой. Ёс бус байдал дэлгэрч байгаа тул ард түмэнд сүнс ба хүч чадалгүйгээр зөвхөн бурханлаг байдлын хэлбэрт сэтгэл ханахгүй байхыг заах ёстой. Хэрэв бид өөрсдийн зүрх сэтгэлийг шалгаж, нүглүүдээ зайлуулж, бузар хандлагуудаа засахад бүх анхаарлаа хандуулбал, бидний сүнс хоосон бардамналд өргөгдөхгүй; харин өөрсдөдөө үл итгэн, бидний хүрэлцээ Бурханаас байдаг гэсэн тогтвортой ухамсартай байх болно.” Selected Messages, book 1, 121, 122.</w:t>
      </w:r>
    </w:p>
    <w:p>
      <w:pPr>
        <w:pStyle w:val="ArticleBody"/>
        <w:jc w:val="left"/>
      </w:pPr>
      <w:r>
        <w:rPr>
          <w:rFonts w:ascii="Times New Roman" w:hAnsi="Times New Roman" w:eastAsia="Times New Roman" w:cs="Times New Roman"/>
        </w:rPr>
        <w:t>Залбирлын замын тэмдгийг Даниел номд үзүүлсэн байдаг. Тэнд хоёрдугаар бүлэгт буй гадаад мэдээг ойлгохын төлөөх залбирал, мөн есдүгээр бүлэгт дүрслэгдсэн дотоод мэдээг биелүүлэхийн төлөөх залбирал хоёул өгүүлэгддэг. Зеруббабел болон түүний эцэг Шеалтиел нь хоёр дахь шалгалтын үеийн зуун дөчин дөрвөн мянгын лацдалтыг төлөөлдөг бөгөөд энэ нь араатны дүрийн харагдахуйц шалгалт мөн; мөн Илчлэлт арван нэгдүгээр бүлэг, арван нэгдүгээр эшлэлд дүрслэгдсэн дотоод шалгалт, түүнчлэн Даниел арван нэгдүгээр бүлэг, арван нэгдүгээр эшлэлд дүрслэгдсэн гадаад шалгалт юм.</w:t>
      </w:r>
    </w:p>
    <w:p>
      <w:pPr>
        <w:pStyle w:val="ArticleBody"/>
        <w:jc w:val="left"/>
      </w:pPr>
      <w:r>
        <w:rPr>
          <w:rFonts w:ascii="Times New Roman" w:hAnsi="Times New Roman" w:eastAsia="Times New Roman" w:cs="Times New Roman"/>
        </w:rPr>
        <w:t>Бид дараагийн өгүүлэлд арван нэгдүгээр эшлэлийг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Есдүгээр дугаар</dc:title>
  <dc:subject>Дөрөвдүгээр мөр</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