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Арван нэгэн Арван нэгэн</w:t>
      </w:r>
    </w:p>
    <w:p>
      <w:pPr>
        <w:pStyle w:val="ArticleSubtitle"/>
        <w:jc w:val="left"/>
      </w:pPr>
      <w:r>
        <w:rPr>
          <w:rFonts w:ascii="Arial" w:hAnsi="Arial" w:eastAsia="Arial" w:cs="Arial"/>
        </w:rPr>
        <w:t>Арван нэг, Арван нэг: Даниел ба Илчлэл дэх эш үзүүллэгийн гэрчлэл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Паниумын судлалын энэ цэгт хүрэх нь миний хувьд урт удаан үйл явц байсан бөгөөд “Арван нэг, арван нэг” хэмээх гарчиг нь Иудагийн овгийн Арслан Даниел ном болон Илчлэл номыг хоёуланг нь уялдуулан, арван нэгдүгээр бүлэг ба арван нэгдүгээр эшлэлд Бурханы ард түмнийг тамгалах түүхийн дотоод ба гадаад шугамуудыг илэрхийлэн тавьсныг онцлон тэмдэглэх зорилготой юм. Туршилтын хугацаа хаагдахын яг өмнөхөн, Даниел болон Илчлэл номуудад буй арван нэг—арван нэг гэсэн хоёр шугамаар дүрслэгдсэн дотоод ба гадаад эш үзүүллэгийн түүхүүд өнөө үеийн үнэн болсон цаг хүртэл битүүмжилсэн байсан Илчлэл дэх эш үзүүллэгийг лацыг нь тайлах тушаал өгөгдөнө.</w:t>
      </w:r>
    </w:p>
    <w:p>
      <w:pPr>
        <w:pStyle w:val="ArticleScripture"/>
        <w:jc w:val="left"/>
      </w:pPr>
      <w:r>
        <w:rPr>
          <w:rFonts w:ascii="Times New Roman" w:hAnsi="Times New Roman" w:eastAsia="Times New Roman" w:cs="Times New Roman"/>
        </w:rPr>
        <w:t>Тэгээд тэр надад: “Энэ номын эш үзүүллэгийн үгсийг бүү битүүмжил; учир нь цаг нь ойрхон байна. Шударга бус нь цаашид ч шударга бус хэвээр байг; бузартсан нь цаашид ч бузартсан хэвээр байг; зөвт нь цаашид ч зөвт хэвээр байг; ариун нь цаашид ч ариун хэвээр байг” хэмээн айлдав. Илчлэл 22:10, 11.</w:t>
      </w:r>
    </w:p>
    <w:p>
      <w:pPr>
        <w:pStyle w:val="ArticleBody"/>
        <w:jc w:val="left"/>
      </w:pPr>
      <w:r>
        <w:rPr>
          <w:rFonts w:ascii="Times New Roman" w:hAnsi="Times New Roman" w:eastAsia="Times New Roman" w:cs="Times New Roman"/>
        </w:rPr>
        <w:t>Шалгалтын хугацаа хаагдахын яг өмнөхөн “цаг ойрхон” байдаг бөгөөд “Есүс Христийн Илчлэл” лацнаасаа тайлагдах үед мөн “цаг ойрхон” байдаг.</w:t>
      </w:r>
    </w:p>
    <w:p>
      <w:pPr>
        <w:pStyle w:val="ArticleScripture"/>
        <w:jc w:val="left"/>
      </w:pPr>
      <w:r>
        <w:rPr>
          <w:rFonts w:ascii="Times New Roman" w:hAnsi="Times New Roman" w:eastAsia="Times New Roman" w:cs="Times New Roman"/>
        </w:rPr>
        <w:t>Бурхан Өөрийнх нь зарц нарт удахгүй болох ёстой зүйлсийг үзүүлэхийн тулд Есүс Христэд өгсөн илчлэл; тэрээр үүнийг Өөрийн тэнгэрэлчээр дамжуулан Өөрийн зарц Иоханд илгээж, тэмдэглэн мэдүүлсэн юм. Иохан нь Бурханы үгийн тухай, Есүс Христийн гэрчлэлийн тухай, мөн өөрийн харсан бүхний тухай гэрчилсэн билээ. Энэхүү эш үзүүлгийн үгсийг уншигч нь, мөн сонсогчид нь, түүнд бичигдсэн зүйлсийг сахин биелүүлэгчид нь ерөөлтэй еэ. Учир нь цаг ойрхон байна. Илчлэл 1:1–3.</w:t>
      </w:r>
    </w:p>
    <w:p>
      <w:pPr>
        <w:pStyle w:val="ArticleBody"/>
        <w:jc w:val="left"/>
      </w:pPr>
      <w:r>
        <w:rPr>
          <w:rFonts w:ascii="Times New Roman" w:hAnsi="Times New Roman" w:eastAsia="Times New Roman" w:cs="Times New Roman"/>
        </w:rPr>
        <w:t>Иудагийн овгийн Арслан 2023 оны долоодугаар сард Шөнө дундын Хашхирааны мэдээ ирснээс хойш үйлдэж ирсэнчлэн “Есүс Христийн Илчлэлийг” лацдан нээх үед, тэрхүү лацдан нээлтэд Тэр бол “Палмони,” гайхамшигт Тоологч, өөрөөр хэлбэл Нууцуудын Тоологч мөн гэсэн илчлэлт багтана. Энэ үнэнийг хүлээн зөвшөөрөхгүй байх нь нэг зуун дөчин дөрвөн мянгыг лацддаг шалгалтын үйл явцыг давж чадахгүйд хүрэх явдал мөн.</w:t>
      </w:r>
    </w:p>
    <w:p>
      <w:pPr>
        <w:pStyle w:val="ArticleScripture"/>
        <w:jc w:val="left"/>
      </w:pPr>
      <w:r>
        <w:rPr>
          <w:rFonts w:ascii="Times New Roman" w:hAnsi="Times New Roman" w:eastAsia="Times New Roman" w:cs="Times New Roman"/>
        </w:rPr>
        <w:t>Үнэхээр би та нарыг гэмшилд хүргэхийн тулд усаар баптисм хүртээж байна. Харин миний араас Ирэгч нь надаас хүчирхэг бөгөөд Түүний гутлыг барьж явахад ч би зохисгүй. Тэр та нарыг Ариун Сүнсээр болон галаар баптисм хүртээнэ. Түүний шигшүүр гартаа байгаа бөгөөд Тэр өөрийн үтрэмийг бүрэн цэвэрлэж, буудайгаа амбаартаа хураана. Харин Тэр хальсыг унтаршгүй галаар шатаана. Матай 3:11, 12.</w:t>
      </w:r>
    </w:p>
    <w:p>
      <w:pPr>
        <w:pStyle w:val="ArticleScripture"/>
        <w:jc w:val="left"/>
      </w:pPr>
      <w:r>
        <w:rPr>
          <w:rFonts w:ascii="Times New Roman" w:hAnsi="Times New Roman" w:eastAsia="Times New Roman" w:cs="Times New Roman"/>
        </w:rPr>
        <w:t>“Энэхүү цэвэршүүлэх үйл явц яг хэзээ эхлэхийг би хэлж чадахгүй; гэвч энэ нь удаан хойшлогдохгүй. Салхигуур нь Өөрийн гарт байдаг Нэгэн Өөрийн сүмийг ёс суртахууны бузарлалаас нь цэвэрлэнэ. Тэр Өөрийн талбайг бүрмөсөн цэвэрлэн ариусгана.” Testimonies to Ministers, 372, 373.</w:t>
      </w:r>
    </w:p>
    <w:p>
      <w:pPr>
        <w:pStyle w:val="ArticleBody"/>
        <w:jc w:val="left"/>
      </w:pPr>
      <w:r>
        <w:rPr>
          <w:rFonts w:ascii="Times New Roman" w:hAnsi="Times New Roman" w:eastAsia="Times New Roman" w:cs="Times New Roman"/>
        </w:rPr>
        <w:t>Лацдалын цагийг эш үзүүллэгийн сорилтын үйл явц хэмээн тодорхойлдог эш үзүүллэгийн шугамууд нь хангалттайгаас ч илүү элбэг байдаг. Энэхүү сорилтын үйл явц нь Бурханы эш үзүүллэгийн Үгийг судлахад зөв эсвэл буруу аргачлалыг хэрэглэх суралцагчийн авьяас чадвар, чадамж дээр үндэслэдэг нь илэрхий байна. Энэ үнэн мөн адил онгодоор өгөгдсөн тэмдэглэл дотор элбэгээр илэрхийлэгдсэн байдаг.</w:t>
      </w:r>
    </w:p>
    <w:p>
      <w:pPr>
        <w:pStyle w:val="ArticleScripture"/>
        <w:jc w:val="left"/>
      </w:pPr>
      <w:r>
        <w:rPr>
          <w:rFonts w:ascii="Times New Roman" w:hAnsi="Times New Roman" w:eastAsia="Times New Roman" w:cs="Times New Roman"/>
        </w:rPr>
        <w:t>Эдгээр дөрвөн хөвгүүний тухайд, Бурхан тэдэнд бүх төрлийн эрдэм мэдлэг ба мэргэн ухаанд мэдлэг, чадварыг өгсөн; харин Даниел бүх үзэгдэл ба зүүдийг ойлгох ухаантай байв. Хаан тэднийг авч ирүүлэхээр тогтоосон өдрүүдийн төгсгөлд, тайган нарын тэргүүн тэднийг Небухаднезарын өмнө авчрав. Хаан тэдэнтэй ярилцав; тэдний дундаас Даниел, Хананиа, Мишаел, Азариа нартай адил нэгэн ч олдсонгүй. Иймээс тэд хааны өмнө зогсов. Хаан тэднээс асуусан мэргэн ухаан ба ойлголтын бүх хэрэгт, тэрээр тэднийг өөрийн бүх хаанчлал дахь бүх шидтэн ба одон зурхайчдаас арван дахин илүү болохыг олж мэдэв. Даниел 1:17–20.</w:t>
      </w:r>
    </w:p>
    <w:p>
      <w:pPr>
        <w:pStyle w:val="ArticleBody"/>
        <w:jc w:val="left"/>
      </w:pPr>
      <w:r>
        <w:rPr>
          <w:rFonts w:ascii="Times New Roman" w:hAnsi="Times New Roman" w:eastAsia="Times New Roman" w:cs="Times New Roman"/>
        </w:rPr>
        <w:t>Эш үзүүлэгчийн тайлбарын тэргүүн зарчим бол үнэн нь хоёрын гэрчлэл дээр тогтоогддог явдал бөгөөд энэ зарчимд итгэх итгэлгүй хүмүүс өөрсдийгөө бүтэлгүйтэлд хүргэхээр тавьж байна. Лацдах цаг үеийн туршилтын үйл явцын нэгэн бүрэлдэхүүн нь Даниел ба Иохан нарын арван нэгдүгээр бүлэг, арван нэгдүгээр эшлэлд дүрслэгдсэн дотоод ба гадаад түүхүүдийн холбоог хүлээн зөвшөөрөх явдал юм.</w:t>
      </w:r>
    </w:p>
    <w:p>
      <w:pPr>
        <w:pStyle w:val="ArticleScripture"/>
        <w:jc w:val="left"/>
      </w:pPr>
      <w:r>
        <w:rPr>
          <w:rFonts w:ascii="Times New Roman" w:hAnsi="Times New Roman" w:eastAsia="Times New Roman" w:cs="Times New Roman"/>
        </w:rPr>
        <w:t>“Илчлэл бол лацадсан ном мөн, гэхдээ бас нээгдсэн ном юм. Энэ нь дэлхийн түүхийн сүүлчийн өдрүүдэд тохиох гайхамшигт үйл явдлуудыг тэмдэглэн үлдээсэн байдаг. Энэ номын сургаалууд нь тодорхой бөгөөд нууцлаг, ойлгомжгүй зүйлс биш юм. Үүнд Даниелд өгүүлэгдсэнтэй адил эш үзүүллэгийн нэгэн ижил шугамыг авч үзсэн байдаг. Бурхан зарим эш үзүүллэгүүдийг давтан хэлсэн нь тэдгээрт ач холбогдол өгөх ёстойг харуулж байна. Эзэн тийм ч их ач холбогдолгүй зүйлсийг давтан хэлдэггүй.” Manuscript Releases, 9-р боть, 8.</w:t>
      </w:r>
    </w:p>
    <w:p>
      <w:pPr>
        <w:pStyle w:val="ArticleBody"/>
        <w:jc w:val="left"/>
      </w:pPr>
      <w:r>
        <w:rPr>
          <w:rFonts w:ascii="Times New Roman" w:hAnsi="Times New Roman" w:eastAsia="Times New Roman" w:cs="Times New Roman"/>
        </w:rPr>
        <w:t>Даниел болон Илчлэл номууд хоёр гэрчийг төлөөлдөг бөгөөд нэг зуун дөчин дөрвөн мянгыг Илчлэл номын арван нэгдүгээр бүлэгт хоёр гэрч болгон дүрсэлсэн байдаг. Тэрхүү бүлгийн арван нэгдүгээр эшлэлд Елиа ба Мосегоор төлөөлөгдсөн хоёр гэрч нь буцалж буй тосонд байсан Иохан болон арслангийн үүрэнд байсан Даниел хоёроор хэв шинжлэгдсэнчлэн амилуулагддаг. Нэг зуун дөчин дөрвөн мянгыг Даниел ба Иохан, мөн Елиа ба Мосе хоёроор төлөөлүүлсэн байна. Нэг зуун дөчин дөрвөн мянгыг бий болгодог шалгалтын үйл явцад амжилттай тэнцэхийн тулд суралцагч үнэн нь хоёр гэрч дээр тогтоогддог, Даниел болон Илчлэл номууд хоёр гэрчийг төлөөлдөг, мөн нэг зуун дөчин дөрвөн мянга нь Елиа ба Мосе, түүнчлэн Даниел ба Иохан хоёроор хэв шинжлэгдсэн гэдгийг ойлгох ёстой.</w:t>
      </w:r>
    </w:p>
    <w:p>
      <w:pPr>
        <w:pStyle w:val="ArticleBody"/>
        <w:jc w:val="left"/>
      </w:pPr>
      <w:r>
        <w:rPr>
          <w:rFonts w:ascii="Times New Roman" w:hAnsi="Times New Roman" w:eastAsia="Times New Roman" w:cs="Times New Roman"/>
        </w:rPr>
        <w:t>Эдгээр үнэнүүд нь Даниел болон Илчлэл номын аль алинд нь “арван нэг, арван нэг”-ээр төлөөлөгдсөн дотоод ба гадаад түүхтэй холбоотой эш үзүүллийн үнэнүүдийн ердөө товчхон жишээ төдий юм. Палмонигийн хувьд Христ эдгээр хоёр хэсгийн уялдуулалд удирдсан бөгөөд мөн арван нэг дээр арван нэгийг нэмбэл хорин хоёр болдог; энэ нь цаашлаад хоёр зуун хорийн аравны нэг буюу аравны хувь бөгөөд энэ нь бурханлаг чанар хүн чанартай нэгдэхийн бэлгэ тэмдэг юм. Палмони “хоёр зуун хорь” нь бурханлаг чанар ба хүн чанарын нэгдлийг илэрхийлдэг гэдгийг хоёроос илүү гэрч дээр тогтоосон бөгөөд энэ нь эргээд Христ Өөр дээрээ унасан махбодыг авсан бие махбодлолынх нь тодорхойлолт юм. Тийнхүү Тэр, хэрэв хүн төрөлхтөн сайн мэдээний шаардлагуудыг хангахад бэлэн байвал, Христ Өөрийн бурханлаг чанарыг бидний хүн чанартай нэгтгэхэд бэлэн байдаг гэдгийн жишээг хүн төрөлхтөнд үзүүлсэн юм. Иймээс бурханлаг чанар ба хүн чанар нь хоёр гэрч мөн.</w:t>
      </w:r>
    </w:p>
    <w:p>
      <w:pPr>
        <w:pStyle w:val="ArticleBody"/>
        <w:jc w:val="left"/>
      </w:pPr>
      <w:r>
        <w:rPr>
          <w:rFonts w:ascii="Times New Roman" w:hAnsi="Times New Roman" w:eastAsia="Times New Roman" w:cs="Times New Roman"/>
        </w:rPr>
        <w:t>Сорилтын хугацаа хаагдахын яг өмнө нээгдсэн «Есүс Христийн Илчлэл»-д Есүс бол Бурханы «Үг» мөн гэдэг нь багтдаг.</w:t>
      </w:r>
    </w:p>
    <w:p>
      <w:pPr>
        <w:pStyle w:val="ArticleScripture"/>
        <w:jc w:val="left"/>
      </w:pPr>
      <w:r>
        <w:rPr>
          <w:rFonts w:ascii="Times New Roman" w:hAnsi="Times New Roman" w:eastAsia="Times New Roman" w:cs="Times New Roman"/>
        </w:rPr>
        <w:t>Эхэнд Үг байсан бөгөөд Үг Бурхантай хамт байсан, мөн Үг нь Бурхан байсан. Тэрээр эхэнд Бурхантай хамт байсан. Бүх юмс Түүгээр бүтээгдсэн; Түүнгүйгээр бүтээгдсэн нэг ч юм бүтээгдээгүй. Түүнд амь байсан; мөн тэрхүү амь нь хүмүүсийн гэрэл байсан. Гэрэл харанхуйд гэрэлтдэг; харин харанхуй түүнийг ухаараагүй. Иохан 1:1–5.</w:t>
      </w:r>
    </w:p>
    <w:p>
      <w:pPr>
        <w:pStyle w:val="ArticleBody"/>
        <w:jc w:val="left"/>
      </w:pPr>
      <w:r>
        <w:rPr>
          <w:rFonts w:ascii="Times New Roman" w:hAnsi="Times New Roman" w:eastAsia="Times New Roman" w:cs="Times New Roman"/>
        </w:rPr>
        <w:t>Библи нь Христ бурханлаг чанар ба хүн чанарын нэгдлийг төлөөлдөгтэй адил, Бурханы “Үг” мөн. Библи нь Хуучин ба Шинэ Гэрээний хоёр гэрчийг төлөөлдөг бөгөөд тэд мөн Илчлэлт номын арван нэгдүгээр бүлэгт гардаг Мосе ба Елиа мөн.</w:t>
      </w:r>
    </w:p>
    <w:p>
      <w:pPr>
        <w:pStyle w:val="ArticleScripture"/>
        <w:jc w:val="left"/>
      </w:pPr>
      <w:r>
        <w:rPr>
          <w:rFonts w:ascii="Times New Roman" w:hAnsi="Times New Roman" w:eastAsia="Times New Roman" w:cs="Times New Roman"/>
        </w:rPr>
        <w:t>“Хоёр гэрчийн тухайд эш үзүүлэгч цааш нь ийнхүү тунхагладаг: ‘Эдгээр нь газрын Бурханы өмнө зогсож буй хоёр чидун мод, хоёр дэнлүүний суурь мөн.’ ‘Таны үг,’ хэмээн дуулалч хэлсэн, ‘миний хөлд дэнлүү, миний замд гэрэл мөн.’ Илчлэлт 11:4; Дуулал 119:105. Хоёр гэрч нь Хуучин ба Шинэ Гэрээний Судруудыг төлөөлдөг.” Агуу тэмцэл, 267.</w:t>
      </w:r>
    </w:p>
    <w:p>
      <w:pPr>
        <w:pStyle w:val="ArticleBody"/>
        <w:jc w:val="left"/>
      </w:pPr>
      <w:r>
        <w:rPr>
          <w:rFonts w:ascii="Times New Roman" w:hAnsi="Times New Roman" w:eastAsia="Times New Roman" w:cs="Times New Roman"/>
        </w:rPr>
        <w:t>Хоёр гэрч бол хоёр чидун мод, хоёр лааны суурь бөгөөд Хуучин ба Шинэ Гэрээг төлөөлдөг; үүнийг тухайн догол мөрөнд “Таны үг” хэмээн илэрхийлсэн байна. Тэнсэл хаагдахын яг өмнөхөн Иуда овгийн Арслангийн нээж тайлдаг “Есүс Христийн Илчлэл” нь нэг зуун дөчин дөрвөн мянгатын нэг болох нэр дэвшигчдийг сорьдог “мэдлэгийн эцсийн нэмэгдэл” мөн. “Мэдлэгийн эцсийн нэмэгдэл” нь мөн арван онгон охины сургаалт зүйрлэл дэх Шөнө дундын Хашхирааны мэдээ юм.</w:t>
      </w:r>
    </w:p>
    <w:p>
      <w:pPr>
        <w:pStyle w:val="ArticleScripture"/>
        <w:jc w:val="left"/>
      </w:pPr>
      <w:r>
        <w:rPr>
          <w:rFonts w:ascii="Times New Roman" w:hAnsi="Times New Roman" w:eastAsia="Times New Roman" w:cs="Times New Roman"/>
        </w:rPr>
        <w:t>“Тэгээд би хариулан түүнд, Дэнлүүний баруун талд ба зүүн талд байгаа энэ хоёр чидун мод юу вэ? гэж асуулаа. Би дахин хариулан түүнд, Энэ хоёр алтан хоолойгоор дамжин өөрсдөөсөө алтан тосыг юүлж байгаа энэ хоёр чидун мөчир юу вэ? гэж асуулаа. Тэр надад хариулан, Эд юу болохыг чи мэдэхгүй гэж үү? гэв. Тэгэхэд нь би, Үгүй, эзэнтэн минь, гэв. Тэгтэл тэр, Эд бол бүх дэлхийн Эзэний дэргэд зогсдог тослогдсон тэр хоёр хүн мөн, гэв. Зехариа 4:11–14. Эдгээр нь Бурханы амьд элч нарын зүрх сэтгэлийг төлөөлдөг алтан аягануудад өөрсдийгөө юүлдэг бөгөөд тэдгээр элч нар Эзэний Үгийг ард түмэнд анхааруулга болон гуйлтаар хүргэдэг. Үг Өөрөө ч бүх дэлхийн Эзэний дэргэд зогсдог хоёр чидун модноос юүлэгддэг алтан тос мэтээр дүрслэгдсэн байх ёстой. Энэ бол Ариун Сүнс болон галын баптисм юм. Энэ нь үл итгэгчдийн сэтгэлийг яллагдалд нээх болно. Сэтгэлийн хэрэгцээ нь зөвхөн Бурханы Ариун Сүнсний үйлчлэлээр л хангагдаж чадна. Хүн өөрөөсөө зүрхний хүслийг хангаж, тэмүүллийг нь биелүүлэхийн тулд юу ч хийж чадахгүй.” The Seventh-day Adventist Bible Commentary, volume 4, 1180.</w:t>
      </w:r>
    </w:p>
    <w:p>
      <w:pPr>
        <w:pStyle w:val="ArticleBody"/>
        <w:jc w:val="left"/>
      </w:pPr>
      <w:r>
        <w:rPr>
          <w:rFonts w:ascii="Times New Roman" w:hAnsi="Times New Roman" w:eastAsia="Times New Roman" w:cs="Times New Roman"/>
        </w:rPr>
        <w:t>Бурханы Үг нь Библи мөн Христ аль аль нь бөгөөд, Библи ба Христ нь нэг зуун дөчин дөрвөн мянгын адил хоёр гэрчийг төлөөлдөг. Харин тэр хоёр гэрч нь тэнгэрлэг чанар ба хүн чанарын нэгдлийг төлөөлдөг. Тэд мөн дотоод ба гадаад эш үзүүллэгийн түүхүүдийг төлөөлдөг. Гэрчүүдийн хувьд, тэнгэрлэг чанар хүн чанартай нэгдсэн нь нүгэл үйлддэггүй гэдгийн нотолгоог тэд гаргаж өгсөн. Тэд мөн тэнгэрлэг чанар ба хүн чанарын хоорондын холбоог төлөөлдөг. Шат, дамжуулах суваг, хоолой, тэнгэрэлчүүд, эсвэл Бурхан ба хүний хоорондын харилцааны холбоог илтгэх бусад аль ч бэлгэдэл бай, хүнд дамжуулагдах мэдээ нь үргэлж амь эсвэл үхэл байдаг.</w:t>
      </w:r>
    </w:p>
    <w:p>
      <w:pPr>
        <w:pStyle w:val="ArticleScripture"/>
        <w:jc w:val="left"/>
      </w:pPr>
      <w:r>
        <w:rPr>
          <w:rFonts w:ascii="Times New Roman" w:hAnsi="Times New Roman" w:eastAsia="Times New Roman" w:cs="Times New Roman"/>
        </w:rPr>
        <w:t>“Бүх газрын Эзэний дэргэд зогсогч тослогдсон хүмүүс нь урьд цагт халхлагч херубын хувиар Сатанд өгөгдсөн байр суурийг эзэлдэг. Түүний сэнтийг хүрээлэн буй ариун оршнолуудаар дамжуулан Эзэн газар дэлхийн оршин суугчидтай тасралтгүй харилцааг хадгалдаг. Алтан тос нь итгэгчдийн дэнлүүг анивчин унтрахгүй байлгахын тулд Бурхан тэднийг ханган тэтгэдэг нигүүлслийг төлөөлдөг. Хэрэв энэ ариун тос Бурханы Сүнсний мэдээнүүдээр дамжин тэнгэрээс асгардаггүйсэн бол, бузар муу хүчнүүд хүмүүсийг бүхэлд нь захирах байсан.”</w:t>
      </w:r>
    </w:p>
    <w:p>
      <w:pPr>
        <w:pStyle w:val="ArticleScripture"/>
        <w:jc w:val="left"/>
      </w:pPr>
      <w:r>
        <w:rPr>
          <w:rFonts w:ascii="Times New Roman" w:hAnsi="Times New Roman" w:eastAsia="Times New Roman" w:cs="Times New Roman"/>
        </w:rPr>
        <w:t>Бурхан бидэнд илгээдэг мэдээнүүдийг бид хүлээн авахгүй байх үед Түүнд хүндэтгэл үл үзүүлдэг. Ийнхүү бид Түүний сүнснүүдэд маань юүлж, харанхуйд буй хүмүүст дамжуулагдах ёстой байсан алтан тосыг няцаадаг. “Харагтун, хүргэн ирж байна; Түүнийг угтан гарагтун” гэсэн дуудлага ирэх үед ариун тосыг хүлээн аваагүй, Христийн нигүүлслийг зүрхэндээ эрхэмлэн хадгалаагүй хүмүүс мэргэн бус охидын адил Эзэнтэйгээ уулзахад бэлэн биш байгаагаа олж мэднэ. Тэр тосыг олж авах хүч тэдэнд өөрсдөд нь үгүй бөгөөд тэдний амьдрал сүйрэлд орно. Харин Бурханы Ариун Сүнсийг гуйж, Мосегийн адил “Надад Өөрийн алдар сууг үзүүлээч” хэмээн бид гуйвал, Бурханы хайр бидний зүрхэнд элбэгээр цутгагдана. Алтан хоолойгоор дамжин алтан тос бидэнд дамжуулагдах болно. “Хүчлээр ч бус, чадлаар ч бус, харин Миний Сүнсээр, түмэн цэргийн ЭЗЭН айлдаж байна.” Зөвт байдлын Нарны тод цацрагийг хүлээн авснаар Бурханы хүүхдүүд энэ дэлхийд гэрлүүд мэт гэрэлтдэг. Review and Herald, July 20, 1897.</w:t>
      </w:r>
    </w:p>
    <w:p>
      <w:pPr>
        <w:pStyle w:val="ArticleBody"/>
        <w:jc w:val="left"/>
      </w:pPr>
      <w:r>
        <w:rPr>
          <w:rFonts w:ascii="Times New Roman" w:hAnsi="Times New Roman" w:eastAsia="Times New Roman" w:cs="Times New Roman"/>
        </w:rPr>
        <w:t>Ариун Сүнсний асгаруулалт нь Даниел болон Илчлэл 11:11-ээр тэмдэглэгдсэн дотоод ба гадаад түүхүүдийн үед тохиолддог. Даниелын арван нэгдүгээр бүлгийн арван нэг, арван хоёрдугаар эшлэлүүдэд дүрслэгдсэн дор хаяж дөрвөн эш үзүүллэгийн дүрийг тодорхойлох шаардлагатай. Мөн арван гуравдугаар эшлэлээс арван тавдугаар эшлэлүүдэд тодорхойлогдох ёстой дөрвөн дүр, арван зургаадугаар эшлэлд мөн дөрвөн дүр бий. Бид одоо яг тэрхүү түүхэн үед амьдарч байгаа тул эш үзүүллэгийг судлагчдын хувьд арван нэгээс арван зургаадугаар эшлэлүүдийн бэлгэдэлт дүрүүд хэн болохыг ялган тогтоох нь бидний үүрэг мөн. Учир нь тэдгээр нь мөнөөх бүлгийн дөчдүгээр эшлэлийн далд түүхийг хамарсан эш үзүүллэгийн нэг шугамыг төлөөлдөг.</w:t>
      </w:r>
    </w:p>
    <w:p>
      <w:pPr>
        <w:pStyle w:val="ArticleBody"/>
        <w:jc w:val="left"/>
      </w:pPr>
      <w:r>
        <w:rPr>
          <w:rFonts w:ascii="Times New Roman" w:hAnsi="Times New Roman" w:eastAsia="Times New Roman" w:cs="Times New Roman"/>
        </w:rPr>
        <w:t>1989 оноос хойш тайлагдан нээгдсээр ирсэн дөчдүгээр эшлэлийн түүхэнд төлөөлөгдөн гарч буй хувь хүмүүсийг тодорхойлох нь мөн холбогдолтой мэт санагдана.</w:t>
      </w:r>
    </w:p>
    <w:p>
      <w:pPr>
        <w:pStyle w:val="ArticleScripture"/>
        <w:jc w:val="left"/>
      </w:pPr>
      <w:r>
        <w:rPr>
          <w:rFonts w:ascii="Times New Roman" w:hAnsi="Times New Roman" w:eastAsia="Times New Roman" w:cs="Times New Roman"/>
        </w:rPr>
        <w:t>Тэрээр, «Яв, Даниел аа; учир нь төгсгөлийн цаг хүртэл эдгээр үгс хаагдаж, битүүмжлэгдсэн юм. Олон хүн ариусгагдаж, цайруулагдаж, шалгагдах болно; харин хорон муу хүмүүс хорон муугаар үйлдэх болно. Хорон муу хүмүүсийн хэн нь ч ойлгохгүй; харин мэргэд ойлгоно» гэж айлдав. Даниел 12:9, 10.</w:t>
      </w:r>
    </w:p>
    <w:p>
      <w:pPr>
        <w:pStyle w:val="ArticleBody"/>
        <w:jc w:val="left"/>
      </w:pPr>
      <w:r>
        <w:rPr>
          <w:rFonts w:ascii="Times New Roman" w:hAnsi="Times New Roman" w:eastAsia="Times New Roman" w:cs="Times New Roman"/>
        </w:rPr>
        <w:t>Дөчдүгээр эшлэл нь 1798 онд, Францын Наполеон папыг олзлон авч боолчлолд хүргэсэнтэй хамт төгсгөлийн цаг үед эхэлдэг. Наполеоны энэ үйлдлийн үндэслэл нь 1797 онд Толентиногийн гэрээ зөрчигдсөн явдал дээр тулгуурлаж байв. Наполеон ба папын хоорондын тэмцэл нь үүнээс өмнө Даниелын арваннэгдүгээр бүлгийн зургаа болон долоодугаар эшлэлүүдийг биелүүлсэн түүхэнд хэв шинжээр аль хэдийн дүрслэгдсэн байсан. Зургаа болон долоодугаар эшлэлүүдийн биелэл болгон гарсан эвдэрсэн гэрлэлтийн гэрээ, мөн өмнөдийн хаан хойд зүгийн хааныг ялсан явдал нь 1798 оны түүхэнд давтагдсан бөгөөд ингэснээр тэд Бурханы Үгийн зургаа болон долоодугаар эшлэл дэх зөгнөлийг, түүнчлэн Египетийн хоёрдугаар хаан Птолемей Филадельф ба Сирийн гуравдугаар хаан Антиох Теосын хоорондын дайсагналын эхэнд эдгээр эшлэлүүдийн биеллийг төлөөлдөг. Птолемей нь өмнөдийн хааныг, Антиох нь хойд зүгийн хааныг төлөөлж байв.</w:t>
      </w:r>
    </w:p>
    <w:p>
      <w:pPr>
        <w:pStyle w:val="ArticleBody"/>
        <w:jc w:val="left"/>
      </w:pPr>
      <w:r>
        <w:rPr>
          <w:rFonts w:ascii="Times New Roman" w:hAnsi="Times New Roman" w:eastAsia="Times New Roman" w:cs="Times New Roman"/>
        </w:rPr>
        <w:t>Тэрхүү эшлэлүүдийн зөгнөл болон уг зөгнөлийн биеллийг Птолемей ба Антиохын түүхтэй хамтатган авч үзвэл—энэ нь цаашлаад 1798 онд Наполеон ба папын түүхийг дүрслэн төлөөлсөн байдаг—арван нэг, арван хоёрдугаар эшлэл дэх Путин ба Зеленськиййн түүхийг дүрслэн төлөөлөх гурван шугамыг өгдөг. Иймээс 1798 онд төгсгөлийн цаг нь Наполеон ба папын түүхийг төлөөлдөг гэдгийг ойлгох нь, хэрэв тэндээ л дуусвал, бүрэн бус юм. Бид зургаа, долоодугаар эшлэлүүд Наполеон ба папын талаар юуг зөгнөдөгийг, мөн Птолемей ба Антиохын түүх тэрхүү мөн үеийн талаар юуг заадагийг ойлгох ёстой. Эдгээр үнэний шугамуудыг ойлгох үедээ бид тэдгээр өмнөх түүхэн биеллүүд дөчдүгээр эшлэлийн эхлэх түүхийг тодорхойлж байгааг ойлгож чадна; тийнхүү үйлдэхдээ тэд мөн дөчдүгээр эшлэлийн төгсгөлийг ч тодорхойлж байна. Учир нь Наполеон ба Птолемейгээр дүрслэн төлөөлөгдсөн Путин—зургаа, долоодугаар эшлэлүүдэд зөгнөгдсөн Путин—арван нэг, арван хоёрдугаар эшлэлүүдийг биелүүлдэг.</w:t>
      </w:r>
    </w:p>
    <w:p>
      <w:pPr>
        <w:pStyle w:val="ArticleBody"/>
        <w:jc w:val="left"/>
      </w:pPr>
      <w:r>
        <w:rPr>
          <w:rFonts w:ascii="Times New Roman" w:hAnsi="Times New Roman" w:eastAsia="Times New Roman" w:cs="Times New Roman"/>
        </w:rPr>
        <w:t>Иоханы тэднийг тодорхойлсноор луу ба араатны хоорондын эш үзүүллэгийн холбооны талаар, эсвэл Даниелын тэднийг дүрсэлснээр “өдөр тутмын” ба “эзгүйрлийн жигшүүрт зүйл”-ийн талаар хийх нэгэн чухал ажиглалт бол, тэд эш үзүүллэгийн хувьд хоорондоо тун төстэй байдаг явдал юм. Иохан үүнийг ингэж хэлсэн.</w:t>
      </w:r>
    </w:p>
    <w:p>
      <w:pPr>
        <w:pStyle w:val="ArticleScripture"/>
        <w:jc w:val="left"/>
      </w:pPr>
      <w:r>
        <w:rPr>
          <w:rFonts w:ascii="Times New Roman" w:hAnsi="Times New Roman" w:eastAsia="Times New Roman" w:cs="Times New Roman"/>
        </w:rPr>
        <w:t>Тэд араатанд эрх мэдэл өгсөн лууг мөргөн шүтэв; мөн тэд араатныг мөргөн шүтэж, “Араатантай адил хэн байна вэ? Түүнтэй тулалдан дайн хийж чадах хэн байна вэ?” гэж хэлэв. Илчлэл 13:4.</w:t>
      </w:r>
    </w:p>
    <w:p>
      <w:pPr>
        <w:pStyle w:val="ArticleBody"/>
        <w:jc w:val="left"/>
      </w:pPr>
      <w:r>
        <w:rPr>
          <w:rFonts w:ascii="Times New Roman" w:hAnsi="Times New Roman" w:eastAsia="Times New Roman" w:cs="Times New Roman"/>
        </w:rPr>
        <w:t>Лууг шүтэнэ гэдэг нь араатныг шүтэнэ гэсэн үг мөн. Учир нь хоёулаа харь шашны шашныг төлөөлдөг. Иохантай адил Даниел наймдугаар бүлгийн есөөс арван хоёрдугаар ишлэлд гардаг “жижиг эвэр”-ийг харь Ром болон папын Ромыг хоёуланг нь төлөөлүүлэхээр ашигладаг. Гэвч тэрээр харь Ромын жижиг эврийг эр хүйсийн утгаар, харин папын Ромын жижиг эврийг эм хүйсийн утгаар тодорхойлон, энэ хоёрыг тодорхой ялган үзүүлдэг. Долоодугаар бүлэгт Даниел харь Ромыг түүнээс өмнөх хаант улсуудаас “өөр” хэмээн тодорхойлдог бөгөөд цаашлаад папын Ром ч мөн “өөр” байсныг тэмдэглэдэг. Ром нь, харь ч бай, папын ч бай, өөр юм. Харь Ромыг төлөөлөх Ромын эрэгтэй бэлгэдэл нь Ахаб болон Херодоор баталгаажуулагддаг. Тэд хоёулаа папын засгийн бэлгэдэл болсон эмэгтэйчүүдтэй гэрлэсэн байв. Эмэгтэй нь сүмийн засаглал, эрэгтэй нь төрийн засаглал мөн. Иймээс эш үзүүллэгийн түвшинд Бурханы Үг эрэгтэй, эмэгтэй хоёр нэг болдгийг өгүүлэх үед, энэ нь харь Ром ба папын Ром эш үзүүллэгийн утгаар үлэмж төстэй болох бодит байдлыг батлан нотолж байгаа хэрэг юм. Учир нь тэд нэг махбод юм.</w:t>
      </w:r>
    </w:p>
    <w:p>
      <w:pPr>
        <w:pStyle w:val="ArticleBody"/>
        <w:jc w:val="left"/>
      </w:pPr>
      <w:r>
        <w:rPr>
          <w:rFonts w:ascii="Times New Roman" w:hAnsi="Times New Roman" w:eastAsia="Times New Roman" w:cs="Times New Roman"/>
        </w:rPr>
        <w:t>1798 онд Франц улс папын засаглалтай ямар харилцаатай байсан нь, арван хаад Ромыг галаар шатааж, түүний махыг идэх үед Америкийн Нэгдсэн Улс папын засаглалтай ямар харилцаатай байхыг төлөөлөн үзүүлдэг.</w:t>
      </w:r>
    </w:p>
    <w:p>
      <w:pPr>
        <w:pStyle w:val="ArticleScripture"/>
        <w:jc w:val="left"/>
      </w:pPr>
      <w:r>
        <w:rPr>
          <w:rFonts w:ascii="Times New Roman" w:hAnsi="Times New Roman" w:eastAsia="Times New Roman" w:cs="Times New Roman"/>
        </w:rPr>
        <w:t>Чиний араатан дээр харсан арван эвэр нь янханд жигшиж, түүнийг эзгүйрүүлэн нүцгэлж, махыг нь идэж, түүнийг галд шатаана. Илчлэл 17:16.</w:t>
      </w:r>
    </w:p>
    <w:p>
      <w:pPr>
        <w:pStyle w:val="ArticleBody"/>
        <w:jc w:val="left"/>
      </w:pPr>
      <w:r>
        <w:rPr>
          <w:rFonts w:ascii="Times New Roman" w:hAnsi="Times New Roman" w:eastAsia="Times New Roman" w:cs="Times New Roman"/>
        </w:rPr>
        <w:t>Франц улс 538 онд папын эрх мэдлийг засгийн эрхэнд залан тогтоохдоо папын засаглалтай тогтоосон харилцаа нь, тун удахгүй гарах Ням гаргийн хуулиар папын засаглалын үхлийн шархыг эдгээхэд АНУ-ын хийх ажлыг бэлгэдэн харуулдаг.</w:t>
      </w:r>
    </w:p>
    <w:p>
      <w:pPr>
        <w:pStyle w:val="ArticleScripture"/>
        <w:jc w:val="left"/>
      </w:pPr>
      <w:r>
        <w:rPr>
          <w:rFonts w:ascii="Times New Roman" w:hAnsi="Times New Roman" w:eastAsia="Times New Roman" w:cs="Times New Roman"/>
        </w:rPr>
        <w:t>Тэгээд би газраас гарч ирж буй өөр нэгэн араатныг үзэв. Тэр нь хурганы адил хоёр эвэртэй атлаа луу шиг ярьж байв. Тэрээр өмнөх араатны бүх эрх мэдлийг түүний өмнө хэрэгжүүлж, үхлийн шарх нь эдгэрсэн тэрхүү анхны араатанд газар дэлхий болон түүн дээр оршин суугчдыг мөргүүлэх ажээ. Мөн тэрээр агуу гайхамшгууд үйлдэж, хүмүүсийн нүдэн дээр тэнгэрээс газарт гал буулгах хүртэл үйлдэв. Тэгээд тэрээр араатны өмнө үйлдэх эрхтэй байсан тэрхүү гайхамшгуудынхаа улмаас газар дээр оршин суугчдыг мэхэлж, илдний шарх авсан атлаа амьд үлдсэн араатанд зориулан дүр бүтээхийг газар дээр оршин суугчдад хэлэв. Илчлэлт 13:11–14.</w:t>
      </w:r>
    </w:p>
    <w:p>
      <w:pPr>
        <w:pStyle w:val="ArticleBody"/>
        <w:jc w:val="left"/>
      </w:pPr>
      <w:r>
        <w:rPr>
          <w:rFonts w:ascii="Times New Roman" w:hAnsi="Times New Roman" w:eastAsia="Times New Roman" w:cs="Times New Roman"/>
        </w:rPr>
        <w:t>Дөчдүгээр эшлэлийн биелэл дэх 1798 оны “эцсийн цаг” нь хойд зүгийн сүнслэг хаан өмнөд зүгийн сүнслэг хаанаар зайлуулагдаж байгааг тодорхойлдог. Тэрхүү эш үзүүллэгийн түүх нь папын засаглалын нэг мянга хоёр зуун жаран жилийн төгсгөлийн түүх мөн бөгөөд иймээс тэрхүү эш үзүүллэгийн түүхийн эхлэлийн эш үзүүллэгийн шинжүүд нь төгсгөл дээр нь дүрслэгдэн илэрдэг. 538 онд Библийн эш үзүүллэгийн дөрөв дэх хаанчлал Библийн эш үзүүллэгийн тав дахь хаанчлалд байраа тавьсан бөгөөд 1798 онд Библийн эш үзүүллэгийн тав дахь хаанчлал Библийн эш үзүүллэгийн зургаа дахь хаанчлалд байраа тавьсан.</w:t>
      </w:r>
    </w:p>
    <w:p>
      <w:pPr>
        <w:pStyle w:val="ArticleBody"/>
        <w:jc w:val="left"/>
      </w:pPr>
      <w:r>
        <w:rPr>
          <w:rFonts w:ascii="Times New Roman" w:hAnsi="Times New Roman" w:eastAsia="Times New Roman" w:cs="Times New Roman"/>
        </w:rPr>
        <w:t>МЭӨ 723 онд Ассур Ефраимыг олзлолд авч явах үед эхэлсэн Израилийн хойд хаант улсын эсрэг чиглэсэн Левит хорин зургаад өгүүлсэн “долоон цаг”-ийн хараалын нэгэн дунд үеийн тэмдэг нь мөн 538 он юм. Иймээс 1798 он нь зөвхөн 538 оны эш үзүүллэгийн шинжүүдийг төдийгүй, мөн МЭӨ 723 оны шинжүүдийг ч агуулдаг. МЭӨ 723 онд Израилийн арван овог Ассурт ялагдан унаж байсан бөгөөд нэг мянга хоёр зуун жаран жилийн дараа, 538 онд, харь Ром папын Ромд ялагдан унасан; харин тэр нь эргээд “долоон цаг”-ийн төгсгөлд 1798 онд Францад ялагдан унасан юм.</w:t>
      </w:r>
    </w:p>
    <w:p>
      <w:pPr>
        <w:pStyle w:val="ArticleBody"/>
        <w:jc w:val="left"/>
      </w:pPr>
      <w:r>
        <w:rPr>
          <w:rFonts w:ascii="Times New Roman" w:hAnsi="Times New Roman" w:eastAsia="Times New Roman" w:cs="Times New Roman"/>
        </w:rPr>
        <w:t>1798 онд Франц, өмнөдийн хаан, папын засгийг хаан ширээнээс буулгасан. 538 онд Франц, харь үндэстний Ром арван хаант улс болон задран унасны анхны бэлгэдэл болж, папын засгийг хаан ширээнд залсан. Ням гарагийн хууль дээр Америкийн Нэгдсэн Улс 538 оны Францын үүргийг давтан гүйцэтгэнэ, харин арван хаан папын засгийг галаар шатааж, махыг нь идэх үед Америкийн Нэгдсэн Улс 1798 оны Францын үүргийг давтан гүйцэтгэнэ.</w:t>
      </w:r>
    </w:p>
    <w:p>
      <w:pPr>
        <w:pStyle w:val="ArticleBody"/>
        <w:jc w:val="left"/>
      </w:pPr>
      <w:r>
        <w:rPr>
          <w:rFonts w:ascii="Times New Roman" w:hAnsi="Times New Roman" w:eastAsia="Times New Roman" w:cs="Times New Roman"/>
        </w:rPr>
        <w:t>Израилийн хойд ба өмнөд хоёр хаант улсын эсрэг тунхаглагдсан “долоон үе”-ийн шүүлт нь умардаас гарч ирсэн хаант улсуудаар дамжин биелсэн юм.</w:t>
      </w:r>
    </w:p>
    <w:p>
      <w:pPr>
        <w:pStyle w:val="ArticleScripture"/>
        <w:jc w:val="left"/>
      </w:pPr>
      <w:r>
        <w:rPr>
          <w:rFonts w:ascii="Times New Roman" w:hAnsi="Times New Roman" w:eastAsia="Times New Roman" w:cs="Times New Roman"/>
        </w:rPr>
        <w:t>Израиль бол тархан бутарсан хонь мөн; арслангууд түүнийг хөөн зайлуулжээ. Эхлээд Ассирийн хаан түүнийг залгисан; харин эцэст нь Вавилоны хаан энэ Небухадреццар түүний ясыг хэмхэлсэн юм. Иеремиа 50:17.</w:t>
      </w:r>
    </w:p>
    <w:p>
      <w:pPr>
        <w:pStyle w:val="ArticleBody"/>
        <w:jc w:val="left"/>
      </w:pPr>
      <w:r>
        <w:rPr>
          <w:rFonts w:ascii="Times New Roman" w:hAnsi="Times New Roman" w:eastAsia="Times New Roman" w:cs="Times New Roman"/>
        </w:rPr>
        <w:t>Ассири хойноос гарч ирээд МЭӨ 723 онд арван овгийг эзлэн авч, Вавилон МЭӨ 677 онд Иудаг олзлон авчээ. Израиль нь Иудагийн хувьд хойд хаанчлал байсан хэдий ч, энэ хоёр хаанчлал хоёулаа хойноос ирсэн дайснуудаар эзлэгдсэн тул, тэднийг олзлолд аваачсан дайсны хувьд Израиль ба Иуда хоёулаа өмнөд хаанчлалууд болж байна. МЭӨ 723 он нь хойд хаан өмнөдийн арав нугалмал хаанчлалыг эзлэн авч буйг илэрхийлнэ. 538 он нь харь шүтээнээс папализмд шилжих шилжилтийг мөн арав нугалмал хаанчлалыг эзлэн авч буй хойд хаанчлалыг илэрхийлнэ. 1798 он нь арав нугалмал хаанчлалыг төлөөлдөг өмнөд хаанд хойд хаан ялагдаж буйг илэрхийлнэ.</w:t>
      </w:r>
    </w:p>
    <w:p>
      <w:pPr>
        <w:pStyle w:val="ArticleScripture"/>
        <w:jc w:val="left"/>
      </w:pPr>
      <w:r>
        <w:rPr>
          <w:rFonts w:ascii="Times New Roman" w:hAnsi="Times New Roman" w:eastAsia="Times New Roman" w:cs="Times New Roman"/>
        </w:rPr>
        <w:t>Тэр цагт агуу их газар хөдлөлт болж, хотын аравны нэг нь нурж унав; мөн тэрхүү газар хөдлөлтөөр долоон мянган хүн алагдав. Үлдсэн нь айн эмээж, тэнгэрийн Бурханд алдрыг өргөв. Илчлэлт 11:13.</w:t>
      </w:r>
    </w:p>
    <w:p>
      <w:pPr>
        <w:pStyle w:val="ArticleBody"/>
        <w:jc w:val="left"/>
      </w:pPr>
      <w:r>
        <w:rPr>
          <w:rFonts w:ascii="Times New Roman" w:hAnsi="Times New Roman" w:eastAsia="Times New Roman" w:cs="Times New Roman"/>
        </w:rPr>
        <w:t>Ром харь шашинт байдлаас папын эрхшээлд шилжсэн 538 онтой холбоотой шилжилтийн үе нь мөн Даниелын наймдугаар бүлэгт эр хүйсээс эм хүйс рүү шилжих өөрчлөлт бөгөөд энэ нь бэлгэдлийн утгаараа төрийн арга ухаанаас сүмийн арга ухаан руу шилжсэнийг илэрхийлдэг. “Долоон үе”-ийн эш үзүүллэг нь “үнэн”-ий тэмдгийг агуулдаг. Учир нь эхний үсэг (МЭӨ 723 он) Еврей цагаан толгойн хорин хоёр дахь бөгөөд сүүлчийн үсгийг (1798 он) дүрслэн үзүүлдэг бол арван гурав дахь бөгөөд дунд үсэг нь тэрслүү байдлыг (538 он) төлөөлдөг. Даниел “эзрэн сүйтгэх тэрслэл” хэмээх хэллэгээр бэлгэдэгдсэн “тэрслэл” нь сүм ба төрийн нэгдэл бөгөөд энэ харилцаанд сүм хяналтыг атгаж байсныг тодорхойлдог. Тэрхүү “тэрслэл” нь Израилийн хойд арван овгийн эсрэг чиглэсэн долоон үеийн хугацаан дахь гурван үндсэн тэмдэглэлт үеийн дундах, бэлгэдлийн утгаараа арван гурав дахь үсэг болох 538 оныг төлөөлдөг.</w:t>
      </w:r>
    </w:p>
    <w:p>
      <w:pPr>
        <w:pStyle w:val="ArticleBody"/>
        <w:jc w:val="left"/>
      </w:pPr>
      <w:r>
        <w:rPr>
          <w:rFonts w:ascii="Times New Roman" w:hAnsi="Times New Roman" w:eastAsia="Times New Roman" w:cs="Times New Roman"/>
        </w:rPr>
        <w:t>1798 онд, Даниел номын арван нэгдүгээр бүлгийн дөчдүгээр эшлэлд өгүүлсэн “эцсийн цаг”-т, өмнөдийн хаан болсон шашингүй Франц хойд зүгийн хаан болох папын засаглалд үхлийн шарх өгсөн. 1989 онд папын засаглал өмнөдийн шашингүй хааны эсрэг хариу цохилт өгсөн бөгөөд тэр үед энэ нь Зөвлөлт Холбоот Улс болсон байв. Тэрхүү хариу цохилтод АНУ ба Ватиканы хоорондын нууц холбоо багтсан. 1989 онд Зөвлөлт Холбоот Улс арчигдан зайлуулагдсан нь дөчдүгээр эшлэлийн бичигдсэн эш үзүүллэгийн мэдээг төгсгөж, дараагийн эшлэл болох дөчин нэгдүгээр эшлэл нь АНУ дахь Ням гаргийн хуулийг төлөөлдөг. Иймээс 1989 онд Зөвлөлт Холбоот Улс нуран унаснаас эхлээд дараагийн эшлэл дэх Ням гаргийн хууль хүртэлх хугацаанд бид дөчдүгээр эшлэлийн далд түүх дотор амьдарч ирсэн юм.</w:t>
      </w:r>
    </w:p>
    <w:p>
      <w:pPr>
        <w:pStyle w:val="ArticleBody"/>
        <w:jc w:val="left"/>
      </w:pPr>
      <w:r>
        <w:rPr>
          <w:rFonts w:ascii="Times New Roman" w:hAnsi="Times New Roman" w:eastAsia="Times New Roman" w:cs="Times New Roman"/>
        </w:rPr>
        <w:t>Дөчдүгээр эшлэл 1798 онд өмнөдийн ба хойд зүгийн хааныг тодорхойлж эхэлдэг бөгөөд дараа нь 1989 онд өмнөдийн ба хойд зүгийн хааныг, мөн тэрэгнүүд, усан онгоцнууд болон морьт цэргүүдээр төлөөлөгдсөн гурав дахь хүчийг мөн адил заадаг.</w:t>
      </w:r>
    </w:p>
    <w:p>
      <w:pPr>
        <w:pStyle w:val="ArticleScripture"/>
        <w:jc w:val="left"/>
      </w:pPr>
      <w:r>
        <w:rPr>
          <w:rFonts w:ascii="Times New Roman" w:hAnsi="Times New Roman" w:eastAsia="Times New Roman" w:cs="Times New Roman"/>
        </w:rPr>
        <w:t>Төгсгөлийн үед өмнөдийн хаан түүн рүү түлхэн довтлох бөгөөд; умардын хаан тэрэгнүүд, морьтонгууд, олон хөлөг онгоцтойгоор хуй салхи мэт түүн рүү дайран ирнэ; тэр улс орнуудад нэвтэрч, халин урсаж өнгөрнө. Даниел 11:40.</w:t>
      </w:r>
    </w:p>
    <w:p>
      <w:pPr>
        <w:pStyle w:val="ArticleBody"/>
        <w:jc w:val="left"/>
      </w:pPr>
      <w:r>
        <w:rPr>
          <w:rFonts w:ascii="Times New Roman" w:hAnsi="Times New Roman" w:eastAsia="Times New Roman" w:cs="Times New Roman"/>
        </w:rPr>
        <w:t>1798 оны “эцсийн цагт” Наполеоны нэгэн бодит жанжин Ватиканд орж, папыг бодитоор баривчлан хорьсон юм. 1989 онд 1798 оны төлөөх хариу цохилт болсон. 1798 ба 1989 оны хоорондох түүхэн явцад биелсэн эш үзүүллэгийн шилжилтүүд байсан бөгөөд тэдгээрийг анхаарах нь чухал. 1798 оны цаг үед өмнөдийн хаан байсан атейст Франц нь сүнслэг утгаарх өмнөдийн хаадын эхнийх нь байсан бөгөөд Путины Орос тэдний сүүлчийнх байхаар тавилантай. Франц нь Илчлэлт номын арван нэгдүгээр бүлэгт тодорхойлогддог бөгөөд Уайт эгч түүнийг шууд атейст Франц хэмээн тодорхойлдог. Арван нэгдүгээр бүлэгт Францыг тодорхойлдог хоёр бэлгэдлийн нэг нь Египет бөгөөд Уайт эгч Египетийг атейзмын бэлгэдэл хэмээн тодорхойлдог. Тэр бүлэгт ёроолгүй гүнээс дээш гарч ирдэг араатан нь тухайн цаг үед түүхэнд орж ирсэн атейзм байв.</w:t>
      </w:r>
    </w:p>
    <w:p>
      <w:pPr>
        <w:pStyle w:val="ArticleBody"/>
        <w:jc w:val="left"/>
      </w:pPr>
      <w:r>
        <w:rPr>
          <w:rFonts w:ascii="Times New Roman" w:hAnsi="Times New Roman" w:eastAsia="Times New Roman" w:cs="Times New Roman"/>
        </w:rPr>
        <w:t>Атеизм түүхэнд 1798 оны үеэс Францаар эхлэлтэй орж ирсэн бөгөөд 1989 он гэхэд атеизмын сүнслэг хаан нь Зөвлөлт Холбоот Улс болсон байв. Пап Иоанн Павел II болон Рональд Рейганы хоорондын нууц холбооны биеллээр 1989 онд Зөвлөлт Холбоот Улс шүүрдэн зайлуулагдсан явдал нь Даниелын арван нэгдүгээр бүлгийн аравдугаар эшлэлд урьдчилан дүрслэгдсэн байсан бөгөөд аравдугаар эшлэлийн хоёр дахь гэрчлэл нь Исаиагийн Израилийн хойд ба өмнөд хаант улсуудын эсрэг хоёр мянга таван зуун хорин жилийн хоёр хараалын тухай, долоодугаар бүлгээс арван нэгдүгээр бүлэг хүртэл өгүүлсэн хэсгээс олддог.</w:t>
      </w:r>
    </w:p>
    <w:p>
      <w:pPr>
        <w:pStyle w:val="ArticleBody"/>
        <w:jc w:val="left"/>
      </w:pPr>
      <w:r>
        <w:rPr>
          <w:rFonts w:ascii="Times New Roman" w:hAnsi="Times New Roman" w:eastAsia="Times New Roman" w:cs="Times New Roman"/>
        </w:rPr>
        <w:t>Иймээс 1989 он нь эцсийн өдрүүдийн эш үзүүллэгийн оньсогуудыг тайлах жишиг цэг болдог. Тэгэхэд л дөчдүгээр ишлэл лацнаасаа тайлагдсан юм. Одоо дөчдүгээр ишлэл 1798 онд эхэлж, дөчин нэгдүгээр ишлэлийн Ням гаргийн хуулиар төгсдөг болохыг таньж болно.</w:t>
      </w:r>
    </w:p>
    <w:p>
      <w:pPr>
        <w:pStyle w:val="ArticleBody"/>
        <w:jc w:val="left"/>
      </w:pPr>
      <w:r>
        <w:rPr>
          <w:rFonts w:ascii="Times New Roman" w:hAnsi="Times New Roman" w:eastAsia="Times New Roman" w:cs="Times New Roman"/>
        </w:rPr>
        <w:t>Ням гаргийн хуулийн үед Америкийн Нэгдсэн Улс луу адил ярих бөгөөд Библийн эш үзүүллэгийн зургаа дахь хаант улсын хувьд өөрийн ноёрхлыг төгсгөнө. Тав дахь хаант улс үхлийн шарх авсан 1798 онд энэ улс ноёрхох цаг хугацаагаа эхлүүлсэн. 1798 онд Америкийн Нэгдсэн Улс Гадаадынхны тухай болон Хорлон үймүүлэхийн тухай хуулиудыг баталснаар, зургаа дахь хаант улсын төгсгөлийг хамгийн эхэндээ өөрөө бэлгэдэн үзүүлсэн юм. Иймээс дөчдүгээр эшлэл нь Библийн эш үзүүллэгийн зургаа дахь хаант улсын хувьд Америкийн Нэгдсэн Улсын түүх мөн.</w:t>
      </w:r>
    </w:p>
    <w:p>
      <w:pPr>
        <w:pStyle w:val="ArticleBody"/>
        <w:jc w:val="left"/>
      </w:pPr>
      <w:r>
        <w:rPr>
          <w:rFonts w:ascii="Times New Roman" w:hAnsi="Times New Roman" w:eastAsia="Times New Roman" w:cs="Times New Roman"/>
        </w:rPr>
        <w:t>1798 он нь еврей цагаан толгойн эхний үсэг бөгөөд Ням гарагийн хууль нь еврей цагаан толгойн хорин хоёр дахь, сүүлчийн үсэг юм. Харин 1989 он бол дунд дахь тэмдэг бөгөөд арван гурав дахь тоо болон еврей цагаан толгойн арван гурав дахь үсгээр бэлгэдэгддэг тэрслүүг төлөөлдөг. 1989 он нь Библийн эш үзүүллэг дэх антихристтэй Рейганы байгуулсан нууц холбооны тэрслүүг төлөөлдөг. 1989 он нь Үндсэн хуулийн эсрэг өсөн нэмэгдэж буй тэрслүүгийн үеийн турш засаглах сүүлчийн найман ерөнхийлөгчийн эхнийхийг танилцуулдаг. 1989 он нь Долоо дахь өдрийн Адвентистуудын дунд хоёр ангиллын мөргөгчдийг бий болгохоор зориулагдсан сорилтын үйл явцыг эхлүүлсэн. Итгэлтэй нь цөөн, итгэлгүй нь олон. 1989 он нь дөчдүгээр эшлэлийн төв тэмдгийг төлөөлдөг бөгөөд арван гурав дахь үсгээр бэлгэдэгддэг тэрслүүг төлөөлдөг. Дөчдүгээр эшлэл нь “үнэн”-ий гарын үсгийг агуулдаг.</w:t>
      </w:r>
    </w:p>
    <w:p>
      <w:pPr>
        <w:pStyle w:val="ArticleBody"/>
        <w:jc w:val="left"/>
      </w:pPr>
      <w:r>
        <w:rPr>
          <w:rFonts w:ascii="Times New Roman" w:hAnsi="Times New Roman" w:eastAsia="Times New Roman" w:cs="Times New Roman"/>
        </w:rPr>
        <w:t>Дөчдүгээр эшлэлд эшлэлийн төгсгөл дэх түүхэн үйл явдалд өөр өөр хойд ба өмнөдийн хаад гарч ирдэг. Мөн түүнчлэн, Иоханы хэлснээр луу болон араатантай хамтран ажиллаж, дэлхийг Армагеддон уруу хөтөлдөг хуурамч эш үзүүлэгч болох Америкийн Нэгдсэн Улс ч энд багтдаг. Дөчдүгээр эшлэлийн өмнөдийн хаан нь луу, хойдийн хаан нь араатан; тэрэгнүүд, усан онгоцнууд, морьтнууд нь хуурамч эш үзүүлэгч мөн. 1989 онд дөчдүгээр эшлэл биелсэн нь арван нэгдүгээрээс арван тавдугаар эшлэлийг ойлгоход чухал эш үзүүллэгийн шинж чанар болдог. Хэрэв та 1989 оны талаар зөв биш бол, өнөөдөр бидний амьдарч буй түүхийн талаар логикийн хувьд зөв байх боломжгүй.</w:t>
      </w:r>
    </w:p>
    <w:p>
      <w:pPr>
        <w:pStyle w:val="ArticleBody"/>
        <w:jc w:val="left"/>
      </w:pPr>
      <w:r>
        <w:rPr>
          <w:rFonts w:ascii="Times New Roman" w:hAnsi="Times New Roman" w:eastAsia="Times New Roman" w:cs="Times New Roman"/>
        </w:rPr>
        <w:t>1989 оноос Ням гаргийн хууль хүртэл папын эрх мэдлийн төлөөх гурван төлөөллийн дайн 10–15-р эшлэлүүдэд дүрслэгдсэн байдаг. Эдгээр эшлэлүүдийг нэгэн тасралтгүй түүх хэмээн үзэх ёстой. Учир нь 10–15-р эшлэлүүдийн түүхэн биелэлд дүрслэгдсэн гурван тулалдаанд мөнөөх нэгэн адил “Антиох Магнус” гарч ирдэг.</w:t>
      </w:r>
    </w:p>
    <w:p>
      <w:pPr>
        <w:pStyle w:val="ArticleBody"/>
        <w:jc w:val="left"/>
      </w:pPr>
      <w:r>
        <w:rPr>
          <w:rFonts w:ascii="Times New Roman" w:hAnsi="Times New Roman" w:eastAsia="Times New Roman" w:cs="Times New Roman"/>
        </w:rPr>
        <w:t>Эдгээр гурван тулалдаан нь нэг эш үзүүллэгийн шугам мөн, учир нь Антиох Магнус энэ гурван тулалдаан бүрд байсан. Аравдугаар эшлэл болон Исаиа 8:8 нь дөчдүгээр эшлэлийн 1989 онд биелснийг гэрчлэх хоёр гэрчийг өгдөг. Дөчдүгээр эшлэл нь аравдугаар эшлэл болон Исаиа 8:8 дахь ишлэлийн цэг мөн. “Тэрэгнүүд, усан онгоцнууд болон морьтнууд” нь Илчлэлт номын арван гуравдугаар бүлэг дэх газрын араатны хоёр эврийг төлөөлдөг. Эцэст нь, Америкийн Нэгдсэн Улс “луу мэт ярьдаг” үед тэр хоёр эвэр нь Бүгд Найрамдах үзэл ба Протестантизм байхаа болино. Тэр үед протестант хэмээн нэрлэгдэгчид Католицизмтай нэгдэж, Үндсэн хуулийн Бүгд Найрамдах улс дарангуйлал болон хувирна. Тэр цаг хугацаанд газрын араатны хоёр эвэр нь эдийн засгийн болон цэргийн хүч байх болно. Илчлэлт номын арван гуравдугаар бүлэгт Америкийн Нэгдсэн Улс худалдан авч, худалдахын тулд, мөн түүнчлэн үхлийн заналхийллийн дор дэлхийг араатны тэмдгийг хүлээн авахад албаддаг. Тэр хоёр эвэр нь эдийн засгийн хүчийг төлөөлөх Даниелын “усан онгоцнууд”, мөн цэргийн хүчийг төлөөлөх түүний “морьтнууд ба тэрэгнүүд” юм.</w:t>
      </w:r>
    </w:p>
    <w:p>
      <w:pPr>
        <w:pStyle w:val="ArticleBody"/>
        <w:jc w:val="left"/>
      </w:pPr>
      <w:r>
        <w:rPr>
          <w:rFonts w:ascii="Times New Roman" w:hAnsi="Times New Roman" w:eastAsia="Times New Roman" w:cs="Times New Roman"/>
        </w:rPr>
        <w:t>1989 он нь арван нэгдүгээр эшлэлээс арван тавдугаар эшлэл хүртэлх Рафиа болон Паниумын тулалдаануудын түүхэн биеллийг хэрэглэх үед, 1989 он болон Зөвлөлт Холбоот Улсын нуран уналтыг ойлгоход хэрэглэгдсэн тэрхүү ижил эш үзүүллэгийн аргачлалыг хэрэглэх ёстойг тогтоож байна. Учир нь арван эшлэлээс арван тавдугаар эшлэл хүртэл дүрслэгдсэн гурван тулалдаанд бүгдэд нь Антиохус Магнус төлөөлөгдсөн юм. Антиохус нь тэрэг, усан онгоц, морьтон цэргийн хүчийг төлөөлдөг бөгөөд 1989 онд энэ нь долоогоос гарсан бөгөөд эдүгээ найм дахь нь болсон, мөн сүүлчийнх нь бас зургаа дахь нь байсан, найман ерөнхийлөгчийн эхнийх болох Рональд Рейган байв.</w:t>
      </w:r>
    </w:p>
    <w:p>
      <w:pPr>
        <w:pStyle w:val="ArticleBody"/>
        <w:jc w:val="left"/>
      </w:pPr>
      <w:r>
        <w:rPr>
          <w:rFonts w:ascii="Times New Roman" w:hAnsi="Times New Roman" w:eastAsia="Times New Roman" w:cs="Times New Roman"/>
        </w:rPr>
        <w:t>Исаиа хорин гуравдугаар бүлгийн дагуу, папын эрх мэдэл (газрын хаадтай завхайрлыг үйлдэгч янхан) нь Библийн эш үзүүлгийн зургаа дахь хаант улс болох Америкийн Нэгдсэн Улсын ноёрхлын үед нуугдмал байх ёстой байв. 1989 онд Антиох Магнаар төлөөлөн дүрслэгдэж байсан Америкийн Нэгдсэн Улс нь 1798 онд түүнд үхлийн шарх учруулсан бурхангүй үзлийн араатны эсрэг хийсэн дайнд папын эрх мэдлийн төлөөний хүч байлаа.</w:t>
      </w:r>
    </w:p>
    <w:p>
      <w:pPr>
        <w:pStyle w:val="ArticleBody"/>
        <w:jc w:val="left"/>
      </w:pPr>
      <w:r>
        <w:rPr>
          <w:rFonts w:ascii="Times New Roman" w:hAnsi="Times New Roman" w:eastAsia="Times New Roman" w:cs="Times New Roman"/>
        </w:rPr>
        <w:t>Аравдугаар ишлэлээс арван тавдугаар ишлэл хүртэлх гурван тулалдаан нь хойд зүгийн хааны болон, Тирийн нууц янхан болохын хувьд өөрийн хүчийг сэргээх, мөн өмнөд зүгийн хаан буюу бурхангүй үзлийн хааныг ялахын зүг хөдөлж байхдаа төлөөлөгч хүчнүүдийг ашигладаг түүний хоорондын дайныг төлөөлдөг. Аравдугаар ишлэлээс арван тавдугаар ишлэл хүртэлх эдгээр гурван тулалдааны түүхэн биеллүүд бидэнд эхний болон сүүлчийн тулалдаанд Антиох Магнус ялсан, харин дундах тулалдаанд тэр ялагдсан гэдгийг заадаг. 1989 оны Рональд Рейганы жилүүдийн, Пап Иоанн Павел II болон Зөвлөлт Холбоот Улсын задралтай хамт илэрсэн эш үзүүллэгийн шинжүүд нь эдгээр гурван тулалдааны сүүлчийнхэд өөрийн дүйцэлтэй байх болно. Учир нь шалгалтын хугацаа хаагдахын яг өмнө тайлагддаг зүйл нь эдгээр ишлэлүүд мөн. Дөчдүгээр ишлэл 1798 онд тайлагдаж, дараа нь 1989 онд дахин тайлагдсанчлан, эцсийн үед тэр ишлэл 2023 оны долоодугаар сараас эхлэн тайлагдсан юм.</w:t>
      </w:r>
    </w:p>
    <w:p>
      <w:pPr>
        <w:pStyle w:val="ArticleBody"/>
        <w:jc w:val="left"/>
      </w:pPr>
      <w:r>
        <w:rPr>
          <w:rFonts w:ascii="Times New Roman" w:hAnsi="Times New Roman" w:eastAsia="Times New Roman" w:cs="Times New Roman"/>
        </w:rPr>
        <w:t>Есүс Христийн Илчлэл хаагдах хугацаа төгсөхийн яг өмнө лацнаасаа тайлагддаг бөгөөд үүнд Есүс бол эхнийх бөгөөд эцсийнх мөн, тиймээс Тэр төгсгөлийг үргэлж эхлэлээр дүрслэн үзүүлдэг гэсэн хамгийн эрхэм үнэн багтдаг. Адвентизмын хувьд хаагдах хугацаа Ням гаргийн хуулиар төгсөнө, харин хаагдах хугацаа төгсөхийн яг өмнө Есүс Христийн Илчлэл лацнаасаа тайлагддаг. Ням гаргийн хуулийн хаалттай үүдээр төгсдөг мэдээ нь Миллеритийн түүхэн дэх 1844 оны 10 дугаар сарын 22-ны хаалттай үүд рүү хөтөлсөн Шөнө дундын Хашхирааны мэдээ мөн. Дөчдүгээр эшлэлийн эхлэл дэх 1798 оны лац тайлал нь, мөн Библийн эш үзүүллэгийн зургаа дахь хаант улс болох Америкийн Нэгдсэн Улсын эхлэл байсан нь, дөчдүгээр эшлэлийн дунд дахь 1989 оны лац тайлал болон Америкийн Нэгдсэн Улсын төгсгөлийн аажим явцтай эхлэлийг төлөөлөн үзүүлсэн. 1989 оныг төлөөлөн үзүүлсэн 1798 оны лац тайлал нь 2023 онд Шөнө дундын Хашхирааны мэдээний лац тайлагдсаны хоёр гэрчийг илэрхийлдэг. 1798, 1989, 2023 гэсэн гурван тэмдэгт цэгтэй энэ шугам нь арван онгон охиныг цэвэршүүлэх дотоод ажлыг болон Библийн эш үзүүллэгийн зургаа дахь хаант улсын гадаад шугамыг тодорхойлдог.</w:t>
      </w:r>
    </w:p>
    <w:p>
      <w:pPr>
        <w:pStyle w:val="ArticleBody"/>
        <w:jc w:val="left"/>
      </w:pPr>
      <w:r>
        <w:rPr>
          <w:rFonts w:ascii="Times New Roman" w:hAnsi="Times New Roman" w:eastAsia="Times New Roman" w:cs="Times New Roman"/>
        </w:rPr>
        <w:t>Арван нэгдүгээр зүйлд өгүүлсэн тулаан—Антиох Птолемейд ялагдсан Рафийн тулалдаанд биеллээ олсон тэрхүү тулаан—энэ өнөөгийн тэмцэлд Украйны нацистууд болон Европын Холбоо, НАТО-г бүрдүүлдэг Баруун Европын глобалист үндэстнүүд, мөн Нэгдсэн Үндэстний Байгууллагын улс төр, эдийн засгийн глобалистуудтай яв цав хөл нийлүүлэн нэгдсэн папын эрх мэдлийн төлөөлөн үйлчлэгч хүчний ялагдлыг төлөөлдөг. Хэрэв Агуу Антиох гурван тулаанд бүгдэд нь оролцсон бөгөөд өмнөдийн хааны эсрэг папын эрх мэдлийн төлөөлөн үйлчлэгч хүчнийг төлөөлдөг бол, тэр нь 1989 онд Америкийн Нэгдсэн Улс, дараа нь Рафийн тулалдаанаар дүрслэгдсэн украйнчууд, улмаар Паниумын тулалдаанд дахин Америкийн Нэгдсэн Улс байж яаж болох билээ? Арван дугаар зүйл нь арван нэгээс арван тавдугаар зүйлсийн түлхүүр мөн; учир нь 1989 онд түүний биелэл нь гурван төлөөлөн үйлчлэгч дайны эхнийхийн эш үзүүллэгийн шинжүүдийг дүрслэн үзүүлдэг. Антиохыг папын эрх мэдлийн төлөөлөн үйлчлэгч хүчин гэж тодорхойлох атлаа Америкийн Нэгдсэн Улсыг эдгээр гурван тулаан бүрд адилхан хэрэглэхгүй байх эш үзүүллэгийн үндэслэл юу вэ?</w:t>
      </w:r>
    </w:p>
    <w:p>
      <w:pPr>
        <w:pStyle w:val="ArticleBody"/>
        <w:jc w:val="left"/>
      </w:pPr>
      <w:r>
        <w:rPr>
          <w:rFonts w:ascii="Times New Roman" w:hAnsi="Times New Roman" w:eastAsia="Times New Roman" w:cs="Times New Roman"/>
        </w:rPr>
        <w:t>Украины дайны түүхэнд, Рафиагийн тулалдаанаар хэв шинжлэгдсэн энэ түүхэн үйл явдалд, АНУ Украйны нацистуудыг өөрсдийн төлөөлөн хэрэгжүүлэгч хүч болгон ашигласан бөгөөд энэ нь тэд папын эрх мэдлийн дүрийг байгуулж буй яг тэрхүү түүхэн нөхцөлд болсон юм. Харин папын эрх мэдэл гэдэг нь бохир ажлаа гүйцэтгүүлэхийн тулд үргэлж, зөвхөн төлөөлөн гүйцэтгэгч хүчнүүдийг ашигладаг тэрхүү эрх мэдэл мөн.</w:t>
      </w:r>
    </w:p>
    <w:p>
      <w:pPr>
        <w:pStyle w:val="ArticleBody"/>
        <w:jc w:val="left"/>
      </w:pPr>
      <w:r>
        <w:rPr>
          <w:rFonts w:ascii="Times New Roman" w:hAnsi="Times New Roman" w:eastAsia="Times New Roman" w:cs="Times New Roman"/>
        </w:rPr>
        <w:t>Аравдугаараас арван тавдугаар эшлэлүүд дэх төлөөлөгч эрх мэдлүүдийн тухай асуултад хариулах нь Антиохын бэлгэдэл болох шинж чанаруудын талаархи эш үзүүллэгийн судалгааг хамарна. Диадохчуудын дайнууд нь МЭӨ 323–281 онуудад Диадохчуудын (грекээр “залгамжлагчид”) хооронд өрнөсөн цуврал мөргөлдөөнүүд байсан бөгөөд тэдгээр нь МЭӨ 323 онд түүнийг нас барсны дараа түүний асар уудам эзэнт гүрнийг хяналтдаа авахын төлөө тэмцсэн Александр Агуугийн жанжид, залгамжлагчид байв. Анхны Антиох нь Селевкийн эзэнт гүрнийг үндэслэгч, Александрын Диадохчуудын (залгамжлагчдын) нэг Селевк I Никаторын хүү Антиох I Сотер байв.</w:t>
      </w:r>
    </w:p>
    <w:p>
      <w:pPr>
        <w:pStyle w:val="ArticleBody"/>
        <w:jc w:val="left"/>
      </w:pPr>
      <w:r>
        <w:rPr>
          <w:rFonts w:ascii="Times New Roman" w:hAnsi="Times New Roman" w:eastAsia="Times New Roman" w:cs="Times New Roman"/>
        </w:rPr>
        <w:t>Антиох хэмээх нэрийг дэмжихийн тулд өөр нэгний оронд зогсогч гэсэн утгаар ойлгож болно. Антиох нь Ромын бэлгэдэл бөгөөд папын Ром бол Антихрист мөн; энэ нь Антиохтой адил төстэй бэлгэдлийг агуулдаг. Антиох хэмээх нэр нь Селевкидийн эзэнт гүрнийг үндэслэгчийн хүүг илэрхийлж байсан бөгөөд энэ утгаараа Антиох эцгийнхээ оронд зогсож, түүний төлөөлөгч болсон юм. Сестра Уайт Сатан болон пап хоёуланг нь Антихрист гэж тодорхойлж, папыг газар дэлхий дээрх Сатаны төлөөлөгч мөн гэж өгүүлдэг. Энэ нэр Селевкидийн эзэнт гүрэнд голлох угсааны нэр болсон нь зарим талаар Антиох I Сотертой болон Селевк I-ийн эцэг эсвэл хүүгийн нэрээр нэрлэгдсэн Антиох хоттой холбогдсонтой холбоотой байв. Пап бол Сатаны төлөөлөгч бөгөөд бэлгэдлийн хувьд Антиох хэмээх нэр нь нийслэлээ Вавилонд байрлуулсан хойд хаант улсыг үндэслэгч эцгийнхээ төлөөлөгчийг илэрхийлдэг.</w:t>
      </w:r>
    </w:p>
    <w:p>
      <w:pPr>
        <w:pStyle w:val="ArticleBody"/>
        <w:jc w:val="left"/>
      </w:pPr>
      <w:r>
        <w:rPr>
          <w:rFonts w:ascii="Times New Roman" w:hAnsi="Times New Roman" w:eastAsia="Times New Roman" w:cs="Times New Roman"/>
        </w:rPr>
        <w:t>МЭӨ 323 онд Агуу Александр нас барсны дараа түүний эзэнт гүрэн диадохуудын (залгамжлагчдын) хооронд бутран хуваагдав. Вавилоны хуваарилалтын үеэр (МЭӨ 323 он) Селевк анх Александрын эзэнт гүрний эрх баригч Пердиккийн дор Хамтрагч морин цэргийн захирагчаар (нэр хүндтэй цэргийн албан тушаал) томилогдсон. МЭӨ 321 он гэхэд Пердикк нас барж, диадохуудын хооронд цаашдын хэлэлцээ хийгдсэний дараа Трипарадисын хуваарилалтын үеэр Селевк Вавилонийн сатрап (захирагч)-аар томилогдов. МЭӨ 316 онд өөр нэг диадох болох Нэг нүдэт Антигон I Монофтальм Антигоны хүч нөлөө өсөн нэмэгдсэний улмаас Селевкийг Вавилоноос дүрвэхэд хүргэв. Селевк Египетэд Птолемей I Сотерт хоргодох байр эрэн очив. МЭӨ 312 онд Селевк Птолемейн өгсөн цөөн тооны хүчтэйгээр Вавилонд буцаж ирэв. Тэрээр Антигоны хүчийг ялж, Вавилоныг дахин эзлэн авсан нь түүний эрх мэдлийн суурь тогтсоныг тэмдэглэв. Энэ үйл явдлыг түүхэн тоололд МЭӨ 312 оныг Селевкийн эрин үеийн эхлэл гэж үздэгийн адил, Селевкидын эзэнт гүрэн байгуулагдсаны үндэс хэмээн олонтаа үздэг.</w:t>
      </w:r>
    </w:p>
    <w:p>
      <w:pPr>
        <w:pStyle w:val="ArticleBody"/>
        <w:jc w:val="left"/>
      </w:pPr>
      <w:r>
        <w:rPr>
          <w:rFonts w:ascii="Times New Roman" w:hAnsi="Times New Roman" w:eastAsia="Times New Roman" w:cs="Times New Roman"/>
        </w:rPr>
        <w:t>Селуекус хэмээх нэр нь Грек хэлнээс гаралтай бөгөөд “гэрэл,” “цацрал,” эсвэл “дөл” гэсэн утгатай selas (σέλας) язгуураас үүдэлтэй. Энэ нэр нь гялбаа буюу гэрэлтүүлгийг илтгэдэг бөгөөд Селевкидийн эзэнт гүрнийг үндэслэгч, мөн тэнгэрт гэрэл тээгч байсан эцгийн хэв шинжийг илэрхийлэгч Селевк I Никатор мэт нэр нөлөө бүхий хүний хувьд тохиромжтой юм.</w:t>
      </w:r>
    </w:p>
    <w:p>
      <w:pPr>
        <w:pStyle w:val="ArticleScripture"/>
        <w:jc w:val="left"/>
      </w:pPr>
      <w:r>
        <w:rPr>
          <w:rFonts w:ascii="Times New Roman" w:hAnsi="Times New Roman" w:eastAsia="Times New Roman" w:cs="Times New Roman"/>
        </w:rPr>
        <w:t>“Энэ ертөнцийн ашиг хонжоо ба нэр төрийг бататган олж авахын тулд сүм газар дэлхийн агуу их хүмүүсийн таалал ба дэмжлэгийг эрэлхийлэхэд хөтлөгдсөн бөгөөд ингэснээр Христийг няцаасныхаа дараа Сатаны төлөөлөгч болох Ромын бишопт үнэнч захирагдахад хүргэгдсэн юм.” Агуу Тэмцэл, 50.</w:t>
      </w:r>
    </w:p>
    <w:p>
      <w:pPr>
        <w:pStyle w:val="ArticleBody"/>
        <w:jc w:val="left"/>
      </w:pPr>
      <w:r>
        <w:rPr>
          <w:rFonts w:ascii="Times New Roman" w:hAnsi="Times New Roman" w:eastAsia="Times New Roman" w:cs="Times New Roman"/>
        </w:rPr>
        <w:t>Антиох Магнус нь папын эрх мэдлийн төлөөлөгчийг илэрхийлдэг бөгөөд пап нь Сатаны төлөөлөгчийг илэрхийлдэг. Антиохын бэлгэдэл нь олон пап байсанчлан, өөр өөр төлөөлөгч эрх мэдлүүдийг багтаах боломжийг олгодог. Рейган 1989 оны төлөөлөгч байсан, Украин 2014 онд АНУ-ын төлөөлөгч болсон, харин Трамп нь Паниумын тулалдаан дахь төлөөлөгч юм. Рейган эхнийх нь, Трамп сүүлчийнх нь, харин Зеленський нь тэдний дундах бослого мөн.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Арван нэгэн Арван нэгэн</dc:title>
  <dc:subject>Арван нэг, Арван нэг: Даниел ба Илчлэл дэх эш үзүүллэгийн гэрчлэл</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