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Арван хоёрдугаар тоо</w:t>
      </w:r>
    </w:p>
    <w:p>
      <w:pPr>
        <w:pStyle w:val="ArticleSubtitle"/>
        <w:jc w:val="left"/>
      </w:pPr>
      <w:r>
        <w:rPr>
          <w:rFonts w:ascii="Arial" w:hAnsi="Arial" w:eastAsia="Arial" w:cs="Arial"/>
        </w:rPr>
        <w:t>Даниел 11:40 ба эш үзүүллэгийн гурван лац тайлагдалт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Даниелын арван нэгдүгээр бүлгийн дөчдүгээр эшлэл нь Библи дэх хамгийн гүнзгий утгатай эшлэлүүдийн нэг юм. Энэ нь 1798, 1989, 2023 онуудад Даниелын номын лац тайлагдсаныг илэрхийлдэг. Номын лац тайлагдсан тэр гурван удаа нь “долоон цаг”-ийн тархалтын төгсгөлийг тэмдэглэдэг. 1798 он нь МЭӨ 723 онд Ассур хойд арван овгийг олзлон авч явснаар эхэлсэн хоёр мянга таван зуун хорин жилийн тархалтын төгсгөлийг тэмдэглэсэн. 1989 он нь 1863 оны эсэргүүцлээс хойших 126 жилийн төгсгөлийг тэмдэглэсэн бөгөөд тэр үед Долоо дахь өдрийн Адвентист Сүм Левит хорин зургаад буй “долоон цаг”-ийг албан ёсоор хойш тавьсан юм. 2023 он нь Илчлэлт арван нэгдүгээр бүлгийн хоёр гэрч гудамжинд үхсэнээр дүрслэгдсэн гурван хагас өдрийн төгсгөлийг тэмдэглэсэн. 2,520 жилийн (126 жил болон 3½ өдөр—эдгээр нь бүгд “долоон цаг”-ийн бэлгэдлүүд) төгсгөлд Даниелын номын лац тайлагдсан юм.</w:t>
      </w:r>
    </w:p>
    <w:p>
      <w:pPr>
        <w:pStyle w:val="ArticleBody"/>
        <w:jc w:val="left"/>
      </w:pPr>
      <w:r>
        <w:rPr>
          <w:rFonts w:ascii="Times New Roman" w:hAnsi="Times New Roman" w:eastAsia="Times New Roman" w:cs="Times New Roman"/>
        </w:rPr>
        <w:t>Уайт эгч бидэнд 1798 онд нигүүлслийн хугацаа хаагдахтай холбоотой үйл явдлуудыг хүмүүст толилуулах шаардлагатай байсан гэдгийг мэдэгддэг. Тэрээр энэ баримтыг тэмдэглэхдээ зэрэгцээ түүхүүдийг зааж өгч байна. Учир нь тэрээр мөн эцсийн өдрүүдийн мэдээг нигүүлслийн хугацаа хаагдахтай холбоотой үйл явдлууд хэмээн дүрсэлдэг. Миллерийн хөдөлгөөний түүхийн талаар өгүүлэхдээ тэрээр ийнхүү бичсэн байдаг:</w:t>
      </w:r>
    </w:p>
    <w:p>
      <w:pPr>
        <w:pStyle w:val="ArticleScripture"/>
        <w:jc w:val="left"/>
      </w:pPr>
      <w:r>
        <w:rPr>
          <w:rFonts w:ascii="Times New Roman" w:hAnsi="Times New Roman" w:eastAsia="Times New Roman" w:cs="Times New Roman"/>
        </w:rPr>
        <w:t>“Хүмүүс өөрсдийн аюултай байдлыг ухааран сэрэх, мөн нигүүлслийн хугацаа хаагдахтай холбоотой сүр жавхлант үйл явдлуудад бэлтгэгдэхээр сэргэн хөдөлгөх нь зайлшгүй хэрэгтэй байв.” Агуу тэмцэл, 310.</w:t>
      </w:r>
    </w:p>
    <w:p>
      <w:pPr>
        <w:pStyle w:val="ArticleBody"/>
        <w:jc w:val="left"/>
      </w:pPr>
      <w:r>
        <w:rPr>
          <w:rFonts w:ascii="Times New Roman" w:hAnsi="Times New Roman" w:eastAsia="Times New Roman" w:cs="Times New Roman"/>
        </w:rPr>
        <w:t>Эцсийн өдрүүдийн талаар өгүүлэхдээ тэрээр ийнхүү тэмдэглэсэн:</w:t>
      </w:r>
    </w:p>
    <w:p>
      <w:pPr>
        <w:pStyle w:val="ArticleScripture"/>
        <w:jc w:val="left"/>
      </w:pPr>
      <w:r>
        <w:rPr>
          <w:rFonts w:ascii="Times New Roman" w:hAnsi="Times New Roman" w:eastAsia="Times New Roman" w:cs="Times New Roman"/>
        </w:rPr>
        <w:t>“Өөрийг нь цовдлохоос өмнө Аврагч шавь нартаа Өөрийг нь үхэлд тушааж, булшнаас дахин амилах ёстойг тайлбарлан хэлсэн бөгөөд Түүний үгсийг оюун санаа, зүрх сэтгэлд нь хоногшуулахын тулд тэнгэрэлчүүд ч байлцаж байв. Гэвч шавь нар нь Ромын дарлалаас түр зуурын чөлөөлөлтийг хүсэн хүлээж байсан тул бүх найдвар нь төвлөрсөн Тэр Нэгэн ичгүүртэй үхлээр зовох болно гэсэн бодлыг тэвчиж чадсангүй. Тэдний санаж байх ёстой байсан үгс оюун санаанаас нь арчигдан зайлуулагдсан бөгөөд сорилтын цаг ирэхэд тэд бэлтгэлгүй байв. Есүсийн үхэл тэдэнд урьдчилан анхааруулсан байгаагүй мэтээр тэдний найдваруудыг бүрмөсөн сүйтгэсэн. Үүнтэй адил эш үзүүллэгүүдэд ирээдүй бидний өмнө, Христийн үгсээр шавь нарт нээгдсэнтэй адил, тодорхой нээгдэн тавигдсан байдаг. Нигүүлслийн хугацаа хаагдахтай холбоотой үйл явдлууд болон зовлонгийн цагт бэлтгэх ажлыг тодорхойгоор толилуулсан байдаг. Гэвч үй олон хүн эдгээр чухал үнэнүүдийг огт илчлэгдээгүй мэтээр үл ойлгоно. Сатан тэднийг авралд мэргэн болгох аливаа сэтгэгдлийг булаан авчихаар ажиглан байдаг бөгөөд зовлонгийн цаг тэднийг бэлтгэлгүйгээр угтах болно.” Агуу тэмцэл, 595.</w:t>
      </w:r>
    </w:p>
    <w:p>
      <w:pPr>
        <w:pStyle w:val="ArticleBody"/>
        <w:jc w:val="left"/>
      </w:pPr>
      <w:r>
        <w:rPr>
          <w:rFonts w:ascii="Times New Roman" w:hAnsi="Times New Roman" w:eastAsia="Times New Roman" w:cs="Times New Roman"/>
        </w:rPr>
        <w:t>Миллерчүүдийн мэдээ 1798 онд лацнаасаа тайлагдсан бөгөөд энэ нь “нигүүлслийн хугацаа хаагдахтай холбоотой үйл явдлууд”-ыг танилцуулсан. Тэр эцсийн өдрүүдийн талаар ярихдаа, “нигүүлслийн хугацаа хаагдахтай холбоотой үйл явдлууд” л хүмүүсийг авралд мэргэн болгодог боловч ойлгогддоггүй гэдэг үнэнийг тодруулахын тулд шавь нарын түүхийг хэрэглэдэг. 1798, 1989, 2023 онуудад лацнаасаа тайлагдсан мэдээнүүд нь “нигүүлслийн хугацаа хаагдахтай холбоотой үйл явдлууд”-ыг тодорхойлсон мэдээнүүд байсан.</w:t>
      </w:r>
    </w:p>
    <w:p>
      <w:pPr>
        <w:pStyle w:val="ArticleBody"/>
        <w:jc w:val="left"/>
      </w:pPr>
      <w:r>
        <w:rPr>
          <w:rFonts w:ascii="Times New Roman" w:hAnsi="Times New Roman" w:eastAsia="Times New Roman" w:cs="Times New Roman"/>
        </w:rPr>
        <w:t>Дөчдүгээр эшлэл нь Даниелын ном гурван удаа лац нь тайлагдах түүхэн шугамыг илэрхийлдэг. 1798 онд Даниелын Улай голын үзэгдэл, өөрөөр хэлбэл долоодугаар бүлгээс есдүгээр бүлгийг төлөөлдөг үзэгдэл, лац нь тайлагдсан. 1989 онд Даниелын Хиддекел голын үзэгдэл, өөрөөр хэлбэл аравдугаар бүлгээс арванхоёрдугаар бүлгийг төлөөлдөг үзэгдэл, лац нь тайлагдсан. 2023 онд Даниел 11-ийн дөчдүгээр эшлэлийн нууцлагдсан түүх лац нь тайлагдсан.</w:t>
      </w:r>
    </w:p>
    <w:p>
      <w:pPr>
        <w:pStyle w:val="ArticleBody"/>
        <w:jc w:val="left"/>
      </w:pPr>
      <w:r>
        <w:rPr>
          <w:rFonts w:ascii="Times New Roman" w:hAnsi="Times New Roman" w:eastAsia="Times New Roman" w:cs="Times New Roman"/>
        </w:rPr>
        <w:t>Дөчдүгээр эшлэлийн түүх нь 1798 оноос дөчин нэгдүгээр эшлэлийн Ням гаргийн хуулийг хүртэлх үеийг төлөөлдөг бөгөөд энэ нь мөн Илчлэл арван гурав дахь газрын араатан, Илчлэл арван зургаа дахь хуурамч эш үзүүлэгч, Библийн эш үзүүллэгийн зургаа дахь хаант улс мөн болох Америкийн Нэгдсэн Улсын түүх юм. Даниел арван нэгийн дөчдүгээр эшлэлд дүрслэгдсэн тэрхүү адил түүх нь Илчлэлийн номд мөн нэг эшлэлээр дүрслэгдсэн байдаг.</w:t>
      </w:r>
    </w:p>
    <w:p>
      <w:pPr>
        <w:pStyle w:val="ArticleScripture"/>
        <w:jc w:val="left"/>
      </w:pPr>
      <w:r>
        <w:rPr>
          <w:rFonts w:ascii="Times New Roman" w:hAnsi="Times New Roman" w:eastAsia="Times New Roman" w:cs="Times New Roman"/>
        </w:rPr>
        <w:t>Тэгээд би газраас гарч ирж буй өөр нэгэн араатныг харав; тэр нь хурганы адил хоёр эвэртэй бөгөөд луу мэт ярьж байв. Илчлэлт 13:11.</w:t>
      </w:r>
    </w:p>
    <w:p>
      <w:pPr>
        <w:pStyle w:val="ArticleBody"/>
        <w:jc w:val="left"/>
      </w:pPr>
      <w:r>
        <w:rPr>
          <w:rFonts w:ascii="Times New Roman" w:hAnsi="Times New Roman" w:eastAsia="Times New Roman" w:cs="Times New Roman"/>
        </w:rPr>
        <w:t>Энэ эшлэл нь, дөчдүгээр эшлэлийн адил, 1798 оны Alien and Sedition Acts-ээр эхэлж, үндэстэн луу мэт ярьдаг Ням гаргийн хуулиар төгсдөг түүх бөгөөд, папын Ром хаан ширээнээс буулгагдах үед эхэлж, папын Ром дахин хаан ширээнд сэргээгдэн заларснаар төгсдөг түүх мөн. Илчлэл 13:11 болон Даниел 11:40-д хоёуланд нь дүрслэгдсэн энэхүү түүх нь Библийн эш үзүүллэг дэх тав дахь хаант улсын зайлуулагдсанаар эхэлж, Библийн эш үзүүллэг дэх зургаа дахь хаант улсын зайлуулагдсанаар төгсөнө.</w:t>
      </w:r>
    </w:p>
    <w:p>
      <w:pPr>
        <w:pStyle w:val="ArticleBody"/>
        <w:jc w:val="left"/>
      </w:pPr>
      <w:r>
        <w:rPr>
          <w:rFonts w:ascii="Times New Roman" w:hAnsi="Times New Roman" w:eastAsia="Times New Roman" w:cs="Times New Roman"/>
        </w:rPr>
        <w:t>Библийн эш үзүүллэгийн анхны хаант улс болох Вавилон Библийн эш үзүүллэгийн хоёр дахь хаант улс хүртэл ноёрхсон “далан” жил нь 1798 оноос Ням гаргийн хуулийн үе хүртэлх дөчдүгээр эшлэлийн түүхийг төлөөлдөг.</w:t>
      </w:r>
    </w:p>
    <w:p>
      <w:pPr>
        <w:pStyle w:val="ArticleScripture"/>
        <w:jc w:val="left"/>
      </w:pPr>
      <w:r>
        <w:rPr>
          <w:rFonts w:ascii="Times New Roman" w:hAnsi="Times New Roman" w:eastAsia="Times New Roman" w:cs="Times New Roman"/>
        </w:rPr>
        <w:t>Тэр өдөр Тир далан жилийн турш, нэг хааны өдрүүдийн адил, мартагдах болно. Далан жилийн төгсгөлд Тир янхан эмэгтэйн адил дуулах болно. Мартагдсан янхан эмэгтэй минь, ятга авч, хотоор тойрон яв; чамайг санагдуулахын тулд уянгат аялгуу эгшиглүүлж, олон дуу дуул. Далан жилийн төгсгөл өнгөрсний дараа ЭЗЭН Тирийг эргэж харах бөгөөд тэрээр хөлсөндөө буцан орж, газрын гадаргуу дээрх дэлхийн бүх хаанчлалуудтай садарлан завхайрах болно. Исаиа 23:15–17.</w:t>
      </w:r>
    </w:p>
    <w:p>
      <w:pPr>
        <w:pStyle w:val="ArticleBody"/>
        <w:jc w:val="left"/>
      </w:pPr>
      <w:r>
        <w:rPr>
          <w:rFonts w:ascii="Times New Roman" w:hAnsi="Times New Roman" w:eastAsia="Times New Roman" w:cs="Times New Roman"/>
        </w:rPr>
        <w:t>1798 оноос Ням гаргийн хуулийн үе хүртэлх түүх нь мөн Исаиа хорин гуравдугаар бүлэгт тэмдэглэгдсэнээр Тирийн янхан мартагдах үеийн түүх бөгөөд, тэрхүү үеийг “далан жил” хийгээд “нэг хааны өдрүүд” хэмээн илэрхийлдэг. Небухаднезараас Белшацар хүртэл Библийн эш үзүүллийн анхны хаант улс ноёрхсон бөгөөд, үүгээрээ эхэндээ хурга мэт эхэлсэн ч эцэстээ луу мэт ярьдаг Библийн эш үзүүллийн зургаа дахь хаант улсыг төлөөлөн дүрсэлсэн юм. Небухаднезар нь Хурганы дагалдагчийг, харин Белшацар нь Луугийн дагалдагчийг төлөөлдөг.</w:t>
      </w:r>
    </w:p>
    <w:p>
      <w:pPr>
        <w:pStyle w:val="ArticleBody"/>
        <w:jc w:val="left"/>
      </w:pPr>
      <w:r>
        <w:rPr>
          <w:rFonts w:ascii="Times New Roman" w:hAnsi="Times New Roman" w:eastAsia="Times New Roman" w:cs="Times New Roman"/>
        </w:rPr>
        <w:t>1798 оноос Ням гаргийн хуулийн хүртэлх түүх нь Илчлэлт арван дөрөв дэх бүлгийн гурван тэнгэрэлчийн түүх мөн бөгөөд, Миллерчүүдийн шинэчлэлээр эхэлж, нэг зуун дөчин дөрвөн мянгын шинэчлэлээр төгсөнө. Гурван тэнгэрэлчийн мэдээ бол шүүлтийн цагийн мэдээ мөн. Миллерчүүд шүүлт эхлэхтэй холбоотой үйл явдлуудыг тунхагласан бөгөөд нэг зуун дөчин дөрвөн мянга нь нигүүлслийн хугацаа хаагдахтай холбоотой үйл явдлуудыг тунхагладаг.</w:t>
      </w:r>
    </w:p>
    <w:p>
      <w:pPr>
        <w:pStyle w:val="ArticleBody"/>
        <w:jc w:val="left"/>
      </w:pPr>
      <w:r>
        <w:rPr>
          <w:rFonts w:ascii="Times New Roman" w:hAnsi="Times New Roman" w:eastAsia="Times New Roman" w:cs="Times New Roman"/>
        </w:rPr>
        <w:t>Хаалтын хугацаа төгсөхтэй холбоотой үйл явдлуудыг эш үзүүлгийн дотоод болон гадаад шугамаар дүрсэлсэн байдаг бөгөөд тэдгээр үйл явдал нь үндсэндээ Даниел арван нэгдүгээр бүлгийн дөчдүгээр эшлэлээр төлөөлөгдсөн түүхэнд өрнөдөг. Дөчдүгээр эшлэлийн үйл явдлууд Америкийн Нэгдсэн Улс дахь ням гаргийн хуулиар төгсөнө; иймээс Бабилонд байсаар буй Бурханы бусад хүүхдүүдийн эцсийн хураан цуглуулалтын үйл явдлууд дөчдүгээр эшлэлд дүрслэгдээгүй байдаг. Гэвч тэр үед дэлхийтэй нүүр тулгарах хямрал нь Америкийн Нэгдсэн Улсад дөнгөж төгссөн байдаг. Эдгээр үйл явдал нь Америкийн Нэгдсэн Улсад ирэх шүүлт болон сүмийг туг тэмдэг мэт өргөгдөхөөс нь өмнө Бурханы сүмийн ариусгалыг төлөөлдөг.</w:t>
      </w:r>
    </w:p>
    <w:p>
      <w:pPr>
        <w:pStyle w:val="ArticleBody"/>
        <w:jc w:val="left"/>
      </w:pPr>
      <w:r>
        <w:rPr>
          <w:rFonts w:ascii="Times New Roman" w:hAnsi="Times New Roman" w:eastAsia="Times New Roman" w:cs="Times New Roman"/>
        </w:rPr>
        <w:t>Итгэлийн хаагдалтай холбоотой дотоод үйл явдлууд нь Бурханы эцсийн өдрүүдийн ард түмний дунд Бурханы нууцыг төгсгөхдөө Христийн Тэргүүн Тахилчийн үйлчлэлийг тодорхойлон харуулдаг. Гадаад үйл явдлууд нь папын засаглалд хүчийг сэргээн өгөхөд Америкийн Нэгдсэн Улсын гүйцэтгэх үүргийг тодорхойлон харуулдаг. Библийн эш үзүүлгийн зургаа дахь хаант улс болох Америкийн Нэгдсэн Улсын бүхэл түүх, Лаодикийн бүхэл түүх нь дөчдүгээр эшлэлийн төлөөлөн харуулсан түүхийн хүрээнд явагддаг.</w:t>
      </w:r>
    </w:p>
    <w:p>
      <w:pPr>
        <w:pStyle w:val="ArticleBody"/>
        <w:jc w:val="left"/>
      </w:pPr>
      <w:r>
        <w:rPr>
          <w:rFonts w:ascii="Times New Roman" w:hAnsi="Times New Roman" w:eastAsia="Times New Roman" w:cs="Times New Roman"/>
        </w:rPr>
        <w:t>Дөчдүгээр эшлэлийн доторх дотоод ба гадаад шугамууд нь газрын араатны хоёр эвэрээр дүрслэгддэг. Бүгд Найрамдах үзлийн эвэр нь гадаад шугам бөгөөд Протестантын эвэр нь дотоод шугам юм. Энэ хоёр шугам хоёулаа зургаа дахь хаанчлалын түүхийн хүрээнд оршдог бөгөөд зургаа дахь хаанчлалын түүхийн төгсгөлд Бурханы шүүлт Протестант болон Бүгд Найрамдах үзлийн аль аль эвэр дээр буудаг. Туршилтын хугацаа хаагдахтай холбоотой үйл явдлуудыг тодорхойлдог мэдээ нь мөн Америкийн Нэгдсэн Улс туршилтын хугацааныхаа аягыг дүүргэх үед түүн дээр ирдэг үйл явдлуудыг тодорхойлдог мэдээ мөн. Туршилтын хугацаа хаагдахтай холбоотой үйл явдлуудыг тодорхойлдог мэдээ нь бас Долоо дахь өдрийн Адвентизм туршилтын хугацааныхаа аягыг дүүргэх үед түүн дээр ирдэг үйл явдлуудыг тодорхойлдог мэдээ мөн.</w:t>
      </w:r>
    </w:p>
    <w:p>
      <w:pPr>
        <w:pStyle w:val="ArticleBody"/>
        <w:jc w:val="left"/>
      </w:pPr>
      <w:r>
        <w:rPr>
          <w:rFonts w:ascii="Times New Roman" w:hAnsi="Times New Roman" w:eastAsia="Times New Roman" w:cs="Times New Roman"/>
        </w:rPr>
        <w:t>Дөчдүгээр эшлэлийн түүхийн хүрээнд Даниелын ном гурван удаа лац нь тайлагддаг бөгөөд эдгээр гурван удаагийн аль аль нь шалгалтын хугацаа хаагдахтай холбоотой үйл явдлуудыг үзүүлдэг дотоод ба гадаад шугамыг төрүүлдэг. Энэ гурван тэмдэгтийн өмнө тус бүр долоон цагийн тараагдал тохиолддог. Иймээс дөчдүгээр эшлэл нь 1798 оноос Ням гаргийн хууль хүртэлх түүхийг төлөөлдөг бөгөөд тэрхүү түүх доторх эш үзүүллэгийн тэмдэгтүүд нь “шалгалтын хугацаа хаагдахтай холбоотой үйл явдлууд” юм. Дөчдүгээр эшлэлийн түүхийн дотор дотоод шугам нь эхэндээ Филаделфиас Лаодикея руу шилжих шилжилтийг, төгсгөлдөө Лаодикеягаас Филаделфи руу шилжих шилжилтийг төлөөлдөг. Эхлэл нь арван охины үлгэрээр дүрслэгдсэн шинэчлэлийн хөдөлгөөнийг илэрхийлсэн бөгөөд тэрхүү үлгэр нь төгсгөл дэх шинэчлэлийн хөдөлгөөнийг мөн бэлгэдэн, улмаар уг үлгэрийг үг үсэгчлэн биелүүлсэн юм.</w:t>
      </w:r>
    </w:p>
    <w:p>
      <w:pPr>
        <w:pStyle w:val="ArticleBody"/>
        <w:jc w:val="left"/>
      </w:pPr>
      <w:r>
        <w:rPr>
          <w:rFonts w:ascii="Times New Roman" w:hAnsi="Times New Roman" w:eastAsia="Times New Roman" w:cs="Times New Roman"/>
        </w:rPr>
        <w:t>Филаделфийн Миллерийн хөдөлгөөн Левит хорин зургаадугаар бүлгийн “долоон цаг” 1798 онд биелснээр эхэлж, дараа нь 1844 оны 10-р сарын 22-нд “долоон цаг”-ийн өөр нэгэн биелэлтээр үргэлжилсэн. Наад зах нь 1856 он гэхэд Жеймс Уайт болон Хатагтай Уайт хоёул энэ хөдөлгөөнийг Лаодикийн байдалд байна хэмээн тодорхойлсон байв. Мөн тэр жилд “долоон цаг”-ийн тухай шинэ гэрэл сүмийн албан ёсны хэвлэлд танилцуулагдсан боловч хэзээ ч дуусгагдаагүй. “Долоон цаг” 1798 онд биелсэн бөгөөд түүнээс хойш Виллиам Миллер Хатагтай Уайтын нэрлэснээр “үнэний гинжин хэлхээний эхлэлийг” нээсэн бөгөөд үнэний гинжин хэлхээний эхлэл нь “долоон цаг” байсан. 1798 он нь “долоон цаг”-ийн биелэлт байсан бөгөөд үүний дараа Даниелын номын лац тайлагдах үед Миллер “долоон цаг”-ийг өөрийн суурь нээлт болгон олж илрүүлсэн. Үүний дараа 1844 оны 10-р сарын 22 “долоон цаг”-ийн дахин нэгэн биелэлтийг тэмдэглэж байгаа бөгөөд үүнийг эргүүлээд “долоон цаг”-ийн тухай шинэ гэрэл дутуу орхигдсон тэр л жилд хөдөлгөөн Филаделфиас Лаодик уруу шилжсэн өөрчлөлт дагалдсан. 1863 онд, 1856 он хүртэл Миллерийн Филаделфийн хөдөлгөөн байж байгаад, Миллерийн Лаодикийн хөдөлгөөн болон шилжсэн тэр зүйл нь Иргэний дайны нөхцөл байдал, дарамтууд болон сүмийн залуучуудыг хамгаалах шаардлагын улмаас ихээхэн хэмжээгээр хууль ёсоор бүртгэгдсэн сүм болсон. Сүм болсон 1863 онд уг хөдөлгөөн төгссөн. Үүнээс долоон жилийн өмнө, 1856 онд Лаодик Виллиам Миллерийн анхны эш үзүүллэгийн нээлт байсан яг тэр сэдвийн тухай шинэ гэрлийн мэдээг хойш тавьсан.</w:t>
      </w:r>
    </w:p>
    <w:p>
      <w:pPr>
        <w:pStyle w:val="ArticleBody"/>
        <w:jc w:val="left"/>
      </w:pPr>
      <w:r>
        <w:rPr>
          <w:rFonts w:ascii="Times New Roman" w:hAnsi="Times New Roman" w:eastAsia="Times New Roman" w:cs="Times New Roman"/>
        </w:rPr>
        <w:t>Миллерит хөдөлгөөн болон “үнэний гинжин хэлхээний эхлэл” хэмээн нэрлэгддэг гэрэл, өөрөөр хэлбэл “долоон үе”-ийн гэрэл нь Лаодикийн хөдөлгөөний удирдагчдад нээгдсэн бөгөөд тэд “долоон үе”-ийг батлан хамгаалах хүслийг аажмаар хойш тавьсаар, долоон жилийн (“долоон үе”) эцэст, 1863 онд, “долоон үе”-ийн талаар ямар ч эшлэлгүй шинэ хүснэгт болон эш үзүүллэгийн мэдээ боловсруулагдсан юм.</w:t>
      </w:r>
    </w:p>
    <w:p>
      <w:pPr>
        <w:pStyle w:val="ArticleBody"/>
        <w:jc w:val="left"/>
      </w:pPr>
      <w:r>
        <w:rPr>
          <w:rFonts w:ascii="Times New Roman" w:hAnsi="Times New Roman" w:eastAsia="Times New Roman" w:cs="Times New Roman"/>
        </w:rPr>
        <w:t>1863 онд Исаиагийн жаран таван жилийн эш үзүүллийн төгсгөл яг эхэлсэн газартаа эргэн ирж, хойд ба өмнөдийн хоорондох иргэний дайнаар өндөрлөсөн. 1863 оны боолчлолын асуудал нь “долоон цаг”-ийн биелэлтэд хойд болон өмнөд хоёр хаант улс хоёул олзлогдон аваачигдсанаар урьдчилан хэвшүүлэгдсэн бөгөөд Израилийг аваачсан тэрхүү боолчлол нь төгсгөлийн үеийн боолчлолын асуудлуудыг тун зохистойгоор төлөөлсөн юм. 1863 он нь Исаиагийн жаран таван жилийн эш үзүүлэл дээр үндэслэсэн эш үзүүллийн бүтцийн төгсгөлийг илэрхийлдэг.</w:t>
      </w:r>
    </w:p>
    <w:p>
      <w:pPr>
        <w:pStyle w:val="ArticleScripture"/>
        <w:jc w:val="left"/>
      </w:pPr>
      <w:r>
        <w:rPr>
          <w:rFonts w:ascii="Times New Roman" w:hAnsi="Times New Roman" w:eastAsia="Times New Roman" w:cs="Times New Roman"/>
        </w:rPr>
        <w:t>Эзэн Бурхан ийнхүү айлдаж байна: Энэ нь тогтохгүй, бас биелэхгүй. Учир нь Сирийн тэргүүн нь Дамаск, Дамаскийн тэргүүн нь Резин юм; мөн жаран таван жилийн дотор Ефраим бут цохигдон, ард түмэн байхаа болино. Ефраимын тэргүүн нь Самари, Самарийн тэргүүн нь Ремалиагийн хүү юм. Хэрэв та нар итгэхгүй бол, гарцаагүй тогтохгүй. Исаиа 7:7–9.</w:t>
      </w:r>
    </w:p>
    <w:p>
      <w:pPr>
        <w:pStyle w:val="ArticleBody"/>
        <w:jc w:val="left"/>
      </w:pPr>
      <w:r>
        <w:rPr>
          <w:rFonts w:ascii="Times New Roman" w:hAnsi="Times New Roman" w:eastAsia="Times New Roman" w:cs="Times New Roman"/>
        </w:rPr>
        <w:t>Зөвөөр ойлговол, МЭӨ 742 оноос эхэлдэг энэхүү эш үзүүллэг нь жаран таван жилийн хугацаан доторх гурван замын тэмдгийг тодорхойлдог. Эдгээр замын тэмдгүүдийн хоёр нь Израилийн хойд ба өмнөд хаант улсуудын хувьд боолчлол ба олзлогдлын хоёр мянга таван зуун хорин жилийн эхлэх цэгүүдийг заадаг. МЭӨ 742 онд хойд ба өмнөд хаант улсууд иргэний дайнд татагдан оролцож байсан бөгөөд хойд арван овог аймаг Сири улстай холбоо байгуулан өмнөдийн Иудагийн хаант улсыг довтлохоор болсон байв. Арван есөн жилийн дараа, МЭӨ 723 онд, хойд арван овог аймаг ассиричуудад олзлогдон боолчлолд аваачигдав. Дөчин зургаан жилийн дараа, МЭӨ 677 онд, ассиричууд Манассег баривчлан Вавилонд аваачсан. МЭӨ 723 оноос хойших хоёр мянга таван зуун хорин жил нь 1798 он, төгсгөлийн цаг бөгөөд дөчдүгээр эшлэлийн эхлэлд хүргэдэг. Дөчин зургаан жилийн дараа, МЭӨ 677 онд эхэлсэн өмнөд хаант улсын эсрэгх “долоон цаг” 1844 онд төгсөв. Арван есөн жилийн дараа, 1863 онд, МЭӨ 742 оны эш үзүүллэгийн шинжүүд үсэгчлэн биелэн дүрслэгдсэн байна. МЭӨ 742 онд ч, 1863 онд ч, хойд ба өмнөд хаант улсуудын хооронд иргэний дайн үргэлжилж байна. МЭӨ 742 онд Исаиагаас ёс бус хаан Ахазад өгөгдсөн зөгнөл нь хойд ба өмнөд хаант улсуудын аль алиных нь удахгүй ирэх боолчлолын тухай байсан бөгөөд 1863 онд, Иргэний дайны яг төв цэг дээр, Ерөнхийлөгч Линкольн Боол чөлөөлөх тунхгийг зарлан, боолчлолыг эцэслүүлэх үйл явцыг эхлүүлсэн. МЭӨ 742 онд ёс бус хаан Ахазад өгөгдсөн анхааруулга нь бодит алдарт газарт өгөгдсөн бөгөөд энэ нь сүнслэг алдарт газарт Линкольны өгсөн мэдээг хэв шинжээрээ төлөөлж байв.</w:t>
      </w:r>
    </w:p>
    <w:p>
      <w:pPr>
        <w:pStyle w:val="ArticleBody"/>
        <w:jc w:val="left"/>
      </w:pPr>
      <w:r>
        <w:rPr>
          <w:rFonts w:ascii="Times New Roman" w:hAnsi="Times New Roman" w:eastAsia="Times New Roman" w:cs="Times New Roman"/>
        </w:rPr>
        <w:t>1856 онд Хайрэм Эдсоны “долоон цаг” тухай мэдээнүүд хэвлэгдсэнээс хойш долоон жилийн дараа Адвентизм 1863 оны зургийг гаргаж, ингэснээр Миллеритүүдийн “долоон цаг”-ийн сургаалыг хассан бөгөөд энэ нь Эллен Уайт бид Миллеритүүдийн мэдээнүүдийг давтан тунхаглах ёстой, мөн тэдгээр мэдээнүүдэд халдахыг эсэргүүцэн хамгаалах ёстой гэж заасан олон тооны эшлэлүүдийг эргэлзээнд оруулсан юм. Тэр жилдээ тэд хуулийн дагуу бүртгэгдсэн сүм болов. 1863 он болон түүний эш үзүүллэгийн утга агуулгын талаар үүнээс ч илүүг бичиж болох боловч, миний энд тэмдэглэж буй зүйл гэвэл 1863 оны тэрсэлдлийг тодорхойлон заадаг хэд хэдэн гэрч, дотоодын ч, гадаадын ч, байдаг; энэ нь өмнөд мужуудтай холбоотой гадаад талын тэрсэлдэл ч бай, эсвэл анхны суурь үнэнийг няцаасан дотоод талын тэрсэлдэл ч бай адил юм. 1863 он бол дөчдүгээр эшлэлийн түүхэн доторх, “шалгалтын хугацаа хаагдахтай холбоотой үйл явдлууд”-ыг бүрдүүлдэг замын тэмдгүүдийн нэгийг төлөөлдөг үйл явдлуудын нэг мөн.</w:t>
      </w:r>
    </w:p>
    <w:p>
      <w:pPr>
        <w:pStyle w:val="ArticleBody"/>
        <w:jc w:val="left"/>
      </w:pPr>
      <w:r>
        <w:rPr>
          <w:rFonts w:ascii="Times New Roman" w:hAnsi="Times New Roman" w:eastAsia="Times New Roman" w:cs="Times New Roman"/>
        </w:rPr>
        <w:t>1863 он нь эртний бодит Израилийн хувьд цөлд өнгөрүүлсэн дөчин жилийн эхлэлтэй давхцан нийцдэг. Тэр дөчин жилийн эцэст Иошуа эртний Израилийг Амлагдсан нутагт оруулж, тэд Иерихог унагаан, Иерихог дахин босгох хэн бүхэнд хараал тунхагласан. 1863 онд Лаодикейн Адвентизмын удирдлага Иерихог дахин босгосон. 1863 он нь цөл дэх дөчин жилийн эхлэл ба төгсгөлд төлөөлөгдөн харагддаг. 1863 он бол гадаад болон дотоод шугамуудын дөчдүгээр эшлэлийн түүхийг хооронд нь холбодог эш үзүүллэгийн тэмдэгт цэг юм. “Лаодикеа” гэх үг “шүүгдсэн сүм” гэсэн утгатай тул долоо дахь сүм бүхэл бүтэн нэг үеийнхэн цөлд үхэж мөхөхөөр дүрслэгдсэн хугацаанд орж байна. Үүнтэй яг адил цаг үед анхны Бүгд Найрамдах намын ерөнхийлөгч боолуудыг чөлөөлөх ажлыг эхлүүлж байгаа нь, хожмын Бүгд Найрамдах намын сүүлчийн ерөнхийлөгчдийг, өөрөөр хэлбэл онгод “үндэсний сүйрэл” хэмээн нэрлэдэг зүйл рүү хөтлөх хямралын үед цэргийн хуулийг хэрэгжүүлэх хүмүүсийг төлөөлөн дүрсэлж байна.</w:t>
      </w:r>
    </w:p>
    <w:p>
      <w:pPr>
        <w:pStyle w:val="ArticleBody"/>
        <w:jc w:val="left"/>
      </w:pPr>
      <w:r>
        <w:rPr>
          <w:rFonts w:ascii="Times New Roman" w:hAnsi="Times New Roman" w:eastAsia="Times New Roman" w:cs="Times New Roman"/>
        </w:rPr>
        <w:t>Эхлэл үеийн замын тэмдэгүүдэд төгсгөлийн замын тэмдэгүүд дүрслэгдсэн бөгөөд шүүлтийн төгсгөлтэй холбоотой үйл явдлууд шүүлтийн эхлэлтэй холбоотой үйл явдлуудаар хэв шинжлэгдсэн байв. Дөчин жилийн эхэнд Иошуа, Калеб нарын мэдээг эсэргүүцэн Кадешт гарсан тэрслэл нь дөчин жилийн төгсгөлд Мосе Кадешт Хаданд цохисноор илэрсэн тэрслэлийг хэв шинжлэн харуулсан юм. 1863 он нь Лаодикийг Эзэний амнаас бөөлжүүлэн хаягдах Ням гаргийн хуулийг, мөн Иезекиелийн наймдугаар бүлэгт Иерусалим дахь хорин таван ахмад настан наранд мөргөж буйг, түүнчлэн “ЭЗЭНий сүм бол бид” хэмээх худал үгэнд найддаг хүмүүсийн дээр Шило дахин давтагдахыг зааж өгдөг.</w:t>
      </w:r>
    </w:p>
    <w:p>
      <w:pPr>
        <w:pStyle w:val="ArticleBody"/>
        <w:jc w:val="left"/>
      </w:pPr>
      <w:r>
        <w:rPr>
          <w:rFonts w:ascii="Times New Roman" w:hAnsi="Times New Roman" w:eastAsia="Times New Roman" w:cs="Times New Roman"/>
        </w:rPr>
        <w:t>Бид Паниумын талаарх энэхүү судалгааг дараагийн өгүүлэлд үргэлжлүүлнэ.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Арван хоёрдугаар тоо</dc:title>
  <dc:subject>Даниел 11:40 ба эш үзүүллэгийн гурван лац тайлагдалт</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