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гуравдугаар дугаар</w:t>
      </w:r>
    </w:p>
    <w:p>
      <w:pPr>
        <w:pStyle w:val="ArticleSubtitle"/>
        <w:jc w:val="left"/>
      </w:pPr>
      <w:r>
        <w:rPr>
          <w:rFonts w:ascii="Arial" w:hAnsi="Arial" w:eastAsia="Arial" w:cs="Arial"/>
        </w:rPr>
        <w:t>Паниум руу буцах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Кесари Филиппээс Кесари Маритима хүртэл, замдаа Хувиралтын ууланд түр саатан өнгөрөхдөө; Петр нь Христийн цаг үе дэх Пентекостын улиралтай уялдан, Левит хорин гуравын хорин хоёр эшлэлийн хоёр мөрөн дээр байгуулсан шугам дахь Бүрээнүүдийн баярын замын тэмдэгт хүрч ирдэг нэг зуун дөчин дөрвөн мянгыг бэлгэддэг. Левит хорин гурав, загалмай, Пентекост, мөн Корнели Петрийг дуудуулахаар хүн илгээсэн явдал; гурав дахь, зургаа дахь, ес дэх цагийн бэлгэдэлтэйгээр мөр дээр мөр болгон бүгд нэгтгэгддэг.</w:t>
      </w:r>
    </w:p>
    <w:p>
      <w:pPr>
        <w:pStyle w:val="ArticleBody"/>
        <w:jc w:val="left"/>
      </w:pPr>
      <w:r>
        <w:rPr>
          <w:rFonts w:ascii="Times New Roman" w:hAnsi="Times New Roman" w:eastAsia="Times New Roman" w:cs="Times New Roman"/>
        </w:rPr>
        <w:t>Загалмай дээрх гурав, зургаа, есдүгээр цагт байсан Христ, Пентекостын үед гурав, есдүгээр цагт байсан Петр болон есдүгээр цагт байсан Корнели, Иоппад зургаадугаар цагт байсан Петр болон Кесари Филиппэд гуравдугаар цагт байсан Петр нь Даниелын арван нэгдүгээр бүлгийн арван гуравдугаар ишлэлээс арван тавдугаар ишлэлтэй холбогдоно. Учир нь Кесари Филиппи нь мөн Паниум билээ.</w:t>
      </w:r>
    </w:p>
    <w:p>
      <w:pPr>
        <w:pStyle w:val="ArticleBody"/>
        <w:jc w:val="left"/>
      </w:pPr>
      <w:r>
        <w:rPr>
          <w:rFonts w:ascii="Times New Roman" w:hAnsi="Times New Roman" w:eastAsia="Times New Roman" w:cs="Times New Roman"/>
        </w:rPr>
        <w:t>Петр Пентекостын үед Иоелын номыг тунхаглаж байсан бөгөөд Петр Корнелиусын гэрийнхэнд мэдээгээ хүргэхэд Ариун Сүнс Пентекостын үед иудейчүүдийн дээр асгарсанчлан харь үндэстнүүдийн дээр мөн асгарсан юм. Иудейчүүдийн төлөө, түүнээс хойш харь үндэстнүүдийн төлөө болсон Ариун Сүнсний асгаралт нь сүүлийн өдрүүд дэх Ариун Сүнсний асгаралтыг бэлгэдэн дүрсэлсэн юм. Сүүлийн өдрүүд дэх энэ асгаралт нь хоёр талтай бөгөөд 9/11 дээрх цацалтаар эхэлж, эцэстээ Ням гаргийн хуулинд хүрэх Шөнө дундын хашхирааны тунхаглал уруу ахин дэвшиж, улмаар гурав дахь тэнгэрэлчийн чанга хашхираа болж, тэнд, тэр үед хожмын бороо хэмжээлшгүйгээр асгардаг юм.</w:t>
      </w:r>
    </w:p>
    <w:p>
      <w:pPr>
        <w:pStyle w:val="ArticleScripture"/>
        <w:jc w:val="left"/>
      </w:pPr>
      <w:r>
        <w:rPr>
          <w:rFonts w:ascii="Times New Roman" w:hAnsi="Times New Roman" w:eastAsia="Times New Roman" w:cs="Times New Roman"/>
        </w:rPr>
        <w:t>Тиймээс, Сионы хөвгүүд ээ, баярлагтун, мөн та нарын Бурхан ЭЗЭН дотор баясан хөөрөгтүн. Учир нь Тэр та нарт эхний бороог зохистой хэмжээгээр өгсөн бөгөөд та нарын төлөө бороог, эхний бороо болон сүүлийн бороог, эхний сард буулгах болно. Мөн үтрэмүүд улаан буудайгаар дүүрч, шахуургууд нь дарс ба тосоор халин урсах болно. Бас та нарын дунд Миний илгээсэн Миний агуу цэрэг болох царцаа, өт, авгалдай, идэгч шавжийн идсэн он жилүүдийг Би та нарт сэргээн өгөх болно. Иоел 2:23–25.</w:t>
      </w:r>
    </w:p>
    <w:p>
      <w:pPr>
        <w:pStyle w:val="ArticleBody"/>
        <w:jc w:val="left"/>
      </w:pPr>
      <w:r>
        <w:rPr>
          <w:rFonts w:ascii="Times New Roman" w:hAnsi="Times New Roman" w:eastAsia="Times New Roman" w:cs="Times New Roman"/>
        </w:rPr>
        <w:t>Петр нь 9/11-ээс эхлэн Ням гаргийн хуулийг хүртэлх өмнөх дунд зэргийн шүршилтийн түүхэнд оролцогсдыг, мөн сүйтгэгдсэн Лаодикийн Долоо дахь өдрийн Адвентизмын улам бүр нэмэгдсэн тэрслүү байдлыг төлөөлөх дөрвөн үеийн “жилүүд”-ийг сэргээн тогтоодог хожмын бороог ч төлөөлдөг. Ариун сүмд, есдүгээр цагт, Петр Иоел номд өгүүлсэн тэр “жилүүд”-ийн сэргээн тогтоолтыг танилцуулсан.</w:t>
      </w:r>
    </w:p>
    <w:p>
      <w:pPr>
        <w:pStyle w:val="ArticleScripture"/>
        <w:jc w:val="left"/>
      </w:pPr>
      <w:r>
        <w:rPr>
          <w:rFonts w:ascii="Times New Roman" w:hAnsi="Times New Roman" w:eastAsia="Times New Roman" w:cs="Times New Roman"/>
        </w:rPr>
        <w:t>Тиймээс та нар гэмшиж, эргэгтүн; ингэснээр та нарын нүглүүд арчигдан үгүй болох бөгөөд, Эзэний оршихуйгаас сэргээлтийн цагууд ирэх үед, Тэр та нарт урьд тунхаглагдсан Есүс Христийг илгээх болно. Бурхан ертөнцийн эхнээс хойш Өөрийн бүх ариун эш үзүүлэгчдийн амаар айлдсан бүх зүйлийн сэргээн тогтоолтын цаг хүртэл тэнгэр Түүнийг хүлээн авах ёстой. Учир нь Мосе үнэхээр эцгүүдэд хандан, “Эзэн та нарын Бурхан ахан дүүсийн чинь дундаас надтай адил нэгэн эш үзүүлэгчийг та нарт босгоно; тэр та нарт юу ч хэлсэн, та нар бүх зүйлд түүнийг сонсогтун. Мөн тэр эш үзүүлэгчийг сонсохгүй аливаа сүнс ард түмний дундаас устгагдах болно” гэжээ. Тийм ээ, Самуелаас эхлээд түүний дараа ирж, ярьсан эш үзүүлэгчид бүгд мөн эдгээр өдрүүдийн тухай урьдчилан хэлсэн билээ. Үйлс 3:19–24.</w:t>
      </w:r>
    </w:p>
    <w:p>
      <w:pPr>
        <w:pStyle w:val="ArticleBody"/>
        <w:jc w:val="left"/>
      </w:pPr>
      <w:r>
        <w:rPr>
          <w:rFonts w:ascii="Times New Roman" w:hAnsi="Times New Roman" w:eastAsia="Times New Roman" w:cs="Times New Roman"/>
        </w:rPr>
        <w:t>Нүглүүдийг арилган устгах нь мөрдөн шалгах шүүлт дэх Христийн эцсийн ажил мөн бөгөөд тэрхүү арилган устгал нь Бурханы өргөөнөөс эхэлдэг.</w:t>
      </w:r>
    </w:p>
    <w:p>
      <w:pPr>
        <w:pStyle w:val="ArticleScripture"/>
        <w:jc w:val="left"/>
      </w:pPr>
      <w:r>
        <w:rPr>
          <w:rFonts w:ascii="Times New Roman" w:hAnsi="Times New Roman" w:eastAsia="Times New Roman" w:cs="Times New Roman"/>
        </w:rPr>
        <w:t>Учир нь шүүлт Бурханы гэрээс эхлэх цаг ирээд байна; хэрэв энэ нь эхлээд биднээс эхэлбэл, Бурханы сайн мэдээнд дуулгаваргүй хүмүүсийн төгсгөл юу болох билээ? Хэрэв зөвт хүн арайхийн аврагддаг бол, бурхангүй хүн ба нүгэлтэн хаана үзэгдэх билээ? Иймээс Бурханы хүслийн дагуу зовогсод сайн үйл үйлдэн, сэтгэлээ итгэмжит Бүтээгчид даатгагтун. 1 Петр 4:17–19.</w:t>
      </w:r>
    </w:p>
    <w:p>
      <w:pPr>
        <w:pStyle w:val="ArticleBody"/>
        <w:jc w:val="left"/>
      </w:pPr>
      <w:r>
        <w:rPr>
          <w:rFonts w:ascii="Times New Roman" w:hAnsi="Times New Roman" w:eastAsia="Times New Roman" w:cs="Times New Roman"/>
        </w:rPr>
        <w:t>Петр Пентекостын үед, мөн тэнгисийн эрэг дэх Кесари дахь Корнелиусын гэрт Иоелын ном биелж байгааг ойлгосон. Пентекост нь Бурханы гэрийн төлөөх шүүлт дуусч, дараа нь харь үндэстнүүд рүү шилжих Үндэсний хуулийг төлөөлдөг. Үндэсний хуулийн үеийн түүний тунхагласан мэдээ нь Шөнө дундын Хашхираан ирэх үед тунхаглагдсан тэр л мэдээ мөн. Альфа тунхаглал нь омега тунхаглалаар төгсөх эш үзүүллэгийн үеийн эхлэл юм. Петр нь мэдээг тунхаглагчдыг төлөөлдөг бөгөөд уг мэдээ нь өөрийн хүч чадлаар хангагдсанаар эхэлдэг бөгөөд энэ нь Исламын илжгийг тавин явуулснаар тэмдэглэгддэг. Илжгийг Шөнө дундын Хашхирааны эхлэлийг тэмдэглэхээр тавин явуулдаг бөгөөд Үндэсний хуулийн үед, өөрөөр хэлбэл Шөнө дундын Хашхирааны төгсгөл дээр, дахин тавин явуулдаг.</w:t>
      </w:r>
    </w:p>
    <w:p>
      <w:pPr>
        <w:pStyle w:val="ArticleBody"/>
        <w:jc w:val="left"/>
      </w:pPr>
      <w:r>
        <w:rPr>
          <w:rFonts w:ascii="Times New Roman" w:hAnsi="Times New Roman" w:eastAsia="Times New Roman" w:cs="Times New Roman"/>
        </w:rPr>
        <w:t>Тиймээс Петр нь мөн Исламын Америкийн Нэгдсэн Улсад өгөх цохилтыг зөгнөн хэлсэн хүмүүсийг төлөөлдөг. Шөнө дундын Хашхирал дахь Петрийн мэдээ нь анхны урам хугарал болон саатлын цагийн эхлэлийг тэмдэглэсэн мэдээний залруулга юм. Иймээс Петр нь 2024 онд ирж, Даниел арван нэгийн арван дөрөвдүгээр эшлэлийн биелэл болгон анхны Америк папын сонгогдсоноор 2025 оны 5-р сарын 8-нд өндөрлөсөн анхны суурь шалгалтыг даван өнгөрч, Шөнө дундын Хашхиралын мэдээг тунхагладаг хүмүүсийг төлөөлдөг.</w:t>
      </w:r>
    </w:p>
    <w:p>
      <w:pPr>
        <w:pStyle w:val="ArticleBody"/>
        <w:jc w:val="left"/>
      </w:pPr>
      <w:r>
        <w:rPr>
          <w:rFonts w:ascii="Times New Roman" w:hAnsi="Times New Roman" w:eastAsia="Times New Roman" w:cs="Times New Roman"/>
        </w:rPr>
        <w:t>Бүрээний баяраас Пентекост хүртэлх хугацаа нь Левит 23-т дүрслэгдсэн Пентекостын улирлын гурав дахь бөгөөд шалгуур сорилт мөн. Эгч Уайт тодорхойлсон гурван тэнгэрэлчийн нэгэн зарчим нь мөн энгийн үндсэн тооцоолол юм. Тэрээр эхний ба хоёр дахь мэдээгүйгээр гурав дахь мэдээ байж болохгүй хэмээн тодорхойлдог. Петр Пентекостын Ням гаргийн хуулийн үед Иоелын номыг тунхагладаг учраас, мөн Пентекостын улирлын шалгуур бөгөөд гурав дахь сорилт болох Шөнө дундын хашхирааны мэдээний тунхаглалын эхэнд ч Иоелыг заадаг. Иймээс Петр нь 2023 оны 12-р сарын 31-нээс эхлэн Есүс Христийн Илчлэл тайлагдсанаар эхэлсэн гурван үе шаттай сорилтын үйл явцын турш дахь итгэлтэй хүмүүсийг төлөөлдөг. Хэрэв Петр гурав дахь алхам дээр тэнд байгаа бол, тэр өмнөх хоёр алхмыг алхсан байх ёстой. Учир нь эхний ба хоёр дахьгүйгээр гурав дахь нь байж үл болно.</w:t>
      </w:r>
    </w:p>
    <w:p>
      <w:pPr>
        <w:pStyle w:val="ArticleBody"/>
        <w:jc w:val="left"/>
      </w:pPr>
      <w:r>
        <w:rPr>
          <w:rFonts w:ascii="Times New Roman" w:hAnsi="Times New Roman" w:eastAsia="Times New Roman" w:cs="Times New Roman"/>
        </w:rPr>
        <w:t>Нэг зуун дөчин дөрвөн мянгын тамгалагдах үе 9/11-ээс эхэлсэн бөгөөд энэ нь суурь үндэст буцан очихыг уриалсан 9/11-ийн бүрээ дуугаар дүрслэгдсэн, гурван шатат шалгалтын үйл явцыг нээсэн юм. Дараа нь 2020 оны 7-р сарын 18-ны анхны урам хугаралын шалгалт ирсэн. Энэ түүхийн гурав дахь шалгалт нь Ням гаргийн хууль юм. 2020 оны 7-р сарын 18-нд эш үзүүллэгийн цөл ирсэн бөгөөд тэр цөлийн хугацаан дотор, 2023 оны 7-р сард нэгэн “дуу хоолой” хашхирч эхэлсэн; улмаар 9/11-ээс хойш хорин хоёр жилийн дараа, 2023 оны 12-р сарын 31-нд Есүс Христийн Илчлэлийн лац тайлагдаж эхэлсэн. 2023 оноос Ням гаргийн хууль хүртэлх хугацаа (2,300 өдрийн төгс биелэлт гүйцэлдэх үед) нь 2023 оноос Ням гаргийн хууль хүртэлх үеийг “23”-аар эхэлж, “23”-аар төгсдөг болохыг тодорхойлдог. Учир нь 1844 оны 10-р сарын 22-ны хаалттай хаалга нь Ням гаргийн хуулийн үеийн хаалттай хаалганы бэлгэдэл болдог. 2,300 жилийн эш үзүүллэг нь 2,300 дахь “23”-аар төлөөлөгддөг.</w:t>
      </w:r>
    </w:p>
    <w:p>
      <w:pPr>
        <w:pStyle w:val="ArticleBody"/>
        <w:jc w:val="left"/>
      </w:pPr>
      <w:r>
        <w:rPr>
          <w:rFonts w:ascii="Times New Roman" w:hAnsi="Times New Roman" w:eastAsia="Times New Roman" w:cs="Times New Roman"/>
        </w:rPr>
        <w:t>1844 он бол нэгдүгээр ба хоёрдугаар тэнгэрэлчийн түүхийн төгсгөл байсан юм. Тэрхүү түүх 1798 онд нэгдүгээр тэнгэрэлч ирснээр эхэлж, дөчин зургаан жилийн дараа, 1844 онд төгссөн. Тэр дөчин зургаан жил нь Христ 1844 онд гэнэт орж ирсэн Миллерит сүмийг төлөөлдөг. Хүний сүм нь эр, эм аль алинд нь “23” хромосом дээр тулгуурлан бүтээгдсэн байдаг тул “23” нь Христ 1844 онд эхлүүлсэн ажлын бэлгэдэл болохыг тэмдэглэж байна. Тэр ажил нь Өөрийн тэнгэрлэг чанарыг бидний хүн чанартай нэгтгэх явдал байсан. Есүс сүнслэг зүйлийг тайлбарлахын тулд байгалийн ертөнцийг ашигладаг бөгөөд 2,300 жилийн төгсгөлд, 1844 онд эхэлсэн тэр ажил нь эр хүний “23” хромосом эм хүний “23” хромосомтой нийлэхүйгээр дүрслэгддэг. Эр хүн эмэгтэй хүнтэй гэрлэхэд тэд нэг махбод болдог бөгөөд гэрлэлт бол Христийн 1844 онд эхлүүлсэн зүйл юм. 1844 оны хаалттай хаалга нь Ням гаргийн хуулийн хаалттай хаалгатай нийцдэг бөгөөд тэр хаалттай хаалганы бэлгэдэл нь “23” юм.</w:t>
      </w:r>
    </w:p>
    <w:p>
      <w:pPr>
        <w:pStyle w:val="ArticleBody"/>
        <w:jc w:val="left"/>
      </w:pPr>
      <w:r>
        <w:rPr>
          <w:rFonts w:ascii="Times New Roman" w:hAnsi="Times New Roman" w:eastAsia="Times New Roman" w:cs="Times New Roman"/>
        </w:rPr>
        <w:t>2023 оны 12-р сарын 31-нээс Ням гаргийн хуулийн “23” хүртэлх хугацаа нь альфа “23”-оор эхэлж, омега “23”-оор төгсөх нэгэн үеийг тодорхойлдог. Энэ нь мөн нэг зуун дөчин дөрвөн мянгатын сүмийн үеийг төлөөлдөг. Яг тэрхүү ижил түүх нь 9/11-ээс Ням гаргийн хууль хүртэлх хугацааны фрактал мөн. 1844 он “23” тоогоор дүрслэгддэг бөгөөд энэ нь нас барагсдын мөрдөн шалгах шүүлтийн эхлэлийг заадаг. 9/11 нь амьд хүмүүсийн мөрдөн шалгах шүүлтийн эхлэлийг заадаг тул 9/11 мөн “23” тоог агуулдаг. 9/11-ээс Ням гаргийн хууль хүртэлх хугацаа нь альфа “23” ба омега “23”-той нэгэн үе юм. 2023 оноос Ням гаргийн хууль хүртэлх хугацаа нь 9/11-ээс Ням гаргийн хууль хүртэлх хугацааны фрактал бөгөөд тэнд нэг зуун дөчин дөрвөн мянгатын сүм босгогддог. Миллерийн сүм нь дөчин зургаан жилийн хугацаа байсан боловч эцсийн өдрүүдэд цаг хугацаа цаашид үгүй; мөн Адвентизмын эхлэл дэх Миллерийн дөчин зургаан жил нь Адвентизмын төгсгөл дэх тэрхүү ижил хугацааны хэв шинж болдог бөгөөд тэр хугацаа “23”-оор эхэлж, “23”-оор төгсөн, Миллерийн дөчин зургаан тоог бий болгодог.</w:t>
      </w:r>
    </w:p>
    <w:p>
      <w:pPr>
        <w:pStyle w:val="ArticleBody"/>
        <w:jc w:val="left"/>
      </w:pPr>
      <w:r>
        <w:rPr>
          <w:rFonts w:ascii="Times New Roman" w:hAnsi="Times New Roman" w:eastAsia="Times New Roman" w:cs="Times New Roman"/>
        </w:rPr>
        <w:t>Тэр гурван түүх бүгдээрээ гурван үе шаттай сорилтын үйл явцыг төлөөлдөг (Миллеритүүд, 9/11-ээс Ням гаргийн хууль хүртэл, мөн 2023-аас Ням гаргийн хууль хүртэл). Тэрхүү түүх нь 2023 оны 12 дугаар сарын 31-нд Мосе ба Елиа нарыг амилуулсан Михаэлийн бүрээн дуугаар эхэлсэн бөгөөд Христ мөн болох Михаэль амилуулах үедээ үүнийг бүрээн дуугаар үйлддэг юм.</w:t>
      </w:r>
    </w:p>
    <w:p>
      <w:pPr>
        <w:pStyle w:val="ArticleScripture"/>
        <w:jc w:val="left"/>
      </w:pPr>
      <w:r>
        <w:rPr>
          <w:rFonts w:ascii="Times New Roman" w:hAnsi="Times New Roman" w:eastAsia="Times New Roman" w:cs="Times New Roman"/>
        </w:rPr>
        <w:t>Учир нь Эзэн Өөрөө тэнгэрээс уухай дуу, тэргүүн тэнгэрэлчийн дуу хоолой, мөн Бурханы бүрээний дуугаар бууж ирэх бөгөөд Христ дотор нас барсан хүмүүс эхэлж амилна. 1 Тесалоник 4:19.</w:t>
      </w:r>
    </w:p>
    <w:p>
      <w:pPr>
        <w:pStyle w:val="ArticleBody"/>
        <w:jc w:val="left"/>
      </w:pPr>
      <w:r>
        <w:rPr>
          <w:rFonts w:ascii="Times New Roman" w:hAnsi="Times New Roman" w:eastAsia="Times New Roman" w:cs="Times New Roman"/>
        </w:rPr>
        <w:t>Михаэл бол тэргүүн тэнгэрэлч бөгөөд Бурханы бүрээтэй хамт түүний дуу хоолой амилуулдаг; Иудагийн ном бидэнд Михаэл Мосег амилуулсныг мэдүүлдэг.</w:t>
      </w:r>
    </w:p>
    <w:p>
      <w:pPr>
        <w:pStyle w:val="ArticleScripture"/>
        <w:jc w:val="left"/>
      </w:pPr>
      <w:r>
        <w:rPr>
          <w:rFonts w:ascii="Times New Roman" w:hAnsi="Times New Roman" w:eastAsia="Times New Roman" w:cs="Times New Roman"/>
        </w:rPr>
        <w:t>Харин тэргүүн тэнгэрэлч Михаил Мосегийн цогцсын тухай чөтгөртэй маргалдан тэмцэж байхдаа, түүний эсрэг доромжлон буруутгахыг зүрхэлсэнгүй, харин: “Эзэн чамайг зэмлэг” гэжээ. Иуда 1:9.</w:t>
      </w:r>
    </w:p>
    <w:p>
      <w:pPr>
        <w:pStyle w:val="ArticleBody"/>
        <w:jc w:val="left"/>
      </w:pPr>
      <w:r>
        <w:rPr>
          <w:rFonts w:ascii="Times New Roman" w:hAnsi="Times New Roman" w:eastAsia="Times New Roman" w:cs="Times New Roman"/>
        </w:rPr>
        <w:t>Христ, тэргүүн тэнгэрэлч Михаэлийн хувиар, Өөрийн тухай Илчлэлийг 2023 оны 12-р сарын 31-нд лацыг нь тайлсан бөгөөд тэр үедээ 2020 оны 7-р сарын 18-нд алагдсан хоёр гэрч болох Мосе ба Елиа нарыг амилуулсан. Дараа нь альфа гадаад суурийн сорилт ирэв. 9/11-д бууж ирсэн тэнгэрэлч Иеремиагийн бүрээг үлээж, итгэмжит хүмүүсийг Миллерит суурь руу дахин дуудсан бөгөөд үүнтэй зэрэгцэн Михаэлийн бүрээ суурийн сорилтыг танилцуулсан. Энэхүү сорилт нь Даниел 11:14-т дүрслэгддэг бөгөөд тэнд “чиний ардын дээрэмчид” гадаад үзэгдлийг тогтоодог. Миллеритүүд энэ эшлэлийг биелүүлсэн нь Ром байсан гэж таньж, үзэгдлийг тогтоосон.</w:t>
      </w:r>
    </w:p>
    <w:p>
      <w:pPr>
        <w:pStyle w:val="ArticleBody"/>
        <w:jc w:val="left"/>
      </w:pPr>
      <w:r>
        <w:rPr>
          <w:rFonts w:ascii="Times New Roman" w:hAnsi="Times New Roman" w:eastAsia="Times New Roman" w:cs="Times New Roman"/>
        </w:rPr>
        <w:t>2025 оны 5 дугаар сарын 8-наас эхлэн сүмийг өнцөг ба суурийн чулуун дээр босгох ажил эхэлсэн. 1989 онд лац нь тайлагдсан мэдээ 1996 онд албан ёсоор тогтоогдсоноос хойш гучин жилийн дараа буюу 2023 оны 12 дугаар сарын 31-нд лац нь тайлагдсан мэдээг албан ёсоор тогтоох үйл явц эхэлсэн.</w:t>
      </w:r>
    </w:p>
    <w:p>
      <w:pPr>
        <w:pStyle w:val="ArticleBody"/>
        <w:jc w:val="left"/>
      </w:pPr>
      <w:r>
        <w:rPr>
          <w:rFonts w:ascii="Times New Roman" w:hAnsi="Times New Roman" w:eastAsia="Times New Roman" w:cs="Times New Roman"/>
        </w:rPr>
        <w:t>1989 оны мэдээний 1996 оны албан ёсны хэлбэржилт нь түүний түүхэн сэдэв 1776 онд ирснээс хойш хоёр зуун хорин жилийн дараа тохиосон юм. 2023 оны лац тайлагдал нь 1996 оны албан ёсны хэлбэржилт 2001 оны 9 дүгээр сарын 11-нд Исламын эш үзүүллэгийн илрэлээр батлагдсанаас хойш хорин хоёр жилийн дараа болсон юм.</w:t>
      </w:r>
    </w:p>
    <w:p>
      <w:pPr>
        <w:pStyle w:val="ArticleBody"/>
        <w:jc w:val="left"/>
      </w:pPr>
      <w:r>
        <w:rPr>
          <w:rFonts w:ascii="Times New Roman" w:hAnsi="Times New Roman" w:eastAsia="Times New Roman" w:cs="Times New Roman"/>
        </w:rPr>
        <w:t>Петр нь энэхүү ариун түүхийн суурийн шалгалт болон сүмийн шалгалтыг хоёуланг нь даван өнгөрдөг элч нарыг төлөөлдөг. Сүмийн шалгалт нь 2020 оны 7 дугаар сарын 18-ны өдөр бүтэлгүйтсэн мэдээний залруулгыг багтаадаг. 1989 оны мэдээ 1996 онд албажсанаас хойш гучин жилийн дараа, сүмийн шалгалт нь Теннессии мужийн Нэшвиллд Исламын цохилт ирэх тухай мэдээг засварлан, улмаар дахин тунхаглах ажлыг багтаадаг. 1989 оны мэдээ албажсан явдлыг 1996 онд “Time of the End” нэртэй сэтгүүл хэвлэгдсэнээр төлөөлүүлсэн. Тэрхүү сэтгүүл нь Даниел арван нэгдүгээр бүлгийн сүүлчийн зургаан эшлэлийг хамарч, АНУ дахь Ням гаргийн хуулийг тодорхойлсон. Бурханы ивээлт удирдлагаар, 1989 оны мэдээний талаар ямар ч гэрэлгүй байсан тус албаны өмнөх захирлуудаас, олон жилийн өмнө аль хэдийн “Future for America” хэмээн нэрлэгдсэн байсан идэвхгүй үйлчлэл манай үйлчлэлд шилжин ирсэн юм.</w:t>
      </w:r>
    </w:p>
    <w:p>
      <w:pPr>
        <w:pStyle w:val="ArticleBody"/>
        <w:jc w:val="left"/>
      </w:pPr>
      <w:r>
        <w:rPr>
          <w:rFonts w:ascii="Times New Roman" w:hAnsi="Times New Roman" w:eastAsia="Times New Roman" w:cs="Times New Roman"/>
        </w:rPr>
        <w:t>1996 онд манай үйлчлэл Future for America болсон бөгөөд Даниел арван нэгдүгээр бүлгийн сүүлийн зургаан эшлэлд дүрслэгдсэнчлэн Америкийн ирээдүйг тодорхойлсон мэдээг дэвшүүлсэн хэвлэл нийтлэгдэв. АНУ 1776 онд эш үзүүллэгийн дагуу өгсөж эхэлсэн бөгөөд “22” жилийн дараа, 1798 оны төгсгөлийн цагт, АНУ 1776 оноос хойш “220” жилийн дараа Библийн эш үзүүллэгийн зургаа дахь хаант улсын үүргийг гүйцэтгэж эхлэв. 1996 онд эш үзүүллэг дэх Америкийн тухай мэдээ албан ёсоор хэлбэржүүлэгдэв. 1776 оноос хойших “220” жил, мөн тэр цэгээс 1798 он хүртэлх “22” жил нь William Miller-тэй холбогддог; тэрээр King James Bible хэвлэгдсэнээс хойш “220” жилийн дараа, 1831 онд анхны олон нийтийн илтгэлээ тавьсан юм. Адвентизмийн эхлэл ба төгсгөл нь төгсгөлийн цагт лац нь тайлагддаг мэдээний албан ёсны хэлбэржилтийг онцлон тэмдэглэдэг.</w:t>
      </w:r>
    </w:p>
    <w:p>
      <w:pPr>
        <w:pStyle w:val="ArticleBody"/>
        <w:jc w:val="left"/>
      </w:pPr>
      <w:r>
        <w:rPr>
          <w:rFonts w:ascii="Times New Roman" w:hAnsi="Times New Roman" w:eastAsia="Times New Roman" w:cs="Times New Roman"/>
        </w:rPr>
        <w:t>1996 оноос хойш гучин жилийн дараа, 2026 онд, сүмийн шалгалт нь 2020 оны 7 дугаар сарын 18-ны мэдээг засварлах ажлыг багтаана. Ийнхүү 1996 онд албажсан, эцсийн үеийнхэнд зориулсан 1989 оны альфа мэдээ нь мэдээг засварлан албажуулах шалгалтаар төгссөн гучин жилийн хугацааг эхлүүлсэн юм. Тэрхүү гучин жил нь Шөнө дундын Хашхирааны мэдээг албажуулах нэг зуун дөчин дөрвөн мянгын санваартны бэлгэдэл мөн. Петр нь хоёр дахь омега сүмийн шалгалтын хугацаанд тэрхүү ажлыг гүйцэлдүүлэх хүмүүсийг төлөөлдөг.</w:t>
      </w:r>
    </w:p>
    <w:p>
      <w:pPr>
        <w:pStyle w:val="ArticleBody"/>
        <w:jc w:val="left"/>
      </w:pPr>
      <w:r>
        <w:rPr>
          <w:rFonts w:ascii="Times New Roman" w:hAnsi="Times New Roman" w:eastAsia="Times New Roman" w:cs="Times New Roman"/>
        </w:rPr>
        <w:t>Уайт эгч бидэнд, Бурхан Өөрийн ард түмний дунд алдаа эндэгдэл орохыг тэднийг судлуулах зорилгоор зөвшөөрдөг хэмээн мэдүүлдэг.</w:t>
      </w:r>
    </w:p>
    <w:p>
      <w:pPr>
        <w:pStyle w:val="ArticleScripture"/>
        <w:jc w:val="left"/>
      </w:pPr>
      <w:r>
        <w:rPr>
          <w:rFonts w:ascii="Times New Roman" w:hAnsi="Times New Roman" w:eastAsia="Times New Roman" w:cs="Times New Roman"/>
        </w:rPr>
        <w:t>“Бурхан Өөрийн ард түмнийг сэрээн босгоно; хэрэв өөр арга замууд бүтэлгүйтвэл, тэрс сургаалууд тэдний дунд орж ирж, тэднийг шигшин, буудайн дундаас хивгийг ялгах болно. Эзэн Өөрийн үгэнд итгэдэг бүхнийг нойрноосоо сэрэхийг уриалж байна. Энэ цаг үед тохирох үнэт гэрэл ирсэн. Энэ нь яг бидний дээр тулж ирээд буй аюулуудыг харуулдаг Библийн үнэн мөн. Энэ гэрэл биднийг Судруудыг хичээнгүйлэн судлахад, мөн бидний баримталж буй байр суурийг хамгийн шүүн тунгаасан байдлаар нягтлан шалгахад хөтлөх ёстой.”</w:t>
      </w:r>
    </w:p>
    <w:p>
      <w:pPr>
        <w:pStyle w:val="ArticleBody"/>
        <w:jc w:val="left"/>
      </w:pPr>
      <w:r>
        <w:rPr>
          <w:rFonts w:ascii="Times New Roman" w:hAnsi="Times New Roman" w:eastAsia="Times New Roman" w:cs="Times New Roman"/>
        </w:rPr>
        <w:t>Энэ мэдэгдэл нь энэ өгүүллийг бүхлээр нь төгсгөх эшлэлийн нэг хэсэг мөн. Өгүүллүүдэд болон манай Бямба гаргийн Zoom уулзалтуудад, Даниел 11:10–15-ыг авч үзэхдээ би зарим бэлгэдлүүдийг андуурсан бөгөөд шаардлагатай засваруудыг хийсэн боловч Ням гаргийн хуулинд хүргэдэг тулалдаан болох Паниумын тухай өгүүллүүдийн цувралын дүгнэлтийг үргэлжлүүлэн хөөцөлдөхөөс минь анхаарал сарниулсан юм. Одоо Паниум руу эргэн очих цаг болсон бөгөөд тэгэхэд Паниум болох Кесаре Филиппид Петрээр төлөөлүүлэгдсэн нотолгооны нэмэлт шугам бидэнд нэмэгдэх болно.</w:t>
      </w:r>
    </w:p>
    <w:p>
      <w:pPr>
        <w:pStyle w:val="ArticleBody"/>
        <w:jc w:val="left"/>
      </w:pPr>
      <w:r>
        <w:rPr>
          <w:rFonts w:ascii="Times New Roman" w:hAnsi="Times New Roman" w:eastAsia="Times New Roman" w:cs="Times New Roman"/>
        </w:rPr>
        <w:t>Одоо бид Даниел 11-ийн аравдугаар ишлэлээс арван зургаадугаар ишлэл хүртэлх хэсгийн талаарх авч үзлээ дахин үргэлжлүүлэх бөгөөд эдгээр нь дөчдүгээр ишлэлийн нууц түүхийг дүрслэн үзүүлдэг. Бид есдүгээр сард энэ сэдвийг түр зогсоосон тул ойролцоогоор таван сар өнгөрөөд байна.</w:t>
      </w:r>
    </w:p>
    <w:p>
      <w:pPr>
        <w:pStyle w:val="ArticleScripture"/>
        <w:jc w:val="left"/>
      </w:pPr>
      <w:r>
        <w:rPr>
          <w:rFonts w:ascii="Times New Roman" w:hAnsi="Times New Roman" w:eastAsia="Times New Roman" w:cs="Times New Roman"/>
        </w:rPr>
        <w:t>“Петр ахан дүүсээ «нигүүлсэлд болон бидний Эзэн бөгөөд Аврагч Есүс Христийн мэдлэгт өсөгтүн» хэмээн уриалдаг. Бурханы ард түмэн нигүүлсэлд өсөн нэмэгдэх бүрд Түүний үгийг улам тодорхой ойлгох мэдлэгийг тасралтгүй олж авдаг. Тэд үүний ариун үнэнүүдээс шинэ гэрэл ба гоо сайхныг ялган харна. Энэ нь бүх үеийн турш чуулганы түүхэнд үнэн байсаар ирсэн бөгөөд ийнхүү эцсийг хүртэл үргэлжлэх болно. Харин жинхэнэ сүнслэг амьдрал доройтох үед үнэний мэдлэгт урагшлан ахихаа болих хандлага ямагт илэрч ирсэн. Хүмүүс Бурханы үгээс нэгэнт хүлээн авсан гэрэлдээ сэтгэл ханаж, Судруудыг цаашид шинжлэн судлах аливаа оролдлогыг мохоодог. Тэд уламжлалыг баримтлагч болж, мэтгэлцээнээс зайлсхийхийг эрмэлздэг.”</w:t>
      </w:r>
    </w:p>
    <w:p>
      <w:pPr>
        <w:pStyle w:val="ArticleScripture"/>
        <w:jc w:val="left"/>
      </w:pPr>
      <w:r>
        <w:rPr>
          <w:rFonts w:ascii="Times New Roman" w:hAnsi="Times New Roman" w:eastAsia="Times New Roman" w:cs="Times New Roman"/>
        </w:rPr>
        <w:t>Бурханы ард түмний дунд маргаан ч үгүй, хөдөлгөөн ч үгүй байгаа явдлыг тэд эрүүл зөв сургаалийг бат баримталж байна гэсэн эцсийн нотолгоо гэж үзэж болохгүй. Тэд үнэн ба алдааг тодорхой ялган танихгүй байх вий гэсэн болгоомжлох шалтгаан бий. Судрыг шинжлэн судлахын улмаас шинэ асуудлууд хөндөгдөхгүй, өөрсдөд нь үнэн байгаа эсэхийг баттай мэдэхийн тулд хүмүүсийг Библийг өөрсдөөр нь судлуулах санал зөрөлдөөн гарахгүй бол, эдүгээ ч олон хүн эрт цагийнх шиг уламжлалтай зууралдаж, юуг шүтэж байгаагаа мэдэхгүй атлаа шүтсээр байх болно.</w:t>
      </w:r>
    </w:p>
    <w:p>
      <w:pPr>
        <w:pStyle w:val="ArticleScripture"/>
        <w:jc w:val="left"/>
      </w:pPr>
      <w:r>
        <w:rPr>
          <w:rFonts w:ascii="Times New Roman" w:hAnsi="Times New Roman" w:eastAsia="Times New Roman" w:cs="Times New Roman"/>
        </w:rPr>
        <w:t>“Одоогийн үнэнийг мэддэг хэмээн өөрсдийгөө тунхаглагч олон хүн үнэндээ юунд итгэж байгаагаа мэддэггүй нь надад үзүүлэгдсэн. Тэд өөрсдийн итгэлийн нотолгоонуудыг ойлгодоггүй. Тэд энэ цаг үеийн ажлын талаар зөв үнэлэмжгүй байдаг. Сорилтын цаг ирэхэд, эдүгээ бусдад номлож буй хүмүүсийн дунд өөрсдийн баримталж буй байр суурийг нягтлан шалгахдаа хангалттай үндэслэл өгч үл чадах олон зүйл байгааг олж мэдэх хүмүүс байх болно. Ийнхүү шалгагдах хүртлээ тэд өөрсдийн агуу мунхгийг мэддэггүй байжээ. Мөн сүм дотор өөрсдийн итгэж буйгаа ойлгодог гэж үзэн, түүнийг зүгээр л үнэн хэмээн тооцдог олон хүн бий; гэвч маргаан үүсэх хүртэл тэд өөрсдийн сул талыг мэддэггүй. Ижил итгэлтэй хүмүүсээсээ тусгаарлагдан, өөрсдийн итгэлийг тайлбарлахын тулд ганцаараа, дангаараа зогсохоос аргагүй болох үед, тэд үнэн хэмээн хүлээн авсан зүйлийнх нь талаарх үзэл санаа нь хэчнээн будлиантай болохыг хараад гайхах болно. Бидний дунд амьд Бурханаас холдон, хүний мэргэн ухааныг тэнгэрлэг мэргэн ухааны оронд тавин, хүмүүст хандсан эргэлт гарсан нь гарцаагүй юм.</w:t>
      </w:r>
    </w:p>
    <w:p>
      <w:pPr>
        <w:pStyle w:val="ArticleScripture"/>
        <w:jc w:val="left"/>
      </w:pPr>
      <w:r>
        <w:rPr>
          <w:rFonts w:ascii="Times New Roman" w:hAnsi="Times New Roman" w:eastAsia="Times New Roman" w:cs="Times New Roman"/>
        </w:rPr>
        <w:t>“Бурхан Өөрийн ард түмнийг сэрээх болно; хэрэв бусад арга замууд бүтэлгүйтвэл, тэдний дунд тэрс үзлүүд орж ирэх бөгөөд энэ нь тэднийг шигшин, буудайг хивэгнээс салгах болно. Эзэн Өөрийн үгэнд итгэдэг бүх хүнийг нойрноос сэрэхийг уриалж байна. Энэ цаг үед тохирсон эрхэм гэрэл ирсэн. Энэ бол яг бидний дээр тулж ирээд буй аюулуудыг харуулдаг Библийн үнэн мөн. Энэхүү гэрэл нь биднийг Судруудыг хичээнгүйлэн судлахад, мөн бидний баримталж буй байр сууриудыг хамгийн нягт шүүмжлэлтэйгээр шинжлэн шалгахад хөтлөх учиртай. Үнэний бүх талууд болон байр сууриудыг залбирал, мацгийн хамт гүнзгий, тууштайгаар нягтлан судлуулахыг Бурхан хүсдэг. Итгэгчид үнэн гэж юу болох талаар таамаглал болон тодорхой бус ойлголтуудад тайвшран үлдэх ёсгүй. Тэдний итгэл Бурханы үгэн дээр бат бөхөөр суурилсан байх ёстой бөгөөд ингэснээр сорилтын цаг ирж, итгэлийнх нь төлөө хариу өгөхөөр зөвлөлүүдийн өмнө аваачигдах үед, тэд өөрсдийн дотор буй найдварын учрыг даруу дөлгөөн байдал болон эмээн хүндэтгэх сэтгэлтэйгээр тайлбарлан хэлж чадах юм.</w:t>
      </w:r>
    </w:p>
    <w:p>
      <w:pPr>
        <w:pStyle w:val="ArticleScripture"/>
        <w:jc w:val="left"/>
      </w:pPr>
      <w:r>
        <w:rPr>
          <w:rFonts w:ascii="Times New Roman" w:hAnsi="Times New Roman" w:eastAsia="Times New Roman" w:cs="Times New Roman"/>
        </w:rPr>
        <w:t>“Сэрээ, сэрээ, сэрээ. Бидний дэлхийд толилуулж буй сэдвүүд бидний хувьд амьд бодит байдал байх ёстой. Бид итгэлийн үндсэн өгүүллүүд хэмээн үздэг сургаалуудыг хамгаалахдаа бүрэн төгс үндэслэлгүй ямар ч маргааныг хэзээ ч хэрэглэхгүй байх нь чухал. Ийм маргаан эсэргүүцэгчийн амыг түр хааж болох авч, үнэнийг хүндэтгэдэггүй. Бид эсэргүүцэгчдээ зөвхөн дуугүй болгоод зогсохгүй, хамгийн ойр бөгөөд хамгийн нягт шалгалтыг ч даахуйц бат үндэслэлүүдийг толилуулах ёстой. Өөрсдийгөө мэтгэлцэгч болгон сургасан хүмүүсийн дунд Бурханы үгийг шударгаар хэрэглэхгүй байх асар их аюул бий. Эсэргүүцэгчтэй тулгарахдаа, зөвхөн итгэгчид итгэлтэй болох нөхцөлийг бүрдүүлэхийг эрмэлзэхийн оронд, түүний оюун ухаанд итгэл үнэмшил төрүүлэхүйц байдлаар сэдвүүдийг толилуулах нь бидний чин сэтгэлийн хичээл зүтгэл байх ёстой.”</w:t>
      </w:r>
    </w:p>
    <w:p>
      <w:pPr>
        <w:pStyle w:val="ArticleScripture"/>
        <w:jc w:val="left"/>
      </w:pPr>
      <w:r>
        <w:rPr>
          <w:rFonts w:ascii="Times New Roman" w:hAnsi="Times New Roman" w:eastAsia="Times New Roman" w:cs="Times New Roman"/>
        </w:rPr>
        <w:t>“Хүн оюун ухааны хувьд хэчнээн дэвшилд хүрсэн байлаа ч, илүү агуу гэрлийн төлөө Судруудыг гүн гүнзгий бөгөөд тасралтгүй шинжлэн судлах шаардлага байхгүй гэж тэрээр нэг ч агшин бүү бодог. Ард түмэн болохын хувьд бид нэг бүрчлэн эш үзүүллийн суралцагчид байхаар дуудагдсан билээ. Бурхан бидэнд толилуулах аливаа гэрлийн цацрагийг ялган танихын тулд бид чин сэтгэлийн хичээл зүтгэлтэйгээр сэрэмжлэн ажиглах ёстой. Бид үнэний анхны гялбааг барьж авах учиртай; мөн залбиралтай судлалын үрээр бусдын өмнө авчирч болох илүү тод гэрэл олж авч болно.</w:t>
      </w:r>
    </w:p>
    <w:p>
      <w:pPr>
        <w:pStyle w:val="ArticleScripture"/>
        <w:jc w:val="left"/>
      </w:pPr>
      <w:r>
        <w:rPr>
          <w:rFonts w:ascii="Times New Roman" w:hAnsi="Times New Roman" w:eastAsia="Times New Roman" w:cs="Times New Roman"/>
        </w:rPr>
        <w:t>“Бурханы ард түмэн тайван амгалан байж, одоогийн гэгээрэлдээ ханасан үед Тэр тэднийг таалан соёрхохгүй гэдэгт бид итгэлтэй байж болно. Түүний хүсэл бол тэдний төлөө гэрэлтэж буй өсөн нэмэгдэж, улам бүр нэмэгдсээр буй гэрлийг хүлээн авахын тулд тэд үргэлж урагшлан давшиж байх явдал юм. Сүмийн өнөөгийн хандлага Бурханд тааламжтай бус байна. Өөртөө итгэх нэгэн байдал бий болсон нь тэдэнд илүү үнэнийг болон илүү агуу гэрлийг хэрэгтэй гэж мэдрэх шаардлагагүй мэт санагдуулжээ. Бид Сатан бидний баруун гар талд ч, зүүн гар талд ч, өмнө маань ч, хойно маань ч ажиллаж буй цаг үед амьдарч байна; гэтэл бид ард түмэн болохын хувьд унтаж байна. Бурхан Өөрийн ард түмнийг үйл хэрэгт сэрээх дуу хоолой сонсогдохыг хүсэж байна.</w:t>
      </w:r>
    </w:p>
    <w:p>
      <w:pPr>
        <w:pStyle w:val="ArticleScripture"/>
        <w:jc w:val="left"/>
      </w:pPr>
      <w:r>
        <w:rPr>
          <w:rFonts w:ascii="Times New Roman" w:hAnsi="Times New Roman" w:eastAsia="Times New Roman" w:cs="Times New Roman"/>
        </w:rPr>
        <w:t>“Тэнгэрээс ирэх гэрлийн туяаг хүлээн авахаар сэтгэлээ нээхийн оронд зарим нь үүний эсрэг чиглэлээр ажиллаж ирсэн. Хэвлэлээр ч, индрээс ч Библийн онгодын тухай Бурханы Сүнс болон Бурханы үгийн зөвшөөрөлгүй үзлүүдийг дэвшүүлж иржээ. Ийм агуу чухал сэдвийн талаар тэднийг батлан тулгуурлах тодорхой ‘ЭЗЭН ийнхүү айлдаж байна’ хэмээх үггүйгээр ямар ч хүн, эсвэл хэсэг бүлэг хүмүүс онол сургаал дэвшүүлэхийг оролдох ёсгүй нь гарцаагүй. Хүмүүний дорой сул талуудаар хүрээлэгдсэн, орчин тойрныхоо нөлөөнд их бага хэмжээгээр автсан, мөн тэднийг мэргэн ухаантай ч, тэнгэрлэг сэтгэлтэй ч болгохоос үлэмж хол удамшсан болон төлөвшүүлсэн хандлагатай хүмүүс Бурханы үгийг яллан шүүж, юун нь бурханлаг, юун нь хүнийх вэ хэмээн дүгнэхийг оролдохдоо Бурханы зөвлөгөөгүйгээр ажиллаж байдаг. Эзэн ийм ажлыг ивээхгүй. Үүний үр нөлөө нь, үүнд оролцогч нэгэнд ч, үүнийг Бурханаас ирсэн ажил хэмээн хүлээн авдаг хүмүүст ч, сүйрэлт байх болно. Онгодын мөн чанарын талаар дэвшүүлсэн онолуудаас болж олон хүний оюун санаанд эргэлзээ үл итгэх байдал төрсөн. Хязгаартай оршихуй болсон хүмүүс өөрсдийн явцуу, холч бус үзлээр Судрыг шүүмжлэх чадвартай хэмээн өөрсдийгөө үзэж, ‘Энэ эшлэл хэрэгтэй, харин тэр эшлэл хэрэггүй, онгодлогдоогүй’ гэж хэлдэг.”</w:t>
      </w:r>
    </w:p>
    <w:p>
      <w:pPr>
        <w:pStyle w:val="ArticleScripture"/>
        <w:jc w:val="left"/>
      </w:pPr>
      <w:r>
        <w:rPr>
          <w:rFonts w:ascii="Times New Roman" w:hAnsi="Times New Roman" w:eastAsia="Times New Roman" w:cs="Times New Roman"/>
        </w:rPr>
        <w:t>“Христ Хуучин Гэрээний Судруудын талаар, Өөрийн үеийн хүмүүсийн эзэмшиж байсан Библийн цорын ганц хэсгийн тухайд, тийм тушаал огт өгөөгүй. Түүний сургаалууд нь тэдний оюун бодлыг Хуучин Гэрээ рүү чиглүүлж, тэнд дэлгэн тавигдсан агуу сэдвүүдийг улам тод гэрэлд авчрахад зориулагдсан байв. Олон эрин үеийн турш Израилийн ард түмэн өөрсдийгөө Бурханаас тусгаарлаж ирсний улмаас, Түүний тэдэнд даатгасан эрхэм үнэнүүдийг хараанаасаа алдсан байлаа. Эдгээр үнэн нь жинхэнэ утга ач холбогдлыг нь халхалсан мухар сүсгийн хэлбэр, ёслолуудаар хучигдсан байв. Христ тэдний гэрэлтэх өнгийг бүдгэрүүлсэн хог хаягдлыг зайлуулахаар ирсэн. Тэр эдгээрийг үнэт эрдэнийн чулуун адил шинэ шигтгээ дотор байрлуулсан. Тэрээр хуучин, танил үнэнүүдийг давтан хэлэхийг үл тоомсорлосон биш, харин тэдгээрийг жинхэнэ хүч чадал, гоо үзэсгэлэнгээр нь илрүүлэн харуулахын тулд ирснээ, мөн тэдгээрийн сүр жавхланг Түүний цаг үеийн хүмүүс хэзээ ч танин мэдээгүй байсныг харуулсан. Илчлэгдсэн эдгээр үнэнүүдийн Зохиогч нь Өөрөө байсан учраас, Тэр тэдний жинхэнэ утгыг ард түмэнд нээж өгч, удирдагчид өөрсдийн ариусгагдаагүй байдал, сүнслэг чанарын гачигдал, Бурханы хайргүй байдалд нийцүүлэхийн тулд хүлээн авсан буруу тайлбарууд болон хуурамч онолуудаас тэднийг чөлөөлж чадсан. Тэр эдгээр үнэнээс амь ба амин чухал хүчийг нь булааж авсан бүхнийг хаяж орхиод, тэдгээрийг анхны шинэлэг байдал, хүч чадлынх нь хамт дэлхийд буцаан өгсөн.”</w:t>
      </w:r>
    </w:p>
    <w:p>
      <w:pPr>
        <w:pStyle w:val="ArticleScripture"/>
        <w:jc w:val="left"/>
      </w:pPr>
      <w:r>
        <w:rPr>
          <w:rFonts w:ascii="Times New Roman" w:hAnsi="Times New Roman" w:eastAsia="Times New Roman" w:cs="Times New Roman"/>
        </w:rPr>
        <w:t>“Хэрэв бид Христийн Сүнстэй бөгөөд Түүнтэй хамтран хөдөлмөрлөгчид мөн юм бол, Түүний хийхээр ирсэн ажлыг урагшлуулан авч явах нь бидний үүрэг мөн. Библийн үнэнүүд дахин заншил, уламжлал, хуурамч сургаалын улмаас бүрхэг болсон байна. Түгээмэл теологийн эндүү сургаалууд мянга мянган эргэлзэгчид, үл итгэгчдийг бий болгосон. Олон хүний Библийн сургаал хэмээн буруушаадаг алдаа ба зөрчлүүд нь үнэндээ Судрын хуурамч тайлбарууд бөгөөд папын харанхуйн үеүүдэд хүлээн авсан зүйлс юм. Иудейчүүд өөрсдийн цаг үеийн алдаа ба уламжлалд төөрөгдөн Христийн тухай хуурамч ойлголттой байсанчлан, олон түмэн Бурханы тухай эндүү үзэл ойлголтыг тээхэд хүргэгдсэн. ‘Хэрэв тэд үүнийг мэдсэнсэн бол, алдар суугийн Эзэнийг цовдлохгүй байх байсан.’ Бурханы жинхэнэ зан чанарыг дэлхийд илчлэх нь бидний үүрэг мөн. Библийг шүүмжлэхийн оронд, бид Түүний ариун, амь өгөгч үнэнүүдийг сургаал ба үлгэр жишээгээр дамжуулан дэлхийд толилуулахыг эрэлхийлцгээе. Ингэснээр бид ‘та нарыг харанхуйгаас Өөрийн гайхамшигт гэрэл рүү дуудсан Нэгэний магтаалыг тунхаглах’ болно.”</w:t>
      </w:r>
    </w:p>
    <w:p>
      <w:pPr>
        <w:pStyle w:val="ArticleScripture"/>
        <w:jc w:val="left"/>
      </w:pPr>
      <w:r>
        <w:rPr>
          <w:rFonts w:ascii="Times New Roman" w:hAnsi="Times New Roman" w:eastAsia="Times New Roman" w:cs="Times New Roman"/>
        </w:rPr>
        <w:t>“Бидний дунд аажмаар шургалан орж ирсэн бузар муу зүйлс хүмүүс болон чуулгануудыг Бурханд хандах хүндэтгэлээс мэдэгдэмгүйгээр холдуулж, Түүний тэдэнд өгөхийг хүсдэг хүчийг хаан зайлуулсан билээ.</w:t>
      </w:r>
    </w:p>
    <w:p>
      <w:pPr>
        <w:pStyle w:val="ArticleScripture"/>
        <w:jc w:val="left"/>
      </w:pPr>
      <w:r>
        <w:rPr>
          <w:rFonts w:ascii="Times New Roman" w:hAnsi="Times New Roman" w:eastAsia="Times New Roman" w:cs="Times New Roman"/>
        </w:rPr>
        <w:t>“Ах дүү нар минь, Бурханы үг байгаагаараа хэвээрээ байг. Хүний мэргэн ухаан Судрын нэг ч өгүүлбэрийн хүчийг бууруулахаар бүү санаархаг. Илчлэлтэд буй тэрхүү сүр жавхлант яллалт бидэнд ийм байр суурь баримтлахаас сэрэмжлүүлэх учиртай. Эзэнийхээ нэрээр би та нарт тушаан хэлье: ‘Хөлөөсөө гутлаа тайл, учир нь чиний зогсож буй газар бол ариун газар мөн.’” Гэрчлэлүүд, 5-р боть,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гуравдугаар дугаар</dc:title>
  <dc:subject>Паниум руу буцах нь</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