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дөрөв</w:t>
      </w:r>
    </w:p>
    <w:p>
      <w:pPr>
        <w:pStyle w:val="ArticleSubtitle"/>
        <w:jc w:val="left"/>
      </w:pPr>
      <w:r>
        <w:rPr>
          <w:rFonts w:ascii="Arial" w:hAnsi="Arial" w:eastAsia="Arial" w:cs="Arial"/>
        </w:rPr>
        <w:t>Ариун сүмийн сорилтын түлхүүр болох Урам хугаралт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Ариун газрын сэдэв нь гурав дахь тэнгэрэлчийн мэдээний эхэнд, 1844 оны 10 дугаар сарын 22-ны урам хугарлыг тайлсан “түлхүүр” байсан бөгөөд урам хугарлын тухай энэ сэдэв нь гурав дахь тэнгэрэлчийн төгсгөл дэх ариун сүмийн сорилтын ариун газрын мэдээг тайлах “түлхүүр” мөн.</w:t>
      </w:r>
    </w:p>
    <w:p>
      <w:pPr>
        <w:pStyle w:val="ArticleScripture"/>
        <w:jc w:val="left"/>
      </w:pPr>
      <w:r>
        <w:rPr>
          <w:rFonts w:ascii="Times New Roman" w:hAnsi="Times New Roman" w:eastAsia="Times New Roman" w:cs="Times New Roman"/>
        </w:rPr>
        <w:t>Би чамд тэнгэрийн хаанчлалын түлхүүрүүдийг өгнө. Чи газар дээр юуг хүлнэ, тэр нь тэнгэрт хүлэгдсэн байх болно; мөн чи газар дээр юуг тайлна, тэр нь тэнгэрт тайлагдсан байх болно. Матай 16:19.</w:t>
      </w:r>
    </w:p>
    <w:p>
      <w:pPr>
        <w:pStyle w:val="ArticleBody"/>
        <w:jc w:val="left"/>
      </w:pPr>
      <w:r>
        <w:rPr>
          <w:rFonts w:ascii="Times New Roman" w:hAnsi="Times New Roman" w:eastAsia="Times New Roman" w:cs="Times New Roman"/>
        </w:rPr>
        <w:t>2001 оны 9 дүгээр сарын 11-нийг АНУ-д яаралтай тусламжийн дуудлагын бэлгэдэл болох “911”-тэй нийцүүлэн “9/11” хэмээн ойлгодог явдал нь бүх зүйлийг зохион бүтээсэн Нэгэний төлөвлөснөөр болсон юм. 2020 оны 7 дугаар сарын 18-ны урам хугаралтыг ойлгох нь нэг зуун дөчин дөрвөн мянгын хөдөлгөөнийг чухам тийм хөдөлгөөн мөн болохыг таньж мэдэх боломжийг олгодог; гэвч зөвхөн Есүс өнөөдөр сүнслэгийг байгалиар дамжуулан төлөөлүүлдэг нь хоёр мянган жилийн өмнөхөөсөө огт өөр биш гэдгийг харахыг хүсдэг хүмүүст л тийнхүү боломжтой. “20/20” хараа бол байж болох хамгийн сайн хараа бөгөөд 2020 оны урам хугаралт нь арван онгон охины эш үзүүллэгийн түүхэнд ариун сүмийг таньж мэдэх боломж олгодог замын тэмдэг мөн.</w:t>
      </w:r>
    </w:p>
    <w:p>
      <w:pPr>
        <w:pStyle w:val="ArticleScripture"/>
        <w:jc w:val="left"/>
      </w:pPr>
      <w:r>
        <w:rPr>
          <w:rFonts w:ascii="Times New Roman" w:hAnsi="Times New Roman" w:eastAsia="Times New Roman" w:cs="Times New Roman"/>
        </w:rPr>
        <w:t>“Матай 25 дахь арван охины тухай сургаалт зүйрлэл нь мөн Адвентист ард түмний туршлагыг дүрслэн үзүүлдэг.” Агуу тэмцэл, 393.</w:t>
      </w:r>
    </w:p>
    <w:p>
      <w:pPr>
        <w:pStyle w:val="ArticleBody"/>
        <w:jc w:val="left"/>
      </w:pPr>
      <w:r>
        <w:rPr>
          <w:rFonts w:ascii="Times New Roman" w:hAnsi="Times New Roman" w:eastAsia="Times New Roman" w:cs="Times New Roman"/>
        </w:rPr>
        <w:t>Суурь үнэнүүдээр төлөөлөгдөх хойш харах ухааралтай хосолбол төгс тод хараа бүр ч дээр байдаг. Паул “эш үзүүлэгчдийн сүнснүүд эш үзүүлэгчдийн сүнснүүдэд захирагддаг” хэмээн заадаг тул Матайн өгүүлсэн онгон охид нь Иоханы нэг зуун дөчин дөрвөн мянга хэмээн тодорхойлсон тэр л онгон охид мөн бөгөөд Иохан тэднийг Илчлэлт 144-д онгон охид хэмээн тодорхойлдог.</w:t>
      </w:r>
    </w:p>
    <w:p>
      <w:pPr>
        <w:pStyle w:val="ArticleScripture"/>
        <w:jc w:val="left"/>
      </w:pPr>
      <w:r>
        <w:rPr>
          <w:rFonts w:ascii="Times New Roman" w:hAnsi="Times New Roman" w:eastAsia="Times New Roman" w:cs="Times New Roman"/>
        </w:rPr>
        <w:t>Эдгээр нь эмэгтэйчүүдээр бузарлагдаагүй хүмүүс мөн; учир нь тэд онгон билээ. Эдгээр нь Хургыг хаашаа ч явсан дагалдагсад мөн. Эдгээр нь хүмүүсийн дундаас золин аврагдсан бөгөөд Бурханд болон Хургандаа өргөгдөх анхны үр жимс мөн. Илчлэлт 14:4.</w:t>
      </w:r>
    </w:p>
    <w:p>
      <w:pPr>
        <w:pStyle w:val="ArticleBody"/>
        <w:jc w:val="left"/>
      </w:pPr>
      <w:r>
        <w:rPr>
          <w:rFonts w:ascii="Times New Roman" w:hAnsi="Times New Roman" w:eastAsia="Times New Roman" w:cs="Times New Roman"/>
        </w:rPr>
        <w:t>Намрын улирлын анхны үр жимс нь Хургыг даган сүмд ордог онгон охид бөгөөд, сүмийг ойлгох “түлхүүр” нь 2020 оны урам хугаралт мөн.</w:t>
      </w:r>
    </w:p>
    <w:p>
      <w:pPr>
        <w:pStyle w:val="ArticleScripture"/>
        <w:jc w:val="left"/>
      </w:pPr>
      <w:r>
        <w:rPr>
          <w:rFonts w:ascii="Times New Roman" w:hAnsi="Times New Roman" w:eastAsia="Times New Roman" w:cs="Times New Roman"/>
        </w:rPr>
        <w:t>Давидын гэрийн түлхүүрийг Би түүний мөрөн дээр тавина; тэгэхэд тэр нээвээс, хэн ч хаахгүй; тэр хаавал, хэн ч нээхгүй. Исаиа 22:22.</w:t>
      </w:r>
    </w:p>
    <w:p>
      <w:pPr>
        <w:pStyle w:val="ArticleBody"/>
        <w:jc w:val="left"/>
      </w:pPr>
      <w:r>
        <w:rPr>
          <w:rFonts w:ascii="Times New Roman" w:hAnsi="Times New Roman" w:eastAsia="Times New Roman" w:cs="Times New Roman"/>
        </w:rPr>
        <w:t>Хэрэв Адвентист хүн 144,000-ын дунд байх ёстой бол, бошиглолын зайлшгүй шаардлагын дагуу, нийтэд тунхаглагдсан боловч биелээгүй зөгнөлийн зарласнаас үүдсэн нэгэн урам хугарал тэдэнд тохиосон байх учиртай.</w:t>
      </w:r>
    </w:p>
    <w:p>
      <w:pPr>
        <w:pStyle w:val="ArticleScripture"/>
        <w:jc w:val="left"/>
      </w:pPr>
      <w:r>
        <w:rPr>
          <w:rFonts w:ascii="Times New Roman" w:hAnsi="Times New Roman" w:eastAsia="Times New Roman" w:cs="Times New Roman"/>
        </w:rPr>
        <w:t>“Арван охины тухай сургаалт зүйрлэлд, тэдний тав нь ухаалаг, тав нь мунхаг байсан хэмээн, миний анхаарлыг олонтаа хандуулдаг. Энэ сургаалт зүйрлэл үг үсэгчлэн биелсэн бөгөөд цаашид ч биелэх болно. Учир нь энэ нь энэ цаг үед онцгойлон хамаарах хэрэглээтэй бөгөөд гурав дахь тэнгэрэлчийн мэдээний адил биелсэн, мөн цаг хугацааны төгсгөл хүртэл одоогийн үнэн хэвээр байх болно.” Review and Herald, 1890 оны 8 дугаар сарын 19.</w:t>
      </w:r>
    </w:p>
    <w:p>
      <w:pPr>
        <w:pStyle w:val="ArticleBody"/>
        <w:jc w:val="left"/>
      </w:pPr>
      <w:r>
        <w:rPr>
          <w:rFonts w:ascii="Times New Roman" w:hAnsi="Times New Roman" w:eastAsia="Times New Roman" w:cs="Times New Roman"/>
        </w:rPr>
        <w:t>Даниелын арван нэгдүгээр бүлгийн арван тавдугаар эшлэл дэх Паниумын тулалдаан нь арван зургаадугаар эшлэлд хүргэдэг тулалдаан бөгөөд тэрхүү эшлэл нь Америкийн Нэгдсэн Улс дахь ням гаргийн хуулийг заадаг.</w:t>
      </w:r>
    </w:p>
    <w:p>
      <w:pPr>
        <w:pStyle w:val="ArticleScripture"/>
        <w:jc w:val="left"/>
      </w:pPr>
      <w:r>
        <w:rPr>
          <w:rFonts w:ascii="Times New Roman" w:hAnsi="Times New Roman" w:eastAsia="Times New Roman" w:cs="Times New Roman"/>
        </w:rPr>
        <w:t>Тэгвэл хойд зүгийн хаан ирж, бүслэлтийн далан босгон, хамгийн бэхлэгдсэн хотуудыг эзлэн авна; өмнөд зүгийн хүч түүнийг эсэргүүцэн тогтож чадахгүй, мөн түүний шилэгдсэн ард ч тогтож чадахгүй; эсэргүүцэн тогтох хүч ч байхгүй. Даниел 11:15.</w:t>
      </w:r>
    </w:p>
    <w:p>
      <w:pPr>
        <w:pStyle w:val="ArticleBody"/>
        <w:jc w:val="left"/>
      </w:pPr>
      <w:r>
        <w:rPr>
          <w:rFonts w:ascii="Times New Roman" w:hAnsi="Times New Roman" w:eastAsia="Times New Roman" w:cs="Times New Roman"/>
        </w:rPr>
        <w:t>Энэ эшлэлд Америкийн Нэгдсэн Улс Оросыг, түүнчлэн Оросын сонгосон ардыг ялдаг. Харин дараагийн эшлэлд, дэлхийг эзлэн авах үйлсийнхээ эхний алхам болгон Иуда болон Иерусалимыг тэмдэглэдэг Ромын мандахын эсрэг хэн ч тогтож чаддаггүй; учир нь Ром Библийн зөгнөлийн дөрөв дэх хаанчлал болон өндийсөн юм. Арван зургаадугаар эшлэлд бодит алдарт газарт зогссоноор, бодит Ромын эрх мэдлийн бэлгэ тэмдэг нь бодит алдарт газрын дотор байсан; ийнхүү энэ нь дөчин нэгдүгээр эшлэлийг төлөөлөн урьдчилан дүрсэлж байгаа бөгөөд тэнд сүнслэг Ромын эрх мэдлийн тэмдгийг Америкийн Нэгдсэн Улсын сүнслэг алдарт газрын дээр албадан хэрэгжүүлдэг.</w:t>
      </w:r>
    </w:p>
    <w:p>
      <w:pPr>
        <w:pStyle w:val="ArticleBody"/>
        <w:jc w:val="left"/>
      </w:pPr>
      <w:r>
        <w:rPr>
          <w:rFonts w:ascii="Times New Roman" w:hAnsi="Times New Roman" w:eastAsia="Times New Roman" w:cs="Times New Roman"/>
        </w:rPr>
        <w:t>Илчлэл номын арван гуравдугаар бүлгийн газрын араатны хоёр эвэр нь Бүгд найрамдах үзэл болон Протестантизмыг төлөөлдөг. Даниелын арван нэгдүгээр бүлгийн арван тавдугаар эшлэлд Антиох III, өөрөөр Антиох Аугаа хэмээн танигдсан Антиох Магнус нь Птолемейн угсаагаар төлөөлөгдөх өмнөдийн хаант улсыг ялдаг. Антиох нь Дональд Трампыг төлөөлдөг бөгөөд өмнөдийн хаан нь Оросыг төлөөлдөг. Паниумын тулалдаан нь Америкийн Нэгдсэн Улс болон Орос, мөн Оросын сонгогдсон ард түмний хоорондох тулалдаан бөгөөд энэ тулалдаанд Антиох ялсан боловч үүний дараа түүний хаанчлал Даниел 11:14-ийн хүч болох бодит Ромд эзлэгдсэн; тэрхүү хүч нь газрын араатны Бүгд найрамдах эвэрний гадаад үзэгдлийг тогтоодог. Дотоод үзэгдэл нь газрын араатны Протестант эвэрээр төлөөлөгдөнө. Хоёр эвэр хоёулаа Паниумын тулалдаанд байдаг, учир нь Петр Иоел номоос авсан өөрийн мэдээтэйгээр тэнд Протестантын хувиар байдаг.</w:t>
      </w:r>
    </w:p>
    <w:p>
      <w:pPr>
        <w:pStyle w:val="ArticleHeading"/>
        <w:jc w:val="left"/>
      </w:pPr>
      <w:r>
        <w:rPr>
          <w:rFonts w:ascii="Arial" w:hAnsi="Arial" w:eastAsia="Arial" w:cs="Arial"/>
        </w:rPr>
        <w:t>250 жил</w:t>
      </w:r>
    </w:p>
    <w:p>
      <w:pPr>
        <w:pStyle w:val="ArticleBody"/>
        <w:jc w:val="left"/>
      </w:pPr>
      <w:r>
        <w:rPr>
          <w:rFonts w:ascii="Times New Roman" w:hAnsi="Times New Roman" w:eastAsia="Times New Roman" w:cs="Times New Roman"/>
        </w:rPr>
        <w:t>Газрын араатны хоёр шугамыг авч үзэхэд, 1776 онд газрын араатан өсч эхэлсэн бөгөөд 1798 он гэхэд (хорин хоёр жилийн дараа) Илчлэлт арван гурав дахь тэнгисийн араатан үхлийн шархаа хүлээн авч, газрын араатан Библийн эш үзүүллэгийн зургаа дахь хаанчлалын хувиар ноёрхож эхэлснийг бид олж хардаг. Хоёр зуун тавин жилийн дараа, 2026 онд бид 2025 оны 5 дугаар сарын 8-нд эхэлсэн дотоод сүмийн шалгалтад сэрсэн байна.</w:t>
      </w:r>
    </w:p>
    <w:p>
      <w:pPr>
        <w:pStyle w:val="ArticleBody"/>
        <w:jc w:val="left"/>
      </w:pPr>
      <w:r>
        <w:rPr>
          <w:rFonts w:ascii="Times New Roman" w:hAnsi="Times New Roman" w:eastAsia="Times New Roman" w:cs="Times New Roman"/>
        </w:rPr>
        <w:t>Тэрхүү “250” жил нь мөн Антиох Магнусатай холбоотой. МЭӨ 457 оны зарлигаас эхлэн, уг зарлигаас хоёр зуун тавин жилийг тооцон урагшлуулахад бид 207 он хүрнэ; энэ нь Паниумын тулалдаанаас долоон жилийн өмнө, мөн Даниел 11-ийн арван нэгдүгээр эшлэлд дүрслэгдсэн Рафийн тулалдаанд Птолемей Антиохыг ялснаас хойш арван жилийн дараах үе юм. Даниел 11:11 нь мэдээж Илчлэл 11:11-тэй уялддаг Бүгд Найрамдах эвэрний гадаад шугам бөгөөд, Илчлэл 11:11 нь Протестант эвэрний дотоод шугам мөн. Даниел ба Илчлэл бол нэг л ном бөгөөд, Илчлэл нь лацуудыг гадаад эш үзүүлгийн бэлгэдэл болгон, харин чуулгануудыг түүнтэй зэрэгцэх дотоод эш үзүүлгийн бэлгэдэл болгон хэрэглэдэг.</w:t>
      </w:r>
    </w:p>
    <w:p>
      <w:pPr>
        <w:pStyle w:val="ArticleBody"/>
        <w:jc w:val="left"/>
      </w:pPr>
      <w:r>
        <w:rPr>
          <w:rFonts w:ascii="Times New Roman" w:hAnsi="Times New Roman" w:eastAsia="Times New Roman" w:cs="Times New Roman"/>
        </w:rPr>
        <w:t>Кир нь гурван зарлигийг бүгдийг төлөөлдөг. Учир нь эхний ба хоёр дахь зарлиггүйгээр гурав дахь нь байх боломжгүй.</w:t>
      </w:r>
    </w:p>
    <w:p>
      <w:pPr>
        <w:pStyle w:val="ArticleScripture"/>
        <w:jc w:val="left"/>
      </w:pPr>
      <w:r>
        <w:rPr>
          <w:rFonts w:ascii="Times New Roman" w:hAnsi="Times New Roman" w:eastAsia="Times New Roman" w:cs="Times New Roman"/>
        </w:rPr>
        <w:t>“Езрагийн долоодугаар бүлэгт энэ зарлиг байдаг. 12–26-р зүйлүүд. Түүний хамгийн бүрэн хэлбэр нь Персийн хаан Артаксерксын үед, МЭӨ 457 онд гарсан. Гэвч Езра 6:14-т Иерусалим дахь Эзэний өргөө ‘Кирус, Дариус, мөн Персийн хаан Артаксерксын тушаал [захад “зарлиг”]ын дагуу’ баригдсан гэж өгүүлдэг. Эдгээр гурван хаан зарлигийг анх гаргах, дахин батлах, гүйцээн төгөлдөржүүлэх замаар түүнийг эш үзүүллэгийн шаардсан төгс байдалд хүргэсэн бөгөөд энэ нь 2300 жилийн эхлэлийг тэмдэглэх ёстой байв. Зарлиг төгс гүйцэт болсон цаг болох МЭӨ 457 оныг тэрхүү тушаалын огноо хэмээн авч үзвэл, далан долоо хоногийн тухай эш үзүүллэгийн бүх тодорхойлолт биелсэн нь харагдсан юм.” Агуу Тэмцэл, 326.</w:t>
      </w:r>
    </w:p>
    <w:p>
      <w:pPr>
        <w:pStyle w:val="ArticleBody"/>
        <w:jc w:val="left"/>
      </w:pPr>
      <w:r>
        <w:rPr>
          <w:rFonts w:ascii="Times New Roman" w:hAnsi="Times New Roman" w:eastAsia="Times New Roman" w:cs="Times New Roman"/>
        </w:rPr>
        <w:t>МЭӨ 457 онд Кироор төлөөлөгдсөн гурван зарлигаас эхлэн тооцвол, “250” жил нь МЭӨ 217 онд болсон Рафийн тулалдаанд Птолемей IV Антиох Ихийг ялсан үе ба 15-р эшлэл дэх Паниумын тулалдаанд Антиох дараа нь Птолемейг ялсан МЭӨ 200 оны хоорондох түүхэнд төгсөнө. Энэ шугам Антиох Магнусыг Дональд Трамптай дүйцүүлэн харуулдаг. Библийн эш үзүүллэгийн зургаа дахь хаанчлалын эхэнд, 1776 оноос 1798 он хүртэл, зургаа дахь хаанчлалын мандалтыг төлөөлөх “22” жилийн хугацаа бий. Тэрхүү “22” жил нь мөн 2001 оноос 2023 он хүртэлх, Библийн эш үзүүллэгийн зургаа дахь хаанчлалын төгсгөлийн түүхэн дэх “22” гэсэн тоогоор төлөөлөгдсөн түүхийг дүрслэн харуулдаг. “22” нь Библийн эш үзүүллэгийн зургаа дахь хаанчлалын түүхийн хүрээнд биелдэг Бурханлаг чанар ба хүн төрөлхтний нэгдлийн бэлгэдэл бөгөөд тэрхүү хаанчлал нь гаднахдаа Бүгд Найрамдах үзлийн эвэртэй, дотроо Протестантизмын эвэртэй газрын араатан мөн.</w:t>
      </w:r>
    </w:p>
    <w:p>
      <w:pPr>
        <w:pStyle w:val="ArticleBody"/>
        <w:jc w:val="left"/>
      </w:pPr>
      <w:r>
        <w:rPr>
          <w:rFonts w:ascii="Times New Roman" w:hAnsi="Times New Roman" w:eastAsia="Times New Roman" w:cs="Times New Roman"/>
        </w:rPr>
        <w:t>“22”-оор төлөөлөгдсөн нэгдлийн хамт Христийн гүйцэтгэдэг ажил нь Хамгийн Ариун Газарт дахь Христийн эцсийн ажил мөн бөгөөд энэ нь нүглийг арилган баллах үйлээр дүрслэгддэг; Иоелын дагуу, Петрийн Ариун Сүнсээр өдөөгдсөн тайлбартай хамт үзвэл, энэ нь хожмын бороо асгарах үед тохиолддог.</w:t>
      </w:r>
    </w:p>
    <w:p>
      <w:pPr>
        <w:pStyle w:val="ArticleScripture"/>
        <w:jc w:val="left"/>
      </w:pPr>
      <w:r>
        <w:rPr>
          <w:rFonts w:ascii="Times New Roman" w:hAnsi="Times New Roman" w:eastAsia="Times New Roman" w:cs="Times New Roman"/>
        </w:rPr>
        <w:t>Тиймээс наманчилж, эргэгтүн; ингэснээр та нарын нүглүүд арчигдан үгүй болох бөгөөд, сэргээн тэнхрүүлэх цаг үе Эзэний оршихуйгаас ирэх болно. Үйлс 3:19.</w:t>
      </w:r>
    </w:p>
    <w:p>
      <w:pPr>
        <w:pStyle w:val="ArticleBody"/>
        <w:jc w:val="left"/>
      </w:pPr>
      <w:r>
        <w:rPr>
          <w:rFonts w:ascii="Times New Roman" w:hAnsi="Times New Roman" w:eastAsia="Times New Roman" w:cs="Times New Roman"/>
        </w:rPr>
        <w:t>Нүглийг арилган устгах нь тэнгэрлэг Тэргүүн Тахилчийн эцсийн ажил мөн.</w:t>
      </w:r>
    </w:p>
    <w:p>
      <w:pPr>
        <w:pStyle w:val="ArticleScripture"/>
        <w:jc w:val="left"/>
      </w:pPr>
      <w:r>
        <w:rPr>
          <w:rFonts w:ascii="Times New Roman" w:hAnsi="Times New Roman" w:eastAsia="Times New Roman" w:cs="Times New Roman"/>
        </w:rPr>
        <w:t>“Эрт цагт ард түмний нүгэл итгэлээр нүглийн тахил дээр тавигдаж, түүний цусаар дамжин бэлгэдлийн утгаар газар дээрх ариун газарт шилжүүлэгддэг байсанчлан, шинэ гэрээнд гэмшсэн хүмүүсийн нүгэл ч мөн итгэлээр Христ дээр тавигдаж, бодитойгоор тэнгэрийн ариун газарт шилжүүлэгддэг. Мөн газар дээрхийн бэлгэдэлт цэвэршүүлэлт нь түүнийг бузарласан нүглүүдийг зайлуулах замаар гүйцэлддэг байсанчлан, тэнгэрийн ариун газрын бодит цэвэршүүлэлт ч тэнд тэмдэглэгдэн үлдсэн нүглүүдийг зайлуулах, өөрөөр хэлбэл арилган баллах замаар хэрэгжих ёстой. Гэвч энэ нь биелэгдэхээс өмнө, нүглээ наманчилж, Христэд итгэснээр Түүний эвлэрүүллийн үр ашгийг хүртэх эрхтэй нь хэн болохыг тогтоохын тулд тэмдэглэлийн номуудыг шалган үзэх ёстой. Иймээс ариун газрын цэвэршүүлэлт нь мөрдөн шалгах ажлыг—шүүлтийн ажлыг—хамардаг. Энэ ажил нь Христ Өөрийн ард түмнийг аврахаар ирэхээс өмнө хийгдэх ёстой; учир нь Тэр ирэхдээ, Өөрийн шагналыг Өөртэйгөө хамт авчирч, хүн бүрд үйлсийнх нь дагуу өгөх болно. Илчлэлт 22:12.” Агуу тэмцэл, 421.</w:t>
      </w:r>
    </w:p>
    <w:p>
      <w:pPr>
        <w:pStyle w:val="ArticleBody"/>
        <w:jc w:val="left"/>
      </w:pPr>
      <w:r>
        <w:rPr>
          <w:rFonts w:ascii="Times New Roman" w:hAnsi="Times New Roman" w:eastAsia="Times New Roman" w:cs="Times New Roman"/>
        </w:rPr>
        <w:t>1844 оны 10 дугаар сарын 22-нд эхэлсэн ажил нь Шөнө дундын хашхирааны оргил үед эхэлсэн бөгөөд уг ажил нь мөн Шөнө дундын хашхирааны оргил үед дуусдаг. Үүнийг Петр нүглийг арилган баллах үе хэмээн тодорхойлдог бөгөөд энэ нь “сэргээх цагууд” ирэх үед, амьдагсдын шүүлтийн үеийг тэмдэглэдэг.</w:t>
      </w:r>
    </w:p>
    <w:p>
      <w:pPr>
        <w:pStyle w:val="ArticleScripture"/>
        <w:jc w:val="left"/>
      </w:pPr>
      <w:r>
        <w:rPr>
          <w:rFonts w:ascii="Times New Roman" w:hAnsi="Times New Roman" w:eastAsia="Times New Roman" w:cs="Times New Roman"/>
        </w:rPr>
        <w:t>“Мөрдөн шалгах шүүлтийн ажил болон нүглийг арилгах үйл нь Эзэний хоёр дахь ирэлтээс өмнө биелэгдэх учиртай. Нас барагсдыг номнуудад бичигдсэн зүйлсийн дагуу шүүх учир хүний нүглүүдийг, тэдний хэргийг мөрдөн шалгах тэр шүүлт явагдсаны дараа хүртэл, арилгах боломжгүй. Харин элч Петр итгэгчдийн нүгэл ‘Эзэний оршихуйгаас сэргээлтийн цагууд ирэх үед; мөн Тэр Есүс Христийг илгээх болно’ хэмээх үед арилгуулагдана гэж тодорхой өгүүлсэн байдаг. Үйлс 3:19, 20. Мөрдөн шалгах шүүлт төгсөхөд Христ ирэх бөгөөд хүн бүрд үйлсийнх нь дагуу өгөхөөр Өөрийн шагналыг Өөртэйгөө хамт авч ирнэ.” Агуу тэмцэл, 485.</w:t>
      </w:r>
    </w:p>
    <w:p>
      <w:pPr>
        <w:pStyle w:val="ArticleBody"/>
        <w:jc w:val="left"/>
      </w:pPr>
      <w:r>
        <w:rPr>
          <w:rFonts w:ascii="Times New Roman" w:hAnsi="Times New Roman" w:eastAsia="Times New Roman" w:cs="Times New Roman"/>
        </w:rPr>
        <w:t>“Сэргээлийн цаг үе” нь мөн “бүх юмсын сэргээн тогтоолтын цаг үе” юм.</w:t>
      </w:r>
    </w:p>
    <w:p>
      <w:pPr>
        <w:pStyle w:val="ArticleScripture"/>
        <w:jc w:val="left"/>
      </w:pPr>
      <w:r>
        <w:rPr>
          <w:rFonts w:ascii="Times New Roman" w:hAnsi="Times New Roman" w:eastAsia="Times New Roman" w:cs="Times New Roman"/>
        </w:rPr>
        <w:t>Иймээс гэмшиж, эргэгтүн; тэгвэл та нарын нүгэл арчигдан үгүй болох бөгөөд, тэгэхэд Эзэний оршихуйгаас сэргээлтийн цагууд ирнэ. Мөн Тэр та нарт урьд нь тунхаглагдсан Есүс Христийг илгээнэ. Бурхан ертөнцийн эхлэлээс хойш Өөрийн бүх ариун эш үзүүлэгчдийн амаар айлдсан бүх юмсын сэргээн тогтоолтын цаг хүртэл тэнгэр Түүнийг хүлээн авах ёстой. Үйлс 3:19–21.</w:t>
      </w:r>
    </w:p>
    <w:p>
      <w:pPr>
        <w:pStyle w:val="ArticleBody"/>
        <w:jc w:val="left"/>
      </w:pPr>
      <w:r>
        <w:rPr>
          <w:rFonts w:ascii="Times New Roman" w:hAnsi="Times New Roman" w:eastAsia="Times New Roman" w:cs="Times New Roman"/>
        </w:rPr>
        <w:t>“Сэргээлтийн цагууд” нь “Есүс Христ”-ийг илгээх үед тохиолдох бөгөөд “Эзэний оршихуйгаас” ирдэг. Илчлэл арван бүлгийн тэнгэрэлч 1840 оны 8 дугаар сарын 11-нд бууж ирэхэд Систер Уайт тэр тэнгэрэлчийг “Есүс Христээс өөр хэн ч биш байсан” хэмээн тодорхойлсон. Христийн 1844 оны 10 дугаар сарын 22-нд эхлүүлсэн ажил нь 1840-өөс 1844 он хүртэлх түүхээр нээгдэн орж ирсэн; энэ түүхийг Систер Уайт “Бурханы хүчний алдарт илрэл” хэмээн хэлдэг бөгөөд мөн тэрхүү түүхийг Петрийн үеийн Пентекостын улиралтай уялдуулан, дараа нь эш үзүүллэгийн түүхийн тэр хоёр шугамыг ашиглан Өөрийн алдар суугаар дэлхийг гэрэлтүүлдэг Илчлэл арван найман бүлгийн тэнгэрэлчийн бууж ирэлтийг урагш заан харуулдаг.</w:t>
      </w:r>
    </w:p>
    <w:p>
      <w:pPr>
        <w:pStyle w:val="ArticleScripture"/>
        <w:jc w:val="left"/>
      </w:pPr>
      <w:r>
        <w:rPr>
          <w:rFonts w:ascii="Times New Roman" w:hAnsi="Times New Roman" w:eastAsia="Times New Roman" w:cs="Times New Roman"/>
        </w:rPr>
        <w:t>“Гурав дахь тэнгэрэлчийн мэдээг тунхаглахад нэгдэн оролцдог тэр тэнгэрэлч өөрийн алдраар бүх дэлхийг гэрэлтүүлэх ёстой. Энд дэлхий дахиныг хамрах цар хүрээтэй, урьд өмнө тохиолдоогүй хүч чадалтай ажлыг урьдчилан зөгнөн өгүүлжээ. 1840–44 оны Адвентийн хөдөлгөөн нь Бурханы хүчний алдар суут илрэл байсан; эхний тэнгэрэлчийн мэдээ дэлхийн бүх номлолын өртөөнд хүргэгдсэн бөгөөд зарим оронд арван зургадугаар зууны Шинэчлэлээс хойш аль ч нутагт үзэгдсэнээс ч илүү агуу шашны сонирхол сэрсэн билээ; гэвч эдгээрээс ч даван гарах зүйл нь гурав дахь тэнгэрэлчийн сүүлчийн анхааруулгын дор өрнөх тэр хүчирхэг хөдөлгөөн мөн.”</w:t>
      </w:r>
    </w:p>
    <w:p>
      <w:pPr>
        <w:pStyle w:val="ArticleScripture"/>
        <w:jc w:val="left"/>
      </w:pPr>
      <w:r>
        <w:rPr>
          <w:rFonts w:ascii="Times New Roman" w:hAnsi="Times New Roman" w:eastAsia="Times New Roman" w:cs="Times New Roman"/>
        </w:rPr>
        <w:t>“Энэ ажил нь Пентекостын өдрийнхтэй адилхан байх болно. Сайн мэдээний эхлэл дээр, Ариун Сүнсний асгаралтаар, үнэт үрийн соёололтыг бий болгохын тулд ‘эртийн бороо’ өгөгдсөнтэй адил, ургацыг боловсруулахын тулд төгсгөлд нь ‘хожмын бороо’ өгөгдөнө. ‘Тэгээд бид мэдэх болно, хэрэв бид ЭЗЭНийг танин мэдэхээр үргэлжлүүлбэл: Түүний ирэлт өглөөний адил бэлтгэгдсэн; Тэр бидэнд бороо мэт, газар дэлхийд орох хожмын ба эртийн бороо мэт ирнэ.’ Хосеа 6:3. ‘Тиймээс, Сионы хөвгүүд ээ, баярлагтун, мөн өөрсдийн Бурхан ЭЗЭНд баясагтун. Учир нь Тэр та нарт эртийн бороог зохистойгоор өгсөн, мөн Тэр та нарын төлөө бороог, эртийн бороо болон хожмын бороог буулгах болно.’ Иоел 2:23. ‘Эцсийн өдрүүдэд, гэж Бурхан айлдаж байна, Би Өөрийн Сүнснээс бүх махбод дээр асгана.’ ‘Мөн Эзэний нэрийг дуудах хэн боловч аврагдах болно.’ Үйлс 2:17, 21.”</w:t>
      </w:r>
    </w:p>
    <w:p>
      <w:pPr>
        <w:pStyle w:val="ArticleScripture"/>
        <w:jc w:val="left"/>
      </w:pPr>
      <w:r>
        <w:rPr>
          <w:rFonts w:ascii="Times New Roman" w:hAnsi="Times New Roman" w:eastAsia="Times New Roman" w:cs="Times New Roman"/>
        </w:rPr>
        <w:t>“Сайн мэдээний агуу ажил нь Бурханы хүчний илрэлээр эхлэлээ тэмдэглэсэн үеэсээ дутуу илрэлтэйгээр төгсөх учиргүй. Сайн мэдээний эхлэл дээр эртний бороо асгарснаар биелсэн эш үзүүллэгүүд нь төгсгөлд нь хожмын бороонд дахин биелэх ёстой. Энд элч Петрийн тэсэн хүлээж харсан ‘сэргээн тэнхрүүлэх цагууд’ байна. Тэрээр: ‘Тиймээс та нар наманчилж, эргэгтүн; ингэснээр Эзэний оршихуйгаас сэргээн тэнхрүүлэх цагууд ирэхэд нүглүүд чинь арчигдан арилж, Тэр Есүсийг илгээх болтугай’ гэж хэлсэн юм. Үйлс 3:19, 20.” Агуу тэмцэл, 611.</w:t>
      </w:r>
    </w:p>
    <w:p>
      <w:pPr>
        <w:pStyle w:val="ArticleBody"/>
        <w:jc w:val="left"/>
      </w:pPr>
      <w:r>
        <w:rPr>
          <w:rFonts w:ascii="Times New Roman" w:hAnsi="Times New Roman" w:eastAsia="Times New Roman" w:cs="Times New Roman"/>
        </w:rPr>
        <w:t>1840-өөс 1844 он хүртэлх Адвентийн хөдөлгөөн нь Бурханы хүчний сүр жавхлант илрэл байсан бөгөөд энэ нь Христ Өөрийн ариун сүмийг цэвэршүүлэх ажлаа нээж эхлэхэд хүргэсэн юм. Тэрхүү түүх Илчлэл арван дөрөвдүгээр бүлгийн эхний тэнгэрэлчээр дүрслэгдсэн Есүс Илчлэл номын аравдугаар бүлэгт дүрслэгдсэнээр 1840 оны 8-р сарын 11-нд бууж ирснээр эхэлсэн. Тэгэхэд эхэлсэн Бурханы хүчний илрэл нь мөрдөн шалгах шүүлтийн нээлт хүртэл өсөн нэмэгдсэн бөгөөд иймээс энэ нь мөрдөн шалгах шүүлтийн хаалт хүртэл өсөн нэмэгдэх Бурханы хүчний нэгэн илрэлийг хэв шинжээр үзүүлсэн юм. Төгсгөлийн үе 9/11-нд эхэлсэн бөгөөд тэр үед Есүс Илчлэл арван наймдугаар бүлгийн тэнгэрэлчийн хувьд дахин бууж ирэхэд Нью-Йоркийн агуу барилгууд Бурханы хүрэлтээр нурж, мөрдөн шалгах шүүлтийн ажил үхэгсдээс амьд хүмүүс рүү шилжсэн юм. Есүс илгээгддэг үед бороо ирдэг.</w:t>
      </w:r>
    </w:p>
    <w:p>
      <w:pPr>
        <w:pStyle w:val="ArticleBody"/>
        <w:jc w:val="left"/>
      </w:pPr>
      <w:r>
        <w:rPr>
          <w:rFonts w:ascii="Times New Roman" w:hAnsi="Times New Roman" w:eastAsia="Times New Roman" w:cs="Times New Roman"/>
        </w:rPr>
        <w:t>Есүс бидэнд хүлээн авахын тулд гуйх ёстой хэмээн сургажээ. Захариа ч мөн хожмын борооны цагт хожмын бороог гуйх ёстой гэж айлдсан. Иймд Захариагийн энэ зааврыг биелүүлэхийн тулд та өөрийгөө хожмын борооны цаг үед байгаа гэдгийг мэддэг байх ёстой нь илэрхий юм.</w:t>
      </w:r>
    </w:p>
    <w:p>
      <w:pPr>
        <w:pStyle w:val="ArticleScripture"/>
        <w:jc w:val="left"/>
      </w:pPr>
      <w:r>
        <w:rPr>
          <w:rFonts w:ascii="Times New Roman" w:hAnsi="Times New Roman" w:eastAsia="Times New Roman" w:cs="Times New Roman"/>
        </w:rPr>
        <w:t>Хожмын борооны үед ЭЗЭНээс бороо гуйгтун; тэгвэл ЭЗЭН гялалзсан үүлсийг бүтээж, хүн бүрд хээрийн өвсний төлөө аадар бороо өгнө. Зехариа 10:1.</w:t>
      </w:r>
    </w:p>
    <w:p>
      <w:pPr>
        <w:pStyle w:val="ArticleBody"/>
        <w:jc w:val="left"/>
      </w:pPr>
      <w:r>
        <w:rPr>
          <w:rFonts w:ascii="Times New Roman" w:hAnsi="Times New Roman" w:eastAsia="Times New Roman" w:cs="Times New Roman"/>
        </w:rPr>
        <w:t>9/11-д Есүс Илчлэлт арван наймын тэнгэрэлчийн адил бууж ирж, хожмын бороо шивэрч эхэлсэн; гэвч энэ нь “хожмын бороог гуй” гэсэн Зехариагийн тушаалыг биелүүлдэг, мөн “сэргэлтийн цагууд” болон бүх зүйлийн сэргээн тогтоолт хүрч ирснийг жинхэнээр ойлгосон тэдний дээр л буудаг. Сэтгэл нь хожмын борооны эш үзүүллэгийн үе ирснийг “танин мэдэх” ёстой.</w:t>
      </w:r>
    </w:p>
    <w:p>
      <w:pPr>
        <w:pStyle w:val="ArticleScripture"/>
        <w:jc w:val="left"/>
      </w:pPr>
      <w:r>
        <w:rPr>
          <w:rFonts w:ascii="Times New Roman" w:hAnsi="Times New Roman" w:eastAsia="Times New Roman" w:cs="Times New Roman"/>
        </w:rPr>
        <w:t>“Бид хожмын бороог хүлээж сууж болохгүй. Бидний дээр бууж буй нигүүлслийн шүүдэр ба шиврээ бороог танин мэдэж, өөриймшүүлэх бүхний дээр тэр ирж байна. Бид гэрлийн хэлтэрхийг нэгбүрчлэн цуглуулж, Түүнд найдаасай гэж хүсдэг Бурханы лавтай өршөөлүүдийг эрхэмлэн үнэлэх үед амлалт бүр биелэх болно. [Исаиа 61:11 эш татав.] Бүх дэлхий Бурханы алдраар дүүрэх ёстой.” The Seventh-day Adventist Bible Commentary, volume 7, 984.</w:t>
      </w:r>
    </w:p>
    <w:p>
      <w:pPr>
        <w:pStyle w:val="ArticleBody"/>
        <w:jc w:val="left"/>
      </w:pPr>
      <w:r>
        <w:rPr>
          <w:rFonts w:ascii="Times New Roman" w:hAnsi="Times New Roman" w:eastAsia="Times New Roman" w:cs="Times New Roman"/>
        </w:rPr>
        <w:t>9/11-ний үед сэргэлтийн цаг үе эхэлж, амьд хүмүүсийн нүглийг арилган бичих үйл хэрэг эхэлсэн. Тэр шүүлт нь Абрахамын гурван үе шаттай гэрээний хамгийн эхний заалттай яг нийцдэг. Тэрхүү эхний заалт нь, Эзэн Израилийг Египетийн боолчлолоос гаргах үедээ Өөрийн гэрээний ард түмнийг ч, мөн тэдний түр оршин суугчид, харийн хүмүүс мэт аж төрж байсан үндэстнийг ч шүүнэ гэсэн явдал байсан. Анхны гэрээний ард түмэн нь сүүлчийн гэрээний ард түмэн болох нэг зуун дөчин дөрвөн мянгыг бэлгэдэн төлөөлсөн. Тэр эш үзүүллэгийн ард түмэн нь газрын араатны протестант эвэр байдлаар шүүгдэх бөгөөд, үүний зэрэгцээ газрын араатны Бүгд Найрамдах эвэр мөн адил шүүгдэнэ.</w:t>
      </w:r>
    </w:p>
    <w:p>
      <w:pPr>
        <w:pStyle w:val="ArticleBody"/>
        <w:jc w:val="left"/>
      </w:pPr>
      <w:r>
        <w:rPr>
          <w:rFonts w:ascii="Times New Roman" w:hAnsi="Times New Roman" w:eastAsia="Times New Roman" w:cs="Times New Roman"/>
        </w:rPr>
        <w:t>Бүгд найрамдах эвэрний шүүлт нь түүний түүхийн төгсгөлд, өөрөөр хэлбэл Ням гаргийн хуулийн үед ирдэг. Ням гаргийн хууль нь арван зургаадугаар эшлэлийн биеллээр, МЭӨ 63 онд Ром Иудаг өөрийн хяналтад авснаар дүрслэгддэг бөгөөд зарим түүхчдийн үздэгээр энэ нь Эвлэрүүллийн өдөр тохиосон юм.</w:t>
      </w:r>
    </w:p>
    <w:p>
      <w:pPr>
        <w:pStyle w:val="ArticleBody"/>
        <w:jc w:val="left"/>
      </w:pPr>
      <w:r>
        <w:rPr>
          <w:rFonts w:ascii="Times New Roman" w:hAnsi="Times New Roman" w:eastAsia="Times New Roman" w:cs="Times New Roman"/>
        </w:rPr>
        <w:t>Антиох Магнус нь арваннэгдүгээр бүлгийн аравдагаас арван тавдугаар эшлэлүүдэд Америкийн Нэгдсэн Улсыг төлөөлдөг. Рональд Рейган аравдугаар эшлэлийн тулалдаанд ялалт байгуулсан бөгөөд энэ нь дөчдүгээр эшлэлд гардаг Зөвлөлт Холбоот Улсын нуран уналтыг хэв шинжлэн үзүүлсэн юм. Исаиа 8:8 нь Даниелын арваннэгдүгээр бүлгийн арав болон дөчдүгээр эшлэлүүдэд дүрслэгдсэн мөнөөх тулалдааныг ижилхэн тодорхойлдог бөгөөд эдгээр гурван зэрэгцээ эшлэл нь арван нэгдүгээр эшлэл дэх Рафиагийн тулалдаанд Оросыг ялагч байсныг тогтоон таних боломж олгодог.</w:t>
      </w:r>
    </w:p>
    <w:p>
      <w:pPr>
        <w:pStyle w:val="ArticleBody"/>
        <w:jc w:val="left"/>
      </w:pPr>
      <w:r>
        <w:rPr>
          <w:rFonts w:ascii="Times New Roman" w:hAnsi="Times New Roman" w:eastAsia="Times New Roman" w:cs="Times New Roman"/>
        </w:rPr>
        <w:t>Арван нэгдүгээр ишлэл дэх Рафийн тулалдаан нь өмнөдийн хаан (Орос) болон папын эрх мэдлийн төлөөлөгч хүч (Украин)-ийн хоорондын Украины дайныг урьдчилан дүрсэлсэн юм. Энэхүү дайн нь өмнөд хагас бөмбөрцгөөс гарсан анхны папын үед, мөн Америк тивүүдээс гарсан анхны папын үед—хэдийгээр тэр нь Өмнөд Америкаас байсан ч—Обамагийн засаг захиргааны үед эхлүүлэгдсэн. “Өмнөд” гэдэг нь даяарчлал, спиритизм, коммунизмын бэлгэдэл бөгөөд арван нэгдүгээр ишлэлийн дайн ирэх үед Америк тивүүдээс гарсан өмнөдийн анхны пап даяаршлыг дэмжигч ерөнхийлөгч Обаматай нэгджээ. Аравдугаар ишлэлд гардаг АНУ болох Рейган нууц холбоонд консерватив нэгэн паптай орсон; улмаар Украины нацистуудыг даяаршлыг дэмжигч нэгэн ерөнхийлөгч, даяаршлыг дэмжигч папын үеэр ашигласан юм. Трампын удирдсан АНУ одоо Хойд Америкаас гарсан анхны, мөн өөрсдийгөө консерватив хэмээн нэрлэдэг паптай ил тод харилцаанд байна.</w:t>
      </w:r>
    </w:p>
    <w:p>
      <w:pPr>
        <w:pStyle w:val="ArticleBody"/>
        <w:jc w:val="left"/>
      </w:pPr>
      <w:r>
        <w:rPr>
          <w:rFonts w:ascii="Times New Roman" w:hAnsi="Times New Roman" w:eastAsia="Times New Roman" w:cs="Times New Roman"/>
        </w:rPr>
        <w:t>Рейган арвандугаар эшлэлийн тулалдаанд Библийн зөгнөлийн антихристтэй нууц холбоо байгуулж байсан бөгөөд Обама арван нэгдүгээр эшлэлийн тулалдааныг эхлүүлсэн; энэ нь пап мөн Обаматай адил даяарчлагч байсан үе юм. Трамп одоо Рейганд дүйх нэгэн зэрэгцээ паптай ил тод харилцаанд байгаа бөгөөд ялгаа нь гэвэл анхны нууц холбоо эдүгээ ил холбоо болсон явдал юм. Гурван пап, гурван ерөнхийлөгчийн хамт, арван, арван нэг, арван тавдугаар эшлэлүүдийн гурван тулалдаантай нийцэн давхцаж байна.</w:t>
      </w:r>
    </w:p>
    <w:p>
      <w:pPr>
        <w:pStyle w:val="ArticleScripture"/>
        <w:jc w:val="left"/>
      </w:pPr>
      <w:r>
        <w:rPr>
          <w:rFonts w:ascii="Times New Roman" w:hAnsi="Times New Roman" w:eastAsia="Times New Roman" w:cs="Times New Roman"/>
        </w:rPr>
        <w:t>“Ромын Сүм өөрийн сэргэлэн ов мэх, заль ухаанаараа үнэхээр гайхамшигтай. Тэр юу тохиохыг уншин мэдэж чадна. Протестант сүмүүд хуурамч амралтын өдрийг хүлээн зөвшөөрснөөрөө түүнд хүндэтгэл үзүүлж, мөн тэр өөрөө өнгөрсөн өдрүүдэд хэрэглэж байсан яг тэр арга хэрэгслээр үүнийг албадан мөрдүүлэхэд бэлтгэж байгааг харан, тэр цагаа хүлээж байна. Үнэний гэрлийг няцаагчид эцэст нь өөрийгөө эндэгдэшгүй хэмээн өргөмжилдөг энэ хүчний тусламжийг эрэн, түүнээс үүсэлтэй байгууллагыг өргөмжлөх болно. Энэ үйл хэрэгт протестантуудад туслахаар тэр хэчнээн бэлэн ирэхийг таамаглахад бэрх биш. Сүмд дуулгаваргүйчүүдтэй хэрхэн харьцахыг папын удирдагчдаас илүү хэн ойлгох билээ?”</w:t>
      </w:r>
    </w:p>
    <w:p>
      <w:pPr>
        <w:pStyle w:val="ArticleScripture"/>
        <w:jc w:val="left"/>
      </w:pPr>
      <w:r>
        <w:rPr>
          <w:rFonts w:ascii="Times New Roman" w:hAnsi="Times New Roman" w:eastAsia="Times New Roman" w:cs="Times New Roman"/>
        </w:rPr>
        <w:t>“Ромын Католик Сүм нь дэлхий даяарх бүх салбар, мөчрүүдийнхээ хамт папын ширээний хяналтын дор оршдог бөгөөд түүний ашиг сонирхолд үйлчлэхээр зохион байгуулагдсан нэгэн асар уудам байгуулалтыг бүрдүүлдэг. Дэлхийн улс орон бүр дэх түүний олон сая шүтэгчдэд өөрсдийгөө папад үнэнчээр захирагдах үүргээр хүлээстэй гэж үзэхийг сургадаг. Тэдний үндэстэн ямар байх, ямар засаг захиргаанд харьяалагдах нь хамаагүй, тэд сүмийн эрх мэдлийг бусад бүхнээс дээгүүрт үзэх ёстой. Тэд төрд үнэнч байх тангараг өргөж болох боловч үүний цаана Ромд дуулгавартай байх амлалт оршдог бөгөөд энэ нь түүний ашиг сонирхолд харшлах аливаа тангараг, үүргээс тэднийг чөлөөлдөг.”</w:t>
      </w:r>
    </w:p>
    <w:p>
      <w:pPr>
        <w:pStyle w:val="ArticleScripture"/>
        <w:jc w:val="left"/>
      </w:pPr>
      <w:r>
        <w:rPr>
          <w:rFonts w:ascii="Times New Roman" w:hAnsi="Times New Roman" w:eastAsia="Times New Roman" w:cs="Times New Roman"/>
        </w:rPr>
        <w:t>“Түүх гэрчлэн харуулдаг нь: тэрээр өөрийгөө үндэстнүүдийн хэрэг явдалд шургалан оруулахын тулд арга зальтай, уйгагүй хүчин чармайлт гаргасаар ирсэн; улмаар нэгэнт хөл тавих зай олж авмагцаа, ноёд ба ард олны сүйрэлд хүргэхүйц байсан ч өөрийн зорилгыг цааш ахиулдаг байв. 1204 онд Пап Иннокентий III Арагоны хаан Петр II-оос дараах ер бусын тангарагийг гаргуулан авчээ: ‘Би, Арагончуудын хаан Петр, өөрийн эзэн Пап Иннокентийд, түүний католик залгамжлагчдад, мөн Ромын Сүмд үүрд үнэнч, дуулгавартай байхаа тунхаглаж, амлаж байна; мөн өөрийн хаант улсыг түүний дуулгавартай байдал дотор үнэнчээр хадгалж, католик итгэлийг хамгаалан, тэрс үзлийн завхралыг мөрдөн хавчина.’—John Dowling, The History of Romanism, b. 5, ch. 6, sec. 55. Энэ нь Ромын хамба ламын эрх мэдлийн талаарх ‘түүнд эзэн хаадыг огцруулах нь хууль ёсны’ бөгөөд ‘тэрээр харьяат хүмүүсийг зөвт бус захирагчдад өргөсөн үнэнч байдлын үүргээс чөлөөлж чадна’ гэсэн шаардлагатай нийцэж байна.—Mosheim, b. 3, cent. 11, pt. 2, ch. 2, sec. 9, note 17.”</w:t>
      </w:r>
    </w:p>
    <w:p>
      <w:pPr>
        <w:pStyle w:val="ArticleScripture"/>
        <w:jc w:val="left"/>
      </w:pPr>
      <w:r>
        <w:rPr>
          <w:rFonts w:ascii="Times New Roman" w:hAnsi="Times New Roman" w:eastAsia="Times New Roman" w:cs="Times New Roman"/>
        </w:rPr>
        <w:t>“Мөн үүнийг санагтун: Ром хэзээ ч өөрчлөгддөггүй хэмээн сайрхах нь түүний өөрийнх нь бахархал билээ. Григорий VII, Иннокентий III нарын зарчмууд нь өнөөдөр ч Ромын Католик Сүмийн зарчмууд хэвээр байна. Хэрэв түүнд зөвхөн хүч чадал нь байсан бол, тэр эдгээрийг өмнөх зуунуудад хэрэгжүүлж байсан шигээ өнөөдөр ч мөн адил эрч хүчтэйгээр хэрэгжүүлэхсэн. Ням гаргийг өргөмжлөх үйл хэрэгт Ромын тусламжийг хүлээн авахыг санал болгохдоо протестантууд юу хийж байгаагаа төдийлөн мэддэггүй. Тэд зорилгоо хэрэгжүүлэхээр шамдан байх зуур, Ром өөрийн эрх мэдлийг дахин тогтоож, алдсан ноёрхлоо эргүүлэн авахыг зорьж байна. Нэгэнт Америкийн Нэгдсэн Улсад сүм төрийн эрх мэдлийг ашиглаж, эсвэл түүнийг хянаж болно гэсэн зарчим тогтоогдвол; шашны мөрдлөгүүдийг иргэний хуулиар албадан хэрэгжүүлж болно гэсэн зарчим тогтоогдвол; товчхондоо, сүм ба төрийн эрх мэдэл хүний мөс чанарыг ноёрхох ёстой гэсэн зарчим тогтоогдвол, энэ улсад Ромын ялалт баталгаатай болно.”</w:t>
      </w:r>
    </w:p>
    <w:p>
      <w:pPr>
        <w:pStyle w:val="ArticleScripture"/>
        <w:jc w:val="left"/>
      </w:pPr>
      <w:r>
        <w:rPr>
          <w:rFonts w:ascii="Times New Roman" w:hAnsi="Times New Roman" w:eastAsia="Times New Roman" w:cs="Times New Roman"/>
        </w:rPr>
        <w:t>“Бурханы үг айсуй аюулын талаар анхааруулсан; хэрэв үүнийг үл тоовол, Протестант ертөнц Ромын жинхэнэ зорилго юу болохыг урхинаас мултран зайлсхийхэд аль хэдийн хэтэрхий оройтсон хойно л мэдэх болно. Тэр чимээгүйгээр эрх мэдэлд өсөн бэхжиж байна. Түүний сургаалууд хууль тогтоох танхимуудад, сүмүүдэд, мөн хүмүүсийн зүрх сэтгэлд нөлөөгөө үзүүлж байна. Тэр өндөр сүрлэг, нүсэр байгууламжуудаа босгож байгаа бөгөөд тэдгээрийн нууц гүн мухарт урьдынх нь хавчлагууд дахин давтагдах болно. Цохилт өгөх цаг нь ирэхэд өөрийн зорилгыг урагшлуулахын тулд тэр сэмхэн, үл сэжиглэм байдлаар хүчээ зузаатгаж байна. Түүний хүсэж буй бүхэн нь ашигтай байр суурь бөгөөд энэ нь түүнд аль хэдийн өгөгдөж байна. Ромын талынхны зорилго юу болохыг бид удахгүй харж, мөн мэдрэх болно. Бурханы үгэнд итгэж, түүнийг дагах хэн боловч үүгээрээ зэмлэл, хавчлагад өртөх болно.” Агуу Тэмцэл, 580, 581.</w:t>
      </w:r>
    </w:p>
    <w:p>
      <w:pPr>
        <w:pStyle w:val="ArticleBody"/>
        <w:jc w:val="left"/>
      </w:pPr>
      <w:r>
        <w:rPr>
          <w:rFonts w:ascii="Times New Roman" w:hAnsi="Times New Roman" w:eastAsia="Times New Roman" w:cs="Times New Roman"/>
        </w:rPr>
        <w:t>2016 онд Трамп сонгогдсон бөгөөд дараа нь Байденаар төлөөлөгдсөн глобалистууд 2020 оны сонгуулийг хулгайлсан, харин үүнийг зөвхөн 20/20 хараатай хүмүүс л хүлээн зөвшөөрдөг. Арван гуравдугаар зүйлд Дональд Трамп 2024 онд илүү урьдынхаас хүч чадалтайгаар “эргэн ирж”, алтан үеийн төлөөх бэлтгэлээ, мөн арван тавдугаар зүйл дэх Паниумын тулалдааны бэлтгэлийг эхлүүлдэг. Дараа нь Лев хэмээх пап 2025 онд үзэгдлийг тогтоон баталгаажуулахаар ирсэн бөгөөд тэр нь аравдугаар зүйлээс арван тавдугаар зүйл хүртэлх гурван тулалдаатай холбоотой гурав дахь пап, мөн түүнчлэн тэдгээр тулалдааны гурван ерөнхийлөгчтэй холбоотой байв. Эхний болон гурав дахь пап, ерөнхийлөгчдийг консерватив гэж үздэг бөгөөд дундах пап, ерөнхийлөгч нь глобалистууд байсан. Эхний холбоо нууц байсан, харин сүүлчийнх нь ил тод юм. Учир нь энэ нь хожмын өдрүүдийн эш үзүүллэгүүдийн гаднах үзэгдлийг тогтоон баталгаажуулдаг бэлгэдэл хэмээн арван дөрөвдүгээр зүйлд дүрслэгдсэн байдаг.</w:t>
      </w:r>
    </w:p>
    <w:p>
      <w:pPr>
        <w:pStyle w:val="ArticleBody"/>
        <w:jc w:val="left"/>
      </w:pPr>
      <w:r>
        <w:rPr>
          <w:rFonts w:ascii="Times New Roman" w:hAnsi="Times New Roman" w:eastAsia="Times New Roman" w:cs="Times New Roman"/>
        </w:rPr>
        <w:t>2023 оны 12 дугаар сарын 31-нд, анхны зарлигийн ажлаар дүрслэгдсэнчлэн, анхны тэнгэрэлчийн ажил суурийг тавьж эхэлсэн. Суурь шалгалт нь 14-р эшлэл дэх үзэгдлийг тогтоодог нь Ром мөн хэмээн Уильям Миллер тодорхойлсон нь зөв үү, эсвэл буруу юу гэдэг дээр байсан. Сүүлчийн өдрүүдийн эш үзүүллэгийн үзэгдлийг тогтоосон бэлгэдэл нь Ром мөн гэсэн Миллерийн тодорхойлолт нь зарим талаар Миллерийн бүх суурь үнэнүүдээс хамгийн чухал нь юм. Миллер зарим ойлголтод хэрхэн хүрсэн нь түүний цаг үе, нөхцөл байдалд ариусгагдсан логикийг хэрэглэх замаар л гарган авч болох боловч, түүний эш үзүүллэгийн зарим нээлтийн тухайд тэр яагаад тийм ойлголтод хүрснийг гэрчлэх маш тодорхой гэрчлэл байдаг. Түүний ойлголтуудын дотроос хамгийн суурь нь үзэгдлийг тогтоодог нь Ром мөн гэсэн түүний тодорхойлолт байв.</w:t>
      </w:r>
    </w:p>
    <w:p>
      <w:pPr>
        <w:pStyle w:val="ArticleBody"/>
        <w:jc w:val="left"/>
      </w:pPr>
      <w:r>
        <w:rPr>
          <w:rFonts w:ascii="Times New Roman" w:hAnsi="Times New Roman" w:eastAsia="Times New Roman" w:cs="Times New Roman"/>
        </w:rPr>
        <w:t>Миллер Даниелын номд юу нь “авагдан зайлуулагдсан” болохыг ойлгохоор хэрхэн эрэн хайсан тухайгаа шууд гэрчилдэг. Тэрээр хариултаа хаанаас олсноо зүгээр нэг тодорхойлоод зогсохгүй, эрж хайж байсан эрдэнэсээ олж илрүүлсэндээ ямар их догдолсон тухайгаа мөн өгүүлдэг. Аполлос Хейл Миллерийн өөрийн бичвэрүүдэд тулгуурласан тайлбарыг тэмдэглэн үлдээсэн бөгөөд дараах эшлэлд Хейл Миллер хэрхэн эш үзүүллэгийн суралцагч болсон тухай тодорхойлж байна. 1798 онд лац нь тайлагдсан гэрлийн элч болох Миллер бол ном “лацгүй болох” үед Даниелын “ухаалаг” хэмээн нэрлэсэн, “ойлгох” хүмүүсийн ариун жишээ мөн. Миллер Библийг судлахад хэрхэн хөтлөгдсөн тухай түүний гэрчлэл бол бүхнийг захирдаг Нэгэний зориудын жишээ юм. Миллерийн хөгжлийг анхааран ажиглагтун. Учир нь тэр, Миллерийн нэгэн адил төөрөгдлийн харанхуйгаас гарч ирсэн байсан ч, мэдлэгийн арвижлыг ойлгодог мэргэн хүмүүсийн жишээ билээ.</w:t>
      </w:r>
    </w:p>
    <w:p>
      <w:pPr>
        <w:pStyle w:val="ArticleScripture"/>
        <w:jc w:val="left"/>
      </w:pPr>
      <w:r>
        <w:rPr>
          <w:rFonts w:ascii="Times New Roman" w:hAnsi="Times New Roman" w:eastAsia="Times New Roman" w:cs="Times New Roman"/>
        </w:rPr>
        <w:t>“‘1816 оны тавдугаар сард би нүглийн ялд сэрэмжлэгдэн орсон бөгөөд, өө, сэтгэлийг минь ямар их айдас-хүйдэс бүрхсэн гээч! Би хоол идэхээ ч мартсан. Тэнгэр нь гууль мэт, газар нь төмөр мэт үзэгдэж байлаа. Ийнхүү би аравдугаар сар хүртэл байсан бөгөөд, тэр үед Бурхан миний нүдийг нээв; өө, сэтгэл минь, Есүс ямар Аврагч болохыг би олж мэдсэн гээч! Миний нүглүүд сэтгэлээс минь ачаа мэт унаж арилсан; тэгээд Библи надад ямар тодорхой харагдсан гээч! Тэр бүхэн Есүсийн тухай ярьж байлаа; Тэр хуудас бүрд, мөр бүрд байсан. Өө, тэр үнэхээр жаргалтай өдөр байсан! Би даруй тэнгэр дэх гэртээ харихыг хүссэн; Есүс миний хувьд бүх зүйл болсон бөгөөд, би Түүнийг хэрхэн харж байснаараа бусад бүх хүнд ч мөн тийнхүү харуулж чадна гэж бодсон, гэвч би эндүүрчээ.</w:t>
      </w:r>
    </w:p>
    <w:p>
      <w:pPr>
        <w:pStyle w:val="ArticleScripture"/>
        <w:jc w:val="left"/>
      </w:pPr>
      <w:r>
        <w:rPr>
          <w:rFonts w:ascii="Times New Roman" w:hAnsi="Times New Roman" w:eastAsia="Times New Roman" w:cs="Times New Roman"/>
        </w:rPr>
        <w:t>“Би деист байсан арван хоёр жилийн турш олж чадсан бүх түүхийг уншсан; харин одоо би Библийг хайрладаг болсон байв. Тэр нь Есүсийн тухай заадаг байлаа! Гэвч Библийн нэлээд их хэсэг нь надад харанхуй хэвээр байв. 1818 эсвэл 1819 онд, надад зочлуулах үеэрээ, намайг деист байх үед таньж, миний ярихыг сонсож байсан нэгэн найзтайгаа ярилцаж байхдаа, тэр надаас нэлээд учиртай өнгөөр, “Энэ эшлэл, тэр эшлэлийн талаар чи юу гэж бодож байна?” хэмээн асуув; деист байхдаа миний эсэргүүцдэг байсан хуучин эшлэлүүдийг заан хэлсэн нь тэр байлаа. Би түүний юуг санаархаж байгааг ойлгоод, —Хэрэв та надад хугацаа өгвөл, тэдгээр нь юу гэсэн утгатайг танд хэлнэ, гэж хариулав. “Чамд хэр хугацаа хэрэгтэй вэ?” гэв. Би мэдэхгүй, гэхдээ танд хэлнэ, гэж би хариулсан; учир нь ойлгогдох боломжгүй илчлэлийг Бурхан өгсөн гэдэгт би итгэж чаддаггүй байсан юм. Тэгээд би Ариун Сүнс юуг хэлснийг олж мэдэж чадна гэсэн итгэлтэйгээр Библиэ судлахаар шийдэв. Гэвч энэ шийдвэрийг гаргамагц надад нэгэн бодол төрөв—“Хэрэв чи ойлгож чадахгүй нэгэн хэсгийг олбол, юу хийх вэ?””</w:t>
      </w:r>
    </w:p>
    <w:p>
      <w:pPr>
        <w:pStyle w:val="ArticleScripture"/>
        <w:jc w:val="left"/>
      </w:pPr>
      <w:r>
        <w:rPr>
          <w:rFonts w:ascii="Times New Roman" w:hAnsi="Times New Roman" w:eastAsia="Times New Roman" w:cs="Times New Roman"/>
        </w:rPr>
        <w:t>“Тэгээд Библийг судлах ийм арга миний санаанд орж ирэв:—Би тийм эшлэлүүдийн үгсийг авч, тэдгээрийг Библи даяар мөрдөн судалж, ийм байдлаар утгыг нь олж мэдье. Надад Крудены Конкорданс байсан [1798 онд худалдан авсан], миний бодлоор энэ нь дэлхий дээрх хамгийн шилдэг нь; тиймээс би түүнийг Библитэйгээ авч, ширээнийхээ ард сууж, сониноос өчүүхнийг эс тооцвол өөр юу ч уншсангүй, учир нь би Библи минь юуг хэлж байгааг заавал мэдэхээр шийдсэн байлаа. Би Эхлэлээс эхлэн аажмаар уншсаар явсан; тэгээд ойлгож чадахгүй нэгэн эшлэлд хүрэх бүрдээ, тэр нь юу гэсэн утгатайг мэдэхийн тулд Библи даяар хайж үздэг байв. Би Библийг ийм байдлаар дуустал нь нэвтлэн үзсэний дараа, өө, үнэн ямар гэрэлтэй, ямар сүр жавхлантай харагдсан гээч! Би та нарт номлож ирсэн зүйлээ олсон. Долоон хугацаа 1843 онд төгссөн гэдгийг би тогтоов. Дараа нь би 2300 хоногт хүрсэн; тэд намайг мөн адил дүгнэлтэд хүргэсэн; гэвч Аврагч хэзээ ирэхийг олж тогтооно гэж би огт бодоогүй байсан бөгөөд үүнд итгэж ч чадахгүй байв; харин тэр гэрэл намайг тийм хүчтэй цохисон тул би яахаа мэдэхгүй байлаа. Одоо, гэж би бодов, би ташуур, хазаараа тохох ёстой; би Библиэс түрүүлж давхихгүй, бас түүнээс хоцрохгүй. Библи юу заана, түүнийг би бат баримтална. Гэвч бас ойлгож чадахгүй зарим эшлэлүүд байсаар байв.”</w:t>
      </w:r>
    </w:p>
    <w:p>
      <w:pPr>
        <w:pStyle w:val="ArticleScripture"/>
        <w:jc w:val="left"/>
      </w:pPr>
      <w:r>
        <w:rPr>
          <w:rFonts w:ascii="Times New Roman" w:hAnsi="Times New Roman" w:eastAsia="Times New Roman" w:cs="Times New Roman"/>
        </w:rPr>
        <w:t>“Түүний Библийг судлах ерөнхий арга барилын талаар ингээд боллоо. Өөр нэгэн тохиолдолд тэрээр бидний өмнө буй энэ эшлэлийн—‘өдөр тутмын’ гэсэн үгийн—утгыг хэрхэн тогтоодгоо тайлбарласан юм. ‘Би цааш нь уншсаар,’ хэмээн тэр хэлэв, ‘энэ нь Даниелээс өөр ямар ч газар хэрэглэгдсэнийг олж чадсангүй. Дараа нь түүнтэй холбоотой байсан “авч хаях” гэсэн үгсийг авсан. “Тэр өдөр тутмыг авч хаяна,” “өдөр тутмыг авч хаях үеэс,” гэх мэт. Би цааш нь уншсаар байсан бөгөөд энэ эшлэл дээр ямар ч гэрэл олдохгүй байх гэж бодсон; эцэст нь 2 Тесалоник 2:7, 8-д хүрч ирэв. “Учир нь хууль бусын нууц хэдийнээ ажиллаж байна; харин одоо саатуулж буй нь замаас зайлуулагдах хүртлээ саатуулсаар байх болно, тэгээд тэр ёс бус нь илчлэгдэх болно,” гэх мэт. Тэр эшлэлд хүрмэгц, өө, үнэн ямар тод бөгөөд сүр жавхлантайгаар харагдсан гээч! Тэнд байна! тэр нь л “өдөр тутмын” юм! За тэгвэл, Паулын “одоо саатуулж буй” буюу саад болж буй хэмээсэн нь юуг хэлж байна вэ? “Нүглийн хүн,” “ёс бус” гэдгээр Папизмыг хэлж байна. Тэгвэл Папизм илчлэгдэхэд саад болж байгаа зүйл нь юу вэ? Яагаад гэвэл, тэр нь Бөө мөргөл юм; тэгэхээр “өдөр тутмын” гэдэг нь Бөө мөргөлийг заавал илэрхийлнэ.’” Apollos Hale, The Second Advent Manual, 66.</w:t>
      </w:r>
    </w:p>
    <w:p>
      <w:pPr>
        <w:pStyle w:val="ArticleBody"/>
        <w:jc w:val="left"/>
      </w:pPr>
      <w:r>
        <w:rPr>
          <w:rFonts w:ascii="Times New Roman" w:hAnsi="Times New Roman" w:eastAsia="Times New Roman" w:cs="Times New Roman"/>
        </w:rPr>
        <w:t>Миллерийн судалгааг хүний болон Тэнгэрлэг аль алиных нь зүгээс ивээн удирдсан нь тэмдэглэлд буй. Түүний хуучин анд түүнийг түлхэц өгсөн бөгөөд түүнд төрсөн бодлууд нь Гавриел тэнгэрэлчийн дуу хоолой байсан; түүнийг Хатагтай Уайт “мөр мөрөөр” Миллерт дахин дахин үзэгдсэн тэнгэрэлч мөн хэмээн тодорхойлдог. Тэрээр “долоон үе”-ийг өөрийн анхны нээлт гэж тодорхойлоод, дараа нь 2,300-ыг “долоон үе”-ийн хоёр дахь гэрч хэмээн тодорхойлдог, учир нь хоёулаа 1843 онд төгссөн гэж тэр анхлан итгэж байв. Эдгээр хоёр зөгнөл нь түүний альфа ба омега нээлтүүд бөгөөд Миллертэй холбогдох эш үзүүллэгийн харилцааны хүрээнд, тэд “долоодугаар сарын хөдөлгөөн”-ийг эхлүүлсэн “Шөнө дундын Хашхираа” мэдээгээр Самуел Сноугийн залруулах тэр алдааг илчилж өгдөг. “Шөнө дундын Хашхираа”-ны хөдөлгөөн нь Эксетерийн цуглаанаас гарч явах үедээ “долоодугаар сарын хөдөлгөөн” байсан, учир нь энэ нь 1844 онд 10 дугаар сарын 22-нд тохиосон долоодугаар сарын арав дахь өдөр Эзэн ирнэ гэдгийг зааж байсан юм.</w:t>
      </w:r>
    </w:p>
    <w:p>
      <w:pPr>
        <w:pStyle w:val="ArticleBody"/>
        <w:jc w:val="left"/>
      </w:pPr>
      <w:r>
        <w:rPr>
          <w:rFonts w:ascii="Times New Roman" w:hAnsi="Times New Roman" w:eastAsia="Times New Roman" w:cs="Times New Roman"/>
        </w:rPr>
        <w:t>Хоёр дахь тэнгэрэлчийн хүчирхэгжлийг төрүүлдэг алдаа нь, долоон цаг үе ба 2,300 жил хоёулаа 1843 онд зэрэгцэн төгсөнө гэсэн Миллерийн анхны ойлголтоор төлөөлөгдөнө. Тухайн эшлэлд дараагийн авч үзэж буй сургаал нь, Миллер үзэгдлийг тогтоогч бэлгэдэл нь Ром мөн гэдгийг хэрхэн тодорхойлж мэдсэн тухай юм. Адвентист түүхийн багш нар Уильям Миллерийн эш үзүүллэгийн талаарх бүх ойлголт нь сүйрүүлэн хоосруулагч хоёр хүчийг ялган таньсанд нь суурилж байсныг тэмдэглэдэг. Тэрээр тэрхүү сүйрүүлэн хоосруулагч хоёр хүчийг харь үндэстний Ром ба папын Ром гэж ойлгосон бөгөөд Даниел ном дахь “өдөр тутмын” хэмээх зүйл нь харь үндэстний Ром мөн гэдгийг ойлгоходоо 2 Тесалоник номоос тэр хоёр хүчийг олж харсан. Уайт эгчийн бидэнд мэдээлснээр тэнгэрэлч нараар дахин дахин зочлуулж байсан Миллерийн дэвшүүлсэн эш үзүүллэгийн бүх загвар нь, үзэгдлийг Ром тогтоодог гэсэн түүний ойлголтод суурилж байв. Нэг бүр нь бүгд!</w:t>
      </w:r>
    </w:p>
    <w:p>
      <w:pPr>
        <w:pStyle w:val="ArticleBody"/>
        <w:jc w:val="left"/>
      </w:pPr>
      <w:r>
        <w:rPr>
          <w:rFonts w:ascii="Times New Roman" w:hAnsi="Times New Roman" w:eastAsia="Times New Roman" w:cs="Times New Roman"/>
        </w:rPr>
        <w:t>2023 оны 12 дугаар сарын 31-нээс эхлэн Иуда овгийн Арслан Есүс Христийн Илчлэлийг лацнаас нь тайлж ирсэн. Тэр мөчөөс суурь шалгалт эхэлсэн бөгөөд 2025 оны 5 дугаар сарын 8-нд Америкийн Нэгдсэн Улсаас гарсан анхны пап өөрийн ноёрхлыг эхлүүлэхэд энэ нь төгсгөлдөө хүрсэн. Тэр үед сүмийн шалгалт эхэлсэн.</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үзэж, одоогийн папаар суурь сорилт төгссөн гэсэн бидний тодорхойлолтыг батлан дэмжих гэрч болгон “250” жилийг ашиглах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дөрөв</dc:title>
  <dc:subject>Ариун сүмийн сорилтын түлхүүр болох Урам хугаралт</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