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Арван тав дахь тоо</w:t>
      </w:r>
    </w:p>
    <w:p>
      <w:pPr>
        <w:pStyle w:val="ArticleSubtitle"/>
        <w:jc w:val="left"/>
      </w:pPr>
      <w:r>
        <w:rPr>
          <w:rFonts w:ascii="Arial" w:hAnsi="Arial" w:eastAsia="Arial" w:cs="Arial"/>
        </w:rPr>
        <w:t>“250”-ыг гурван удаа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2026 онд Трамп Америкийн “250” жилийн ойг тэмдэглэх учиртай бөгөөд ингэснээр Рафиагийн тулалдаан ба Паниумын тулалдааны хоорондох түүхэнд МЭӨ 457 оноос Антиох Магнус хүртэлх “250” жилтэй давхцаж байна. “250” жилийн төгсгөлд Антиох Магнус МЭӨ 207 онд зогсож байдаг бөгөөд энэ нь Рафиагийн дараах арван жил, Паниумаас өмнөх долоон жил юм. “250” жилийн гэрчлэл нь мөн харь Ромын “250” жилийн хугацаатай давхцдаг. Учир нь 64 онд Нерон Христэд итгэгчдийг хавчиж эхэлсэн бөгөөд “250” жилийн дараа, 313 оны Миланы зарлигаар, Агуу Константин Христийн шашныг хуульчилж, хавчлагууд төгссөн юм.</w:t>
      </w:r>
    </w:p>
    <w:p>
      <w:pPr>
        <w:pStyle w:val="ArticleBody"/>
        <w:jc w:val="left"/>
      </w:pPr>
      <w:r>
        <w:rPr>
          <w:rFonts w:ascii="Times New Roman" w:hAnsi="Times New Roman" w:eastAsia="Times New Roman" w:cs="Times New Roman"/>
        </w:rPr>
        <w:t>Дональд Трамп Америкийг дахин агуу болгох гэсэн чармайлтаараа танигдсан; энэ нь түүний дагалдагчдын нэршил болох MAGA юм. Зөгнөлд Трампыг Агуу Константин, Агуу Антиохоор хэв шинжлэн үзүүлсэн бөгөөд мэдээж Даниел арваннэгдүгээр бүлгийн эхний хэдэн эшлэлд тэрээр Агуу Кир, Агуу Ксеркс, түүнээс хойш Агуу Александр мөн. МЭӨ 457 онд гарсан Кир, Дари, Артаксерксийн зарлигаас Паниумын түүх хүртэл хоёр зуун тавин жил байна. Тэр “250” жилийн төгсгөл нь Рафиа ба Паниумын хоорондох дунд цэг дээр байдаг бөгөөд 2026 он ч мөн тийм юм. 2026 он бол Трампын хоёр дахь бүрэн эрхийн хугацааны дунд үе мөн. Нерогийн хавчлагын “250” жил нь Христэд итгэгчдийн хавчлагыг төгсгөх зарлигт хүргэдэг. Нерогийн шугам нь Кир, Неро, Трамп нараар төлөөлүүлсэн “250” жилийн гурван шугамын дундах шугам юм.</w:t>
      </w:r>
    </w:p>
    <w:p>
      <w:pPr>
        <w:pStyle w:val="ArticleBody"/>
        <w:jc w:val="left"/>
      </w:pPr>
      <w:r>
        <w:rPr>
          <w:rFonts w:ascii="Times New Roman" w:hAnsi="Times New Roman" w:eastAsia="Times New Roman" w:cs="Times New Roman"/>
        </w:rPr>
        <w:t>Кир анхны зарлигийг гаргасан бөгөөд Артаксеркс гурав дахь зарлигийг гаргасан. Кир бол эхний тэнгэрэлч, харин Артаксеркс гурав дахь нь мөн. Би 457 МЭӨ оныг хамтад нь тодорхойлдог бүх гурван зарлигийн бэлгэдэл болгон Кирийг хэрэглэхээр зорьж байна.</w:t>
      </w:r>
    </w:p>
    <w:p>
      <w:pPr>
        <w:pStyle w:val="ArticleBody"/>
        <w:jc w:val="left"/>
      </w:pPr>
      <w:r>
        <w:rPr>
          <w:rFonts w:ascii="Times New Roman" w:hAnsi="Times New Roman" w:eastAsia="Times New Roman" w:cs="Times New Roman"/>
        </w:rPr>
        <w:t>Кир 457 МЭӨ онд эхэлдэг “250” жилийн шугамыг эхлүүлдэг бөгөөд энэ нь Паниумын түүхэд төгсөнө; тэрхүү түүх нь Дональд Трамп болох Антиох Ихийн түүх юм. Паниум нь Ням гаргийн хуулиас өмнөх эшлэл мөн. Кир нь газрын араатны Бүгд Найрамдах эвэрийг төлөөлөх түүхийн “250” жилийн шугамын эхлэлийг тэмдэглэдэг бөгөөд Кир мөн газрын араатны Протестант эвэрийг төлөөлөх 2,300 жилийн түүхэн шугамын эхлэлийг бас тэмдэглэдэг.</w:t>
      </w:r>
    </w:p>
    <w:p>
      <w:pPr>
        <w:pStyle w:val="ArticleBody"/>
        <w:jc w:val="left"/>
      </w:pPr>
      <w:r>
        <w:rPr>
          <w:rFonts w:ascii="Times New Roman" w:hAnsi="Times New Roman" w:eastAsia="Times New Roman" w:cs="Times New Roman"/>
        </w:rPr>
        <w:t>Нерон нь буулт хийхэд хүргэх хавчлагыг төлөөлсөн түүхэн шугамыг эхлүүлдэг. Бошиглолын хугацааны дунд цэг дээр төгсдөг шугамыг төлөөлдөг Кир ба Америкийн Нэгдсэн Улсаас ялгаатай нь, Нероны шугам нь МЭ 313 онд Миланы зарлигаас эхэлж, дараа нь 321 онд гарсан анхны Ням гаргийн хууль, түүнээс хойш 330 онд Ромыг дорнод ба өрнөд гэж хувааснаар үргэлжилсэн буултын дэвшилтэт үеийг дүрслэн харуулснаар төгсөнө. Константин эдгээр гурван он сар бүр дээр төлөөлөгддөг. Нероны шугамд 313 оноос 330 он хүртэл арван долоон жил байна. Кирийн шугамд, МЭӨ 217 онд болсон Рафиагийн тулалдаанаас МЭӨ 200 онд болсон Паниумын тулалдаан хүртэл мөн арван долоон жил байна.</w:t>
      </w:r>
    </w:p>
    <w:p>
      <w:pPr>
        <w:pStyle w:val="ArticleBody"/>
        <w:jc w:val="left"/>
      </w:pPr>
      <w:r>
        <w:rPr>
          <w:rFonts w:ascii="Times New Roman" w:hAnsi="Times New Roman" w:eastAsia="Times New Roman" w:cs="Times New Roman"/>
        </w:rPr>
        <w:t>Даниелын арван нэгдүгээр бүлэгт Артаксеркс нь гурав дахь зарлиг юм. Гурав дахь зарлиг нь гурав дахь тэнгэрэлч болон Ням гаргийн хуулийг төлөөлдөг. МЭӨ 457 оноос тоологдох “250” жил, мөн 1776 оноос тоологдох “250” жил—эдгээр хоёул арван зургаадугаар эшлэлийн Ням гаргийн хуулиас яг өмнө тохиох түүхийн дунд үед төгсөнө. Арван нэгдүгээр бүлэг нь эцэстээ аравдугаар эшлэлд 1989 оны түүхийг төлөөлсөн эшлэлүүдийг, арван нэгдүгээр эшлэлд 2014 онд эхэлсэн Украины дайны түүхийг төлөөлснийг, дараа нь арван гуравдугаар эшлэлд дүрслэгдсэнээр Трамп 2024 онд хоёр дахь бүрэн эрхийн хугацаандаа эргэн ирэхийг, улмаар арван дөрөвдүгээр эшлэл 2025 оныг заан, сүр жавхлант нутгаас гаралтай анхны пап гадаад үзэгдлийг тогтоож буйг тодорхойлдог.</w:t>
      </w:r>
    </w:p>
    <w:p>
      <w:pPr>
        <w:pStyle w:val="ArticleBody"/>
        <w:jc w:val="left"/>
      </w:pPr>
      <w:r>
        <w:rPr>
          <w:rFonts w:ascii="Times New Roman" w:hAnsi="Times New Roman" w:eastAsia="Times New Roman" w:cs="Times New Roman"/>
        </w:rPr>
        <w:t>Даниел 11:40 нь 1989 онд, Зөвлөлт Холбоот Улсыг Иоанн Павел II ба Рональд Рейганы хоорондын нууц холбоогоор унагасан үед биелсэн юм. Төгсгөлийн үед, 1989 онд байсан тэрхүү нууц холбоо нь 1989 онд эхэлсэн эш үзүүллэгийн хугацааны төгсгөл дэх ил тод холбооны хэв шинж болсон юм. Тэрхүү ил тод холбоо л үзэгдлийг тогтоон баталгаажуулдаг юм.</w:t>
      </w:r>
    </w:p>
    <w:p>
      <w:pPr>
        <w:pStyle w:val="ArticleBody"/>
        <w:jc w:val="left"/>
      </w:pPr>
      <w:r>
        <w:rPr>
          <w:rFonts w:ascii="Times New Roman" w:hAnsi="Times New Roman" w:eastAsia="Times New Roman" w:cs="Times New Roman"/>
        </w:rPr>
        <w:t>2026 он бол 1776 оноос 1798 оны төгсгөлийн цаг хүртэлх хорин хоёр жилээр эхэлсэн эш үзүүллэгийн түүхийн “250” жилийн төгсгөл мөн. Тэрхүү эхэн үеийн түүхэн дэх хорин хоёр жил нь 9/11-ээс 2023 он хүртэлх хорин хоёр жилийн түүхэнд тусгагдсан байдаг. 1798 онд тэр хорин хоёр жилийн эцэст Даниелын номын лац тайлагдсан; дараа нь 9/11-ээс эхэлж 2023 оны 12-р сарын 31-нд төгссөн тэр хорин хоёр жилийн эцэст Иудагийн овгийн Арслан Есүс Христийн Илчлэлийг лацнаас тайлж эхэлсэн.</w:t>
      </w:r>
    </w:p>
    <w:p>
      <w:pPr>
        <w:pStyle w:val="ArticleBody"/>
        <w:jc w:val="left"/>
      </w:pPr>
      <w:r>
        <w:rPr>
          <w:rFonts w:ascii="Times New Roman" w:hAnsi="Times New Roman" w:eastAsia="Times New Roman" w:cs="Times New Roman"/>
        </w:rPr>
        <w:t>1798 онд хорин хоёр жилийн төгсгөлд лац нь тайлагдсан тэрхүү мэдээ нь, 1611 онд Хаан Жеймсийн Библи хэвлэгдсэнээс хойш хоёр зуун хорин жилийн дараа буюу 1831 онд олон нийтийн хүртээл болсон. 1798 оноос 1831 он хүртэл Бурханы эш үзүүллэгийн Үг аажмаар нээгдсээр байв. 1831 он гэхэд энэ нь олон нийтийн талбарт ил болсон бөгөөд тийнхүү эрэгтэй, эмэгтэй хүмүүс 1798 онд лац нь тайлагдсан тэрхүү мэдээний өмнө хариуцлага хүлээх боломжтой болсон юм. Тэгээд 1840 онд Исламын тухай нэгэн эш үзүүлэг биелэхэд Эгч Уайтын нэрлэснээр “өөр нэгэн онцгой үйл явдал” тохиосон юм.</w:t>
      </w:r>
    </w:p>
    <w:p>
      <w:pPr>
        <w:pStyle w:val="ArticleBody"/>
        <w:jc w:val="left"/>
      </w:pPr>
      <w:r>
        <w:rPr>
          <w:rFonts w:ascii="Times New Roman" w:hAnsi="Times New Roman" w:eastAsia="Times New Roman" w:cs="Times New Roman"/>
        </w:rPr>
        <w:t>Хорин хоёр жилийн хугацааны төгсгөлөөс (1798) эхлэн хоёр зуун хорин жилийн хугацааны төгсгөл (1831) хүртэлх хугацаа нь нэгэн мэдээний лац тайлагдах үеийг дүрслэн үзүүлдэг. Энэхүү дүрслэлд уг мэдээ албан ёсоор хэлбэржин тогтсон нэгэн тэмдэглэгээ, түүний дараа хожим дахин тооцоологдсон нэгэн зөгнөлийг заан тодорхойлсон тэмдэглэгээ, улмаар тэрхүү зөгнөл биелсний дараа Бурханы хүчний “гайхамшигт илрэлийн” эхлэлийг заан тодорхойлсон тэмдэглэгээ багтана.</w:t>
      </w:r>
    </w:p>
    <w:p>
      <w:pPr>
        <w:pStyle w:val="ArticleBody"/>
        <w:jc w:val="left"/>
      </w:pPr>
      <w:r>
        <w:rPr>
          <w:rFonts w:ascii="Times New Roman" w:hAnsi="Times New Roman" w:eastAsia="Times New Roman" w:cs="Times New Roman"/>
        </w:rPr>
        <w:t>1989 оны хөдөлгөөний төгсгөл дэх хорин хоёр жилийн хугацаа нь 9/11-ээс 2023 он хүртэл үргэлжилсэн бөгөөд тэр үед эш үзүүллэг дахин лацнаасаа тайлагдсан юм. Тэр эш үзүүллэг нь зайлшгүй өсөн нэмэгдэх мэдлэгийн нэгэн үеийг эхлүүлэх ёстой байсан бөгөөд тэрхүү мэдлэг нь шалгаж, ялган салгах учиртай байв; учир нь дуудуулагдагсад олон боловч сонгогдогсад цөөн. Мэдээ олон нийтийн талбарт тавигдах нэгэн цэг байх ёстой байв. Тэрхүү мэдээ нь эш үзүүллэгийн хувьд дахин тооцоологдсон мэдээний шинж чанарыг агуулж, мөн дахин нэгэн зөгнөлийг багтаах байв. Нийтийн өмнө өгөгдсөн тэрхүү зөгнөл биелэхэд, 1840 оны түүх болон Пентекостын түүхээр төлөөлөгдсөнчлөн, мэдээ хүч чадлаар хангагдах байв.</w:t>
      </w:r>
    </w:p>
    <w:p>
      <w:pPr>
        <w:pStyle w:val="ArticleBody"/>
        <w:jc w:val="left"/>
      </w:pPr>
      <w:r>
        <w:rPr>
          <w:rFonts w:ascii="Times New Roman" w:hAnsi="Times New Roman" w:eastAsia="Times New Roman" w:cs="Times New Roman"/>
        </w:rPr>
        <w:t>Зөвлөлт Холбоот Улс 1989 онд мөхсөнөөр Даниел 11:40-ийн эшлэл лацнаасаа тайлагдсан; мөн 1996 онд Даниел 11-ийн мэдээ олон нийтийн тавцанд тавигдсан. 1996 он нь 1776 оноос хойших хоёр зуун хорин жилийн дараах жил бөгөөд 1776 он нь зөвхөн 1798 онд төгссөн хорин хоёр жилийн үеийг эхлүүлээд зогсохгүй, 2026 онд төгсөх хоёр зуун тавин жилийн үеийг ч мөн эхлүүлсэн юм. Бүгд Найрамдах эвэр 2026 оны улс төрийн завсрын сонгуулиар дунд цэгтээ хүрч, Протестант эвэр 2026 он хүртэл үргэлжилдэг бөгөөд энэ нь 1989 онд төгсгөлийн үед лацнаасаа тайлагдсан мэдээ 1996 онд албан ёсоор хэлбэржсэнээс эхэлсэн гучин жилийн хугацааны төгсгөл юм. Есүс төгсгөлийг үргэлж эхлэлээр дүрслэн үзүүлдэг тул 2026 он бол 1989 онд лацнаасаа тайлагдсан мэдээ 1996 онд албан ёсоор хэлбэржсэнээс хойш гучин жилийн дараа, Шөнийн Дунд Хашхирааны засварлагдсан мэдээ албан ёсоор хэлбэржих жил мөн.</w:t>
      </w:r>
    </w:p>
    <w:p>
      <w:pPr>
        <w:pStyle w:val="ArticleBody"/>
        <w:jc w:val="left"/>
      </w:pPr>
      <w:r>
        <w:rPr>
          <w:rFonts w:ascii="Times New Roman" w:hAnsi="Times New Roman" w:eastAsia="Times New Roman" w:cs="Times New Roman"/>
        </w:rPr>
        <w:t>1776 онд эхэлдэг “250” жилийн шугам нь таныг 2026 он руу, Дональд Трампын бүрэн эрхийн хугацааны дунд үе рүү авчирдаг бөгөөд энэ нь АНУ ба Оросын хоорондын тулалдаан эхлэхийн яг өмнөх үе юм; уг тулалдаан нь илжиг суллагдаж, Ислам 9/11-ний өдөр үйлдсэн шигээ АНУ-д дахин цохилт өгөхөд эхэлнэ.</w:t>
      </w:r>
    </w:p>
    <w:p>
      <w:pPr>
        <w:pStyle w:val="ArticleBody"/>
        <w:jc w:val="left"/>
      </w:pPr>
      <w:r>
        <w:rPr>
          <w:rFonts w:ascii="Times New Roman" w:hAnsi="Times New Roman" w:eastAsia="Times New Roman" w:cs="Times New Roman"/>
        </w:rPr>
        <w:t>Нерогийн “250” жилийн шугам нь түүхэн болон эш үзүүллэгийн хувьд гурван шугамын дундах шугам юм. Энэ нь Нерогийн шугамыг гурав дахь сорилын өмнө ирдэг хоёр дахь сорил болох хоёр дахь тэнгэрэлч мөн болохыг тодорхойлж байна. Тэрхүү хоёр дахь сорил нь араатны дүрийн сорил бөгөөд энэ нь 313 оны Миланы зарлигаар хэв шинжлэгдсэн сүм ба төрийн нэгдлийг аажмаар байгуулж буй явцыг төлөөлдөг; харин тэр нь эргээд 321 онд анхны Ням гаргийн хуулийг бий болгож, дараа нь 330 оны түүхээр төлөөлөгдсөн, Ням гаргийн хуулийг үргэлж дагалддаг үндэсний сүйрэлд хүргэсэн юм.</w:t>
      </w:r>
    </w:p>
    <w:p>
      <w:pPr>
        <w:pStyle w:val="ArticleBody"/>
        <w:jc w:val="left"/>
      </w:pPr>
      <w:r>
        <w:rPr>
          <w:rFonts w:ascii="Times New Roman" w:hAnsi="Times New Roman" w:eastAsia="Times New Roman" w:cs="Times New Roman"/>
        </w:rPr>
        <w:t>313 оны Миланы зарлиг нь арван зургаадугаар эшлэлийн Ням гаргийн хуулинд аажмаар хүргэдэг, АНУ дахь сүм ба төрийн харилцаа тогтоогдохын эхлэлийг зааж байна. Тэр үйл явц 9/11-ээр Патриот актаар эхэлсэн боловч лацдах цагийн төгсгөлийн фракталд Патриот акт болон Миланы зарлиг хоёулаа ойртон ирж буй Ням гаргийн хуулинд хүргэдэг буултын дэвшилтэт үеийг эхлүүлдэг нэгэн үйлдлийн хэв шинж болдог. Энэ нь АНУ-д сүм ба төрийг шууд ойртуулан нэгтгэдэг эш үзүүллэгийн үйлдлүүдийн дарааллын эхнийх бөгөөд эцэстээ Ням гаргийн хуулинд хүргэнэ.</w:t>
      </w:r>
    </w:p>
    <w:p>
      <w:pPr>
        <w:pStyle w:val="ArticleBody"/>
        <w:jc w:val="left"/>
      </w:pPr>
      <w:r>
        <w:rPr>
          <w:rFonts w:ascii="Times New Roman" w:hAnsi="Times New Roman" w:eastAsia="Times New Roman" w:cs="Times New Roman"/>
        </w:rPr>
        <w:t>313 оны Миланы зарлиг нь түүхэн тэмдэглэлдээ яг эдгээр шинжүүдийг агуулдаг. Учир нь энэ нь ганцхан зарлиг байгаагүй, харин Зүүн Ромын захирагч Лициниусаас илгээсэн цуврал захидлууд байсан юм. Тэр үед Зүүн Ром хүчтэйгээр шүтээнлэг хэвээр байсан бол, Константин өөрийн өрнөдийн хаант улсыг Христийн шашинд нээж байлаа. Энэхүү тохиролцоо өөрөө 313 оны хоёрдугаар сард болсон бөгөөд тэр үеийн уулзалтын үеэр Лициниус мөн эвслээ бататгахын тулд Константины эцэг нэгт, эх өөр эгчтэй гэрлэсэн юм. Эзэнт гүрний зүүн хэсэгт нийтлэгдсэн Лициниусын захидлууд нь Христэд итгэгчид болон бусад бүх хүнд шүтэн мөргөх эрх чөлөөг баталгаажуулж, мөн хураагдсан Христийн шашинтнуудын өмчийг буцаан олгохыг хэрэгжүүлсэн юм.</w:t>
      </w:r>
    </w:p>
    <w:p>
      <w:pPr>
        <w:pStyle w:val="ArticleBody"/>
        <w:jc w:val="left"/>
      </w:pPr>
      <w:r>
        <w:rPr>
          <w:rFonts w:ascii="Times New Roman" w:hAnsi="Times New Roman" w:eastAsia="Times New Roman" w:cs="Times New Roman"/>
        </w:rPr>
        <w:t>Миланы зарлиг нь хавчлагын “250” жилийг төгсгөсөн бөгөөд энэ нь дэлхий нийт Трамптай хамт тун удахгүй ирэх Ням гаргийн хуулийн зүг алхах хэрээр, уг зарлигаар илэрхийлэгдсэн бүх эрх чөлөөг Христэд итгэгчдээс аажмаар хураан авах цаг үеийг төлөөлдөг.</w:t>
      </w:r>
    </w:p>
    <w:p>
      <w:pPr>
        <w:pStyle w:val="ArticleScripture"/>
        <w:jc w:val="left"/>
      </w:pPr>
      <w:r>
        <w:rPr>
          <w:rFonts w:ascii="Times New Roman" w:hAnsi="Times New Roman" w:eastAsia="Times New Roman" w:cs="Times New Roman"/>
        </w:rPr>
        <w:t>“Уншигч айсуй тэмцэлд ашиглагдах хүчнүүдийг ойлгохыг хүсвэл, эрт өнгөрсөн үеүүдэд Ром ижил зорилгын төлөө хэрэглэж байсан арга хэрэгслийн түүхэн тэмдэглэлийг мөрдөн үзэхэд л хангалттай. Хэрэв тэр папистууд ба протестантууд нэгдэн өөрсдийн сургаалын тогтолцоог няцаагчдад хэрхэн хандахыг мэдэхийг хүсвэл, Амралтын өдөр болон түүнийг хамгаалагчдын эсрэг Ром ямар сүнсийг илэрхийлж байсныг хараг.”</w:t>
      </w:r>
    </w:p>
    <w:p>
      <w:pPr>
        <w:pStyle w:val="ArticleScripture"/>
        <w:jc w:val="left"/>
      </w:pPr>
      <w:r>
        <w:rPr>
          <w:rFonts w:ascii="Times New Roman" w:hAnsi="Times New Roman" w:eastAsia="Times New Roman" w:cs="Times New Roman"/>
        </w:rPr>
        <w:t>“Хаадын зарлиг, нийтлэг зөвлөлүүд, мөн иргэний эрх мэдлээр дэмжигдсэн сүмийн тогтоолууд нь харь шашны баярыг Христийн ертөнцөд хүндэт байр сууринд хүргэсэн алхмууд байв. Ням гарагийг сахихыг албадан хэрэгжүүлсэн анхны олон нийтийн арга хэмжээ нь Константины баталсан хууль байлаа. (МЭ 321 он) Энэхүү зарлиг нь хотын оршин суугчдыг ‘нарны эрхэмлэгдсэн өдөр’ амрахыг шаардсан боловч, хөдөөгийн хүмүүст хөдөө аж ахуйн ажлаа үргэлжлүүлэхийг зөвшөөрсөн. Энэ нь үнэндээ харь шашны шинжтэй хууль байсан хэдий ч, Константин Христийн шашныг нэр төдий хүлээн авсныхаа дараа эзэн хааны хувиар түүнийг хэрэгжүүлсэн юм.” The Great Controversy, 573, 574.</w:t>
      </w:r>
    </w:p>
    <w:p>
      <w:pPr>
        <w:pStyle w:val="ArticleBody"/>
        <w:jc w:val="left"/>
      </w:pPr>
      <w:r>
        <w:rPr>
          <w:rFonts w:ascii="Times New Roman" w:hAnsi="Times New Roman" w:eastAsia="Times New Roman" w:cs="Times New Roman"/>
        </w:rPr>
        <w:t>“250”-ын аравны нэг болох “25” тоо нь тэрслэл ба хуваагдлыг илэрхийлдэг. Езекиелийн наймдугаар бүлэгт наранд мөргөдөг Лаодикийн Адвентизмын “25” удирдагч нь яг дараагийн бүлэгт тамгалагдагсдаас тусгаарлагдсан байдаг бөгөөд Елена Уайт Езекиелийн есдүгээр бүлгийн тамгалах үйл явцыг Илчлэлийн нэг зуун дөчин дөрвөн мянгын тамгалахтай тодорхойгоор адилтган заасан байдаг. Тэр “25” хүн бол Корах, Датан, Абирамын тэрслэлд нэгдсэн нэрд гарсан “250” хүний ердөө аравны нэг төдий юм. Елена Уайтыг 1888 оны Ерөнхий Чуулганы хуралдаанаас явахыг хориглосон, учир нь Габриел түүнд Миннеаполисын тэрслэлийг тэмдэглэн үлдээхийн тулд үлдэх ёстой гэж хэлсэн бөгөөд энэ нь Корахын тэрслэлийн давталт байсан юм. “250” нь тэрслэл ба салалтын бэлгэ тэмдэг мөн. Матай “25”-д хорон муу ба мэргэн хүмүүсийн тусгаарлалтыг заадаг гурван сургаалт зүйрлэл бий. Бүгд Найрамдах болон Протестант эвэр хоёулаа дөрвөн үеэр дүрслэгдсэн сорилтын хугацаанд захирагддаг бөгөөд гэрээт ард түмэн ч, гэрээт ард түмэн тогтсон үндэстэн ч мөн адил нэгэн ижил хугацаанд шүүгддэг.</w:t>
      </w:r>
    </w:p>
    <w:p>
      <w:pPr>
        <w:pStyle w:val="ArticleBody"/>
        <w:jc w:val="left"/>
      </w:pPr>
      <w:r>
        <w:rPr>
          <w:rFonts w:ascii="Times New Roman" w:hAnsi="Times New Roman" w:eastAsia="Times New Roman" w:cs="Times New Roman"/>
        </w:rPr>
        <w:t>Библийн эш үзүүлгийн зургаа дахь хаант улс болох, мөн Америкийн Нэгдсэн Улсыг илэрхийлдэг газрын араатны “250” жилийн хугацаанд Нерогийн шугам нь зарлигийг тодорхойлдог бөгөөд энэ нь Миланы зарлигаар төлөөлөгдөнө. Тэрхүү зарлиг нь хуулийг зэвсэг болгон ашиглах явц шатлан нэмэгдэхийн эхлэлийг тэмдэглэж, эцэстээ 321 оны Ням гаргийн хуулийн зарлигт хүрч төгсөнө. Үүгээр 330 онд бүх дэлхий зүүн ба баруун хэмээн төлөөлөгдөх хоёр ангид хуваагдан төгсөх нэгэн үе эхэлнэ. 321-ээс 330 он хүртэлх тэр есөн жилийн хугацаа нь мөн 321 оны Ням гаргийн хуулиар эхэлж, 330 онд Михаил босож, сорилтын хугацаа хаагдахад төгсөх Майхан баярын долоон өдөр мөн юм.</w:t>
      </w:r>
    </w:p>
    <w:p>
      <w:pPr>
        <w:pStyle w:val="ArticleBody"/>
        <w:jc w:val="left"/>
      </w:pPr>
      <w:r>
        <w:rPr>
          <w:rFonts w:ascii="Times New Roman" w:hAnsi="Times New Roman" w:eastAsia="Times New Roman" w:cs="Times New Roman"/>
        </w:rPr>
        <w:t>Үзэгдлийг тогтоодог нь Ром мөн гэсэн Миллерчүүдийн суурь ойлголтыг үгүйсгэх нь 2023 оны 12-р сарын 31-нд ирж, 2025 оны 5-р сарын 8-нд алдарт газраас гарсан анхны пап сонгогдох үед дууссан тэрхүү суурь шалгалтад бүдрэх явдал юм. Уильям Миллерт Ромыг үзэгдлийг тогтоодог бэлгэ тэмдэг хэмээн таних боломж олгосон суурь үнэн нь, үгүйсгэгдвэл хүчтэй төөрөгдлийг авчирдаг үнэн мөн. Тэрхүү эхний шалгалтад бүдрэх нь Тесалоник дахь хүчтэй төөрөгдлийг авчирч, ойлгодоггүй мунхгууд “Үнэн”-ийг хайрладаггүйг нотолдог. Гадаад үзэгдлийг тогтоодог бэлгэ тэмдгийг үгүйсгэх нь суурь шалгалтыг үгүйсгэхтэй адил бөгөөд энэ нь гурван шалгалтын эхнийх нь юм. Систер Уайт Христийн үед байсан эхний шалгалтыг Иохан Баптистын мэдээтэй уялдуулдаг. Тэрээр Иоханы мэдээг үгүйсгэсэн хүмүүс Есүсийн сургаалаас ашиг хүртэхгүй бөгөөд Христ хашаанаас Ариун газарт шилжихэд гарсан диспенсацийн өөрчлөлтийг ч харж чадахгүй гэж тодорхойлдог.</w:t>
      </w:r>
    </w:p>
    <w:p>
      <w:pPr>
        <w:pStyle w:val="ArticleBody"/>
        <w:jc w:val="left"/>
      </w:pPr>
      <w:r>
        <w:rPr>
          <w:rFonts w:ascii="Times New Roman" w:hAnsi="Times New Roman" w:eastAsia="Times New Roman" w:cs="Times New Roman"/>
        </w:rPr>
        <w:t>Тэр энэхүү шаталсан сорилтын үйл явцыг Миллерчүүдийн үе үетэй уялдуулан, эхний тэнгэрэлчийн мэдээг эсэргүүцсэн хүмүүс Иоханы мэдээг эсэргүүцсэн иудейчүүдтэй дүйцнэ хэмээн заадаг. Түүхэн шугам бүрд эхний сорилтыг давж чадаагүй хүмүүс дараагийн алхмаас ашиг хүртээгүй бөгөөд Христийн эрин үеийн удирдлагын өөрчлөлтийг харах чадваргүй болгон сохорчээ. 9/11-ийн мэдээг эсэргүүцсэн хүмүүс Христ амьд хүмүүсийг шүүх ажлаа эхэлснийг харж чадаагүй. 2023 оны суурь сорилтыг эс давах хүмүүс дайчин сүмээс ялгуусан сүм рүү шилжих шилжилтийн өөрчлөлтийг харахгүй. Эдгээр суурь сорилтуудын алийг нь ч эсэргүүцэгчид эцэст нь “төгс харанхуй”-д хүрсэн. Үзэгдэл үгүй газар ард түмэн төгс харанхуйд хүрдэг бөгөөд гадаад үзэгдлийн гэрлийг тогтоодог нь Ром мөн. Энэ үнэнийг Даниел арван нэгдүгээр бүлгийн арав, арван нэг, арван тавдугаар эшлэлүүдийн гурван тулалдаанд зогсож буй гурван ерөнхийлөгчтэй холбоотой гурван папын харилцаанаас таньж болно.</w:t>
      </w:r>
    </w:p>
    <w:p>
      <w:pPr>
        <w:pStyle w:val="ArticleBody"/>
        <w:jc w:val="left"/>
      </w:pPr>
      <w:r>
        <w:rPr>
          <w:rFonts w:ascii="Times New Roman" w:hAnsi="Times New Roman" w:eastAsia="Times New Roman" w:cs="Times New Roman"/>
        </w:rPr>
        <w:t>МЭӨ 207 онд, Рафиагийн тулалдаанаас Паниумын тулалдаан хүртэл үргэлжилсэн арван долоон жилийн хугацааны дунд төгссөн Кирусын гаднах “250” жилийн шугам нь, Нерогоор эхэлж 313 онд Миланы зарлигаар төгссөн “250” жилийн шугамтай давхцсан бөгөөд ингэснээр Агуу Константины арван долоон жилийн хугацааг тэмдэглэж байна. Дональд Трамп МЭӨ 207 онд Агуу Антиохын байр сууринд зогсож байгаа нь 2026 он бөгөөд, мөн тэрээр 313 онд Агуу Константины байр сууринд, араатны дүрийн сорилтын цагийн эхэнд зогсож байна. 2026 оны 7-р сарын 4-нд Трамп, Антиох болон Константин байдлаар, Америкийг “агуу” болгож байна. Трамп нь арав, арван нэг, арван тавдугаар эшлэлүүдийн гурван тулалдаантай нийцэх гурван ерөнхийлөгчийн гурав дахь нь юм. Рейган тэдгээр гурвын эхнийх нь байсан бөгөөд Обама дундах нь байв. Тэр гурван ерөнхийлөгч “үнэн”-ий гарын үсгийг агуулдаг бөгөөд Рейган ба Трамп нь зөвхөн эхний ба гурав дахьг төдийгүй, альфа ба омегаг төлөөлдөг.</w:t>
      </w:r>
    </w:p>
    <w:p>
      <w:pPr>
        <w:pStyle w:val="ArticleBody"/>
        <w:jc w:val="left"/>
      </w:pPr>
      <w:r>
        <w:rPr>
          <w:rFonts w:ascii="Times New Roman" w:hAnsi="Times New Roman" w:eastAsia="Times New Roman" w:cs="Times New Roman"/>
        </w:rPr>
        <w:t>Ерөнхийлөгч бүрийн эш үзүүллэгийн шинж чанар нь тэд хаанчлах үедээ тухайн үеийн паптай холбоотон байдагт оршино. Рейган ба Иоанн Павел II нар 1989 онд Даниел арван нэгдүгээр бүлгийн арав болон дөчдүгээр эшлэлүүдийн биелэлтийн дагуу Зөвлөлт Холбоот Улсыг унагахдаа нууцаар нэг шугамд нэгдсэн байв. Рейган ба Трампын дунд байсан, “woke” глобалист ерөнхийлөгч Обама нь “woke” пап Францтай үзэл санааны хувьд нийцэж байв. Трампын пап Леотой байгуулсан холбоо нь хүн бүхэнд ил бөгөөд 2025 онд Трамп ерөнхийлөгчөөр тангараг өргөж, Лео антихристээр өргөмжлөгдсөн. Ерөнхийлөгч ба папын сүнслэг харилцааг Иезавель ба Ваалын эш үзүүлэгчдээр төлөөлүүлдэг. Ерөнхийлөгч ба папын улс төрийн харилцааг Иезавель ба Ахабаар төлөөлүүлдэг. Аль ч төлөөлөлд Иезавель нь тэргүүн нь байдаг.</w:t>
      </w:r>
    </w:p>
    <w:p>
      <w:pPr>
        <w:pStyle w:val="ArticleScripture"/>
        <w:jc w:val="left"/>
      </w:pPr>
      <w:r>
        <w:rPr>
          <w:rFonts w:ascii="Times New Roman" w:hAnsi="Times New Roman" w:eastAsia="Times New Roman" w:cs="Times New Roman"/>
        </w:rPr>
        <w:t>“Бид эцсийн хямралд ойртох тусам, Эзэний хэрэглэдэг хэрэгслүүдийн дунд эв нэгдэл, нэг санаа байх нь амин чухал юм. Дэлхий шуурга, дайн, зөрчил тэмцлээр дүүрэн байна. Гэвч нэгэн тэргүүний дор—папын эрх мэдлийн дор—ард түмэн Бурханыг Түүний гэрчүүдийн дүрээр эсэргүүцэхийн тулд нэгдэх болно. Энэхүү нэгдэл агуу урвагчаар бэхлэгддэг. Тэр үнэнтэй дайтахад өөрийн төлөөлөгчдийг нэгтгэхийг эрмэлзэхийн зэрэгцээ, үнэний өмгөөлөгчдийг хуваан тараахын төлөө ажиллах болно. Хардалт, муу сэрдлэг, муугаар хэлэх явдал нь тэрээр өдөөгдөж, эвдрэл хагарал, санал зөрөлдөөнийг бий болгоход хүргэдэг.” Testimonies, volume 7, 182.</w:t>
      </w:r>
    </w:p>
    <w:p>
      <w:pPr>
        <w:pStyle w:val="ArticleScripture"/>
        <w:jc w:val="left"/>
      </w:pPr>
      <w:r>
        <w:rPr>
          <w:rFonts w:ascii="Times New Roman" w:hAnsi="Times New Roman" w:eastAsia="Times New Roman" w:cs="Times New Roman"/>
        </w:rPr>
        <w:t>“Нүгэл хилэнц давамгайлсан энэ цаг үед, ‘Эзэн ийнхүү айлдаж байна’ хэмээх үгийг няцаасан протестант сүмүүд гайхмаар байдалд хүрнэ. Тэд ертөнцөд хөрвөнө. Бурханаас салсныхаа улмаас тэд худал хуурмагийг болон Бурханаас урвах явдлыг улсын хууль болгохыг эрэлхийлэх болно. Тэд энэ газрын захирагчдад нөлөөлөн, Бурханы сүмд сууж, өөрийгөө Бурхан мөн хэмээн харуулдаг нүглийн хүний алдсан ноёрхлыг сэргээх хууль гаргуулахын төлөө ажиллана. Ромын Католик зарчмууд улсаар хамгаалагдах болно. Бурханы хуулийг амьдралынхаа жишиг болгоогүй хүмүүс Библийн үнэний эсэргүүцлийг цаашид тэвчихгүй.” Review and Herald, December 21, 1897.</w:t>
      </w:r>
    </w:p>
    <w:p>
      <w:pPr>
        <w:pStyle w:val="ArticleBody"/>
        <w:jc w:val="left"/>
      </w:pPr>
      <w:r>
        <w:rPr>
          <w:rFonts w:ascii="Times New Roman" w:hAnsi="Times New Roman" w:eastAsia="Times New Roman" w:cs="Times New Roman"/>
        </w:rPr>
        <w:t>Баалын хуурамч эш үзүүлэгчид Иезебелийн ширээнээс хооллодог байв. Иезебель хатан байсан бөгөөд эш үзүүлэгчид нь түүний эш үзүүлэгчид байлаа. Даниелын арван нэгдүгээр бүлгийн дөчин дэх эшлэлд Рейганыг цэргийн хүчний бэлгэдэл болсон “тэрэгнүүд” ба “морьтонгууд”-аар, мөн эдийн засгийн чадлын бэлгэдэл болсон “хөлөг онгоцнуудаар” төлөөлүүлсэн байдаг. Гэвч уг эшлэлд хойд зүгийн “хаан” нь папын засаглал өөрөө юм. Эш үзүүллэгийн утгаар Рейган Иезебелийн эрхшээл дор байв. Тэр үед пап Иохан Павел II бусад ямар ч папаас илүүгээр дэлхийгээр аялж байсан тул дэлхий араатныг гайхан дагаж байлаа. Нэрд гарсан йезуит зохиолч Малахи Мартин пап Иохан Павел II-ийн тухай өөрийн Keys of This Blood номдоо бичсэн байдаг. Тус номын илэрхийлсэн үндсэн санаа нь Иохан Павел II ба Рейганы үеэр дэлхий ертөнцийн ноёрхлын төлөө папын засаглал, Америкийн Нэгдсэн Улс, Зөвлөлт Холбоот Улсын хооронд гурван талт тэмцэл өрнөж байсан явдал байв. Мартин тэр тэмцэлд папын засаглал давамгайлна хэмээн таамагласан. Рейган ба антихристын хоорондын нууц холбоо нь Даниелын арван нэгдүгээр бүлгийн дөчин дэх эшлэлээс цааш дүрслэгдсэнчлэн, папын засаглалын үхлийн шархыг эдгээх хөдөлгөөнүүд эхэлснийг зарлан тунхагласан юм. Мартины ном папын засаглалын Протестант Америкийг эзэмдэх гэсэн олон жилийн зорилгыг дахин илэрхийлсэн. Пап нь Библийн эш үзүүллэгийн антихрист мөн гэдэг баримтад Рейган нүдээ анихад бэлэн байсан нь, өөрийнх нь гэрчлэлийн дагуу, Зөвлөлт Холбоот Улсыг Библийн эш үзүүллэгийн антихрист хэмээн эндүүрэн хэрэглэснээс үүдэлтэй байв.</w:t>
      </w:r>
    </w:p>
    <w:p>
      <w:pPr>
        <w:pStyle w:val="ArticleScripture"/>
        <w:jc w:val="left"/>
      </w:pPr>
      <w:r>
        <w:rPr>
          <w:rFonts w:ascii="Times New Roman" w:hAnsi="Times New Roman" w:eastAsia="Times New Roman" w:cs="Times New Roman"/>
        </w:rPr>
        <w:t>“Үгийн талаарх ойлголтдоо будилан төөрөлдсөн, антихристийн утга учрыг олж харахгүй байгаа хүмүүс гарцаагүй өөрсдийгөө антихристийн талд тавих болно.” Kress Collection, 105.</w:t>
      </w:r>
    </w:p>
    <w:p>
      <w:pPr>
        <w:pStyle w:val="ArticleBody"/>
        <w:jc w:val="left"/>
      </w:pPr>
      <w:r>
        <w:rPr>
          <w:rFonts w:ascii="Times New Roman" w:hAnsi="Times New Roman" w:eastAsia="Times New Roman" w:cs="Times New Roman"/>
        </w:rPr>
        <w:t>Рейган нь Даниел арван нэгдүгээр бүлгийн эхний эшлэлүүдэд тодорхойлогдсон найман ерөнхийлөгчийн эхнийх нь байсан бөгөөд тэрээр мөн тэдгээр найман ерөнхийлөгчийн дотроос антихристтэй эш үзүүллэгийн холбоотой гурвын эхнийх нь юм. Рейган, Обама, Трамп нарын гурван холбооны бэлгэдэл дотор үнэний тамгыг ялган харж болно. Эхнийх болох Рейган нь сүүлчийнхийг төлөөлдөг бөгөөд Рейган ба Трампын хоорондох олон янзын адилтгалууд гайхамшигтай бөгөөд элбэг арвин юм. Еврей хэлний “үнэн” хэмээх үгийг тогтоон бататгадаг гурван алхмын дундах замын тэмдэг нь тэрслэл бөгөөд Обамагийн ерөнхийлөгчийн алба нь үүний сонгодог жишээ мөн. 2025 оны 5 дугаар сарын 8-нд анх удаа АНУ-аас гаралтай нэгэн пап суудалд заларч, Рейганы нууц холбоо Трампын ил холбоонд хүрсэн байв. 2025 онд папын засаглал 1798 оноос хойш өөрийн тэмцлийн жинхэнэ бай байсаар ирсэн АНУ хэмээх сүр жавхлант газраас гаралтай нэгэн папыг ил тод өргөмжлөн суулгав. Малахай Мартины зөгнөл биелэхэд үлдсэн зүйл нь луу, араатан, хуурамч эш үзүүлэгчийн гуравласан холбоо хэрэгжих Ням гаргийн хууль байлаа.</w:t>
      </w:r>
    </w:p>
    <w:p>
      <w:pPr>
        <w:pStyle w:val="ArticleScripture"/>
        <w:jc w:val="left"/>
      </w:pPr>
      <w:r>
        <w:rPr>
          <w:rFonts w:ascii="Times New Roman" w:hAnsi="Times New Roman" w:eastAsia="Times New Roman" w:cs="Times New Roman"/>
        </w:rPr>
        <w:t>“Бурханы хуулийг зөрчин Папын ёсыг тогтоох зарлиг хэрэгжихэд, манай үндэстэн өөрийгөө зөвт байдлаас бүрмөсөн таслан салгах болно. Протестантизм ангалын цаана гар сунган Ромын эрх мэдлийн гарыг атгах үед, тэрээр ёроолгүй гүн дээгүүр сунан Спиритизмтэй гар барих үед, энэхүү гурвалсан нэгдлийн нөлөөн дор манай улс Протестант бөгөөд бүгд найрамдах засаглалынхаа хувьд Үндсэн хуулийнхаа зарчим бүрийг няцааж, папын худал сургаал ба мэхлэлүүдийг түгээн дэлгэрүүлэхэд нөхцөл бүрдүүлэх үед, тэгвэл Сатаны гайхамшигт үйл ажиллагааны цаг ирсэн бөгөөд төгсгөл ойрхон байгааг бид мэдэж болно.” Testimonies, volume 5, 451.</w:t>
      </w:r>
    </w:p>
    <w:p>
      <w:pPr>
        <w:pStyle w:val="ArticleBody"/>
        <w:jc w:val="left"/>
      </w:pPr>
      <w:r>
        <w:rPr>
          <w:rFonts w:ascii="Times New Roman" w:hAnsi="Times New Roman" w:eastAsia="Times New Roman" w:cs="Times New Roman"/>
        </w:rPr>
        <w:t>2026 оны 7 дугаар сарын 4-нд Трамп өөрийн ерөнхийлөгчийн бүрэн эрхийн хугацааны дунд цэг дээр зогсож байхдаа тэрхүү “250” жилийг тэмдэглэхээр зорьж байна. Тэрхүү дунд цэг нь Рафиагийн тулалдаан ба Паниумын тулалдааны хоорондох МЭӨ 207 он юм. Мөн тэр арван долоон жилийн дунд цэг нь 313 оныг төлөөлдөг Нерогийн арван долоон жилийн эхлэлийг, түүнчлэн 321 оны Ням гаргийн хуулинд болон арван зургаадугаар эшлэлд хүргэдэг араатны дүр болох сүм ба төрийн байгууллын шаталсан тогтоолыг бас тодорхойлдог. Тэрхүү үе 313 онд дорно ба өрнийн гэрлэлтээр эхэлдэг бөгөөд энэ нь өрнийн Константины дагавар охин болон дорнын Лициниус нараар төлөөлөгдөнө. Дорно ба өрнийн гэрлэлтийн холбоогоор эхэлдэг тэр үе дорно ба өрнийн тусгаарлалт буюу салалтаар төгсөнө. Дунд үеийн тэмдэг нь анхны Ням гаргийн хууль мөн.</w:t>
      </w:r>
    </w:p>
    <w:p>
      <w:pPr>
        <w:pStyle w:val="ArticleBody"/>
        <w:jc w:val="left"/>
      </w:pPr>
      <w:r>
        <w:rPr>
          <w:rFonts w:ascii="Times New Roman" w:hAnsi="Times New Roman" w:eastAsia="Times New Roman" w:cs="Times New Roman"/>
        </w:rPr>
        <w:t>Рейган, Обама, Трамп нар эш үзүүллэгийн хувьд Илчлэлт арван дөрөвт гурван тэнгэрэлчээр дүрслэгдсэн мөнхийн сайн мэдээний гурван алхмаар удирдуулагддаг. Хоёр дахь алхам болох Обамагийн ерөнхийлөгчлөлийн үед хоёр пап байсан. Сэрсэн үзлийн пап Францис нь 1981 оны арван нэгдүгээр сарын 25-наас 2005 оны дөрөвдүгээр сарын 19-нд папаар сонгогдох хүртлээ Итгэлийн Сургаалын Чуулганы (CDF) тэргүүнээр үйлчилсэн Иосеф Ратцингерийг (хожим Пап Бенедикт XVI) залгамжилсан. Ратцингер тэтгэвэрт гарч, Францис өөрийн ноёрхлыг эхлүүлсэн бөгөөд ингэснээр Обамагийн ноёрхлын үед папуудын давхардал бий болсон.</w:t>
      </w:r>
    </w:p>
    <w:p>
      <w:pPr>
        <w:pStyle w:val="ArticleBody"/>
        <w:jc w:val="left"/>
      </w:pPr>
      <w:r>
        <w:rPr>
          <w:rFonts w:ascii="Times New Roman" w:hAnsi="Times New Roman" w:eastAsia="Times New Roman" w:cs="Times New Roman"/>
        </w:rPr>
        <w:t>Обамаг нэгэн зэрэг гетеросексуал ч, гомосексуал ч хэмээн буруутгадаг бөгөөд тэрээр мусульман байхын зэрэгцээ урвасан Протестант Америкийн хуурамч эш үзүүлэгчийн бэлгэдэл мөн; мөн ислам нь хуурамч эш үзүүлэгч Мохаммедын шашин билээ. Обама нь алдар суут газрын улс төрийн тогтолцооны төлөөлөгч байсан—Илчлэл арван зургаагийн хуурамч эш үзүүлэгч—гэвч түүний бодит улс төрийн талын элэг нэгтгэл нь даяарчлагчидтай—луу—нийцэж байв. Обама эш үзүүллэгийн утгаараа хоёр хуурамч шашин, хоёр бэлгийн чиг баримжаа, хоёр улс төрийн тогтолцоог төлөөлсөн шизофрен шинжтэй бөгөөд түүний ноёрхлын үед хоёр антихрист байв. Бэлгийн чиг баримжаа, улс төрийн байр суурь, эсвэл шашны үнэмшлийн аль нь ч байсан, Обама энэ бүх салбарт шүүгээн дотор үлдэхэд үнэнч байв. Америкийн иргэдийг өөрсдийнх нь эсрэг хуваан талцуулах оролдлогынхоо улмаас заримд нь “Хуваагч Обама” хэмээн танигдсан нь түүний халхлагдсан хувийн, улс төрийн, шашны үнэмшлүүдэд мөн тусгагддаг.</w:t>
      </w:r>
    </w:p>
    <w:p>
      <w:pPr>
        <w:pStyle w:val="ArticleBody"/>
        <w:jc w:val="left"/>
      </w:pPr>
      <w:r>
        <w:rPr>
          <w:rFonts w:ascii="Times New Roman" w:hAnsi="Times New Roman" w:eastAsia="Times New Roman" w:cs="Times New Roman"/>
        </w:rPr>
        <w:t>Обамагийн хаанчлалын үеийн анхны антихрист нь пап болохоосоо өмнө Итгэлийн Сургаалын Хурлыг хорин дөрвөн жилийн турш удирдаж байсан. Итгэлийн Сургаалын Хурал гэдэг нь анхлан Инквизицийн Алба хэмээн нэрлэгдэж байсан байгууллагын орчин үеийн нэр мөн. Обамагийн үеийн тэрслэлт нь Еврей хэлний цагаан толгойн эхний үсэг (Рейган), арван гурав дахь үсэг (Обама), мөн Трампыг хорин хоёр дахь үсэг болгон багтаасан “үнэн” хэмээх Еврей үг дэх “13” гэсэн тоотой тохирч байна. Инквизици нь гарцаагүй тэрслэлтийн бэлгэдэл мөн. Пап Бенедикт 2013 онд, Исламын хуурамч эш үзүүлэгчид болон урвагч Протестантизмын бэлгэдлийн шизофреник хаанчлалын үед, сэнтийгээ Францисад шилжүүлэн өгчээ.</w:t>
      </w:r>
    </w:p>
    <w:p>
      <w:pPr>
        <w:pStyle w:val="ArticleBody"/>
        <w:jc w:val="left"/>
      </w:pPr>
      <w:r>
        <w:rPr>
          <w:rFonts w:ascii="Times New Roman" w:hAnsi="Times New Roman" w:eastAsia="Times New Roman" w:cs="Times New Roman"/>
        </w:rPr>
        <w:t>Мөнхийн сайн мэдээний хоёр дахь алхам нь харааны шалгалт бөгөөд Обама болон хоёр папын харилцаанаас харж болох зүйл нь Инквизицийн Албаар төлөөлөгдсөн хавчлага, мөн “сэрсэн” папаар төлөөлөгдөх эх дэлхийг шүтэх явдалд глобалистуудын улайран татагдах хандлагын хоорондын холбоо юм. Обамагийн лалын шашинт итгэл нь Исламын улмаас бий болсон үндэстнүүдийн уур хилэнг, мөн Протестант гэх нэрээр төлөөлөгдөх хариуцлагыг биелүүлэхэд тэрслэгч Протестантизмын бүтэлгүйтлийг илэрхийлдэг. Протестант хүн Ромыг эсэргүүцэх ёстой, харин хэзээ ч Ромд сөхрөх ёсгүй.</w:t>
      </w:r>
    </w:p>
    <w:p>
      <w:pPr>
        <w:pStyle w:val="ArticleBody"/>
        <w:jc w:val="left"/>
      </w:pPr>
      <w:r>
        <w:rPr>
          <w:rFonts w:ascii="Times New Roman" w:hAnsi="Times New Roman" w:eastAsia="Times New Roman" w:cs="Times New Roman"/>
        </w:rPr>
        <w:t>Гурван папын эхнийх нь өөрийгөө Фатимагийн католик удирдах зөгнөлийн “сайн пап” мөн гэж итгэдгээ дэлхий дахинд зарлан тунхаглаж байна. Иоанн Павел II өөрийгөө Фатимагийн “сайн пап” мөн гэж үзэж байсан бөгөөд папын засаглал, Америкийн Нэгдсэн Улс, даяарчлагчдын хоорондох гурван талт тэмцэл эцэслэх үед тэрээр бүх дэлхийг төмөр таягаар эцэст нь захирах болно гэж итгэж байв.</w:t>
      </w:r>
    </w:p>
    <w:p>
      <w:pPr>
        <w:pStyle w:val="ArticleBody"/>
        <w:jc w:val="left"/>
      </w:pPr>
      <w:r>
        <w:rPr>
          <w:rFonts w:ascii="Times New Roman" w:hAnsi="Times New Roman" w:eastAsia="Times New Roman" w:cs="Times New Roman"/>
        </w:rPr>
        <w:t>Дараагийн ерөнхийлөгчийн засаглал нь луугийн даяаршигчдын үүргийг, Исламын үндэстнүүдийг хилэгнүүлж буйг, тэрслүү Протестантизмын Протестант байж чадаагүйг тунхаглаж байна. 2025 онд тангараг өргөн албан ёсоор эхэлсэн Трампын ерөнхийлөгчийн засаглал нь 2025 оны антихристтэй ил тод нийцэж байна. Ром болон Америкийн Нэгдсэн Улсын эдгээр гурван холбооны гэрэл нь Рафийн тулалдааны төгсгөл болон Паниумын тулалдааны эхлэлийн түүхэнд лац нь тайлагдан илчлэгддэг. Арван долоон жилийн эхэнд Лициниус ба Константины хаант улсуудын гэрлэлт нь 2025 оны холбоог төлөөлдөг.</w:t>
      </w:r>
    </w:p>
    <w:p>
      <w:pPr>
        <w:pStyle w:val="ArticleBody"/>
        <w:jc w:val="left"/>
      </w:pPr>
      <w:r>
        <w:rPr>
          <w:rFonts w:ascii="Times New Roman" w:hAnsi="Times New Roman" w:eastAsia="Times New Roman" w:cs="Times New Roman"/>
        </w:rPr>
        <w:t>2025 оны эвсэл нь арван охины тухай сургаалт зүйрлэлийн хуурамч хувилбар мөн. Эхлээд гэрлэлт байгуулагдаж, дараа нь эцэстээ гэрлэлтийн хоёр дахь шат руу хүргэдэг мөрдөн шалгалтын үе тохиодог; тэр үед гэрлэлт бүрэн биелж, хаалга хаагдана. Арван охины тухай сургаалт зүйрлэлийн энэ хуурамч хувилбар 2025 онд эхэлсэн бөгөөд Даниел арван нэгэн бүлгийн арван зургаа болон дөчин нэг дэх эшлэлийн удахгүй ирэх Ням гаргийн хуулиар бүрэн биелнэ. Энэхүү хуурамч гэрлэлтэд эцэг нь Сатан, хүргэн нь папын ёс, сүйт бүсгүй нь урвагч протестант Америк мөн. Даниел арван нэгэн бүлгийн арван дөрөвдүгээр эшлэлд, Даниелын ард түмнийг дээрэмдэгчид нь үзэгдлийг тогтоогч Ром юм. Ромыг үзэгдлийг тогтоодог бэлгэдэл хэмээн Вильям Миллер тодорхойлсныг няцаах нь эхний тэнгэрэлчийн мэдээ болон Иохан Баптистын мэдээг няцаахтай дүйцнэ. Одоогийн антихрист 2025 онд албан тушаалд орохдоо найман ерөнхийлөгчийн үзэгдлийг тогтоож, арван дөрөвдүгээр эшлэлийг биелүүлсэн.</w:t>
      </w:r>
    </w:p>
    <w:p>
      <w:pPr>
        <w:pStyle w:val="ArticleBody"/>
        <w:jc w:val="left"/>
      </w:pPr>
      <w:r>
        <w:rPr>
          <w:rFonts w:ascii="Times New Roman" w:hAnsi="Times New Roman" w:eastAsia="Times New Roman" w:cs="Times New Roman"/>
        </w:rPr>
        <w:t>Бид одоо сүмийн сорилтод байна; энэ нь лакмусын болон гурав дахь сорилтын өмнө явагддаг хоёр дахь сорилт юм.</w:t>
      </w:r>
    </w:p>
    <w:p>
      <w:pPr>
        <w:pStyle w:val="ArticleBody"/>
        <w:jc w:val="left"/>
      </w:pPr>
      <w:r>
        <w:rPr>
          <w:rFonts w:ascii="Times New Roman" w:hAnsi="Times New Roman" w:eastAsia="Times New Roman" w:cs="Times New Roman"/>
        </w:rPr>
        <w:t>Бид эдгээр асуудлыг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Арван тав дахь тоо</dc:title>
  <dc:subject>“250”-ыг гурван удаа</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