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зургаа</w:t>
      </w:r>
    </w:p>
    <w:p>
      <w:pPr>
        <w:pStyle w:val="ArticleSubtitle"/>
        <w:jc w:val="left"/>
      </w:pPr>
      <w:r>
        <w:rPr>
          <w:rFonts w:ascii="Arial" w:hAnsi="Arial" w:eastAsia="Arial" w:cs="Arial"/>
        </w:rPr>
        <w:t>Төгсгөлийн цаг үе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Даниелын арван нэгдүгээр бүлэг нь Библийн эш үзүүллэгийн зургаа дахь хаант улсын эцсийн ерөнхийлөгчөөр Дональд Трампыг танилцуулснаар эхэлдэг. Кирийн гурав дахь жилд, өөрөөр хэлбэл үзэгдэл аравдугаар бүлэгт эхэлсэн тэр цаг хугацаа, арван нэгдүгээр бүлгийн нэгдүгээр эшлэлд буй “мөн” гэсэн үгээр нөхөгдөнө.</w:t>
      </w:r>
    </w:p>
    <w:p>
      <w:pPr>
        <w:pStyle w:val="ArticleScripture"/>
        <w:jc w:val="left"/>
      </w:pPr>
      <w:r>
        <w:rPr>
          <w:rFonts w:ascii="Times New Roman" w:hAnsi="Times New Roman" w:eastAsia="Times New Roman" w:cs="Times New Roman"/>
        </w:rPr>
        <w:t>Мөн би, мид хүн Дариусын хаанчлалын эхний жилд, түүнийг бататгаж, хүчирхэгжүүлэхийн тулд зогссон. Даниел 11:1.</w:t>
      </w:r>
    </w:p>
    <w:p>
      <w:pPr>
        <w:pStyle w:val="ArticleBody"/>
        <w:jc w:val="left"/>
      </w:pPr>
      <w:r>
        <w:rPr>
          <w:rFonts w:ascii="Times New Roman" w:hAnsi="Times New Roman" w:eastAsia="Times New Roman" w:cs="Times New Roman"/>
        </w:rPr>
        <w:t>Габриел арван нэгдүгээр бүлгийн өгүүллээ эхлэхдээ Дариус руу болгоомжтойгоор эргэн хандаж, түүнийг Кирустай холбон үзүүлдэг. Аравдугаар бүлгээс эхэлсэн үзэгдэл нь арван хоёрдугаар бүлгийн эцсийн ишлэл хүртэл нэгэн бүхэл үзэгдэл болон үргэлжилдэг бөгөөд энэ нь Кирусын хаанчлалын гурав дахь жилд эхэлдэг.</w:t>
      </w:r>
    </w:p>
    <w:p>
      <w:pPr>
        <w:pStyle w:val="ArticleScripture"/>
        <w:jc w:val="left"/>
      </w:pPr>
      <w:r>
        <w:rPr>
          <w:rFonts w:ascii="Times New Roman" w:hAnsi="Times New Roman" w:eastAsia="Times New Roman" w:cs="Times New Roman"/>
        </w:rPr>
        <w:t>Персийн хаан Кирийн гурав дахь жилд Белтешазар хэмээн нэрлэгддэг Даниелд нэгэн зүйл илчлэгдэв; тэр зүйл үнэн байсан боловч тогтоогдсон хугацаа нь урт байв. Тэрээр уг зүйлийг ойлгож, үзэгдлийг ухааран мэдэв. Даниел 10:1.</w:t>
      </w:r>
    </w:p>
    <w:p>
      <w:pPr>
        <w:pStyle w:val="ArticleBody"/>
        <w:jc w:val="left"/>
      </w:pPr>
      <w:r>
        <w:rPr>
          <w:rFonts w:ascii="Times New Roman" w:hAnsi="Times New Roman" w:eastAsia="Times New Roman" w:cs="Times New Roman"/>
        </w:rPr>
        <w:t>Дариус нь Кирусын хамт Мид ба Персүүдийн хоёрлог үндэстний бэлгэ тэмдгийг бүрдүүлдэг бөгөөд энэ нь Америкийн Нэгдсэн Улс дахь Бүгд Найрамдах үзэл ба Протестантизмын хоёрлог хүчийг төлөөлдөг; иймээс төгсгөлийн цаг үеийн хоёрлог бэлгэ тэмдгийг төлөөлдөг. Эртний Израилийн эхэн үед Аароны болон Мосегийн төрөлт нь Абрахамын дөрвөн зуун жилийн эш үзүүллийн төгсгөлийн цаг үеийг тэмдэглэсэн; үүнчлэн, эртний Израилийн төгсгөлд Баптисч Иохан болон Христийн төрөлт нь төгсгөлийн цаг үеийн хоёр замын тэмдгийг төлөөлсөн. Есүс төгсгөлийг үргэлж эхлэлээр дүрслэн үзүүлдэг.</w:t>
      </w:r>
    </w:p>
    <w:p>
      <w:pPr>
        <w:pStyle w:val="ArticleBody"/>
        <w:jc w:val="left"/>
      </w:pPr>
      <w:r>
        <w:rPr>
          <w:rFonts w:ascii="Times New Roman" w:hAnsi="Times New Roman" w:eastAsia="Times New Roman" w:cs="Times New Roman"/>
        </w:rPr>
        <w:t>Дариус ба Кирус хамтдаа Вавилоны далан жилийн олзлол төгссөн, төгсгөлийн цаг хэмээн дүрслэгдсэн тэмдэглэлийг төлөөлдөг.</w:t>
      </w:r>
    </w:p>
    <w:p>
      <w:pPr>
        <w:pStyle w:val="ArticleScripture"/>
        <w:jc w:val="left"/>
      </w:pPr>
      <w:r>
        <w:rPr>
          <w:rFonts w:ascii="Times New Roman" w:hAnsi="Times New Roman" w:eastAsia="Times New Roman" w:cs="Times New Roman"/>
        </w:rPr>
        <w:t>“Энэхүү өршөөлгүй хавчлагын урт хугацааны туршид газар дээрх Бурханы сүм ч мөн цөллөгийн үед Вавилонд олзлогдон байсан Израилийн хөвгүүдийн адил үнэхээр олзлогдсон байв.” Prophets and Kings, 714.</w:t>
      </w:r>
    </w:p>
    <w:p>
      <w:pPr>
        <w:pStyle w:val="ArticleBody"/>
        <w:jc w:val="left"/>
      </w:pPr>
      <w:r>
        <w:rPr>
          <w:rFonts w:ascii="Times New Roman" w:hAnsi="Times New Roman" w:eastAsia="Times New Roman" w:cs="Times New Roman"/>
        </w:rPr>
        <w:t>Дариус ба Кирус нь 1798, 1799 онуудын дүр төрх бөгөөд, сүнслэг Израилийн сүнслэг Вавилон дахь зэрэгцээ олзлогдол төгссөн төгсгөлийн цагийг төлөөлдөг. 1798 он нь Ромын янхан унан явсан араатнаар дүрслэгдсэн папын засаглалын улс төрийн тогтолцооны төгсгөлийг тодорхойлсон.</w:t>
      </w:r>
    </w:p>
    <w:p>
      <w:pPr>
        <w:pStyle w:val="ArticleScripture"/>
        <w:jc w:val="left"/>
      </w:pPr>
      <w:r>
        <w:rPr>
          <w:rFonts w:ascii="Times New Roman" w:hAnsi="Times New Roman" w:eastAsia="Times New Roman" w:cs="Times New Roman"/>
        </w:rPr>
        <w:t>Тэгээд тэр намайг Сүнс дотор цөл рүү аваачив. Би улаан хүрэн өнгөтэй, доромжлолын нэрсээр дүүрэн, долоон толгой, арван эвэр бүхий араатны дээр суусан нэгэн эмэгтэйг харлаа. Илчлэлт 17:3.</w:t>
      </w:r>
    </w:p>
    <w:p>
      <w:pPr>
        <w:pStyle w:val="ArticleBody"/>
        <w:jc w:val="left"/>
      </w:pPr>
      <w:r>
        <w:rPr>
          <w:rFonts w:ascii="Times New Roman" w:hAnsi="Times New Roman" w:eastAsia="Times New Roman" w:cs="Times New Roman"/>
        </w:rPr>
        <w:t>Наполеон 1798 онд араатны амийг эцэслэсэн бөгөөд 1799 онд араатны дээр мордон явсан эм цөллөгт нас баржээ. 1989 онд Рональд Рейган болон ахмад Жорж Буш хоёул ерөнхийлөгчид байсан нь 1989 оны төгсгөлийн цагийг тэмдэглэжээ. Дариус ба Кир нар Рейган болон ахмад Бушийг төлөөлдөг. Хоёрдугаар эшлэлд ийн өгүүлжээ:</w:t>
      </w:r>
    </w:p>
    <w:p>
      <w:pPr>
        <w:pStyle w:val="ArticleScripture"/>
        <w:jc w:val="left"/>
      </w:pPr>
      <w:r>
        <w:rPr>
          <w:rFonts w:ascii="Times New Roman" w:hAnsi="Times New Roman" w:eastAsia="Times New Roman" w:cs="Times New Roman"/>
        </w:rPr>
        <w:t>Одоо би чамд үнэнийг үзүүлье. Харагтун, Персэд дахин гурван хаан босох бөгөөд дөрөв дэх нь тэд бүгдээс хавьгүй баян байх болно; тэрээр эд баялгаасаа үүдсэн хүчээрээ Грекийн хаанчлалын эсрэг бүгдийг хөдөлгөнө. Даниел 11:2.</w:t>
      </w:r>
    </w:p>
    <w:p>
      <w:pPr>
        <w:pStyle w:val="ArticleHeading"/>
        <w:jc w:val="left"/>
      </w:pPr>
      <w:r>
        <w:rPr>
          <w:rFonts w:ascii="Arial" w:hAnsi="Arial" w:eastAsia="Arial" w:cs="Arial"/>
        </w:rPr>
        <w:t>Сэргэлт</w:t>
      </w:r>
    </w:p>
    <w:p>
      <w:pPr>
        <w:pStyle w:val="ArticleBody"/>
        <w:jc w:val="left"/>
      </w:pPr>
      <w:r>
        <w:rPr>
          <w:rFonts w:ascii="Times New Roman" w:hAnsi="Times New Roman" w:eastAsia="Times New Roman" w:cs="Times New Roman"/>
        </w:rPr>
        <w:t>Дариус нь Рейган байсан, Кирус нь ахмад Буш байсан бөгөөд Кирусын дараа гарч ирсэн гурав нь Клинтон, дүү Буш, Хуваагч Обама байв. Харин дөрөв дэх бөгөөд “үлэмж баян” ерөнхийлөгч, Грекийн даяаршигчдыг хөдөлгөсөн нь Трамп байсан. “Хөдөлгөх” гэдэг үг нь сэрээх гэсэн утгатай. Трамп 2015 онд нэр дэвшихээ зарлахад, Иоелын “харь үндэстнүүд” хэмээн тодорхойлсон даяаршигчид сэрсэн.</w:t>
      </w:r>
    </w:p>
    <w:p>
      <w:pPr>
        <w:pStyle w:val="ArticleScripture"/>
        <w:jc w:val="left"/>
      </w:pPr>
      <w:r>
        <w:rPr>
          <w:rFonts w:ascii="Times New Roman" w:hAnsi="Times New Roman" w:eastAsia="Times New Roman" w:cs="Times New Roman"/>
        </w:rPr>
        <w:t>Үндэстнүүд сэрж, Иехошафатын хөндий уруу өгсөж ирэг; учир нь эргэн тойрон дахь бүх үндэстнийг шүүхээр Би тэнд суух болно. Хадуураа оруул, учир нь ургац боловсорчээ; ир, бууж ор; учир нь шахуурга дүүрч, дарсны онгоцууд халин бялхаж байна; учир нь тэдний хорон муу нь агуу юм. Олон түмэн, олон түмэн шийдвэрийн хөндийд байна; учир нь ЭЗЭНий өдөр шийдвэрийн хөндийд ойрхон байна. Иоел 3:12–14.</w:t>
      </w:r>
    </w:p>
    <w:p>
      <w:pPr>
        <w:pStyle w:val="ArticleBody"/>
        <w:jc w:val="left"/>
      </w:pPr>
      <w:r>
        <w:rPr>
          <w:rFonts w:ascii="Times New Roman" w:hAnsi="Times New Roman" w:eastAsia="Times New Roman" w:cs="Times New Roman"/>
        </w:rPr>
        <w:t>“Харийнхан” сэрэх үед, Иехошафатын хөндийд “ЭЗЭНий өдөр ойрхон” байна. “Иехошафат” гэдэг нь Иеховагийн шүүлт гэсэн утгатай; мөн тэр хөндийг шийдвэрийн хөндий гэж ч нэрлэдэг. 2015 оноос эхлэн дэлхий ертөнцийн “олон түмэн” хүмүүс Бурханд үйлчлэхээр шийдээгүйдээ хүмүүсийн гаргасан шалтаг бүрийн төлөө бэлтгэгдсэн янз бүрийн боодлууд руу шилжин орж эхэлнэ. 9/11-нд амьд хүмүүсийн шүүлт эхэлсэн бөгөөд 2015 онд Трамп ерөнхийлөгчийн албыг эрэлхийлэхээ зарласан. 9/11-нд хожмын борооны эхний үе шат асгарч эхэлсэн бөгөөд хожмын бороо нь ургацыг боловсрон гүйцэлд хүргэдэг зүйл мөн; тэгээд ургац боловсрон гүйцсэн хураалт бий болгодог тэрхүү бороо эхэлснээс хойш арван дөрвөн жилийн дараах 2015 онд, Иоелын ном Дональд Трамп “Грекийн орныг хөдөлгөхөд,” эсвэл Иоелын хэлснээр, Трамп “2015 онд харийнхныг сэрээхэд,” дэлхий ертөнцийн ургац боловсрон гүйцэж эхэлж байна хэмээх анхааруулгыг тунхаглаж байна.</w:t>
      </w:r>
    </w:p>
    <w:p>
      <w:pPr>
        <w:pStyle w:val="ArticleBody"/>
        <w:jc w:val="left"/>
      </w:pPr>
      <w:r>
        <w:rPr>
          <w:rFonts w:ascii="Times New Roman" w:hAnsi="Times New Roman" w:eastAsia="Times New Roman" w:cs="Times New Roman"/>
        </w:rPr>
        <w:t>Даниел арван нэгдүгээр бүлэгт дурдагдсан анхны үнэн нь Дональд Трампын эш үзүүллэгийн үүрэг мөн гэдгийг танин мэдэх нь чухал. Даниелын номд дүрслэгдсэн Библийн эш үзүүллэгийн анхны хаанчлал нь Вавилон юм. Хэрэв Небухаднезарыг эш үзүүлгийн загварыг тогтоохын тулд Тэнгэрлэг Өдөөлт ашиглаагүйсэн бол, Даниелын ном дахь Вавилоны түүх ямар байхыг төсөөлөөд үз. Библийн эш үзүүллэгийн зургаа дахь хаанчлал нь тэрхүү хаанчлалын эцсийн захирагчийн гэрчлэлгүйгээр бүрэн бус байдаг. Анхны дурдлагын дүрэм нь Даниел гурван долоо хоног мацаг барьсны дараах хорин хоёр дахь өдөр хүлээн авсан үзэгдэл дотор Трампыг онцгой анхдагч ач холбогдол бүхий бэлгэдэл болохын ач холбогдлыг тогтоодог.</w:t>
      </w:r>
    </w:p>
    <w:p>
      <w:pPr>
        <w:pStyle w:val="ArticleScripture"/>
        <w:jc w:val="left"/>
      </w:pPr>
      <w:r>
        <w:rPr>
          <w:rFonts w:ascii="Times New Roman" w:hAnsi="Times New Roman" w:eastAsia="Times New Roman" w:cs="Times New Roman"/>
        </w:rPr>
        <w:t>Харин Персийн хаанчлалын ноён намайг хорин нэгэн өдөр эсэргүүцэв. Гэвч, болгоогтун, тэргүүн ноёдын нэг болох Михаил надад туслахаар ирсэн бөгөөд би Персийн хаадын дэргэд тэнд үлдсэн юм. Эдүгээ би чиний ард түмэнд эцсийн өдрүүдэд юу тохиолдохыг чамд ойлгуулахаар ирлээ. Учир нь энэ үзэгдэл олон хоногийн тухай юм. Даниел 10:13, 14.</w:t>
      </w:r>
    </w:p>
    <w:p>
      <w:pPr>
        <w:pStyle w:val="ArticleBody"/>
        <w:jc w:val="left"/>
      </w:pPr>
      <w:r>
        <w:rPr>
          <w:rFonts w:ascii="Times New Roman" w:hAnsi="Times New Roman" w:eastAsia="Times New Roman" w:cs="Times New Roman"/>
        </w:rPr>
        <w:t>Арваннэгдүгээр бүлгийн үзэгдэл нь эцсийн өдрүүдэд Бурханы ард түмэнд юу тохиолдохыг, мөн Трамп Америкийн Нэгдсэн Улсын, улмаар Нэгдсэн Үндэстний Байгууллагын удирдагч болохыг дүрслэн харуулдаг бөгөөд тэр үнэнийг ойлгох эсвэл ойлгохгүй байхтай холбоотой мөнхийн үр дагавартай үнэн юм. Тэрхүү үнэн нь Габриел Даниелд дамжуулан хүргэхэд маш чухал байсан тул арван дөрөвдүгээр эшлэлд Даниел, тэнгэрэлч Габриелын өгсөн гэрлийн дагуу, үзэгдлийг тогтоогчид нь “чиний ард түмний дээрэмчид” мөн гэж тэмдэглэсэн байдаг. Даниел арваннэгдүгээр бүлгийн эш үзүүллэгийн түүхэн дэх Трампын мөрийг танин мэдэхийн тулд Ромыг загвар болгон хэрэглэхгүйгээр Дональд Трампын хөдөлгөөнийг эш үзүүллэгт зөвөөр дагах боломжгүй юм.</w:t>
      </w:r>
    </w:p>
    <w:p>
      <w:pPr>
        <w:pStyle w:val="ArticleBody"/>
        <w:jc w:val="left"/>
      </w:pPr>
      <w:r>
        <w:rPr>
          <w:rFonts w:ascii="Times New Roman" w:hAnsi="Times New Roman" w:eastAsia="Times New Roman" w:cs="Times New Roman"/>
        </w:rPr>
        <w:t>Ням гаргийн хуулийн үеийн туршид АНУ-ыг бэлгэдэгчийн хувьд Трамп араатны хөргийг бүрдүүлдэг бөгөөд ийнхүү үйлдэхдээ тэрээр араатныг хүндэтгэж байгаа учраас энэ нь араатны хөрөг мөн, түүнчлэн араатныг хүндэтгэн байгуулсан хөрөг мөн. Илчлэл 17-д папын засаглал нь долооны дундах найм дахь нь бөгөөд, 1989 онд төгсгөлийн цаг үед Рейганаас хойших найм дахь ерөнхийлөгч нь Дональд Трамп юм; харин тэр мөн зургаа дахь нь бөгөөд энэ нь түүнийг долооны дундах найм дахь нь гэсэн утгатай юм.</w:t>
      </w:r>
    </w:p>
    <w:p>
      <w:pPr>
        <w:pStyle w:val="ArticleBody"/>
        <w:jc w:val="left"/>
      </w:pPr>
      <w:r>
        <w:rPr>
          <w:rFonts w:ascii="Times New Roman" w:hAnsi="Times New Roman" w:eastAsia="Times New Roman" w:cs="Times New Roman"/>
        </w:rPr>
        <w:t>Илчлэлт арван долоодугаар бүлэгт, гуравдугаар эшлэлд Иохан хээр тал уруу аваачигдан, тэнд тэр араатныг унан яваа янханг хардаг. Энэхүү янханг Протестантын бүх томоохон урсгал Ромын Католик сүм хэмээн тодорхойлж ирсэн боловч эцсийн өдрүүдэд тэд бүгд өөрсдийн үндсэн итгэл үнэмшлээ үгүйсгэдэг. Иохан түүнийг харах үед Ромын сүм аллагад өртсөн ариун хүмүүсийн цусаар согтсон байсан бөгөөд тэр “янхануудын эх” гэсэн цолтой байв. Энэ нь Иохан 1798 он уруу аваачигдсан болохыг заадаг, учир нь папын засаглал тэр үед аллагад өртсөн ариун хүмүүсийн цустай байсан бөгөөд өмнө нь Протестант байсан зарим сүмүүд аль хэдийн Ромын Католик нэгдэлд эргэн орж байв. Тэрхүү байр сууринаас Иохан “долоон хаан”-ыг харсан бөгөөд тэдгээрээс тав нь 1798 он гэхэд аль хэдийн унасан байсан, нэг хаанчлал 1798 онд оршин тогтнож байсан бөгөөд тэр хаанчлал нь Америкийн Нэгдсэн Улс байсан; харин арван хаанаас бүрдэх өөр нэг хаанчлал дараа нь гарч ирэх ёстой байв, учир нь Иоханы зогсож байсан 1798 онд долоо дахь хаанчлал хараахан ирээгүй байсан юм. Тэрхүү арван хаан Ням гаргийн хуулийн хямралын цагт захирдаг бөгөөд тэд 1798 онд үхлийн шарх авсан тав дахь хаанчлалын араатанд өөрсдийн долоо дахь хаанчлалыг өгөхөөр санал нэг болдог.</w:t>
      </w:r>
    </w:p>
    <w:p>
      <w:pPr>
        <w:pStyle w:val="ArticleBody"/>
        <w:jc w:val="left"/>
      </w:pPr>
      <w:r>
        <w:rPr>
          <w:rFonts w:ascii="Times New Roman" w:hAnsi="Times New Roman" w:eastAsia="Times New Roman" w:cs="Times New Roman"/>
        </w:rPr>
        <w:t>“8” тоо нь амилалтыг төлөөлдөг бөгөөд удахгүй гарах Ням гаргийн хуулийн үед бий болох луу, араатан, хуурамч эш үзүүлэгчийн гурвалсан нэгдлийн үед түүний үхлийн шарх эдгэхэд папын засаглал нь долоон дундаас гарсан найм дахь нь болдог. 2020 онд глобалистууд Трампаас сонгуулийг булаан авсан бөгөөд тэрээр Илчлэлт арван нэгдүгээр бүлэгт өгүүлсэнчлэн гудамжинд алагдсан юм. Илчлэлт арван нэгдүгээр бүлгийн хоёр гэрч нь газрын араатны хоёр эврийг төлөөлдөг бөгөөд тэд хоёулаа 2020 онд алагдсан. 1989 онд, төгсгөлийн цаг үед, Трамп нь Рейганаас хойших зургаа дахь ерөнхийлөгч байсан; харин 2024 оны байдлаар тэрээр мөн өмнөх долоон хаадын дундаас гарсан найм дахь нь болсон. 2024 онд түүний үхлийн шарх эдгэсэн бөгөөд ингэснээр тэрээр үзэгдлийг баталгаажуулдаг эш үзүүллэгийн бэлгэдэлтэй төгс нийцлээр долоон дундаас гарсан найм дахь нь нэгэн зэрэг болсон. Хэрэв танд Ром байхгүй бол Ромын дүрийн хөдөлгөөнүүдийг дагах ямар ч боломж танд байхгүй.</w:t>
      </w:r>
    </w:p>
    <w:p>
      <w:pPr>
        <w:pStyle w:val="ArticleHeading"/>
        <w:jc w:val="left"/>
      </w:pPr>
      <w:r>
        <w:rPr>
          <w:rFonts w:ascii="Arial" w:hAnsi="Arial" w:eastAsia="Arial" w:cs="Arial"/>
        </w:rPr>
        <w:t>МАГА</w:t>
      </w:r>
    </w:p>
    <w:p>
      <w:pPr>
        <w:pStyle w:val="ArticleBody"/>
        <w:jc w:val="left"/>
      </w:pPr>
      <w:r>
        <w:rPr>
          <w:rFonts w:ascii="Times New Roman" w:hAnsi="Times New Roman" w:eastAsia="Times New Roman" w:cs="Times New Roman"/>
        </w:rPr>
        <w:t>Нерогийн “250” жил төгсөхөд Трамп хэрхэн Агуу Константин болдгийг, эсвэл МЭӨ 207 онд тэрээр хэрхэн Агуу Антиох болдгийг, эсвэл бүхэлдээ алтан үеийн хөдөлгөөн нь Америкийг “агуу” болгох үндэслэл дээр тулгуурласан хамгийн сүүлчийн ерөнхийлөгчийн хувьд тэрээр хэн болохыг ойлгохын тулд, уг бүлэг Трамп болон түүний эш үзүүллэгийн үүргийг юуны өмнө дурддагийг хүлээн зөвшөөрөх шаардлагатай.</w:t>
      </w:r>
    </w:p>
    <w:p>
      <w:pPr>
        <w:pStyle w:val="ArticleBody"/>
        <w:jc w:val="left"/>
      </w:pPr>
      <w:r>
        <w:rPr>
          <w:rFonts w:ascii="Times New Roman" w:hAnsi="Times New Roman" w:eastAsia="Times New Roman" w:cs="Times New Roman"/>
        </w:rPr>
        <w:t>Еврей цагаан толгойн эхний, арван гурав дахь, хорин хоёр дахь үсгүүдээс бүрддэг еврей хэлний “үнэн” гэсэн үгээр дүрслэгдсэн “үнэн”-ий тэмдэг нь Рейганыг эхний үсэг, мөн Инквизицийн албаны өмнөх удирдагчийн дараа анхны иезуит пап гарч ирсэн 2013 оноор илэрхийлэгддэг тэрслүү байдлын арван гурав дахь үсэг болох Обамаг таньж өгдөг. Инквизицийн удирдагч тэтгэвэрт гарсан учир түүний төгсөх цэг нь иезуит папын эхлэх цэгтэй давхцдаг. Обамагийн хоёр папын хоорондох тэр холбоос нь 2013 оны 3-р сарын 13 байв. Обама тэрслүү байдлын арван гурав дахь үсэгтэй нийцдэг, харин хорин хоёр дахь үсэг нь Трамп юм.</w:t>
      </w:r>
    </w:p>
    <w:p>
      <w:pPr>
        <w:pStyle w:val="ArticleBody"/>
        <w:jc w:val="left"/>
      </w:pPr>
      <w:r>
        <w:rPr>
          <w:rFonts w:ascii="Times New Roman" w:hAnsi="Times New Roman" w:eastAsia="Times New Roman" w:cs="Times New Roman"/>
        </w:rPr>
        <w:t>Хорин хоёрдугаар нэмэлт өөрчлөлтөөр ерөнхийлөгчийг хоёр хугацаагаар хязгаарладаг бөгөөд дараалсан бус хоёр хугацаагаар ажилласан ерөнхийлөгчдийг авч үзвэл тийм ердөө хоёрхон хүн бий. Гровер Кливленд нь дараалсан бус хоёр хугацаатай ерөнхийлөгчдийн альфа бөгөөд Трамп нь омега юм. Гровер Кливленд нь хорин хоёр дахь ерөнхийлөгч байсан бөгөөд Кливлендийн хувьд омега болох Трамп нь “22” хэмээх альфа ялгамжийг эзэмшдэг. Кливленд ба Трамп нь еврей цагаан толгойн хорин хоёр дахь үсгийн бэлгэдлийг агуулсан альфа ба омегаг төлөөлдөг. Дараалсан бус хоёр хугацаатай ерөнхийлөгч ердөө хоёрхон байдаг бөгөөд Трамп нь тэр хоёрын хоёр дахь нь юм. Омегагийн хоёр нь альфагийн хорин хоёртой үржигдэхэд дөчин дөрөв болно. Энэ нь 1844 оны бэлгэдэл бөгөөд 1844 оны хаалттай хаалгаар хэв шинжлэгдсэнээр Ням гаргийн хуулийн үеийн хаалттай хаалганы бэлгэдэл юм. Трамп нь ерөнхийлөгч болсон ялгаатай хүмүүсийн тооллоор 44 дэх хүн бөгөөд Ням гаргийн хуулийн үед хаалга хаагдах үед тэр ерөнхийлөгч байна.</w:t>
      </w:r>
    </w:p>
    <w:p>
      <w:pPr>
        <w:pStyle w:val="ArticleBody"/>
        <w:jc w:val="left"/>
      </w:pPr>
      <w:r>
        <w:rPr>
          <w:rFonts w:ascii="Times New Roman" w:hAnsi="Times New Roman" w:eastAsia="Times New Roman" w:cs="Times New Roman"/>
        </w:rPr>
        <w:t>Трампыг Агуу Кирусын дүрээр төлөөлүүлэн үзүүлсэн байдаг. Агуу Кирус эхний зарлигийг гаргасан бөгөөд Агуу Артаксеркс гурав дахь зарлигийг гаргасан. Эхний болон гурав дахь нь хоорондоо нийцдэг, учир нь Есүс төгсгөлийг үргэлж эхлэлээр дүрслэн харуулдаг. Нерогийн “250” жилийн төгсгөлд, Агуу Константинаар төлөөлөгдөн, Трамп тэнд байна. МЭӨ 457 оноос эхлэх “250” жилийн төгсгөлд Трампыг Агуу Антиохаар төлөөлүүлсэн бөгөөд тэрээр арван гуравдугаар эшлэлийн биелэл болгон 2024 онд урьдынхаасаа илүү хүчтэйгээр эргэн ирсэн юм.</w:t>
      </w:r>
    </w:p>
    <w:p>
      <w:pPr>
        <w:pStyle w:val="ArticleScripture"/>
        <w:jc w:val="left"/>
      </w:pPr>
      <w:r>
        <w:rPr>
          <w:rFonts w:ascii="Times New Roman" w:hAnsi="Times New Roman" w:eastAsia="Times New Roman" w:cs="Times New Roman"/>
        </w:rPr>
        <w:t>Учир нь хойд зүгийн хаан буцан ирж, урьдынхаас илүү их олон цэргийг хөдөлгөх бөгөөд хэдэн жилийн дараа тэрбээр агуу их цэрэг, үлэмж их эд баялагтайгаар гарцаагүй ирнэ. Даниел 11:13.</w:t>
      </w:r>
    </w:p>
    <w:p>
      <w:pPr>
        <w:pStyle w:val="ArticleBody"/>
        <w:jc w:val="left"/>
      </w:pPr>
      <w:r>
        <w:rPr>
          <w:rFonts w:ascii="Times New Roman" w:hAnsi="Times New Roman" w:eastAsia="Times New Roman" w:cs="Times New Roman"/>
        </w:rPr>
        <w:t>Ням гаргийн хуулийн үед Ром АНУ-ыг эрхшээн авмагц дэлхийн бүх улс орон Ромд мэхийн дагаар орохоор албадуулна.</w:t>
      </w:r>
    </w:p>
    <w:p>
      <w:pPr>
        <w:pStyle w:val="ArticleScripture"/>
        <w:jc w:val="left"/>
      </w:pPr>
      <w:r>
        <w:rPr>
          <w:rFonts w:ascii="Times New Roman" w:hAnsi="Times New Roman" w:eastAsia="Times New Roman" w:cs="Times New Roman"/>
        </w:rPr>
        <w:t>“Харь үндэстнүүд Америкийн Нэгдсэн Улсын жишээг дагана. Тэр улс эхэлж манлайлах боловч, мөнөөх адилхан хямрал дэлхийн бүх хэсэгт байгаа манай ард түмэнд ирэх болно.” Testimonies, volume 6, 395.</w:t>
      </w:r>
    </w:p>
    <w:p>
      <w:pPr>
        <w:pStyle w:val="ArticleBody"/>
        <w:jc w:val="left"/>
      </w:pPr>
      <w:r>
        <w:rPr>
          <w:rFonts w:ascii="Times New Roman" w:hAnsi="Times New Roman" w:eastAsia="Times New Roman" w:cs="Times New Roman"/>
        </w:rPr>
        <w:t>“Харийн үндэстнүүд” нь тун удахгүй гарах Ням гаргийн хуулийн үед Нэгдсэн Үндэстний Байгууллагын удирдлагыг гартаа авдаг Америкийн Нэгдсэн Улсын албадлагаар үүнийг үйлддэг. Нэгдсэн Үндэстний Байгууллага бол Иезебелтэй гэрлэсэн хойд нутгийн арван овгийн хаан Ахабын захиргаанд байдаг Илчлэл 17-ын арван хаад мөн. Иезебелийн Ахабтай байгуулсан гэрлэлт нь тун удахгүй гарах Ням гаргийн хуулийн үед төгс хүчинтэй болдог тэрхүү гэрлэлт мөн. Ням гаргийн хуулийн үед Даниел 11-ийн сүр жавхлант орон болох Америкийн Нэгдсэн Улс, мөн Илчлэл 13-ын газрын араатан нь Библийн эш үзүүллэг дэх зургаа дахь хаанчлалын хувьд өөрийн түүхээ төгсгөнө. Кармел уулан дээр Баалын 850 эш үзүүлэгч болон Иезебелийн ширээнээс хооллодог төгөлийн тахилч нарыг Елиа хөнөөдөг. Америкийн Нэгдсэн Улс тун удахгүй гарах Ням гаргийн хуулийн үед, Кармел уулан дээрх хуурамч эш үзүүлэгчид алагдсан шиг, алагдана. Түүнээс хойших түүх нь Елиа нэг талд, Ахаб ба Иезебел нөгөө талд байх бөгөөд Ахаб нь Иезебелтэй анхлан садарлан завхайрсан тэр нэгнээр захирагддаг арав дахин хаанчлалыг төлөөлдөг. Иезебел бүх хаанчлалтай садарлан завхайрахыг зорьдог боловч Ахаб нь үүнийг хамгийн түрүүнд үйлдсэн нэгнийг төлөөлдөг; мөн Кармел уулан дээр үхдэг нь Америкийн Нэгдсэн Улс бөгөөд тэр даруй Иезебелийн анхны амраг болдог. Даниел 11-ийн нэр томьёогоор бол Ням гаргийн хуулийн үед Трамп тэнд Агуу Александрээр төлөөлүүлэгдсэн Грекийн хүчирхэг хаан болон босч ирдэг.</w:t>
      </w:r>
    </w:p>
    <w:p>
      <w:pPr>
        <w:pStyle w:val="ArticleScripture"/>
        <w:jc w:val="left"/>
      </w:pPr>
      <w:r>
        <w:rPr>
          <w:rFonts w:ascii="Times New Roman" w:hAnsi="Times New Roman" w:eastAsia="Times New Roman" w:cs="Times New Roman"/>
        </w:rPr>
        <w:t>Тэгээд агуу ноёрхолтойгоор захирч, өөрийн хүслийн дагуу үйлдэх нэгэн хүчирхэг хаан босож ирнэ. Харин түүнийг босож ирмэгц түүний хаант улс бутран сарниж, тэнгэрийн дөрвөн зүгт хуваагдах болно; гэвч энэ нь түүний үр удамд очихгүй, мөн түүний захирч байсан ноёрхолтой нь адил байхгүй. Учир нь түүний хаант улс үндсээрээ сугаран авч, тэднээс өөр хүмүүст өгөх болно. Даниел 11:3, 4.</w:t>
      </w:r>
    </w:p>
    <w:p>
      <w:pPr>
        <w:pStyle w:val="ArticleBody"/>
        <w:jc w:val="left"/>
      </w:pPr>
      <w:r>
        <w:rPr>
          <w:rFonts w:ascii="Times New Roman" w:hAnsi="Times New Roman" w:eastAsia="Times New Roman" w:cs="Times New Roman"/>
        </w:rPr>
        <w:t>Доналд Трамп нь энэ эшлэлд дүрслэгдэж, түүнээс хойш Их Александр хааны түүхээр хэв шинжлэгдэн үзүүлэгддэг Нэгдсэн Үндэстний Байгууллагын “хүчит хаан” болон босож ирдэг. Түүнийг босож ирэхэд, Библийн зөгнөлийн зургаа дахь хаанчлал болох Америкийн Нэгдсэн Улс төгсөж, Илчлэлт арван долоод гардаг арван хааны долоо дахь хаанчлал эхэлдэг. Арван хаан тэнд, тэр даруйдаа, өмнөх долоон хаанчлалаас гарсан найм дахь хаанчлал болох папын эрх мэдэлд өөрсдийн долоо дахь хаанчлалыг өгөхөөр зөвшөөрснөөр долоо дахь хаанчлалаа эхлүүлдэг. Тэдний тохиролцоо нь Бурханы хүслийг биелүүлэхийн тулд байсан бөгөөд Түүний хүсэл нь үнэний Судрууд даяар мөр мөрөөр илэрхийлэгдсэн байдаг.</w:t>
      </w:r>
    </w:p>
    <w:p>
      <w:pPr>
        <w:pStyle w:val="ArticleHeading"/>
        <w:jc w:val="left"/>
      </w:pPr>
      <w:r>
        <w:rPr>
          <w:rFonts w:ascii="Arial" w:hAnsi="Arial" w:eastAsia="Arial" w:cs="Arial"/>
        </w:rPr>
        <w:t>Ромыг төлөөлөн дүрсэлсэн нь</w:t>
      </w:r>
    </w:p>
    <w:p>
      <w:pPr>
        <w:pStyle w:val="ArticleBody"/>
        <w:jc w:val="left"/>
      </w:pPr>
      <w:r>
        <w:rPr>
          <w:rFonts w:ascii="Times New Roman" w:hAnsi="Times New Roman" w:eastAsia="Times New Roman" w:cs="Times New Roman"/>
        </w:rPr>
        <w:t>Даниелын арван нэгдүгээр бүлгийн тавдугаар ишлэлээс есдүгээр ишлэл хүртэлх нь, мөнөөх бүлгийн гучин нэгдүгээр ишлэлээс дөчдүгээр ишлэл хүртэл өгүүлсэн папын эрх мэдлийн түүхийг төгс ёсоор хэвшин төлөөлсөн эш үзүүллэгийн түүхээр биелсэн юм. Тавдугаар ишлэлээс есдүгээр ишлэл хүртэлх түүхэн шугам нь гучин нэгдүгээр ишлэлээс дөчдүгээр ишлэл хүртэлх түүхэн шугамтай зэрэгцэн явдаг. Эдгээр хоёр шугам хоёулаа папын Ромыг төлөөлөх хүч эхлээд гурван саадыг даван гарч, дараа нь нэгэн хугацаанд ноёрхож байгаад эцэст нь эвдэрсэн гэрээний улмаас тэдний эсрэг өмнөдийн хаан ирж, үхлийн шарх учруулсан үеийг заан тодорхойлдог. Эдгээр хоёр шугамыг түүхтэй нь улам нягт судалж, харьцуулах тусам тэдгээрийн онцгой гүнзгий үнэн зөв байдал улам тодорхой танигддаг. Тэдгээрийн үнэн зөв байдал нь ишлэлүүдийн доторх бүтцийг хэчнээн ойрхон төлөөлж буйд ч, мөн ишлэлүүдийг биелүүлсэн түүхэнд ч хамаарна.</w:t>
      </w:r>
    </w:p>
    <w:p>
      <w:pPr>
        <w:pStyle w:val="ArticleBody"/>
        <w:jc w:val="left"/>
      </w:pPr>
      <w:r>
        <w:rPr>
          <w:rFonts w:ascii="Times New Roman" w:hAnsi="Times New Roman" w:eastAsia="Times New Roman" w:cs="Times New Roman"/>
        </w:rPr>
        <w:t>Таван эшлэлийг биелүүлсэн түүх нь гучин нэгээс дөчин эшлэлд өгүүлсэн папын Ромын түүхтэй зэрэгцэн, түүнтэй нийцэж байдаг бөгөөд аравнаас арван тавдугаар эшлэлд Антиох Ихийг танилцуулах нөхцөл байдлыг бүрдүүлдэг.</w:t>
      </w:r>
    </w:p>
    <w:p>
      <w:pPr>
        <w:pStyle w:val="ArticleScripture"/>
        <w:jc w:val="left"/>
      </w:pPr>
      <w:r>
        <w:rPr>
          <w:rFonts w:ascii="Times New Roman" w:hAnsi="Times New Roman" w:eastAsia="Times New Roman" w:cs="Times New Roman"/>
        </w:rPr>
        <w:t>Харин түүний хөвгүүд өдөөгдөн, асар их хүчний олон цэргийг цуглуулна; мөн тэдний нэг нь гарцаагүй ирж, үер мэт халин давж өнгөрнө; дараа нь тэр буцаж, өөрийнх нь бэхлэлт хүртэл дахин өдөөгдөнө. Даниел 11:10.</w:t>
      </w:r>
    </w:p>
    <w:p>
      <w:pPr>
        <w:pStyle w:val="ArticleBody"/>
        <w:jc w:val="left"/>
      </w:pPr>
      <w:r>
        <w:rPr>
          <w:rFonts w:ascii="Times New Roman" w:hAnsi="Times New Roman" w:eastAsia="Times New Roman" w:cs="Times New Roman"/>
        </w:rPr>
        <w:t>Аравдугаар эшлэлийн биелэл болгон Агуу Антиох Египетийн бэхлэлт хүртэл ялалт байгуулан давшиж, тэндээ хүчээ дахин эмхлэн зохион байгуулахын тулд аян дайнаа зогсоов. Тэрхүү түүх нь мөнөөх бүлгийн дөчдүгээр эшлэлд дүрслэгдсэнээр 1989 онд Зөвлөлт Холбоот Улс нуран унасны хэв шинжийг илэрхийлдэг.</w:t>
      </w:r>
    </w:p>
    <w:p>
      <w:pPr>
        <w:pStyle w:val="ArticleScripture"/>
        <w:jc w:val="left"/>
      </w:pPr>
      <w:r>
        <w:rPr>
          <w:rFonts w:ascii="Times New Roman" w:hAnsi="Times New Roman" w:eastAsia="Times New Roman" w:cs="Times New Roman"/>
        </w:rPr>
        <w:t>Төгсгөлийн цагт өмнөдийн хаан түүн рүү түлхэн довтлох бөгөөд; хойд зүгийн хаан тэрэгнүүд, морин цэргүүд, олон усан онгоцын хамт хуй салхи мэт түүний эсрэг ирнэ; тэр улс орнуудад нэвтэрч, халин давж өнгөрнө. Даниел 11:40.</w:t>
      </w:r>
    </w:p>
    <w:p>
      <w:pPr>
        <w:pStyle w:val="ArticleBody"/>
        <w:jc w:val="left"/>
      </w:pPr>
      <w:r>
        <w:rPr>
          <w:rFonts w:ascii="Times New Roman" w:hAnsi="Times New Roman" w:eastAsia="Times New Roman" w:cs="Times New Roman"/>
        </w:rPr>
        <w:t>Аравдугаар эшлэлийн “гарцаагүй ирж, халин бялхаж, нэвтлэн өнгөрнө” гэсэн нь еврей хэлээр дөчдүгээр эшлэлийн “тэр улс орнуудад орж, халин бялхаж, даван өнгөрнө” гэдэгтэй яг адил байна. Эдгээр хоёр эшлэл хоёулаа хойд зүгийн хаан (аравдугаар эшлэлд Антиох, дөчдүгээр эшлэлд Рейган) өмнөд зүгийн хааныг (аравдугаар эшлэлд Птолемей, дөчдүгээр эшлэлд Зөвлөлт Холбоот Улс) ялан дийлэх үеийг тодорхойлж байна. Энэ хоёр довтолгоо хоёулаа өмнөд зүгийн хааны урьдын ялалтын хариу цохилт байсан (тавдугаар эшлэлээс есдүгээр эшлэл хүртэлх хэсэгт Птолемей, харин дөчдүгээр эшлэлд Наполеон). Өмнөд зүгийн хааны довтлох сэдэл нь эвдэгдсэн гэрээ байсан (тавдугаар эшлэлээс есдүгээр эшлэл хүртэлх хэсэгт Береникийн гэрлэлт, мөн Наполеонтой байгуулсан 1797 оны Толентиногийн гэрээ зөрчигдсөн явдал). Эдгээр эшлэлүүдэд илэрхийлэгдсэн эш үзүүллэгийн бүтэц, мөн тэдгээрийн түүхэн дэх дараах биелэлт нь Исаиа 8:8-тай ч мөн нийцэж байна.</w:t>
      </w:r>
    </w:p>
    <w:p>
      <w:pPr>
        <w:pStyle w:val="ArticleScripture"/>
        <w:jc w:val="left"/>
      </w:pPr>
      <w:r>
        <w:rPr>
          <w:rFonts w:ascii="Times New Roman" w:hAnsi="Times New Roman" w:eastAsia="Times New Roman" w:cs="Times New Roman"/>
        </w:rPr>
        <w:t>Тэр Иудагаар нэвтэрч, халин урсаж хальж өнгөрөх болно; тэр хүзүү хүртэл хүрэх бөгөөд түүний жигүүрүүдийн дэлгэлт, өө Иммануел, чиний газрын өргөнийг дүүргэх болно. Исаиа 8:8.</w:t>
      </w:r>
    </w:p>
    <w:p>
      <w:pPr>
        <w:pStyle w:val="ArticleBody"/>
        <w:jc w:val="left"/>
      </w:pPr>
      <w:r>
        <w:rPr>
          <w:rFonts w:ascii="Times New Roman" w:hAnsi="Times New Roman" w:eastAsia="Times New Roman" w:cs="Times New Roman"/>
        </w:rPr>
        <w:t>Исаиа Сеннахерибын цэрэг «үерлэн халин давна» хэмээн эш үзүүлэхдээ арван болон дөчдүгээр зүйлд буйтай адил мөнөөх еврей үгийг дахин хэрэглэж байна. Исаиа Сеннахериб, хойд хаант улс өмнөд Иудагийн хаант улсыг даран эзлэх үеийг тодорхойлдог боловч тэр Иерусалимыг босоо чигээр нь үлдээсэн, учир нь тэр зөвхөн «хүзүү хүртэл» хүрсэн бөгөөд энэ нь арван зүйлд Антиох хил хүртэл хүрсэнтэй адил юм. Сеннахерибын сэдэл нь Хезекиа Ассиртай байгуулсан гэрээг зөрчсөнд оршиж байсан бөгөөд үүнийг Хезекиа тохиролцсон алба гувчуурыг зогсоосноор төлөөлүүлэн харуулжээ. Эвдэрсэн гэрээ нь хоорондоо зэрэгцэх гурван зүйлийн дундах онцгой тохиолдол юм. Тэдгээр нь тус бүр эвдэрсэн гэрээг хамарч байсан боловч Птолемей болон Наполеоны хувьд гэрээг зөрчсөн хэрэгт хойд хаан буруутгагдсан байдаг. Харин хойд хаан Сеннахериб Хезекиаг оногдуулсан алба гувчуурыг төлөхөөс татгалзсан хэмээн буруутгасан юм.</w:t>
      </w:r>
    </w:p>
    <w:p>
      <w:pPr>
        <w:pStyle w:val="ArticleScripture"/>
        <w:jc w:val="left"/>
      </w:pPr>
      <w:r>
        <w:rPr>
          <w:rFonts w:ascii="Times New Roman" w:hAnsi="Times New Roman" w:eastAsia="Times New Roman" w:cs="Times New Roman"/>
        </w:rPr>
        <w:t>Хезекиа хааны арван дөрөвдүгээр онд Ассирийн хаан Сеннахериб Иудагийн бүх бэхлэгдсэн хотуудын эсрэг довтлон ирж, тэднийг эзлэн авав. Тэгэхэд Иудагийн хаан Хезекиа Лахиш уруу Ассирийн хаанд хүн илгээн, —Би гэм хийлээ; надаас буц. Чи надад юу ногдуулна, түүнийг би үүрье,— гэж хэлэв. Тэгэхэд Ассирийн хаан Иудагийн хаан Хезекиад гурван зуун талант мөнгө, гучин талант алт ногдуулав. Хезекиа ЭЗЭНий өргөөнд болон хааны ордны эрдэнэсийн санд байсан бүх мөнгийг түүнд өгөв. Хаадын дэд 18:13–15.</w:t>
      </w:r>
    </w:p>
    <w:p>
      <w:pPr>
        <w:pStyle w:val="ArticleBody"/>
        <w:jc w:val="left"/>
      </w:pPr>
      <w:r>
        <w:rPr>
          <w:rFonts w:ascii="Times New Roman" w:hAnsi="Times New Roman" w:eastAsia="Times New Roman" w:cs="Times New Roman"/>
        </w:rPr>
        <w:t>Иерусалим уруу хийсэн аян замдаа Синахерибийн хойд цэрэг Иудагийн дөчин зургаан хотыг эзлэн авсан. Исаиа 8:8 нь арав, дөчин дугаар эшлэлүүдтэй холбогддог нь 1989 онд Зөвлөлт Холбоот Улсын өмнөд хаант улсын нуран уналтыг гэрчлэх гурав дахь гэрчлэл болдгоороо эш үзүүллэгийн хувьд асар их ач холбогдолтой. Тэрхүү нуран уналт нь хоосон байдаг дөчин дугаар эшлэлийн нэгэн үеийн эхлэлийг тэмдэглэдэг. 1989 онд дөчин дугаар эшлэл биелснээс эхлэн тун удахгүй ирэх Ням гаргийн хуулийг төлөөлдөг дөчин нэг дүгээр эшлэл хүртэл, дөчин дугаар эшлэлд хоосон нэгэн үе оршдог. Тэр үе нь 1989 онд эхэлж, Ням гаргийн хуулиар төгсөнө. Дөчин дугаар эшлэл тэр хугацааны талаар юу ч өгүүлдэггүй, харин дөчин дугаар эшлэлийг мөр дээр мөр тавих аргачлалаар ойлгож болно.</w:t>
      </w:r>
    </w:p>
    <w:p>
      <w:pPr>
        <w:pStyle w:val="ArticleBody"/>
        <w:jc w:val="left"/>
      </w:pPr>
      <w:r>
        <w:rPr>
          <w:rFonts w:ascii="Times New Roman" w:hAnsi="Times New Roman" w:eastAsia="Times New Roman" w:cs="Times New Roman"/>
        </w:rPr>
        <w:t>Дөчдүгээр эшлэлийн нууцлаг түүхийг тогтоох гол “түлхүүр”-ийн нэг нь умард хаанчлал өмнөд хаанчлалын эсрэг ялалттайгаар хариу цохилт өгсөн дайны тухай Исаиагийн гэрчлэл юм. Хезекиа өмнөх амлалтаа зөрчин Ассирт “алба гувчуур” өгөхөө больсон бослого байсан ч, эсвэл Антиох Береникийг зайлуулсан явдал байсан ч, эсвэл Наполеоны Толентиногийн гэрээ байсан ч, эдгээр гурван эшлэл нь довтлон халдах суурь сэдэл нь эвдэрсэн гэрээ байсныг онцолсон түүхүүдээр биелэгдсэн юм. Обамагийн ерөнхийлөгчийн үед, Жон Керригийн удирдсан Төрийн департаментын дор, туслах төрийн нарийн бичгийн дарга Виктория Нуланд Украйны засгийн газрыг түлхэн унагахын тулд өнгөт хувьсгалыг өдөөсөн. Тэр үеэс хойш Украйны дайны талаар нэг маргааны хоёр тал оршин байна; Путин үүнийг эвдэрсэн гэрээ байсан гэж хэлдэг, харин түүний эсэргүүцэгчид Путин зааж буй тэр гэрээ нь Путины нотолдог нөхцөл байдалд хэзээ ч байгаагүй гэж хэлдэг. Үнэхээр гэрээ хийгээд дараа нь зөрчигдсөн үү, эсвэл эсрэгээрээ юу гэдэг нь ач холбогдолгүй, учир нь эш үзүүллэгийн тэмдэглэл дайн хийх сэдэл болгон эвдэрсэн гэрээг л тэмдэглэн үлдээдэг.</w:t>
      </w:r>
    </w:p>
    <w:p>
      <w:pPr>
        <w:pStyle w:val="ArticleBody"/>
        <w:jc w:val="left"/>
      </w:pPr>
      <w:r>
        <w:rPr>
          <w:rFonts w:ascii="Times New Roman" w:hAnsi="Times New Roman" w:eastAsia="Times New Roman" w:cs="Times New Roman"/>
        </w:rPr>
        <w:t>Исаиа 8:8 нь хойд зүгийн хаан зөвхөн хүзүү хүртэл, өөрөөр хэлбэл толгой хүртэл л байлдан дагуулдгийг харах “түлхүүр”-ийг өгдөг. Тэрхүү “түлхүүр” нь 1989 онд бие нуран унасны дараа босоогоор үлдсэн толгой нь Орос мөн болохыг тодорхойлдог. Наймдугаар эшлэлийн эш үзүүллэгийн ач холбогдол нь зөвхөн толгойг танин тодорхойлох тэрхүү “түлхүүр”-т оршдоггүй, харин хүзүү нь толгойг, өөрөөр хэлбэл нийслэл хотыг төлөөлж байгааг тогтоох нь зөвхөн Исаиа 8-ын адил үзэгдлийн өмнөх хэсэгтэй холбон байж л боломжтой юм. Тэрхүү үзэгдэл долоодугаар бүлэгт эхэлдэг бөгөөд долоо, наймдугаар эшлэлүүдэд толгойг хаан, эсвэл түүний хаант улс, эсвэл хаант улсын нийслэл хот хэмээн тодорхойлсон байдаг. Иерусалим нь Иудагийн нийслэл байсан бөгөөд түүний 46 хотыг Сеннахерибын цэрэг байлдан дагуулсан боловч Сеннахериб Иерусалим хэмээх нийслэл хотыг босоогоор нь үлдээсэн юм.</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цаашид ард түмэн байхаа болино. Мөн Ефраимын тэргүүн нь Самари, Самарийн тэргүүн нь Ремалиагийн хүү мөн. Хэрэв та нар итгэхгүй бол, гарцаагүй бат тогтохгүй. Исаиа 7:8, 9.</w:t>
      </w:r>
    </w:p>
    <w:p>
      <w:pPr>
        <w:pStyle w:val="ArticleBody"/>
        <w:jc w:val="left"/>
      </w:pPr>
      <w:r>
        <w:rPr>
          <w:rFonts w:ascii="Times New Roman" w:hAnsi="Times New Roman" w:eastAsia="Times New Roman" w:cs="Times New Roman"/>
        </w:rPr>
        <w:t>МЭӨ 701 онд Сеннахерибын цэрэг Иерусалимын хэрмийн дэргэд ирэхдээ тэр хүзүү хүртэл хүрч ирсэн бөгөөд ингэснээрээ 1989 оны нуран уналтын дараа Орос үлдэн хоцорсны түүхэн гэрчийг үлдээсэн юм. Агуу Антиох өмнөд хаант улсын эсрэг өшөө хариугаа эхлэхдээ арван дахь эшлэлд Египетийн хил хүртэл ирсэн боловч дотогш орсонгүй. Арван дахь эшлэл дэх Антиохын ялалтын ач холбогдол нь тодорхой нэгэн ялгарах тулалдаангүй байсан Антиохын цэргийн аян төгсгөлдөө хүрснийг тэмдэглэж, харин өмнө нь алдсан газар нутгийг дахин тогтоон сэргээхэд чиглэсэн түүний ажлыг илэрхийлдэгт оршино. Арван дахь эшлэл дэх түүний байлдан дагуулалт нь хэд хэдэн ялалтын төгсгөлийг төлөөлдөг. Тэрээр Сирийн дөрөвдүгээр дайны аяныг “хилийн нутаг” гэсэн утгатай Рафиад дуусгасан бөгөөд Рафиа нь Египетийн хил, өөрөөр хэлбэл “хүзүү” нь байв. МЭӨ 219 оноос МЭӨ 217 он хүртэлх Антиохын аян нь хаан улс орнуудыг дамжин өнгөрсөн 1989-өөс 1991 оны Зөвлөлт Холбоот Улсын нуран уналтын халин бялхаж, даван өнгөрөх үйл явдлыг төлөөлдөг.</w:t>
      </w:r>
    </w:p>
    <w:p>
      <w:pPr>
        <w:pStyle w:val="ArticleBody"/>
        <w:jc w:val="left"/>
      </w:pPr>
      <w:r>
        <w:rPr>
          <w:rFonts w:ascii="Times New Roman" w:hAnsi="Times New Roman" w:eastAsia="Times New Roman" w:cs="Times New Roman"/>
        </w:rPr>
        <w:t>Зөгнөлийн үүднээс Исаиа 8:8 нь арван нэгдүгээр эшлэлийн биеллээр дүрслэгдсэнчлэн, Рафиагийн тулалдаанд өмнөдийн хаан болох байр сууринд Оросыг, Сэннахерибын тулалдаанд хүзүү, эсвэл Антиохын тулалдаанд цайз байсан тэрхүү дүрээр танигдах боломжийг олгодог. Ийнхүү энэ нь луугаар (өмнөдийн хаан), араатнаар (умардын хаан), мөн хуурамч эш үзүүлэгчээр (умардын хааны төлөөлөгч хүч) дүрслэгдсэн гадаад түүхийг, долоодугаар бүлгийн долоодугаар эшлэлийн жаран таван жилийн зөгнөлөөр дүрслэгдсэн дотоод зөгнөлийн шугамтай шууд холбож өгдөг.</w:t>
      </w:r>
    </w:p>
    <w:p>
      <w:pPr>
        <w:pStyle w:val="ArticleBody"/>
        <w:jc w:val="left"/>
      </w:pPr>
      <w:r>
        <w:rPr>
          <w:rFonts w:ascii="Times New Roman" w:hAnsi="Times New Roman" w:eastAsia="Times New Roman" w:cs="Times New Roman"/>
        </w:rPr>
        <w:t>Зөгнөлийн үүднээс авч үзвэл, Сеннахериб Иерусалим уруу довтлон ирсэн явдлын ач холбогдол нь Ариун Бичээс доторх Бурханы хүч чадлын тухай хамгийн хүчирхэг зөгнөлийн гэрчлэлүүдийн нэгийг илэрхийлдэг. Учир нь тэнд Бурхан Сеннахерибын 185,000 хүний бүрэлдэхүүнтэй цэргийг нэг шөнийн дотор устгасан билээ. Үүнээс өмнөх өдөр Иерусалимын хэрэм дээр 1844 оны хаагдсан хаалга болон Ням гаргийн хуулийн хаагдсан хаалган дээр тэмдэглэгддэг Лаодикейн болон Филадельфийн Адвентизмын бэлгэ тэмдэг болсон Елиаким ба Шебна хоёул байсан юм.</w:t>
      </w:r>
    </w:p>
    <w:p>
      <w:pPr>
        <w:pStyle w:val="ArticleScripture"/>
        <w:jc w:val="left"/>
      </w:pPr>
      <w:r>
        <w:rPr>
          <w:rFonts w:ascii="Times New Roman" w:hAnsi="Times New Roman" w:eastAsia="Times New Roman" w:cs="Times New Roman"/>
        </w:rPr>
        <w:t>Хезекиа хааны арван дөрөвдэх жилд Ассирийн хаан Сеннахериб Иудагийн бүх бэхлэгдсэн хотуудын эсрэг довтлон ирж, тэдгээрийг эзлэн авав. Тэгээд Ассирийн хаан Лахишаас Рабшакег их цэргийн хамт Иерусалим уруу Хезекиа хаанд илгээв. Тэрээр угаагчийн талбайн замын дэргэдэх дээд цөөрмийн усан хоолойн хажууд зогсов. Тэгэхэд ордныг захирч байсан Хилкиагийн хүү Елиаким, бичээч Шебна, мөн тэмдэглэл хөтлөгч Асафын хүү Иоах нар түүн уруу гарч ирэв. Исаиа 36:1–3.</w:t>
      </w:r>
    </w:p>
    <w:p>
      <w:pPr>
        <w:pStyle w:val="ArticleBody"/>
        <w:jc w:val="left"/>
      </w:pPr>
      <w:r>
        <w:rPr>
          <w:rFonts w:ascii="Times New Roman" w:hAnsi="Times New Roman" w:eastAsia="Times New Roman" w:cs="Times New Roman"/>
        </w:rPr>
        <w:t>Исаиа номын долоодугаар бүлэгт, Иудагийн хаан, өмнөд хаант улсын ёрын муу Ахазад хүргэх нэгэн захиастайгаар Исаиа илгээгддэг. Наймдугаар бүлгийн наймдугаар зүйлд Сеннахерибийн довтолж буй нь тэрхүү хаант улс мөн. Исаиа ёрын муу хаан Ахазтай уулзахдаа “угаагчийн талбай хүрэх замын дагуух дээд цөөрмийн сувгийн дэргэд” түүнтэй уулзсан бөгөөд энэ нь Рабшаке ЭЗЭНий нэрийг доромжилдог яг тэр газар мөн. Исаиа өөрөө болон хүүхдүүд нь тэмдэгүүд мөн гэж заасан.</w:t>
      </w:r>
    </w:p>
    <w:p>
      <w:pPr>
        <w:pStyle w:val="ArticleScripture"/>
        <w:jc w:val="left"/>
      </w:pPr>
      <w:r>
        <w:rPr>
          <w:rFonts w:ascii="Times New Roman" w:hAnsi="Times New Roman" w:eastAsia="Times New Roman" w:cs="Times New Roman"/>
        </w:rPr>
        <w:t>Үзэгтүн, ЭЗЭНий надад өгсөн би болон хүүхдүүд минь Израильд тэмдэг ба гайхамшгийн төлөө, Сион ууланд оршигч Түмэн цэргийн ЭЗЭНээс ирэгсэд мөн. Исаиа 8:18.</w:t>
      </w:r>
    </w:p>
    <w:p>
      <w:pPr>
        <w:pStyle w:val="ArticleBody"/>
        <w:jc w:val="left"/>
      </w:pPr>
      <w:r>
        <w:rPr>
          <w:rFonts w:ascii="Times New Roman" w:hAnsi="Times New Roman" w:eastAsia="Times New Roman" w:cs="Times New Roman"/>
        </w:rPr>
        <w:t>Исаиа эш үзүүлэгч хорон муу хаан Ахазтай “Дээд цөөрмийн сувгийн дэргэд, угаагчийн талбай руу хүрэх зам дээр” уулзах үедээ “үлдэгсдийн нэгэн хэсэг эргэн ирнэ” гэсэн утгатай хүү Шеар-яшувыг дагуулан ирсэн байв.</w:t>
      </w:r>
    </w:p>
    <w:p>
      <w:pPr>
        <w:pStyle w:val="ArticleScripture"/>
        <w:jc w:val="left"/>
      </w:pPr>
      <w:r>
        <w:rPr>
          <w:rFonts w:ascii="Times New Roman" w:hAnsi="Times New Roman" w:eastAsia="Times New Roman" w:cs="Times New Roman"/>
        </w:rPr>
        <w:t>Тэгэхэд ЭЗЭН Исаиад хандан, “Чи хүү Шеар-яшубын хамт одоо гарч, дээд цөөрмийн усан хоолойн төгсгөлд, угаагчийн талбай хүрэх зам дээр Ахазтай уулз” гэж айлдав. Исаиа 7:3.</w:t>
      </w:r>
    </w:p>
    <w:p>
      <w:pPr>
        <w:pStyle w:val="ArticleBody"/>
        <w:jc w:val="left"/>
      </w:pPr>
      <w:r>
        <w:rPr>
          <w:rFonts w:ascii="Times New Roman" w:hAnsi="Times New Roman" w:eastAsia="Times New Roman" w:cs="Times New Roman"/>
        </w:rPr>
        <w:t>Шеар-жашуб нь “угаагчийн талбайн зам дээрх дээд цөөрмийн ус дамжуулах сувгийн төгсгөлд” Исаиагийн тунхагласан мэдээ нь буцан ирэгч үлдэгсдийг тодорхойлсон мэдээ болохыг илтгэнэ. Тэрхүү үлдэгсэд нь Малахийн номд Эзэн уруу буцан ирснээр, мөн аравны нэгүүдийг агуулахад буцаан авчирснаар Эзэнийг сориход дуудагдсан хүмүүс мөн. Буцан ирэгчид нь мөн Иеремиагийн дүрслэлд анхны урам хугарлын дараа эргэн ирэгчид хэмээн төлөөлөгддөг. Долоодугаар бүлэгт “угаагчийн талбайн зам дээрх дээд цөөрмийн ус дамжуулах сувгийн төгсгөл” нь Исаиа ёс бус өмнөдийн хаанд мэдээ өгч байгааг дүрсэлдэг бөгөөд Исаиа гучин зургаад Елиаким, Шебна, тэмдэглэгч Иоах нар Хезекиагийн өмнөөс харилцсан бол, Рабшаке нь Сеннахерибийг төлөөлж байв.</w:t>
      </w:r>
    </w:p>
    <w:p>
      <w:pPr>
        <w:pStyle w:val="ArticleBody"/>
        <w:jc w:val="left"/>
      </w:pPr>
      <w:r>
        <w:rPr>
          <w:rFonts w:ascii="Times New Roman" w:hAnsi="Times New Roman" w:eastAsia="Times New Roman" w:cs="Times New Roman"/>
        </w:rPr>
        <w:t>“Угаагчийн талбайн зам дахь дээд цөөрмийн сувгийн төгсгөл”-ийн анхны мэдээг Исаиа болон түүний хүү тунхагласан бол, “угаагчийн талбайн зам дахь дээд цөөрмийн сувгийн төгсгөл”-ийн сүүлчийн мэдээг гурван хүн тунхагласан юм. Анхны мэдээ нь дотоодын нэгэн хаанд, харин хоёр дахь нь гадаадын нэгэн хаанд зориулагдсан байв. Хуваарилах шугам нь хэрэм бөгөөд энэ нь Бурханы хуулийн бэлгэдэл, мөн сүм ба төрийн тусгаарлалтыг арилгахыг төлөөлдөг Ням гаргийн хууль юм. Ням гаргийн хуулийн үед, өөрөөр хэлбэл хэрмийн дээр, гурван бэлгэдэл байдаг; Елиаким нь Филаделфи, Шебна нь Лаодики, харин тэмдэглэгч Иоаб нь Сардис юм.</w:t>
      </w:r>
    </w:p>
    <w:p>
      <w:pPr>
        <w:pStyle w:val="ArticleBody"/>
        <w:jc w:val="left"/>
      </w:pPr>
      <w:r>
        <w:rPr>
          <w:rFonts w:ascii="Times New Roman" w:hAnsi="Times New Roman" w:eastAsia="Times New Roman" w:cs="Times New Roman"/>
        </w:rPr>
        <w:t>Ням гаргийн хуулийн үед Даниел 11:41-д өгүүлснээр олон хүн түлхэн унагаагдах бөгөөд тэр хүмүүс нь долоо дахь өдрийн Амралтын өдрийн талаарх гэрлийн өмнө хариуцлага хүлээдэг хүмүүс юм. Дөчин нэгдүгээр эшлэлд түлхэн унагаагдагсад нь Лаодикийн Долоо дахь өдрийн Адвентистууд бөгөөд Елиаким нь Филадельфийг төлөөлдөг.</w:t>
      </w:r>
    </w:p>
    <w:p>
      <w:pPr>
        <w:pStyle w:val="ArticleScripture"/>
        <w:jc w:val="left"/>
      </w:pPr>
      <w:r>
        <w:rPr>
          <w:rFonts w:ascii="Times New Roman" w:hAnsi="Times New Roman" w:eastAsia="Times New Roman" w:cs="Times New Roman"/>
        </w:rPr>
        <w:t>Тэр өдөр болоход Би Хилкиягийн хүү, Өөрийн зарц Елиакимыг дуудах болно. Би түүнийг чиний өмсгөлөөр өмсгөж, чиний бүсээр бэхжүүлэн, чиний засаглалыг түүний гарт даатгана. Тэрээр Иерусалимын оршин суугчдад болон Иудагийн гэрт эцэг мэт байх болно. Би Давидын гэрийн түлхүүрийг түүний мөрөн дээр тавина. Тэгэхэд тэр нээхэд хэн ч хаахгүй, тэр хаахад хэн ч нээхгүй. Исаиа 22:20–22.</w:t>
      </w:r>
    </w:p>
    <w:p>
      <w:pPr>
        <w:pStyle w:val="ArticleScripture"/>
        <w:jc w:val="left"/>
      </w:pPr>
      <w:r>
        <w:rPr>
          <w:rFonts w:ascii="Times New Roman" w:hAnsi="Times New Roman" w:eastAsia="Times New Roman" w:cs="Times New Roman"/>
        </w:rPr>
        <w:t>Филаделфи дахь чуулганы тэнгэрэлчид бичигтүн: Ариун Нэгэн, Үнэнч Нэгэн, Давидын түлхүүрийг эзэмшигч, нээвээс хэн ч хааж үл чадах, хааваас хэн ч нээж үл чадах Тэр ийн айлдаж байна: Би чиний үйлсийг мэднэ. Болгоогтун, Би чиний өмнө нээлттэй хаалга тавьсан бөгөөд түүнийг хэн ч хааж чадахгүй. Учир нь чамд багахан хүч байгаа боловч чи Миний үгийг сахиж, Миний нэрийг үгүйсгээгүй. Болгоогтун, өөрсдийгөө иудейчүүд мөн гэж хэлдэг атлаа тийм биш, харин худал хэлдэг Сатаны синагогийнхныг Би авчирч, чиний хөлийн өмнө мөргүүлж, Би чамайг хайрласныг нь мэдүүлнэ. Илчлэл 3:7–9.</w:t>
      </w:r>
    </w:p>
    <w:p>
      <w:pPr>
        <w:pStyle w:val="ArticleBody"/>
        <w:jc w:val="left"/>
      </w:pPr>
      <w:r>
        <w:rPr>
          <w:rFonts w:ascii="Times New Roman" w:hAnsi="Times New Roman" w:eastAsia="Times New Roman" w:cs="Times New Roman"/>
        </w:rPr>
        <w:t>Шебна Елиакимаар солигддог бөгөөд ханан дээрх Шебна нь эртний эсвэл хожуугийн борооны мэдээнээс ашиг тус хүртэхээс татгалздаг Лаодикийн Долоо дахь өдрийн Адвентистуудыг төлөөлдөг. Чуулгантай хамт байсан эртний бороо нь Исаиа болон буцаж ирсэн үлдэгдлээр төлөөлөгдөж байсан бөгөөд уг мэдээ нь хорон муу хаан Ахазаар төлөөлөгдсөн урвасан чуулганд чиглэж байв. Хананаас ирсэн мэдээ нь Иерусалимыг ялахыг эрмэлзэж байсан хойд зүгийн хорон муу хаанд өгөгдсөн бөгөөд энэ нь эртний бороотой харьцахдаа хожуугийн бороог төлөөлдөг. Бурханы чуулган шүүгдэж байх үед эртний буюу түрүүчийн бороо шивэрдэг, харин Ням гаргийн хуулийн үед бороо хэмжээлшгүйгээр асгардаг. Ахазад өгөгдсөн мэдээ нь дотоод мэдээ байсан, Сеннахерибт өгөгдсөн мэдээ нь гадаад мэдээ байсан. Илчлэл 18:1–3-ын эхний дуу хоолой нь хоёр дахь тэнгэрэлчийн мэдээний давталт бөгөөд энэ нь дотоод юм. Арван наймдугаар бүлгийн дөрөвдүгээр эшлэлийн хоёр дахь дуу хоолой нь гадаад бөгөөд энэ нь гурав дахь мэдээ юм. Исаиа болон түүний хүү дотоод хоёр дахь тэнгэрэлчийн мэдээг авчирсан бөгөөд ханан дээрх гадаад мэдээнд гурван сүнс байдаг.</w:t>
      </w:r>
    </w:p>
    <w:p>
      <w:pPr>
        <w:pStyle w:val="ArticleBody"/>
        <w:jc w:val="left"/>
      </w:pPr>
      <w:r>
        <w:rPr>
          <w:rFonts w:ascii="Times New Roman" w:hAnsi="Times New Roman" w:eastAsia="Times New Roman" w:cs="Times New Roman"/>
        </w:rPr>
        <w:t>Елиаким бол нэг зуун дөчин дөрвөн мянга мөн; Шебна бол тэр цагт Эзэний амнаас бөөлжигдөн гаргагдах Лаодикийн Долоо дахь өдрийн Адвентизм мөн. Бичээч Иоаб нь хана хүртэлх түүхийг, Елиакимын тугийг өргөгдөхөд нь танин мэдэхийн тулд тэмдэглэн үлдээдэг Бурханы өөр сүргийг төлөөлдөг.</w:t>
      </w:r>
    </w:p>
    <w:p>
      <w:pPr>
        <w:pStyle w:val="ArticleBody"/>
        <w:jc w:val="left"/>
      </w:pPr>
      <w:r>
        <w:rPr>
          <w:rFonts w:ascii="Times New Roman" w:hAnsi="Times New Roman" w:eastAsia="Times New Roman" w:cs="Times New Roman"/>
        </w:rPr>
        <w:t>Исаиа 8:8 нь Исаиа номын зургаагаас арван хоёрдугаар бүлэг хүртэлх мэдээг Даниел 11:10-д авчирдаг. Ингэснээрээ тэр довтолгооны дараа хаанчлалын тэргүүн хэвээр үлддэгийг батлах хоёр дахь гэрч болдог. Энэ нь тулааныг өдөөхөд ашиглагддаг эвдэрсэн гэрээний тухай маргааныг тодорхойлдог.</w:t>
      </w:r>
    </w:p>
    <w:p>
      <w:pPr>
        <w:pStyle w:val="ArticleBody"/>
        <w:jc w:val="left"/>
      </w:pPr>
      <w:r>
        <w:rPr>
          <w:rFonts w:ascii="Times New Roman" w:hAnsi="Times New Roman" w:eastAsia="Times New Roman" w:cs="Times New Roman"/>
        </w:rPr>
        <w:t>1989 онд Зөвлөлт Холбоот Улс нуран унаснаас эхлэн, дөчдүгээр эшлэлээс дараагийн эшлэлд дүрслэгдсэн тун удахгүй гарах Ням гаргийн хууль хүртэл, дөчдүгээр эшлэл юу ч өгүүлдэггүй гучин долоон жилийн эш үзүүллэгийн түүх байна. Даниел арван нэгдүгээр бүлгийн аравдугаар эшлэлээс арван тавдугаар эшлэлүүд нь дөчдүгээр эшлэлд хөндөгдөөгүй эш үзүүллэгийн түүхийг төлөөлдөг. Үүнийг зөвхөн “мөр дээр мөр” гэсэн аргачлалыг хэрэглэх үед л харж болно. “Хэрэв та нар итгэхгүй бол, гарцаагүй тогтохгүй” гэдэг нь 1989 оныг дүрслэн өгүүлдэг тэрхүү гурван эшлэлд хавсарсан эш үзүүллэгийн анхааруулга бөгөөд Исаиа наймдугаар бүлгийн наймдугаар эшлэлийн түүхэн биелэл нь Елиаким ба Шебнагийн хувьд нэгэн сорилтыг дүрслэн үзүүлдэг. Та харж байна уу, эсвэл та сохор уу?</w:t>
      </w:r>
    </w:p>
    <w:p>
      <w:pPr>
        <w:pStyle w:val="ArticleBody"/>
        <w:jc w:val="left"/>
      </w:pPr>
      <w:r>
        <w:rPr>
          <w:rFonts w:ascii="Times New Roman" w:hAnsi="Times New Roman" w:eastAsia="Times New Roman" w:cs="Times New Roman"/>
        </w:rPr>
        <w:t>Даниел 11-ийн дөчин нэгдүгээр эшлэл нь Америкийн Нэгдсэн Улсад тун удахгүй гарах Ням гаргийн хуулийг илэрхийлдэг бөгөөд энэ нь арван зургадугаар эшлэлийг биелүүлсэн түүхээр дүрслэгдсэн байдаг.</w:t>
      </w:r>
    </w:p>
    <w:p>
      <w:pPr>
        <w:pStyle w:val="ArticleScripture"/>
        <w:jc w:val="left"/>
      </w:pPr>
      <w:r>
        <w:rPr>
          <w:rFonts w:ascii="Times New Roman" w:hAnsi="Times New Roman" w:eastAsia="Times New Roman" w:cs="Times New Roman"/>
        </w:rPr>
        <w:t>Харин түүний эсрэг ирэх нэгэн нь өөрийн хүслийн дагуу үйлдэх бөгөөд түүний өмнө хэн ч тогтож үл чадах ажээ. Тэрээр алдарт нутагт зогсох бөгөөд тэр нутаг түүний мутраар сүйрэх болно. Даниел 11:16.</w:t>
      </w:r>
    </w:p>
    <w:p>
      <w:pPr>
        <w:pStyle w:val="ArticleScripture"/>
        <w:jc w:val="left"/>
      </w:pPr>
      <w:r>
        <w:rPr>
          <w:rFonts w:ascii="Times New Roman" w:hAnsi="Times New Roman" w:eastAsia="Times New Roman" w:cs="Times New Roman"/>
        </w:rPr>
        <w:t>Тэрээр мөн алдар суут нутагт орж ирнэ, олон улс орон сүйрэн унах болно. Харин эдгээр нь түүний гараас мултарч гарах юм; тухайлбал Едом, Моаб, мөн Аммоны хөвгүүдийн тэргүүн хэсэг. Даниел 11:41.</w:t>
      </w:r>
    </w:p>
    <w:p>
      <w:pPr>
        <w:pStyle w:val="ArticleBody"/>
        <w:jc w:val="left"/>
      </w:pPr>
      <w:r>
        <w:rPr>
          <w:rFonts w:ascii="Times New Roman" w:hAnsi="Times New Roman" w:eastAsia="Times New Roman" w:cs="Times New Roman"/>
        </w:rPr>
        <w:t>Даниел 11-ийн арван зургаадугаар эшлэлээс эхлэн гучдугаар эшлэл хүртэлх түүхэн биелэл нь бөө мөргөлийн Ромын түүх мөн. Даниел 11-р бүлгийн эш үзүүллэгийн мөр бүр нь бөө мөргөлийн, папын, эсвэл орчин үеийн Ромын түүхийг эсвэл үлгэрлэн дүрсэлдэг. Мөр бүр нь эсвэл Ромын тодорхой нэг түүхийг шууд заан тэмдэглэдэг, эсвэл ирээдүйн Ромын түүхийн үлгэр дүр болдог. Мөр бүр. Бөө мөргөлийн Ромоор биелсэн түүхийг шууд өгүүлдэг эшлэлүүд нь папын Ромын үлгэр дүр болдог. Бөө мөргөлийн Ром болон папын Ром хамтдаа орчин үеийн Ромын тухай гэрчилдэг. Үзэгдлийг Ром тогтоон байгуулдаг; учир нь бүлгийн эхнээс төгсгөл хүртэлх үзэгдэл Ромын тухай юм.</w:t>
      </w:r>
    </w:p>
    <w:p>
      <w:pPr>
        <w:pStyle w:val="ArticleBody"/>
        <w:jc w:val="left"/>
      </w:pPr>
      <w:r>
        <w:rPr>
          <w:rFonts w:ascii="Times New Roman" w:hAnsi="Times New Roman" w:eastAsia="Times New Roman" w:cs="Times New Roman"/>
        </w:rPr>
        <w:t>Есүс Иудасын урвалт илчлэгдэн тодрох үед шавь нартаа итгүүлэхийн тулд урвагч байгааг урьдчилан мэдүүлсэн юм.</w:t>
      </w:r>
    </w:p>
    <w:p>
      <w:pPr>
        <w:pStyle w:val="ArticleScripture"/>
        <w:jc w:val="left"/>
      </w:pPr>
      <w:r>
        <w:rPr>
          <w:rFonts w:ascii="Times New Roman" w:hAnsi="Times New Roman" w:eastAsia="Times New Roman" w:cs="Times New Roman"/>
        </w:rPr>
        <w:t>“Иудас дээр гай тунхаглахдаа Христ Өөрийн шавь нарт ч мөн өршөөлийн зорилго агуулж байв. Ийнхүү Тэр Өөрийн Мессиагийн чанарын хамгийн дээд нотолгоог тэдэнд өгсөн юм. ‘Би та нарт урьдаас хэлж байна,’ хэмээн Тэр айлдсан, ‘ингэснээр энэ нь биелэх үед та нар БИ БАЙНА гэдэгт итгэх болно.’ Хэрэв Есүс Өөрт нь тохиолдох зүйлийн талаар мэдэхгүй мэт чимээгүй үлдсэнсэн бол, шавь нар нь Эзэнээ бурханлаг урьдчилан мэдлэггүй байсан бөгөөд алуурчин үймээнч олны гарт гэнэдэн баригдаж, урвуулан тушаагдсан гэж бодож болох байв. Нэг жилийн өмнө Есүс арван хоёрыг сонгосноо, тэдний нэг нь диавол мөн гэж шавь нартаа хэлсэн байлаа. Одоо Иудаст хандсан Түүний үгс, түүний урвалт Эзэнд нь бүрэн мэдэгдэж байсан гэдгийг харуулснаар, Христийн доромжлолын үед Түүний жинхэнэ дагалдагчдын итгэлийг бэхжүүлэх байв. Иудас аймшигт төгсгөлдөө хүрэхэд, тэд Есүс урвагч дээр тунхагласан тэр гайт үгийг санах байлаа.” Эрин үеийн хүсэл, 655.</w:t>
      </w:r>
    </w:p>
    <w:p>
      <w:pPr>
        <w:pStyle w:val="ArticleBody"/>
        <w:jc w:val="left"/>
      </w:pPr>
      <w:r>
        <w:rPr>
          <w:rFonts w:ascii="Times New Roman" w:hAnsi="Times New Roman" w:eastAsia="Times New Roman" w:cs="Times New Roman"/>
        </w:rPr>
        <w:t>2023 оны 12 дугаар сарын 31-нд Иудагийн овгийн Арслан Өөрийнхөө илчлэлийг тайлан нээж эхэлсэн бөгөөд суурь шалгалт эхэлсэн. Тэрхүү шалгалт нь арван дөрөвдүгээр эшлэл дэх үзэгдлийг тогтоон байгуулсан бэлгэдэл нь одоо ч Ром хэвээр байсан уу, эсвэл нөхцөл байдал өөрчлөгдсөн үү гэдэг дээр төвлөрч байв. 2025 оны 5 дугаар сарын 8-нд Америкийн Нэгдсэн Улсаас гарсан анхны антихрист ноёрхож эхлэхэд арван дөрөвдүгээр эшлэл биелсэн байлаа. Тэгээд Трамп ба пап Лео хоёрын хоорондын харилцаа Рейган ба Иохан Павел II-оор хэвшин төлөөлөгдсөн нь харагдаж болсон. 2014 онд, Америкийн Нэгдсэн Улсын Төрийн департамент Украинд өнгөт хувьсгал бий болгосноор эхэлсэн Украины дайн нь Обамагийн ерөнхийлөгчлөлийн үед болсон бөгөөд тэрээр хоёр папын үед ноёрхсон юм. Арван дугаар эшлэл дэх Рейган ба Иохан Павел II, улмаар 2014 онд Украины дайн эхэлсэн нь арван нэгдүгээр эшлэлийн хил хязгаарын газрын тулалдаан, өөрөөр хэлбэл Рафиагийн тулалдаанаар төлөөлөгдөнө. Рафиа гэдэг нь “хил хязгаарын газар” гэсэн утгатай, “Украин” гэдэг үг ч мөн адил тийм утгатай. Тэрхүү түүхэнд Обама ба хоёр пап нь арван хоёроос арван тавдугаар эшлэлүүдийн гурван тулалдааны хоёр дахь тулалдааныг тэмдэглэдэг. Дараа нь 2024 онд Трамп арван гуравдугаар эшлэлийн биелэлт болгон эргэн ирсэн. Тэгээд арван дөрөвдүгээр эшлэлд Трампын папын эсрэг талын дүрийн ирэлтээр үзэгдэл тогтоогддог.</w:t>
      </w:r>
    </w:p>
    <w:p>
      <w:pPr>
        <w:pStyle w:val="ArticleBody"/>
        <w:jc w:val="left"/>
      </w:pPr>
      <w:r>
        <w:rPr>
          <w:rFonts w:ascii="Times New Roman" w:hAnsi="Times New Roman" w:eastAsia="Times New Roman" w:cs="Times New Roman"/>
        </w:rPr>
        <w:t>Тогтоогдсон зүйл нь, арваас арван тавдугаар эшлэлүүдийн гурван тулалдаан нь Ням гаргийн хуулийн үеийн Кармел уул руу хөтлөх замд Иезебел ба Ахабын хоорондын харилцааг тус бүр тодорхойлдог гурван замын тэмдэг болохыг илтгэсэн явдал юм. Рейганы үед Иезебел Самарид байж, нууц холбоогоор халхлагдаж байв. Дараа нь Баалын тахилч нар болон төгөлийн эш үзүүлэгчид woke либерал Католицизмын спиритуализмыг өргөсөн бөгөөд энэ нь урвасан Протестантизмын хуурамч эш үзүүлэгч болон Исламын хуурамч эш үзүүлэгч гэсэн аль алийг нь бэлгэдсэн Обамагийн шизофреник бэлгэдэлтэй, эх дэлхийг шүтэх шүтлэгтэй, Францын хувьсгалын садар самуун, анархитай нийлсэн байв. Дараа нь Трамп 2024 онд эргэн ирсэн бөгөөд араатан ба түүний дүрийн хоорондох ил харилцаа 2025 онд илчлэгдэн харагдсан. Одоо 2026 он бөгөөд суурийн гадаад үзэгдлийн шалгалт даван өнгөрсөн, бид одоо сүмийн үзэгдлийн шалгалтад байна.</w:t>
      </w:r>
    </w:p>
    <w:p>
      <w:pPr>
        <w:pStyle w:val="ArticleBody"/>
        <w:jc w:val="left"/>
      </w:pPr>
      <w:r>
        <w:rPr>
          <w:rFonts w:ascii="Times New Roman" w:hAnsi="Times New Roman" w:eastAsia="Times New Roman" w:cs="Times New Roman"/>
        </w:rPr>
        <w:t>Арван нэгдүгээр эшлэл нь МЭӨ 217 онд болсон Рафиагийн тулалдаанд биелсэн бөгөөд 2014 онд эхэлж, 2022 онд хурцадсан, эдүгээ төгсгөлдөө ойртож буй Украины дайны хэв шинж болж байна. Путин ялах болно, гэвч тэрхүү ялалт нь түүний мөхлийн эхлэлийг л авчирна. Арван нэгдүгээр эшлэлийн эш үзүүллэгийн бүтэц болон Даниелын арван нэгдүгээр бүлгийн арван нэгдүгээр эшлэл биелэхдээ МЭӨ 217 онд Рафиагийн тулалдаанд Птолемейн байгуулсан ялалтаар түүхэн байдлаар хэрэгжсэн явдал нь Уззиа хааны эш үзүүллэгийн түүхтэй нийцдэг. Птолемей ч, Уззиа ч өмнөдийн хаад байсан бөгөөд цэргийн амжилтын улмаас тэдний зүрх сэтгэл өргөгдсөн боловч, тэрхүү өргөгдсөн зүрх нь хоёуланг нь унагасан; мөн тэдний хоёулангийнх нь мөхөл нь Иерусалим дахь ариун сүмд өргөл өргөх гэсэн харилцан адил оролдлоготой холбоотой юм.</w:t>
      </w:r>
    </w:p>
    <w:p>
      <w:pPr>
        <w:pStyle w:val="ArticleBody"/>
        <w:jc w:val="left"/>
      </w:pPr>
      <w:r>
        <w:rPr>
          <w:rFonts w:ascii="Times New Roman" w:hAnsi="Times New Roman" w:eastAsia="Times New Roman" w:cs="Times New Roman"/>
        </w:rPr>
        <w:t>Дараагийн өгүүлэлд бид арван тавдугаар эшлэл дэх Паниумын тулалдаанд хүргэх Путины мөхлийн тухай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зургаа</dc:title>
  <dc:subject>Төгсгөлийн цаг үе</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