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Арван долоо дугаар тоо</w:t>
      </w:r>
    </w:p>
    <w:p>
      <w:pPr>
        <w:pStyle w:val="ArticleSubtitle"/>
        <w:jc w:val="left"/>
      </w:pPr>
      <w:r>
        <w:rPr>
          <w:rFonts w:ascii="Arial" w:hAnsi="Arial" w:eastAsia="Arial" w:cs="Arial"/>
        </w:rPr>
        <w:t>Зүйл ба үзэгдэл: Даниелын эш үзүүллэгийн хоёр шугам ба Илчлэлийн лац тайлагдалт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2026-02-22</w:t>
      </w:r>
    </w:p>
    <w:p>
      <w:pPr>
        <w:pStyle w:val="ArticleBody"/>
        <w:jc w:val="left"/>
      </w:pPr>
      <w:r>
        <w:rPr>
          <w:rFonts w:ascii="Times New Roman" w:hAnsi="Times New Roman" w:eastAsia="Times New Roman" w:cs="Times New Roman"/>
        </w:rPr>
        <w:t>2020 оны 7 дугаар сарын 18-нд нэг зуун дөчин дөрвөн мянгатын хөдөлгөөний анхны урам хугаралт ирэв. Энэ нь Даниел арван нэгдүгээр бүлгийн дөчдүгээр эшлэлийн “далд түүх”-ийн хүрээнд тохиолдсон юм. Тэрхүү урам хугаралт нь тэр “далд түүх”-ийн нэлээд хожуу үед болсон бөгөөд уг түүх 1989 онд Зөвлөлт Холбоот Улс задран унаснаар эхэлсэн билээ. Дөчин нэгдүгээр эшлэл нь Америкийн Нэгдсэн Улс дахь Ням гаргийн хуулийг илэрхийлдэг бөгөөд энэ нь мөн адил тухайн бүлгийн арван зургаадугаар эшлэлд ч дүрслэгдсэн байдаг. Дөчдүгээр эшлэлийн “далд түүх”-ийг бүрдүүлдэг үнэнүүдийн “лац тайлагдах” үйл явдлыг 2023 онд Даниел арван хоёрдугаар бүлэгт танилцуулдаг. Аравдугаар бүлгээс арван хоёрдугаар бүлэг хүртэл нэг л үзэгдэл бөгөөд уг үзэгдэл Даниел эш үзүүллэгийн дотоод ба гадаад мэдээнүүдийг хоёуланг нь ойлгодог “ухаалаг хүмүүс”-ийг төлөөлдөг болохыг тодорхойлон эхэлдэг; энэ нь тэнд “тэр зүйл” болон “үзэгдэл” хэмээн дүрслэгдсэн байна.</w:t>
      </w:r>
    </w:p>
    <w:p>
      <w:pPr>
        <w:pStyle w:val="ArticleScripture"/>
        <w:jc w:val="left"/>
      </w:pPr>
      <w:r>
        <w:rPr>
          <w:rFonts w:ascii="Times New Roman" w:hAnsi="Times New Roman" w:eastAsia="Times New Roman" w:cs="Times New Roman"/>
        </w:rPr>
        <w:t>Персийн хаан Кирийн гурав дахь жилд Белтешазар хэмээн нэрлэгддэг Даниелд нэгэн зүйл илчлэгдэв; тэр зүйл үнэн байсан боловч тогтоогдсон цаг хугацаа урт байв. Тэрээр тэр зүйлийг ойлгож, үзэгдлийн утгыг ухаарсан юм. Даниел 10:1.</w:t>
      </w:r>
    </w:p>
    <w:p>
      <w:pPr>
        <w:pStyle w:val="ArticleHeading"/>
        <w:jc w:val="left"/>
      </w:pPr>
      <w:r>
        <w:rPr>
          <w:rFonts w:ascii="Arial" w:hAnsi="Arial" w:eastAsia="Arial" w:cs="Arial"/>
        </w:rPr>
        <w:t>Хоёр үзэгдэл</w:t>
      </w:r>
    </w:p>
    <w:p>
      <w:pPr>
        <w:pStyle w:val="ArticleBody"/>
        <w:jc w:val="left"/>
      </w:pPr>
      <w:r>
        <w:rPr>
          <w:rFonts w:ascii="Times New Roman" w:hAnsi="Times New Roman" w:eastAsia="Times New Roman" w:cs="Times New Roman"/>
        </w:rPr>
        <w:t>“Зүйл” болон “үзэгдэл” нь эш үзүүллэгийн дотоод ба гадаад үзэгдлүүдийг төлөөлдөг бөгөөд Даниел нь энэ хоёуланг нь ойлгодог нэг ардыг төлөөлдөг. Учир нь арвандугаар бүлэгт “зүйл” ба “үзэгдэл” хоёулаа Даниелд “илчлэгдсэн” билээ. Тэр бүлэгт, хорин хоёр дахь өдөр, ариун сүм дэх Христийн үзэгдэл Даниелд “илчлэгдсэн.” “Зүйл” хэмээн орчуулагдсан еврей үг нь есдүгээр бүлэгт “хэрэг” гэж орчуулагдсан байдаг бөгөөд тэнд мөн “үзэгдэл”-тэй холбогдуулан тавигдсан байдаг.</w:t>
      </w:r>
    </w:p>
    <w:p>
      <w:pPr>
        <w:pStyle w:val="ArticleScripture"/>
        <w:jc w:val="left"/>
      </w:pPr>
      <w:r>
        <w:rPr>
          <w:rFonts w:ascii="Times New Roman" w:hAnsi="Times New Roman" w:eastAsia="Times New Roman" w:cs="Times New Roman"/>
        </w:rPr>
        <w:t>Чиний гуйлтуудын эхэнд зарлиг гарсан бөгөөд би чамд ойлгуулахаар ирлээ; учир нь чи үлэмж хайрлагдсан нэгэн мөн. Тиймээс энэ үгийг ухаарч, үзэгдлийг тунгаан бодогтун. Даниел 9:23.</w:t>
      </w:r>
    </w:p>
    <w:p>
      <w:pPr>
        <w:pStyle w:val="ArticleBody"/>
        <w:jc w:val="left"/>
      </w:pPr>
      <w:r>
        <w:rPr>
          <w:rFonts w:ascii="Times New Roman" w:hAnsi="Times New Roman" w:eastAsia="Times New Roman" w:cs="Times New Roman"/>
        </w:rPr>
        <w:t>Аравдугаар бүлэг дэх “юм” гэсэн үг нь есдүгээр бүлгийн хорин гуравдугаар эшлэлд “хэрэг” хэмээн орчуулагдсан үгтэй адил юм. Даниелын аравдугаар бүлгээс арван хоёрдугаар бүлэг хүртэлх эцсийн үзэгдэлд; арван нэгдүгээр бүлгийн “юм” буюу аравдугаар бүлгийн “хэрэг” нь хоёулаа “үзэгдэл”-тэй холбоотой. “Үзэгдэл” гэдэг нь еврей хэлний “mareh” гэсэн үг бөгөөд “харагдах байдал” гэсэн утгатай. Даниел номондоо хоёр “үзэгдэл”-ийг ялган тэмдэглэдэг бөгөөд тэдгээр хоёр “үзэгдэл”-ийн нэг нь эм хүйсний хэлбэрээр, дараа нь дахин эр хүйсний хэлбэрээр илэрхийлэгддэг. Даниел аравдугаар бүлгийн нэгдүгээр эшлэлд “үзэгдэл” болох харагдах байдлыг, мөн түүнчлэн “хэрэг” буюу “юм”-ыг ойлгодог хүмүүсийг дүрсэлдэг. Наймдугаар бүлэгт Даниел хоорондоо холбоотой хоёр “үзэгдэл”-ийг тодорхойлдог. Англи орчуулгад “vision” гэсэн үг энэ бүлэгт найман удаа гардаг бөгөөд “үзэгдэл” хэмээн орчуулагдсан еврей үгсийн нэг нь “mareh”, нөгөө нь “chazon” юм. Mareh нь “харагдах байдал” гэсэн утгатай, харин chazon нь “зүүд, илчлэлт, эсвэл эшлэл” гэсэн утгатай. Наймдугаар бүлгийн хам сэдэв нь “mareh” гэдэг үгийг “үзэгдэл” хэмээн орчуулах үед энэ нь “Христийн харагдах байдал”-ыг төлөөлдгийг тогтоож өгдөг.</w:t>
      </w:r>
    </w:p>
    <w:p>
      <w:pPr>
        <w:pStyle w:val="ArticleBody"/>
        <w:jc w:val="left"/>
      </w:pPr>
      <w:r>
        <w:rPr>
          <w:rFonts w:ascii="Times New Roman" w:hAnsi="Times New Roman" w:eastAsia="Times New Roman" w:cs="Times New Roman"/>
        </w:rPr>
        <w:t>Жишээ болгон авч үзвэл, Даниел 8:14 дэх “mareh”, өөрөөр хэлбэл “үзэгдэхүйн үзэгдэл” юм. Энэ нь 1844 оны 10 дугаар сарын 22-нд Христ Малакын гуравдугаар бүлэгт гардаг Гэрээний Элчийн биелэл болгон сүмд гэнэт үзэгдэнэ гэсэн утгатай бөгөөд Эгч Уайт үүнийг 1844 оны 10 дугаар сарын 22-нд биелсэн хэмээн хэлсэн. Эгч Уайт Илчлэл 10-д бууж ирээд нэг хөлөө газар дээр, нөгөөг нь тэнгис дээр тавьсан тэнгэрэлчийг “Есүс Христээс өөр дутуугүй нэгэн бие хүн” байсан гэж тодорхойлохдоо, Христ үзэгддэг эш үзүүллэгийн нэгэн тэмдэгт үеийг зааж байсан юм. Энэ нь Түүний олон үзэгдлүүдийн нэг мөн. Иудагийн дагуу Тэр Мосегийн амилалтын үед үзэгдсэн. Тэнд Тэр тэргүүн тэнгэрэлч Михаилын хувиар үзэгдсэн боловч, гэсэн ч, энэ нь эш үзүүллэгийн үзэгдэл байсан. Наймдугаар бүлэг дэх mareh үзэгдлийг мөн түүний утгатай нийцүүлэн “үзэгдэл” гэж орчуулдаг.</w:t>
      </w:r>
    </w:p>
    <w:p>
      <w:pPr>
        <w:pStyle w:val="ArticleScripture"/>
        <w:jc w:val="left"/>
      </w:pPr>
      <w:r>
        <w:rPr>
          <w:rFonts w:ascii="Times New Roman" w:hAnsi="Times New Roman" w:eastAsia="Times New Roman" w:cs="Times New Roman"/>
        </w:rPr>
        <w:t>Тэгээд би, бүр би Даниел, уг үзэгдлийг үзээд утгыг нь эрэн хайж байтал, харагтун, миний өмнө хүний дүр төрхтэй нэгэн зогсож байлаа. Даниел 8:15.</w:t>
      </w:r>
    </w:p>
    <w:p>
      <w:pPr>
        <w:pStyle w:val="ArticleBody"/>
        <w:jc w:val="left"/>
      </w:pPr>
      <w:r>
        <w:rPr>
          <w:rFonts w:ascii="Times New Roman" w:hAnsi="Times New Roman" w:eastAsia="Times New Roman" w:cs="Times New Roman"/>
        </w:rPr>
        <w:t>Энд буй агуулгаас үзвэл, “хүний төрхтэй” байсан нь тэнгэрэлч Габриел мөн болох нь тодорхойлогдож байна. Харин “төрх” гэсэн үг нь mareh үзэгдэл дэх Христийн илрэл мөн. Учир нь Христийг тэргүүн тэнгэрэлч Михаилаар, мөн Илчлэлт арван бүлгийн хүчирхэг тэнгэрэлчээр төлөөлүүлэн үзүүлдэгтэй адил, эш үзүүллэгийн хувьд Христийг тэнгэрэлчүүдийн, тэр ч байтугай хүмүүсийн бэлгэдэлтэй харилцан орлуулан хэрэглэдэг. Тухайн эшлэл дэх Габриел ч бай, Илчлэлт арван бүлэг дэх Христ ч бай, эсвэл тэргүүн тэнгэрэлч Михаил ч бай, тэд тус бүр нэгэн мэдээг төлөөлдөг. Ийм учраас Уайт эгч Илчлэлт дэх тэнгэрэлчүүдийг тэдний төлөөлдөг мэдээтэй, мөн уг тэнгэрэлчүүдээр төлөөлөгдсөн мэдээг тунхагладаг хүмүүстэй хоёулантай нь харьцуулдаг. Энэ үнэн маш чухал тул Илчлэлт номын нэгдүгээр бүлгийн эхний гурван эшлэлд—Есүс Христийн Илчлэлт нээгдэхийг зарлан тунхагладаг, сорилтын хугацаа хаагдахын яг өмнөхөн, учир нь “цаг ойрхон” байдаг тэр гурван эшлэлд—Бурханаас хүнд хүрэх мэдээллийн үйл явц тодорхой заагдан гардаг. Тэр нь: Эцгээс Хүүд өгөгдсөн мэдээ, дараа нь Хүү тэр мэдээг нэгэн тэнгэрэлчид өгдөг, тэгээд тэр тэнгэрэлч түүнийг нэгэн хүнд хүргэдэг, харин өнөөх хүн эргээд түүнийг чуулгануудад илгээдэг. Харилцаа дамжуулах үйл явцын алхам бүр ариун бөгөөд гэгээн бөгөөд тэрхүү ариусгагдсан гэгээнийг эш үзүүллэгийн замын тэмдгүүд дээр Христ Өөрөө Өөрийнхөөрөө, эсвэл тэнгэрэлч, хүн, эсвэл мэдээгээр дамжин үзэгдэхэд төлөөлүүлдэг. Тэрээр ямар нэгэн замын тэмдэг дээр Өөрийгөө шууд холбоход, энэ нь “mareh” буюу “төрхийн үзэгдэл” юм.</w:t>
      </w:r>
    </w:p>
    <w:p>
      <w:pPr>
        <w:pStyle w:val="ArticleScripture"/>
        <w:jc w:val="left"/>
      </w:pPr>
      <w:r>
        <w:rPr>
          <w:rFonts w:ascii="Times New Roman" w:hAnsi="Times New Roman" w:eastAsia="Times New Roman" w:cs="Times New Roman"/>
        </w:rPr>
        <w:t>Есүс Христийн илчлэл нь Бурхан Өөрт нь өгсөн бөгөөд, тун удахгүй болох ёстой зүйлсийг Өөрийн зарц нарт үзүүлэхийн тулд, Тэр Өөрийн тэнгэрэлчээр дамжуулан үүнийг Өөрийн зарц Иоханд илгээж, тэмдгээр мэдүүлсэн ажээ. Тэрээр Бурханы үгийн тухай, Есүс Христийн гэрчлэлийн тухай, мөн өөрийн үзсэн бүхний тухай гэрчлэн мэдүүлсэн билээ. Энэхүү эш үзүүллэгийн үгсийг уншигч нь ерөөлтэй еэ, мөн сонсогчид нь, түүн дотор бичигдсэн зүйлийг сахин биелүүлэгчид нь ерөөлтэй еэ. Учир нь цаг нь ойрхон байна. … Тэр надад, “Энэ номын эш үзүүллэгийн үгсийг бүү битүүмжил. Учир нь цаг нь ойрхон байна. Шударга бус нэгэн нь цаашид ч шударга бус байг. Бузар нэгэн нь цаашид ч бузар хэвээр байг. Зөвт нэгэн нь цаашид ч зөвт байг. Ариун нэгэн нь цаашид ч ариун байг” хэмээн айлдав. Илчлэл 1:1–3; 22:10, 11.</w:t>
      </w:r>
    </w:p>
    <w:p>
      <w:pPr>
        <w:pStyle w:val="ArticleBody"/>
        <w:jc w:val="left"/>
      </w:pPr>
      <w:r>
        <w:rPr>
          <w:rFonts w:ascii="Times New Roman" w:hAnsi="Times New Roman" w:eastAsia="Times New Roman" w:cs="Times New Roman"/>
        </w:rPr>
        <w:t>Наймдугаар бүлэгт “chazon” гэдэг нь мөн “үзэгдэл” хэмээн орчуулагддаг өөр нэг еврей үг юм. “Appearance”-тай холбогдохдоо “marah” үзэгдэл нь нэгэн тэмдэглэгээт заагийг тодорхойлж байдаг бол, “chazon” үзэгдэл нь эш үзүүллэгийн нэгэн хугацааг тодорхойлж байдаг. Наймдугаар бүлэгт “үзэгдэл” хэмээн орчуулагдсан энэ хоёр үгэнд тэнгэрлэг нэгэн тэгш хэм бий. Учир нь “mareh” гэдэг еврей үгийг Даниел мөн түүний эм хүйсийн хэлбэр болох “marah” байдлаар хэрэглэсэн байдаг. Харин “chazon”-ы хувьд Даниел үүнийг хоёр янзаар илэрхийлдэг боловч эр, эм хүйсийн эсрэгцлээр бус, харин адил утгыг заадаг хоёр үгээр илэрхийлдэг бөгөөд ингэхдээ тэдгээрийг үлэмж хэмжээгээр тэлдэг.</w:t>
      </w:r>
    </w:p>
    <w:p>
      <w:pPr>
        <w:pStyle w:val="ArticleBody"/>
        <w:jc w:val="left"/>
      </w:pPr>
      <w:r>
        <w:rPr>
          <w:rFonts w:ascii="Times New Roman" w:hAnsi="Times New Roman" w:eastAsia="Times New Roman" w:cs="Times New Roman"/>
        </w:rPr>
        <w:t>“Chazon” нь үзэгдэл, эсвэл айлдвар, эсвэл эш үзүүллэг гэсэн утгатай бөгөөд англи хэлэнд “matter” эсвэл “thing” хэмээн орчуулагддаг үг нь еврей “dabar” бөгөөд энэ нь “үг” гэсэн утгатай. “Chazon” үзэгдэл нь Даниелд мөн “dabar” гэдэг үгээр илэрхийлэгддэг гэж ойлговол, тэд хамтдаа Бурханы Үгийн эш үзүүллэгийн мэдээг төлөөлдөг. Даниел “dabar” буюу “chazon”-ыг үргэлж “mareh”-тэй эсрэгцүүлэн тавьдаг. Эш үзүүллэгийн түвшинд авч үзвэл, “dabar” болон “chazon”-оор төлөөлөгдөх “Бурханы Үгийн эш үзүүллэгийн мэдээнүүд”-ийг Христийн дүр төрхийн илрэл болох “marah” үзэгдэлтэй нэгтгэх үед, Бурханы Үгийн эш үзүүллэгийн түүхийн ариун замын тэмдгүүд бүрэлдэн тогтдог. Дараа нь, хэрэв та “mareh” үгийн эмэгтэй хүйсийн хэлбэр болох “marah”-ыг Даниел дахь үзэгдлийн утгын шугамд нэмбэл, итгэлээр зөвтгөгдөхийн толь мэт үзэгдлийг олж авна.</w:t>
      </w:r>
    </w:p>
    <w:p>
      <w:pPr>
        <w:pStyle w:val="ArticleBody"/>
        <w:jc w:val="left"/>
      </w:pPr>
      <w:r>
        <w:rPr>
          <w:rFonts w:ascii="Times New Roman" w:hAnsi="Times New Roman" w:eastAsia="Times New Roman" w:cs="Times New Roman"/>
        </w:rPr>
        <w:t>Даниелын номын сүүлчийн гурван бүлгээр дүрслэгдсэн Даниелын эцсийн үзэгдэлд, Даниел нь эцсийн өдрүүдэд амьдрах, “Бурханы Үгийн” “эш үзүүллэгийн үзэгдлүүд”-ийг болон нэг зуун дөчин дөрвөн мянгатын шинэчлэлийн хөдөлгөөнийг бүрдүүлэгч ариун замын тэмдгүүдийн ариун чанарыг ойлгодог ард түмнийг төлөөлдөг. Учир нь тэд бол Түүний ариун эш үзүүллэгийн Үгэнд Хургыг хаашаа явна, тийш нь дагагчид мөн. Тэд Хургыг дагах үед Тэрээр тэднийг Даниел 10:7-ийн толь мэт үзэгдэлд хүргэдэг бөгөөд тэнд тэд эсвэл алдааны дор нуугдахаар зугтаж, мөнхөд булшлагддаг, эсвэл тоос шороонд даруулагдан, зөвтгөгдөж, эцсийн өдрүүдийн эш үзүүллэгийн мэдээг тунхаглах хүч чадлаар хангагддаг.</w:t>
      </w:r>
    </w:p>
    <w:p>
      <w:pPr>
        <w:pStyle w:val="ArticleBody"/>
        <w:jc w:val="left"/>
      </w:pPr>
      <w:r>
        <w:rPr>
          <w:rFonts w:ascii="Times New Roman" w:hAnsi="Times New Roman" w:eastAsia="Times New Roman" w:cs="Times New Roman"/>
        </w:rPr>
        <w:t>Габриел Даниелд “үг”-ийг болон “үзэгдэл”-ийг хоёуланг нь “ойлго” хэмээн тушаадаг. “Ойлго” гэж орчуулагдсан еврей үг нь “оюун санаандаа ялган таних” гэсэн утгатай. Эрхэм уншигч аа, таныг болон намайг төлөөлдөг Даниелд “үг” ба “үзэгдэл”-ийн хоорондын ялгаа болон онцлогийг ойлгохыг тушаасан юм. Chazon үзэгдэл нь эш үзүүллэгийн түүхийн гадаад шугамыг төлөөлдөг бол mareh үзэгдэл нь Христийн илрэлийг төлөөлдөг. “Үг” болон “юм” нь “үг” гэсэн утгатай еврей “dabar” хэмээх үг юм. Есүс бол “dabar” мөн. Учир нь Тэр бол Үг билээ. “Юм” болон “үг” нь хоёулаа “dabar” тул илрэлийн үзэгдэлтэй холбоотойгоор толилуулагдсан байдаг.</w:t>
      </w:r>
    </w:p>
    <w:p>
      <w:pPr>
        <w:pStyle w:val="ArticleBody"/>
        <w:jc w:val="left"/>
      </w:pPr>
      <w:r>
        <w:rPr>
          <w:rFonts w:ascii="Times New Roman" w:hAnsi="Times New Roman" w:eastAsia="Times New Roman" w:cs="Times New Roman"/>
        </w:rPr>
        <w:t>Асуудал ба зүйл мөн болох **dabar** нь мөн наймдугаар бүлгийн **chazon** үзэгдэл бөгөөд эш үзүүллэгийн түүхийн үзэгдлийг төлөөлдөг. Эдгээр төлөөлөл бүр (**chazon, dabar,** асуудал ба зүйл) нь эш үзүүллэгийн гадаад шугамыг илтгэдэг бөгөөд **mareh**, мөн түүний эм хүйсний илэрхийлэл болох **marah** нь эш үзүүллэгийн дотоод шугамыг төлөөлдөг. Даниел арван бүлгийн нэгдүгээр эшлэлд дүрслэгдсэн Бурханы эцсийн өдрүүдийн ард түмэн эш үзүүллэгийн түүхийн дотоод ба гадаад шугамыг хоёуланг нь ойлгодог. Илчлэл номд дотоод шугам нь долоон чуулганаар, харин гадаад шугам нь долоон лацаар төлөөлөгдсөн байдаг.</w:t>
      </w:r>
    </w:p>
    <w:p>
      <w:pPr>
        <w:pStyle w:val="ArticleBody"/>
        <w:jc w:val="left"/>
      </w:pPr>
      <w:r>
        <w:rPr>
          <w:rFonts w:ascii="Times New Roman" w:hAnsi="Times New Roman" w:eastAsia="Times New Roman" w:cs="Times New Roman"/>
        </w:rPr>
        <w:t>Даниел хорин нэгэн өдрийн мацгийн дараа Христийн үзэгдлийг харахдаа маре үзэгдлийн эмэгтэй хэлбэрийн илэрхийллийг харсан юм. Маре нь “дүр төрх” гэсэн утгатай бөгөөд Даниел Христийг харахдаа “марах” үзэгдлийг харсан; мөн хэдийгээр маре нь дүр төрх гэсэн утгатай боловч, уг үгийн эмэгтэй хэлбэр нь “толь” гэсэн утгатай ажээ. Сестра Уайт Даниелын харсан үзэгдэл нь Иоханы харсан үзэгдэл мөн байсан гэж бидэнд мэдүүлдэг бөгөөд Иохан Христ тэнгэрийн ариун сүмд байх үед тэрхүү үзэгдлийг харсан билээ.</w:t>
      </w:r>
    </w:p>
    <w:p>
      <w:pPr>
        <w:pStyle w:val="ArticleScripture"/>
        <w:jc w:val="left"/>
      </w:pPr>
      <w:r>
        <w:rPr>
          <w:rFonts w:ascii="Times New Roman" w:hAnsi="Times New Roman" w:eastAsia="Times New Roman" w:cs="Times New Roman"/>
        </w:rPr>
        <w:t>“Габриелын айлчлалын үед эш үзүүлэгч Даниел цаашдын заавар хүлээн авах боломжгүй байсан; харин хэдэн жилийн дараа, бүрэн тайлбарлагдаагүй хэвээр байсан зүйлсийн талаар илүү ихийг мэдэхийг хүсэн, тэр дахин Бурханаас гэрэл ба мэргэн ухааныг эрэн хайхаар өөрийгөө зориулав. ‘Тэр өдрүүдэд би, Даниел, бүтэн гурван долоо хоног гашуудаж байлаа. Би тааламжит талх идээгүй, аманд минь мах ч, дарс ч ороогүй, мөн би өөрийгөө огт тослоогүй байв…. Тэгээд би нүдээ өргөн харвал, болгоогтун, маалинган хувцас өмссөн, бүсэлхийндээ Уфазын нарийн алтаар бүсэлсэн нэгэн хүн байв. Түүний бие бадмаараг мэт, нүүр царай нь аянгын дүр мэт, нүд нь галын дэнлүү мэт, гар хөл нь гялалзтал өнгөлсөн гууль мэт, үгийнх нь дуу хоолой үй олон хүний дуу хоолой мэт байв.’”</w:t>
      </w:r>
    </w:p>
    <w:p>
      <w:pPr>
        <w:pStyle w:val="ArticleScripture"/>
        <w:jc w:val="left"/>
      </w:pPr>
      <w:r>
        <w:rPr>
          <w:rFonts w:ascii="Times New Roman" w:hAnsi="Times New Roman" w:eastAsia="Times New Roman" w:cs="Times New Roman"/>
        </w:rPr>
        <w:t>Бурханы Хүүгээс дутуугүй Нэгэн Даниелд үзэгдэв. Энэхүү дүрслэл нь Христ Патмос арал дээр Иоханд илчлэгдсэн үед өгөгдсөн дүрслэлтэй төстэй юм. Эзэн маань эдүгээ өөр нэгэн тэнгэрлэг элчийн хамт Даниелд сүүлчийн өдрүүдэд юу тохиолдохыг заахаар ирж байна. Энэ мэдлэг нь дэлхийн төгсгөл ирсэн бидний төлөө Даниелд өгөгдөж, онгодоор тэмдэглэгдэн үлдсэн билээ.</w:t>
      </w:r>
    </w:p>
    <w:p>
      <w:pPr>
        <w:pStyle w:val="ArticleScripture"/>
        <w:jc w:val="left"/>
      </w:pPr>
      <w:r>
        <w:rPr>
          <w:rFonts w:ascii="Times New Roman" w:hAnsi="Times New Roman" w:eastAsia="Times New Roman" w:cs="Times New Roman"/>
        </w:rPr>
        <w:t>“Ертөнцийн Аврагчаар илчлэгдсэн агуу үнэнүүд нь үнэнийг нуугдсан эрдэнэс мэт эрэн хайгчдад зориулагдсан байдаг. Даниел өтөлсөн хүн байв. Түүний амьдрал харь үндэстний ордны сэтгэл татам орчин дунд өнгөрч, оюун санаа нь агуу их эзэнт гүрний хэрэг явдлаар дарамтлагдсан байсан; гэвч тэр энэ бүхнээс хөндийрөн, Бурханы өмнө сэтгэлээ зовоож, Хамгийн Дээд Нэгэний зорилгуудын тухай мэдлэгийг эрэн хайв. Түүний гуйлтанд хариу болгон, эцсийн өдрүүдэд амьдрах хүмүүсийн төлөө тэнгэрийн өргөөнүүдээс гэрэл дамжуулагдсан юм. Тэгвэл тэнгэрээс бидэнд авчирсан үнэнүүдийг ойлгон ухаарахын тулд Тэрээр бидний ухааныг нээж өгөхөд, бид Бурханыг ямар их чин earnestnessтайгаар эрэн хайх ёстой вэ.” Review and Herald, 1881 оны 2 дугаар сарын 8.</w:t>
      </w:r>
    </w:p>
    <w:p>
      <w:pPr>
        <w:pStyle w:val="ArticleHeading"/>
        <w:jc w:val="left"/>
      </w:pPr>
      <w:r>
        <w:rPr>
          <w:rFonts w:ascii="Arial" w:hAnsi="Arial" w:eastAsia="Arial" w:cs="Arial"/>
        </w:rPr>
        <w:t>144,000 хүн</w:t>
      </w:r>
    </w:p>
    <w:p>
      <w:pPr>
        <w:pStyle w:val="ArticleBody"/>
        <w:jc w:val="left"/>
      </w:pPr>
      <w:r>
        <w:rPr>
          <w:rFonts w:ascii="Times New Roman" w:hAnsi="Times New Roman" w:eastAsia="Times New Roman" w:cs="Times New Roman"/>
        </w:rPr>
        <w:t>Даниел “зүйлийг” болон “үзэгдлийг” ойлгодог бөгөөд тэр Даниел хэмээн, мөн Белтешазар хэмээн нэрлэгддэг. Зөгнөл дэх нэрийн өөрчлөлт нь гэрээний харилцааг илэрхийлдэг тул Даниел нь ариун сүм дэх Христийн үзэгдлээр шалгагддаг зуун дөчин дөрвөн мянган хүн буюу эцсийн гэрээт ардыг төлөөлдөг. Тэрхүү шалгалт нь мөргөгчдийн хоёр ангилал хоорондын тусгаарлалтыг бий болгодог.</w:t>
      </w:r>
    </w:p>
    <w:p>
      <w:pPr>
        <w:pStyle w:val="ArticleScripture"/>
        <w:jc w:val="left"/>
      </w:pPr>
      <w:r>
        <w:rPr>
          <w:rFonts w:ascii="Times New Roman" w:hAnsi="Times New Roman" w:eastAsia="Times New Roman" w:cs="Times New Roman"/>
        </w:rPr>
        <w:t>Тэр үзэгдлийг зөвхөн би, Даниел, харсан юм. Учир нь надтай хамт байсан хүмүүс тэр үзэгдлийг хараагүй; харин тэднийг асар их чичрэлт нөмөрсөн тул тэд өөрсдийгөө нуухаар зугтан одов. Даниел 10:7.</w:t>
      </w:r>
    </w:p>
    <w:p>
      <w:pPr>
        <w:pStyle w:val="ArticleBody"/>
        <w:jc w:val="left"/>
      </w:pPr>
      <w:r>
        <w:rPr>
          <w:rFonts w:ascii="Times New Roman" w:hAnsi="Times New Roman" w:eastAsia="Times New Roman" w:cs="Times New Roman"/>
        </w:rPr>
        <w:t>Даниел Бурханы эцсийн өдрүүдийн хүмүүстэй холбоотой хоёр дахь бөгөөд сүмийн шалгалтыг шууд тодорхойлж байна; энэ нь тэнгэрлэг ариун газарт Христийг харахуйд тулгуурласан шалгалт юм. Долоодугаар эшлэлийн үзэгдэл нь mareh үзэгдлийн эм хүйсийн хэлбэр бөгөөд marah үзэгдэл гэж төлөөлөгдөнө. Хэрэв та Христийн сүмийн үзэгдэлд, Даниелын хариу үйлдлээр төлөөлөгдсөнчлөн хариу үзүүлбэл, эш үзүүллэгийн “юм” болон эш үзүүллэгийн “үзэгдэл” танд “илчлэгдэх” болно.</w:t>
      </w:r>
    </w:p>
    <w:p>
      <w:pPr>
        <w:pStyle w:val="ArticleBody"/>
        <w:jc w:val="left"/>
      </w:pPr>
      <w:r>
        <w:rPr>
          <w:rFonts w:ascii="Times New Roman" w:hAnsi="Times New Roman" w:eastAsia="Times New Roman" w:cs="Times New Roman"/>
        </w:rPr>
        <w:t>Хэрэв та Христийн яг тэрхүү ариун сүмийн үзэгдэлтэй нүүр тулахдаа зугтан нуугдах байдлаар харьцвал, та мөнхийн харанхуйд орно. Мөнхийн сайн мэдээний гурван алхмын хоёр дахь сорил болох ариун сүмийн сорилын өмнө эхний бөгөөд суурь сорил байдаг. Суурийн шалгалтын асуулт нь Даниел арван нэгийн арван дөрөвдүгээр эшлэлд дүрслэгдсэн байдаг бөгөөд тэнд Ромыг “чиний ардын дээрэмчид” хэмээн төлөөлүүлж, “үзэгдлийг” тогтоодог.</w:t>
      </w:r>
    </w:p>
    <w:p>
      <w:pPr>
        <w:pStyle w:val="ArticleHeading"/>
        <w:jc w:val="left"/>
      </w:pPr>
      <w:r>
        <w:rPr>
          <w:rFonts w:ascii="Arial" w:hAnsi="Arial" w:eastAsia="Arial" w:cs="Arial"/>
        </w:rPr>
        <w:t>Цаг ойртжээ</w:t>
      </w:r>
    </w:p>
    <w:p>
      <w:pPr>
        <w:pStyle w:val="ArticleBody"/>
        <w:jc w:val="left"/>
      </w:pPr>
      <w:r>
        <w:rPr>
          <w:rFonts w:ascii="Times New Roman" w:hAnsi="Times New Roman" w:eastAsia="Times New Roman" w:cs="Times New Roman"/>
        </w:rPr>
        <w:t>2020 оны 7 дугаар сарын 18-ны урам хугаралтаас хойш гурван өдөр хагасын дараа, “цаг нь ойрхон байсан” тул 2023 оны 12 дугаар сарын 31-нд Есүс Христийн илчлэл лацнаасаа тайлагдаж эхэлсэн юм.</w:t>
      </w:r>
    </w:p>
    <w:p>
      <w:pPr>
        <w:pStyle w:val="ArticleScripture"/>
        <w:jc w:val="left"/>
      </w:pPr>
      <w:r>
        <w:rPr>
          <w:rFonts w:ascii="Times New Roman" w:hAnsi="Times New Roman" w:eastAsia="Times New Roman" w:cs="Times New Roman"/>
        </w:rPr>
        <w:t>Энэхүү эш үзүүллэгийн үгсийг уншдаг хүн ерөөлтэй еэ; мөн түүнийг сонсож, түүнд бичигдсэн зүйлсийг сахин биелүүлдэг хүмүүс ерөөлтэй еэ. Учир нь цаг нь ойрхон байна. … Тэгээд тэр надад, “Энэ номын эш үзүүллэгийн үгсийг бүү битүүмжил. Учир нь цаг нь ойрхон байна” гэж айлдав. Илчлэлт 1:3; 22:10.</w:t>
      </w:r>
    </w:p>
    <w:p>
      <w:pPr>
        <w:pStyle w:val="ArticleBody"/>
        <w:jc w:val="left"/>
      </w:pPr>
      <w:r>
        <w:rPr>
          <w:rFonts w:ascii="Times New Roman" w:hAnsi="Times New Roman" w:eastAsia="Times New Roman" w:cs="Times New Roman"/>
        </w:rPr>
        <w:t>Есүс Христийн Илчлэлийн лац тайлагдахыг тодорхойлдог “цаг” нь Илчлэл номын эхэнд дурдагддаг бөгөөд номын төгсгөлд мөнөөх адил тунхаглал нь альфа мэдэгдэл дээр омега мэдэгдлийг нэмж байна.</w:t>
      </w:r>
    </w:p>
    <w:p>
      <w:pPr>
        <w:pStyle w:val="ArticleBody"/>
        <w:jc w:val="left"/>
      </w:pPr>
      <w:r>
        <w:rPr>
          <w:rFonts w:ascii="Times New Roman" w:hAnsi="Times New Roman" w:eastAsia="Times New Roman" w:cs="Times New Roman"/>
        </w:rPr>
        <w:t>Есүс Христийн илчлэлт нь нигүүлслийн хугацаа хаагдахын яг өмнө лацгүй болдог. Хорин нэгэн өдрийн мацгийн дараах хорин хоёр дахь өдөр, мөнөөх “юм” нь, өөрөөр хэлбэл “хэрэг” нь, бас дабар буюу Үг нь, мөн гаднах эш үзүүллэгийн түүхийн хазон үзэгдэл нь, ариунаас ариун газарт буй тэнгэрлэг тэргүүн тахилчийн харах толь мэт марах үзэгдлийг Даниел амсан үзэх үед түүнд илчлэгдэв.</w:t>
      </w:r>
    </w:p>
    <w:p>
      <w:pPr>
        <w:pStyle w:val="ArticleBody"/>
        <w:jc w:val="left"/>
      </w:pPr>
      <w:r>
        <w:rPr>
          <w:rFonts w:ascii="Times New Roman" w:hAnsi="Times New Roman" w:eastAsia="Times New Roman" w:cs="Times New Roman"/>
        </w:rPr>
        <w:t>Даниел нь толь мэт үзэгдлийн туршлагатай, мөн Христийн эш үзүүллэгийн илрэлүүдийг, түүнчлэн chazon үзэгдлээр дүрслэгдсэн гадаад түүхийг ойлгодог хүмүүсийг төлөөлдөг. marah үзэгдэл нь Христийг эш үзүүллэгийн замын тэмдэг болгон төлөөлдөг бөгөөд мөнөөх үгийн эм хүйсийн хэлбэр нь Даниел, Иохан, Исаиа, Эгч Уайт болон бусад эш үзүүлэгчдээр төлөөлөгдөн харагддагчлан Бурханы алдрыг харан ширтэх замаар бий болдог туршлагыг төлөөлдөг.</w:t>
      </w:r>
    </w:p>
    <w:p>
      <w:pPr>
        <w:pStyle w:val="ArticleBody"/>
        <w:jc w:val="left"/>
      </w:pPr>
      <w:r>
        <w:rPr>
          <w:rFonts w:ascii="Times New Roman" w:hAnsi="Times New Roman" w:eastAsia="Times New Roman" w:cs="Times New Roman"/>
        </w:rPr>
        <w:t>Энэ түвшинд chazon хэмээх гадаад үзэгдэл нь суурь шалгалтыг илэрхийлдэг бөгөөд үйл явдлын эш үзүүллэгийн дараалал доторх Христийн илрэлтүүдийн mareh үзэгдэл нь ариун сүмийн шалгалт мөн. Христ таны өөрийн Хамгийн Ариун Газрын доторх Хамгийн Ариун Газарт үзэгдсэн үү? Тэнд л Бурханлаг чанар хүн төрөлхтний чанартай нэгддэг. Энэ бол сорилын хугацаа litmus test дээр хаагдахаас өмнө заавал даван туулах ёстой шалгалт юм. Зан чанарыг ил тод болгодог тэрхүү litmus test нь marah хэмээх тольдон харах үзэгдэл мөн.</w:t>
      </w:r>
    </w:p>
    <w:p>
      <w:pPr>
        <w:pStyle w:val="ArticleBody"/>
        <w:jc w:val="left"/>
      </w:pPr>
      <w:r>
        <w:rPr>
          <w:rFonts w:ascii="Times New Roman" w:hAnsi="Times New Roman" w:eastAsia="Times New Roman" w:cs="Times New Roman"/>
        </w:rPr>
        <w:t>2023 оны 12 дугаар сарын 31-нд арван дөрөвдүгээр эшлэлийн “чиний ард түмний дээрэмчид” хэмээх үгийн талаарх суурийн гадаад сорилт эхэлсэн бөгөөд 2025 оны 5 дугаар сарын 8-нд одоогийн папыг өргөмжлөн суулгах үед арван дөрөвдүгээр эшлэлийн “үзэгдэл” тогтоогдов. Суурийн сорилт сүмийн сорилт руу шилжив. 2025 оны 5 дугаар сарын 9-нөөс хойш сүмийн сорилт үргэлжилж байна. 2023 оны 12 дугаар сарын 31-ний өдөр хоёр гэрчийн амилалт Илчлэлт арван нэгдүгээр бүлгийн арван нэгдүгээр эшлэлд дүрслэгдсэн бөгөөд тэр өдөр эхэлсэн амилалт нь 2014 онд эхлэж, 2022 онд хурцадсан Украйны дайны үеийн дотор болсон юм. Тэрхүү түүхэнд эш үзүүллэгийн гадаад ба дотоод шугамууд нийлэн огтлолцсон. 2023 оны 12 дугаар сарын 31-нд суурь тавих ажил явагдаж байсан бөгөөд энэ ажил нь 1798 оноос 1840 он хүртэлх түүхээр, мөн 1840 оноос 1844 он хүртэлх хугацаагаар, бас 1844 оны 4 дүгээр сарын 19-нөөс 1844 оны 10 дугаар сарын 22 хүртэлх хугацаагаар төлөөлүүлэгдсэн байв.</w:t>
      </w:r>
    </w:p>
    <w:p>
      <w:pPr>
        <w:pStyle w:val="ArticleBody"/>
        <w:jc w:val="left"/>
      </w:pPr>
      <w:r>
        <w:rPr>
          <w:rFonts w:ascii="Times New Roman" w:hAnsi="Times New Roman" w:eastAsia="Times New Roman" w:cs="Times New Roman"/>
        </w:rPr>
        <w:t>Даниел арван нэгдүгээр бүлгийн арван нэгдүгээр эшлэл нь эш үзүүллэгийн гадаад шугам болон түүхэнд хүрч ирсэн бөгөөд Илчлэлт арван нэгдүгээр бүлгийн дотоод шугам болох тэрхүү түүхтэй холбогдсон юм. 2014 онд МЭӨ 217 оны Рафиагийн тулалдаанаар хэв шинжлэгдсэнчлэн Украины дайн эхэлсэн. 2015 онд Даниел арван нэгдүгээр бүлгийн хоёрдугаар эшлэлийн дөрөв дэх бөгөөд нэн үлэмж баян хаан босож, ерөнхийлөгчийн албан тушаалд нэр дэвших санаархлаа зарлан тунхаглав. Тэрхүү мэдэгдэл нь Грекийн хаант улсаар төлөөлүүлэн дүрслэгдсэн, луугийн сэтгэлтэй даяарчлагчдыг хилэгнүүлэв.</w:t>
      </w:r>
    </w:p>
    <w:p>
      <w:pPr>
        <w:pStyle w:val="ArticleBody"/>
        <w:jc w:val="left"/>
      </w:pPr>
      <w:r>
        <w:rPr>
          <w:rFonts w:ascii="Times New Roman" w:hAnsi="Times New Roman" w:eastAsia="Times New Roman" w:cs="Times New Roman"/>
        </w:rPr>
        <w:t>Илчлэлт арван нэг, арван нэгдүгээр эшлэл нь 2023 оны арван хоёрдугаар сарын 31-нийг хоёр гэрч амилсан цэг хэмээн тодорхойлсон. Ийнхүү 2020 оны долоодугаар сарын 18-наас 2023 оны арван хоёрдугаар сарын 31 хүртэлх хугацаа эш үзүүллэгийн “цөл” гэж ойлгогдов. “Цөлийн үе”-ийн төгсгөлд 2023 оны долоодугаар сард нэгэн дуу хоолой хашхирч эхэлсэн бөгөөд үүний дараа 2020 оны долоодугаар сарын 18-нд болсон Нэшвиллийн бүтэлгүй зөгнөлөөс яг нэг мянга хоёр зуун жаран хоногийн дараа Иуда овгийн Арслан Өөрийн эш үзүүллэгийн Үгээ тайлж эхлэв. Бурханы эш үзүүллэгийн Үгийг тайлах нь Даниел арван хоёрт өгүүлснээр үргэлж гурван үе шаттай сорилтын үйл явцыг төрүүлдэг.</w:t>
      </w:r>
    </w:p>
    <w:p>
      <w:pPr>
        <w:pStyle w:val="ArticleScripture"/>
        <w:jc w:val="left"/>
      </w:pPr>
      <w:r>
        <w:rPr>
          <w:rFonts w:ascii="Times New Roman" w:hAnsi="Times New Roman" w:eastAsia="Times New Roman" w:cs="Times New Roman"/>
        </w:rPr>
        <w:t>Олон хүн ариусгагдаж, цайруулагдан, шалгагдах болно; харин хорон муу хүмүүс хорон муугаа үйлдэх болно. Хорон муу хүмүүсийн хэн нь ч ойлгохгүй; харин мэргэн ухаантнууд ойлгоно. Даниел 12:10.</w:t>
      </w:r>
    </w:p>
    <w:p>
      <w:pPr>
        <w:pStyle w:val="ArticleBody"/>
        <w:jc w:val="left"/>
      </w:pPr>
      <w:r>
        <w:rPr>
          <w:rFonts w:ascii="Times New Roman" w:hAnsi="Times New Roman" w:eastAsia="Times New Roman" w:cs="Times New Roman"/>
        </w:rPr>
        <w:t>Илчлэлт номын арван есдүгээр бүлэгт сүйт бүсгүй өөрийгөө бэлтгэдэг бөгөөд дараа нь түүнд цагаан хувцас өгөгдөнө. Тэрхүү цагаан хувцас нь сүйт бүсгүй бэлэн болсныг илэрхийлдэг бөгөөд энэ нь тэнгэрийн цонхнууд нээгдэх үед, Илчлэлт арван есдүгээр бүлэгт тохиолддог. Сүйт бүсгүй Христийн зөвт байдлын хувцсаар цайруулагдахаасаа өмнө эхлээд ариусгагддаг.</w:t>
      </w:r>
    </w:p>
    <w:p>
      <w:pPr>
        <w:pStyle w:val="ArticleBody"/>
        <w:jc w:val="left"/>
      </w:pPr>
      <w:r>
        <w:rPr>
          <w:rFonts w:ascii="Times New Roman" w:hAnsi="Times New Roman" w:eastAsia="Times New Roman" w:cs="Times New Roman"/>
        </w:rPr>
        <w:t>2023 оны 12 дугаар сарын 31-нд цэвэр байх хүмүүсийг цэвэршүүлэхийн тулд суурийн шалгалт эхэлсэн. Тэрхүү цэвэршүүлэлт нь мэдлэгийн өсөлтөөр биелдэг. Учир нь Иуда овгийн Арслан тэр үед Өөрийнхөө тухай эцсийн илчлэлийг тайлан нээж эхэлсэн. Тэр илчлэлд Тэр бол тавигдаж болох цорын ганц суурь мөн гэдэг нь багтдаг. Ром бол “чиний ард түмний дээрэмчид” мөн хэмээн тодорхойлдог суурь үнэнээс татгалзана гэдэг нь тавигдаж болох цорын ганц сууриас татгалзаж буй хэрэг юм.</w:t>
      </w:r>
    </w:p>
    <w:p>
      <w:pPr>
        <w:pStyle w:val="ArticleBody"/>
        <w:jc w:val="left"/>
      </w:pPr>
      <w:r>
        <w:rPr>
          <w:rFonts w:ascii="Times New Roman" w:hAnsi="Times New Roman" w:eastAsia="Times New Roman" w:cs="Times New Roman"/>
        </w:rPr>
        <w:t>2023 оны 12 дугаар сарын 31-нд шалгалтын үйл явц эхэлж, тэр даруйдаа хоёр ангиллын ялгаралыг бий болгосон. Иуда овгийн Арслан одоо арван дөрөвдүгээр эшлэлийн түүхэн биелэл 2025 оны 5 дугаар сарын 8 байсан гэдгийг илчлэн нээсэн бөгөөд, ингэснээр Тэрээр Ромыг эш үзүүллэгийн гадаад үзэгдлийг тогтоодог бэлгэдэл хэмээн тодорхойлсон Миллерийн ойлголтыг баталсан юм. Трамп 2024 онд эргэн ирэхдээ Даниел 11-ийн арван гуравдугаар эшлэлийг биелүүлсэн; дараагийн эшлэлд нь бид 2025 оныг, пап Леогийн сонгогдсоноор тэмдэглэж байна. Трамп болон түүний антихрист эсрэг дүр хоёулаа 2025 онд албан тушаалдаа орсон юм.</w:t>
      </w:r>
    </w:p>
    <w:p>
      <w:pPr>
        <w:pStyle w:val="ArticleBody"/>
        <w:jc w:val="left"/>
      </w:pPr>
      <w:r>
        <w:rPr>
          <w:rFonts w:ascii="Times New Roman" w:hAnsi="Times New Roman" w:eastAsia="Times New Roman" w:cs="Times New Roman"/>
        </w:rPr>
        <w:t>Энэ хөдөлгөөн дотор бидний тодорхойлдог огноонууд нь үндсэндээ ариусгагдсан хожмын ойлголт юм. Бид төгсгөлийн цагийг 1989 он гэж тодорхойлдог; дараа нь энэхүү мэдээний албан ёсны хэлбэржилт 1996 онд болсон. 9/11 дээр албан ёсоор хэлбэржсэн мэдээ хүч чадлаар хангагдсан. 2012 онд Хабаккукийн Хүснэгтүүдийг танилцуулах үед, мөн 2013 оны 1-р сард төгсөхдөө, суурь үндсүүд тавигдсан.</w:t>
      </w:r>
    </w:p>
    <w:p>
      <w:pPr>
        <w:pStyle w:val="ArticleBody"/>
        <w:jc w:val="left"/>
      </w:pPr>
      <w:r>
        <w:rPr>
          <w:rFonts w:ascii="Times New Roman" w:hAnsi="Times New Roman" w:eastAsia="Times New Roman" w:cs="Times New Roman"/>
        </w:rPr>
        <w:t>2020 оны 7 дугаар сарын 18-нд эхний урам хугаралт ирсэн бөгөөд, дараа нь 2023 оны 7 дугаар сард цөлд нэгэн дуу хоолой хашхирах болж, 2023 оны 12 дугаар сарын 31-нд Есүс Христийн Илчлэлийн лац тайлагдаж эхэлсэн бөгөөд анхны гаднах суурь шалгалт эхэлсэн.</w:t>
      </w:r>
    </w:p>
    <w:p>
      <w:pPr>
        <w:pStyle w:val="ArticleBody"/>
        <w:jc w:val="left"/>
      </w:pPr>
      <w:r>
        <w:rPr>
          <w:rFonts w:ascii="Times New Roman" w:hAnsi="Times New Roman" w:eastAsia="Times New Roman" w:cs="Times New Roman"/>
        </w:rPr>
        <w:t>2025 оны 5 дугаар сарын 8-нд ариун сүмийн хоёр дахь, дотоод шалгалт эхэлсэн. Гурав дахь сорилтын шалгуур тун ойрхон байна. Тэнд анхны бөгөөд гаднах шалгалтаар дүрслэгдсэн мэдээний тос, мөн хоёр дахь дотоод шалгалтын дагалдах тосыг сүнс эзэмшиж байгаа эсэх нь ил тод болох болно. Энэхүү шалгалт нь гаднахыг, дараа нь дотоодыг, түүнээс хойш туршлагыг төлөөлдөг.</w:t>
      </w:r>
    </w:p>
    <w:p>
      <w:pPr>
        <w:pStyle w:val="ArticleBody"/>
        <w:jc w:val="left"/>
      </w:pPr>
      <w:r>
        <w:rPr>
          <w:rFonts w:ascii="Times New Roman" w:hAnsi="Times New Roman" w:eastAsia="Times New Roman" w:cs="Times New Roman"/>
        </w:rPr>
        <w:t>Зөгнөлийн дотоод шугам нь миний сая иш татсан өмнөх тэмдэгтүүдээс бүрддэг. Тэдгээр тэмдэгт бүр нь Миллеритийн түүхийн яг адил тэмдэгтүүдтэй давхцан нийцдэг. Төгсгөлийн цаг болох 1798 он нь мөн төгсгөлийн цаг болох 1989 онтой харгалздаг. Тэнд Иудагийн овгийн Арслан Өөрийн Үгийг лацнаас нь тайлсан, учир нь Тэр Өөрөө Үг мөн. Адвентизм Иеробоамын суурь бослогын үед дуулгаваргүй эш үзүүлэгчийн үүргийг биелүүлж, Бетелийн худал эш үзүүлэгчтэй хамт хооллохоор буцан очихдоо, Уильям Миллерийн долоон цагийг тодорхойлсны эсрэг хэрэглэгдэж байсан унасан Протестантизмын маргаанууд руу буцан орсон. Ийм учраас тэд 1863 он бол эхний болон хоёр дахь тэнгэрэлчийн альфа хөдөлгөөний сүүлчийн тэмдэгт мөн болохыг бүрэн, эсвэл бүр ерөөсөө ч ойлгодоггүй.</w:t>
      </w:r>
    </w:p>
    <w:p>
      <w:pPr>
        <w:pStyle w:val="ArticleBody"/>
        <w:jc w:val="left"/>
      </w:pPr>
      <w:r>
        <w:rPr>
          <w:rFonts w:ascii="Times New Roman" w:hAnsi="Times New Roman" w:eastAsia="Times New Roman" w:cs="Times New Roman"/>
        </w:rPr>
        <w:t>Ийм учраас энэ нь 126 жил байгаа нь—1,260-ын бэлгэдэл, мөн 1863 оноос эцсийн цаг болох 1989 он хүртэлх түүхийг хамарсан “цөл”-ийн бэлгэдэл мөн гэдэг нь тэдний хувьд огтхон ч утгагүй юм. Дөчин жилийн төгсгөлд Иошуа хөдөлгөөнийг Амлагдсан нутагт оруулан удирдсан. 1989 онд Эзэн Өөрийн омега хөдөлгөөнийг 1863-аас 1989 он хүртэлх “цөл”-өөс гарган удирдах ажлыг эхлүүлсэн бөгөөд энэ нь Тэр альфа хөдөлгөөнийг 538-аас 1798 он хүртэлх “цөл”-өөс гарган авчирсантай адил байв.</w:t>
      </w:r>
    </w:p>
    <w:p>
      <w:pPr>
        <w:pStyle w:val="ArticleBody"/>
        <w:jc w:val="left"/>
      </w:pPr>
      <w:r>
        <w:rPr>
          <w:rFonts w:ascii="Times New Roman" w:hAnsi="Times New Roman" w:eastAsia="Times New Roman" w:cs="Times New Roman"/>
        </w:rPr>
        <w:t>1989 онд Даниелын сүүлийн гурван бүлгийг төлөөлдөг Хиддекел мөрний үзэгдэл тайлагдсан нь, Даниелын 7, 8, 9-р бүлгүүдийг төлөөлдөг Улай мөрний үзэгдэл 1798 онд тайлагдсантай адил юм. Хаан Жеймсийн Библи хэвлэгдсэнээс хойш хоёр зуун хорин жилийн дараа, Уильям Миллер Улайн үзэгдэлд тулгуурласан өөрийн мэдээг анх удаа нийтэлж, улмаар 1831 онд түүний мэдээг албан ёсоор хэлбэржүүлсэн; үүнтэй адил АНУ хэмээх алдарт газрын төрсөн он болох 1776 оноос хойш хоёр зуун хорин жилийн дараа, Хиддекелийн мэдээ 1996 онд анх удаа нийтлэгдсэн юм.</w:t>
      </w:r>
    </w:p>
    <w:p>
      <w:pPr>
        <w:pStyle w:val="ArticleBody"/>
        <w:jc w:val="left"/>
      </w:pPr>
      <w:r>
        <w:rPr>
          <w:rFonts w:ascii="Times New Roman" w:hAnsi="Times New Roman" w:eastAsia="Times New Roman" w:cs="Times New Roman"/>
        </w:rPr>
        <w:t>Хаан Жэймсийн хувилбараас хойш хоёр зуун хорин жилийн дараа Миллер энэ мэдээг албан ёсоор томьёолсон явдал нь, Библи дэх хуучин ба шинэ гэрээний эш үзүүллэгүүдийг сэргэлт ба шинэчлэлийг авчрахын тулд ашигласан хамгийн анхны ариун элч нь Уильям Миллер байсан гэдгийг тодорхойлж байна. Библи бол Тэнгэрлэг бөгөөд хоёр зуун хорин жилийн дараа хүнийтэй холбогдон Улайн мэдээг бий болгосон юм.</w:t>
      </w:r>
    </w:p>
    <w:p>
      <w:pPr>
        <w:pStyle w:val="ArticleBody"/>
        <w:jc w:val="left"/>
      </w:pPr>
      <w:r>
        <w:rPr>
          <w:rFonts w:ascii="Times New Roman" w:hAnsi="Times New Roman" w:eastAsia="Times New Roman" w:cs="Times New Roman"/>
        </w:rPr>
        <w:t>Есүс бол Альфа ба Омега мөн бөгөөд Тэр бол Бурханы Үг юм. Иймээс 1611 онд Хаан Жеймсийн Хувилбар Библи хэвлэгдсэн явдал нь Есүсийг 1611 онд ч, мөн 1831 онд ч байрлуулж байна. Христ төгсгөлийн цагт Иудагийн овгийн Арслангийн дүрээр илэрдэг; харин мэдээ албан ёсоор хэлбэржин тогтох үед Тэр бол Альфа, Омега, мөн Үг байдаг. Миллерийн эхлэлтэй холбоо нь эхлэл ба төгсгөл хоёул мэдээг хэвлэн нийтлэхийг онцлон тэмдэглэж байгаагаар хүлээн зөвшөөрөгддөг. 1776-аас 1996 он хүртэл мөн адил шинжүүдийг агуулдаг, хэдийгээр ялгаатай боловч.</w:t>
      </w:r>
    </w:p>
    <w:p>
      <w:pPr>
        <w:pStyle w:val="ArticleBody"/>
        <w:jc w:val="left"/>
      </w:pPr>
      <w:r>
        <w:rPr>
          <w:rFonts w:ascii="Times New Roman" w:hAnsi="Times New Roman" w:eastAsia="Times New Roman" w:cs="Times New Roman"/>
        </w:rPr>
        <w:t>Хиддекелийн мэдээ бол Даниел арван нэгдүгээр бүлгийн дөчин нэгдүгээр эшлэлд өгүүлэгдсэнээр Америкийн Нэгдсэн Улс дахь Ням гаргийн хуулийн тухай мэдээ мөн. 1776 он болон Тусгаар тогтнолын тунхаглалын хэвлэгдэн нийтлэгдсэн явдал нь төгсгөлдөө зориуд бус, харин Бурханы удирдлагаар “Time of the End” хэмээн нэрлэгдсэн хэвлэлийн нийтлэгдсэнээр өндөрлөсөн хоёр зуун хорин жилийн хугацааны эхлэлийг төлөөлдөг. Мөн тэрхүү 1996 онд “Future for America” нэртэй үйлчлэлийн корпораци бидэнд өгөгдсөн. Алдарт газрын тухай, өөрөөр хэлбэл Америкийн Нэгдсэн Улсын тухай мэдээ нь эш үзүүллэгийн эхлэл ба төгсгөлийн хоорондын шууд холбоотойгоор албан ёсоор томьёологдов. Миллеритийн түүхийн томоохон waymark бүр арван охины тухай сургаалт зүйрлэлийн удирдах загварын дор давтагдсан. Хоёр зуун хорин жилийн аль аль хугацаа нь хэвлэлээр тэмдэглэгдсэн эхлэл ба төгсгөлтэй.</w:t>
      </w:r>
    </w:p>
    <w:p>
      <w:pPr>
        <w:pStyle w:val="ArticleBody"/>
        <w:jc w:val="left"/>
      </w:pPr>
      <w:r>
        <w:rPr>
          <w:rFonts w:ascii="Times New Roman" w:hAnsi="Times New Roman" w:eastAsia="Times New Roman" w:cs="Times New Roman"/>
        </w:rPr>
        <w:t>Миллерийн мэдээ болон аргачлал нь Исламын хоёр дахь гаслангийн биеллээр батлагдаж, хүчирхэгжүүлэгдсэн юм. Эзэн уг мэдээг хүчирхэгжүүлэхэд хэрэглэсэн зүйл нь Миллерийн “өдөр нь нэг жилтэй тэнцэнэ” гэсэн зарчим байсан бөгөөд Илчлэл арван наймдугаар бүлгийн тэнгэрэлчийн бууж ирэлт нь Илчлэл арван бүлэгт дүрслэгдсэнээр 1840 оны 8 дугаар сарын 11-нд Түүний хийсэн бууж ирэлтийг давтан үзүүлсэн 9/11-ийн үед, уг мэдээ болон аргачлалыг хүчирхэгжүүлсэн зарчим мөн тэрхүү зарчим байв. Тэр хоёр тэнгэрэлч нь Христийн тэнгэрэлчийн дүрээрх эш үзүүллэгийн илрэлийг төлөөлдөг. 1840 оны 8 дугаар сарын 11-ний хөдөлгөөнд “өдөр нь нэг жилтэй тэнцэнэ” гэсэн зарчим ямар суурь ач холбогдолтой байсанчлан, 9/11-ийн хөдөлгөөнд түүнтэй адил суурь болсон зарчим нь Миллеритын түүх нэг зуун дөчин дөрвөн мянгын түүхэнд давтагдана гэсэн явдал юм.</w:t>
      </w:r>
    </w:p>
    <w:p>
      <w:pPr>
        <w:pStyle w:val="ArticleBody"/>
        <w:jc w:val="left"/>
      </w:pPr>
      <w:r>
        <w:rPr>
          <w:rFonts w:ascii="Times New Roman" w:hAnsi="Times New Roman" w:eastAsia="Times New Roman" w:cs="Times New Roman"/>
        </w:rPr>
        <w:t>Исламын гурав дахь гайгийн зөгнөлийн нэгэн биелэлт омега болон гурав дахь тэнгэрэлчийн түүхэнд хүрч ирсэн нь, альфа эхний ба хоёр дахь тэнгэрэлчдийн түүхэнд хүрч ирсэн Исламын эхний ба хоёр дахь гайгийн зөгнөлийн биелэлттэй нийцэж байсан үед, Миллеритүүдийн түүх нэг зуун дөчин дөрвөн мянгын түүхэнд давтагддаг гэсэн зарчим нь Илчлэлт 9-ийн эхний ба хоёр дахь гайтай холбоотой Миллерийн “нэг өдөр нь нэг жил” гэсэн зарчим батлагдсан шиг л тийнхүү баттайгаар нотлогдсон юм. Илчлэлт 9:15-д өгүүлсэн гурван зуун ерэн нэгэн жил, арван таван өдрийн цаг хугацааны зөгнөлийг мэддэг зарим нь миний өмнөх санааг анзааралгүй өнгөрөөж болох юм. Тайлбарлая.</w:t>
      </w:r>
    </w:p>
    <w:p>
      <w:pPr>
        <w:pStyle w:val="ArticleBody"/>
        <w:jc w:val="left"/>
      </w:pPr>
      <w:r>
        <w:rPr>
          <w:rFonts w:ascii="Times New Roman" w:hAnsi="Times New Roman" w:eastAsia="Times New Roman" w:cs="Times New Roman"/>
        </w:rPr>
        <w:t>Эхний ба хоёр дахь гай зовлон нь эхний ба хоёр дахь тэнгэрэлчийн түүхтэй уялдан зохицсон байдаг бөгөөд гурав дахь гай зовлонгийн түүх нь гурав дахь тэнгэрэлчийн түүхтэй уялдан зохицсон байдаг. Энд хэлэх гэсэн санаа нь, хоёр дахь гай зовлонгийн түүхэнд өгүүлсэн гурван зуун ерэн нэгэн жил арван таван өдрийн эхлэх цэг нь эхний гай зовлонгийн түүхэнд олддогт оршино. Илчлэл 9 дэх эхний гай зовлонгийн түүхэнд нэг зуун тавин жилийн эш үзүүллэг байдаг бөгөөд тэр эш үзүүллэгийн хугацаа дуусах яг тэр өдөр гурван зуун ерэн нэгэн жил арван таван өдрийн эш үзүүллэг эхэлдэг. Эдгээр хоёр эш үзүүллэг нь эхний ба хоёр дахь гай зовлонг шууд холбодог тул, өдөр нь нэг жилийг төлөөлөх зарчимд үндэслэн Исламын тухай эш үзүүллэг урьдчилан хэлэгдсэн үед, тэр эш үзүүллэг нь Исламын эхний ба хоёр дахь гай зовлонгийн тухай эш үзүүллэг байсан бөгөөд энэ нь эхний ба хоёр дахь тэнгэрэлчийн түүхэн дэх Миллерийн аргачлал ба мэдээг баталсан мэдээ байв.</w:t>
      </w:r>
    </w:p>
    <w:p>
      <w:pPr>
        <w:pStyle w:val="ArticleBody"/>
        <w:jc w:val="left"/>
      </w:pPr>
      <w:r>
        <w:rPr>
          <w:rFonts w:ascii="Times New Roman" w:hAnsi="Times New Roman" w:eastAsia="Times New Roman" w:cs="Times New Roman"/>
        </w:rPr>
        <w:t>Тэрхүү түүх 1844 оны 10 дугаар сарын 22-нд төгсөхөд долоо дахь бүрээ дуугарч эхэлсэн бөгөөд долоо дахь бүрээ нь гурав дахь гай төдийгүй, «та нарын доторх Христ, алдрын найдвар» хэмээх бурханлаг нууц мөн юм. Тэрхүү бүрээ нь гаднах сэрэмжлүүлгийн мэдээ бөгөөд мөн дотоод сэрэмжлүүлгийн мэдээ юм. Иймээс 2,520 жилийн эш үзүүллэг нь юбилейг багтаадаг газрын долоо дахь жилийн амралттай холбогддог. 1844 оны 10 дугаар сарын 22-нд долоо дахь бүрээ 2,520 жилийн болон 2,300 жилийн эш үзүүллэгүүдийн биелэл болж дуугарч эхэлсэн.</w:t>
      </w:r>
    </w:p>
    <w:p>
      <w:pPr>
        <w:pStyle w:val="ArticleScripture"/>
        <w:jc w:val="left"/>
      </w:pPr>
      <w:r>
        <w:rPr>
          <w:rFonts w:ascii="Times New Roman" w:hAnsi="Times New Roman" w:eastAsia="Times New Roman" w:cs="Times New Roman"/>
        </w:rPr>
        <w:t>Харин долоо дахь тэнгэрэлчийн дуу хоолойн өдрүүдэд, тэр бүрээ үлээж эхлэх үед, Бурханы нууц нь Түүний бошиглогч зарц нартаа тунхагласан ёсоор биелж төгсөх болно. Илчлэлт 10:7.</w:t>
      </w:r>
    </w:p>
    <w:p>
      <w:pPr>
        <w:pStyle w:val="ArticleBody"/>
        <w:jc w:val="left"/>
      </w:pPr>
      <w:r>
        <w:rPr>
          <w:rFonts w:ascii="Times New Roman" w:hAnsi="Times New Roman" w:eastAsia="Times New Roman" w:cs="Times New Roman"/>
        </w:rPr>
        <w:t>1844 оны 10 дугаар сарын 22 нь Цагаатгалын өдөр байсан бөгөөд ойн баярын бүрээ Цагаатгалын өдөрт үлээгдэх ёстой байв. Тэр цагаас хойш бид гурав дахь тэнгэрэлчийн түүхэн цаг үед, мөн долоо дахь бүрээ болох гурав дахь гайгийн үед амьдарч байна. 1840 оны 8 дугаар сарын 11-нд Илчлэлт арван бүлгийн хүчирхэг тэнгэрэлч, Илчлэлт арван наймдугаар бүлгийн тэнгэрэлч 9/11-нд үйлдсэнтэй адил, алдар суугаар дэлхийг гэрэлтүүлэхийн тулд бууж ирсэн.</w:t>
      </w:r>
    </w:p>
    <w:p>
      <w:pPr>
        <w:pStyle w:val="ArticleBody"/>
        <w:jc w:val="left"/>
      </w:pPr>
      <w:r>
        <w:rPr>
          <w:rFonts w:ascii="Times New Roman" w:hAnsi="Times New Roman" w:eastAsia="Times New Roman" w:cs="Times New Roman"/>
        </w:rPr>
        <w:t>2012 оноос 2013 оны нэгдүгээр сар хүртэл «Хабакукийн Хүснэгтүүд» нэртэй цуврал бэлтгэгдсэн бөгөөд энэ нь 1842 оны тавдугаар сард хэвлэгдсэн 1843 оны пионер хүснэгтийн хэвлэлттэй уялдуулан хийгдсэн юм. Дараа нь хөдөлгөөний суурь тавигдсан бөгөөд энэ нь эхний ба хоёр дахь тэнгэрэлчийн альфа хөдөлгөөн байсан ч, эсвэл гурав дахь тэнгэрэлчийн хөдөлгөөн байсан ч, Хабакукийн хоёр хүснэгт түүх болон мэдээнд сүлэлдэн шингэсэн байв. 2020 оны долоодугаар сарын 18-ны биелээгүй зөгнөл 1844 оны дөрөвдүгээр сарын 19-тэй зэрэгцэж байсан бөгөөд сургаалт үлгэр дэх саатлын цаг үе үргэлжилж байлаа.</w:t>
      </w:r>
    </w:p>
    <w:p>
      <w:pPr>
        <w:pStyle w:val="ArticleBody"/>
        <w:jc w:val="left"/>
      </w:pPr>
      <w:r>
        <w:rPr>
          <w:rFonts w:ascii="Times New Roman" w:hAnsi="Times New Roman" w:eastAsia="Times New Roman" w:cs="Times New Roman"/>
        </w:rPr>
        <w:t>1,260 өдрийн цөлийн үе 2023 оны 12 дугаар сарын 31-ний лац тайлагдсанаар төгсөв. Христ Өөрийн сүмийг Эллен Уайт эгчийн нэрлэснээр түүний ариун бус бузарлалаас хоёр удаа цэвэрлэснийг санах нь зүйтэй. Тэрээр үүнийг Өөрийн үйлчлэлийн эхэнд болон төгсгөлд хийсэн бөгөөд ингэснээр тэрхүү хоёр цэвэрлэгээ нь альфа ба омега цэвэрлэгээ болсон юм.</w:t>
      </w:r>
    </w:p>
    <w:p>
      <w:pPr>
        <w:pStyle w:val="ArticleBody"/>
        <w:jc w:val="left"/>
      </w:pPr>
      <w:r>
        <w:rPr>
          <w:rFonts w:ascii="Times New Roman" w:hAnsi="Times New Roman" w:eastAsia="Times New Roman" w:cs="Times New Roman"/>
        </w:rPr>
        <w:t>Уайт эгч эхний ариун сүмийн цэвэршүүлэлтийг 9/11 болон эхний дуу хоолойтой тодорхой уялдуулдаг бөгөөд тэрээр үүнийг Илчлэл арван наймын эхний гурван зүйл гэж тодорхойлдог. Дараа нь тэрээр дөрөвдүгээр зүйлийн “өөр дуу хоолой”-г ариун сүмийн хоёр дахь цэвэршүүлэлт, мөн Ням гаргийн хуулийнх гэж тодорхойлдог. 1844 оны 4 дүгээр сарын 19 нь Миллеритүүдийн хувьд ариун сүмийн эхний цэвэршүүлэлт байсан бөгөөд 1844 оны 10 дугаар сарын 22 нь хоёр дахь нь байв. 1798 оноос 1844 он хүртэлх дөчин зургаан жилийн хугацаанд Миллеритийн ариун сүм босгогдсон бөгөөд Миллеритийн ариун сүмийн босголтын нэгэн фрактал нь хоёул ариун сүмийн цэвэршүүлэлтийг төлөөлдөг хоёр урам хугарлын түүхэнд олддог. Тэр түүх бол ариун сүмийн тухай юм.</w:t>
      </w:r>
    </w:p>
    <w:p>
      <w:pPr>
        <w:pStyle w:val="ArticleBody"/>
        <w:jc w:val="left"/>
      </w:pPr>
      <w:r>
        <w:rPr>
          <w:rFonts w:ascii="Times New Roman" w:hAnsi="Times New Roman" w:eastAsia="Times New Roman" w:cs="Times New Roman"/>
        </w:rPr>
        <w:t>2020 оны 7 дугаар сарын 18-наас 2023 оны 12 дугаар сарын 31 хүртэл охид хойшлогдлын хугацаанд унтаж байв. Тэд сэрэхдээ суурийг тавьж, сүмийг босгох өөрсдийн хариуцлагад сэрдэг. Тэр цагаас хойш Христ Иудагийн овгийн Арслангийн хувьд эш үзүүллэгийн гэрлийг лацыг нь нээн илчилсээр ирсэн бөгөөд лац нь тайлагдсан эш үзүүллэгийн гэрэл нь үргэлж гурван шаттай шалгалтын үйл явцыг бий болгодог. Энэ үйл явц нь зан чанар илэрхийлэгддэг боловч хэзээ ч хөгжүүлэгддэггүй лакмусын сорил дээр төгсдөг. Тэрхүү лакмусын сорил дээр итгэлтэй охид Бурханы ард түмний дунд урьд өмнө тэмдэглэгдэн үлдсэн Бурханы хүчний аливаа илрэл бүрийг даван гарах Ариун Сүнсний асгаралтыг хүлээн авах болно. Урьд өмнө хэзээ ч үзэгдээгүй гэрлийн нэмэгдэл байх болно. Үүнийг хэлсний дараа би Миллерчүүдийн түүх ба нэг зуун дөчин дөрвөн мянгын түүхийн хоорондох параллелийг батлан харуулах өөр нэгэн түүхэн шугамыг танилцуулах болно.</w:t>
      </w:r>
    </w:p>
    <w:p>
      <w:pPr>
        <w:pStyle w:val="ArticleScripture"/>
        <w:jc w:val="left"/>
      </w:pPr>
      <w:r>
        <w:rPr>
          <w:rFonts w:ascii="Times New Roman" w:hAnsi="Times New Roman" w:eastAsia="Times New Roman" w:cs="Times New Roman"/>
        </w:rPr>
        <w:t>Харин чи, өө Даниел аа, энэ үгсийг хааж, энэ номыг эцсийн цаг хүртэл битүүмжил; олон хүн ийш тийш хөлхөн явах бөгөөд мэдлэг өсөн нэмэгдэх болно. Тэрээр, «Зам мөрөөрөө яв, Даниел аа; учир нь энэ үгс эцсийн цаг хүртэл хаалттай бөгөөд битүүмжлэгдсэн байна. Олон хүн ариусгагдаж, цайруулагдан, соригдох болно; харин хорон муу хүмүүс хорон муугаа үйлдэх болно; хорон муу хүмүүсээс нэг нь ч ойлгохгүй; харин ухаалаг хүмүүс ойлгоно» гэж айлдав. Даниел 12:4, 9, 10.</w:t>
      </w:r>
    </w:p>
    <w:p>
      <w:pPr>
        <w:pStyle w:val="ArticleBody"/>
        <w:jc w:val="left"/>
      </w:pPr>
      <w:r>
        <w:rPr>
          <w:rFonts w:ascii="Times New Roman" w:hAnsi="Times New Roman" w:eastAsia="Times New Roman" w:cs="Times New Roman"/>
        </w:rPr>
        <w:t>Бид эдгээрийг дараагийн өгүүлэлд үргэлжлүүлэн авч үзнэ.</w:t>
      </w:r>
    </w:p>
    <w:p>
      <w:pPr>
        <w:pStyle w:val="ArticleHeading"/>
        <w:jc w:val="left"/>
      </w:pPr>
      <w:r>
        <w:rPr>
          <w:rFonts w:ascii="Arial" w:hAnsi="Arial" w:eastAsia="Arial" w:cs="Arial"/>
        </w:rPr>
        <w:t>Ганцлаг чанар</w:t>
      </w:r>
    </w:p>
    <w:p>
      <w:pPr>
        <w:pStyle w:val="ArticleBody"/>
        <w:jc w:val="left"/>
      </w:pPr>
      <w:r>
        <w:rPr>
          <w:rFonts w:ascii="Times New Roman" w:hAnsi="Times New Roman" w:eastAsia="Times New Roman" w:cs="Times New Roman"/>
        </w:rPr>
        <w:t>Илон Маск 2026 оны 2-р сарын 21-нд “бид одоо ‘сингулярити’-д байна” хэмээн мэдэгдсэн.</w:t>
      </w:r>
    </w:p>
    <w:p>
      <w:pPr>
        <w:pStyle w:val="ArticleHeading"/>
        <w:jc w:val="left"/>
      </w:pPr>
      <w:r>
        <w:rPr>
          <w:rFonts w:ascii="Arial" w:hAnsi="Arial" w:eastAsia="Arial" w:cs="Arial"/>
        </w:rPr>
        <w:t>Технологийн сингуляр байдал</w:t>
      </w:r>
    </w:p>
    <w:p>
      <w:pPr>
        <w:pStyle w:val="ArticleBody"/>
        <w:jc w:val="left"/>
      </w:pPr>
      <w:r>
        <w:rPr>
          <w:rFonts w:ascii="Times New Roman" w:hAnsi="Times New Roman" w:eastAsia="Times New Roman" w:cs="Times New Roman"/>
        </w:rPr>
        <w:t>Технологийн сингулар байдал (ихэвчлэн зүгээр л “сингулар байдал” гэж нэрлэдэг) гэдэг нь технологийн дэвшил—юуны өмнө хиймэл оюун ухаанаар хөтлөгдөн—хүн төрөлхтний хяналт, ойлголтоос даван гарч, тийнхүү урьдчилан тааварлашгүй бөгөөд гүн гүнзгий хувирал өөрчлөлтийг хүний соёл иргэншилд авчрахуйц хэмжээнд асар хурдацтай, хүчирхэг болох ирээдүйн таамагласан нэгэн цаг үеийг хэлнэ. Үндсэн санаа нь оюуны тэсрэлт юм: бид хамгийн ухаалаг хүмүүнээс ч илүү ухаалаг хиймэл оюуны системийг (ихэвчлэн Хиймэл Супероюун Ухаан буюу ASI гэж нэрлэдэг) нэгэнт бүтээмэгц, тэрхүү систем нь аливаа хүний багийн хэзээ ч чадах байснаас хавьгүй хурднаар өөрийгөө дахин зохион бүтээж, сайжруулж чадна. Ингэснээр чадвар нь туйлын богино хугацааны хүрээнд (өдөр -&gt; цаг -&gt; минут) дахин дахин хоёр дахин өсөн нэмэгдэх, рекурсив өөрийгөө сайжруулах нэгэн мөчлөг бий болж, цаашдын хөгжил нь тэсрэмтгий шинжтэй болж, “сингулар байдлаас өмнөх хүмүүс” түүнийг бодитойгоор урьдчилан таамаглах буюу чиглүүлэх боломжгүй болдог. “Сингулар байдал” гэх нэр томьёог физик, математикаас зээлэн авсан бөгөөд тэнд “хар нүх”-ний дотор сингулар байдал гэдэг нь таталцал хязгааргүй болдог, бидний одоогийн физикийн хуулиуд хүчин төгөлдөр байхаа болих тэр цэгийг хэлдэг—үйл явдлын хаяанаас цааш юу болдгийг бид харж ч, урьдчилан таамаглаж ч чаддаггүй.</w:t>
      </w:r>
    </w:p>
    <w:p>
      <w:pPr>
        <w:pStyle w:val="ArticleBody"/>
        <w:jc w:val="left"/>
      </w:pPr>
      <w:r>
        <w:rPr>
          <w:rFonts w:ascii="Times New Roman" w:hAnsi="Times New Roman" w:eastAsia="Times New Roman" w:cs="Times New Roman"/>
        </w:rPr>
        <w:t>Үүнтэй адилаар, технологийн сингуларити нь түүхэн дэх нэгэн “үйл явдлын хаяа” хэмээн үзэгддэг: бид тэр цэг хүртэлх чиг хандлагыг урьдчилан таамаглаж чадна, харин түүнээс цаашх ирээдүй нь нэмэгдүүлээгүй хүний оюун ухаанд бүрхэг болдог.</w:t>
      </w:r>
    </w:p>
    <w:p>
      <w:pPr>
        <w:pStyle w:val="ArticleHeading"/>
        <w:jc w:val="left"/>
      </w:pPr>
      <w:r>
        <w:rPr>
          <w:rFonts w:ascii="Arial" w:hAnsi="Arial" w:eastAsia="Arial" w:cs="Arial"/>
        </w:rPr>
        <w:t>Товч түүх ба гол сэтгэгчид</w:t>
      </w:r>
    </w:p>
    <w:p>
      <w:pPr>
        <w:pStyle w:val="ArticleBody"/>
        <w:jc w:val="left"/>
      </w:pPr>
      <w:r>
        <w:rPr>
          <w:rFonts w:ascii="Times New Roman" w:hAnsi="Times New Roman" w:eastAsia="Times New Roman" w:cs="Times New Roman"/>
        </w:rPr>
        <w:t>1950-аад он — Технологийн өөрчлөлт хурдасч буй тухай өгүүлсэн математикч Жон фон Нойманы бүтээлүүдэд, мөн машинууд өөрсдөөсөө илүү сайн машинуудыг зохион бүтээж эхэлмэгц “оюун ухааны тэсрэлт” гарна хэмээн 1965 онд тодорхойлсон математикч, криптологич И. Ж. Гүүдийн ажилд анхны үрүүд илэрч байна.</w:t>
      </w:r>
    </w:p>
    <w:p>
      <w:pPr>
        <w:pStyle w:val="ArticleBody"/>
        <w:jc w:val="left"/>
      </w:pPr>
      <w:r>
        <w:rPr>
          <w:rFonts w:ascii="Times New Roman" w:hAnsi="Times New Roman" w:eastAsia="Times New Roman" w:cs="Times New Roman"/>
        </w:rPr>
        <w:t>1993 он—Компьютерын эрдэмтэн бөгөөд шинжлэх ухааны уран зөгнөлт зохиолч Вернор Винже The Coming Technological Singularity хэмээх эсээдээ энэхүү орчин үеийн үзэл баримтлалыг олонд түгээн дэлгэрүүлэв. Тэрээр 2005–2030 оны хооронд ямар нэгэн үед бид хүнээс давсан оюун ухааныг бүтээнэ, үүний дараа “хүний эрин үе” төгсөнө (өөрийн дэмжлэггүй хүн төрөлхтөн давамгай оюун ухаан байхаа болино гэсэн утгаар) хэмээн зөгнөн хэлжээ.</w:t>
      </w:r>
    </w:p>
    <w:p>
      <w:pPr>
        <w:pStyle w:val="ArticleBody"/>
        <w:jc w:val="left"/>
      </w:pPr>
      <w:r>
        <w:rPr>
          <w:rFonts w:ascii="Times New Roman" w:hAnsi="Times New Roman" w:eastAsia="Times New Roman" w:cs="Times New Roman"/>
        </w:rPr>
        <w:t>2005 он—зохион бүтээгч, ирээдүй судлаач Рэй Курцвейл өөрийн The Singularity Is Near хэмээх номоор дамжуулан энэ санааг олон нийтийн гол анхааралд авчирсан. Тэрээр сингуляр байдал ойролцоогоор 2045 онд ирнэ хэмээн үзэж, үүнийг тооцоолох хүчний экспоненциал өсөлт (өөрийн Accelerating Returns хуулийг даган), нанотехнологи, биотехнологи, мөн тархи-компьютерийн интерфейсүүд хөтөлнө гэж маргасан. Тэрээр энэ цаг хугацааны хуваарийг тууштай баримталсаар ирсэн бөгөөд сүүлийн үед AGI 2029, сингуляр байдал ~2045 хэмээн дахин нотолсон.</w:t>
      </w:r>
    </w:p>
    <w:p>
      <w:pPr>
        <w:pStyle w:val="ArticleHeading"/>
        <w:jc w:val="left"/>
      </w:pPr>
      <w:r>
        <w:rPr>
          <w:rFonts w:ascii="Arial" w:hAnsi="Arial" w:eastAsia="Arial" w:cs="Arial"/>
        </w:rPr>
        <w:t>Цаг хугацааны дарааллын талаарх зөгнөлүүд (2026 оны эхэн үеийн байдлаар)</w:t>
      </w:r>
    </w:p>
    <w:p>
      <w:pPr>
        <w:pStyle w:val="ArticleBody"/>
        <w:jc w:val="left"/>
      </w:pPr>
      <w:r>
        <w:rPr>
          <w:rFonts w:ascii="Times New Roman" w:hAnsi="Times New Roman" w:eastAsia="Times New Roman" w:cs="Times New Roman"/>
        </w:rPr>
        <w:t>Сүүлийн хэдэн жилд том хэлний загварууд, учир шалтгаан бодох системүүд, мөн өргөтгөх хуулиудын туйлын хурдацтай ахицын улмаас таамаглалууд мэдэгдэхүйц шахагдан ойртсон байна: Хамгийн эрчимтэй / ойрын хугацааны үзлүүд (2026–2027): Зарим нэр хүндтэй AI-ийн удирдагчид (жиш., Anthropic-ийн Дарио Амодей, Илон Маск) супероюун ухаан, эсвэл үйл ажиллагааны хувьд сингуляр байдлыг өдөөгчтэй дүйцэхүйц ямар нэгэн зүйл 2026 онд ч, эсвэл 1–3 жилийн дотор ч бий болж болзошгүй хэмээн олон нийтэд мэдэгдсэн.</w:t>
      </w:r>
    </w:p>
    <w:p>
      <w:pPr>
        <w:pStyle w:val="ArticleBody"/>
        <w:jc w:val="left"/>
      </w:pPr>
      <w:r>
        <w:rPr>
          <w:rFonts w:ascii="Times New Roman" w:hAnsi="Times New Roman" w:eastAsia="Times New Roman" w:cs="Times New Roman"/>
        </w:rPr>
        <w:t>Шинжээчдийн санал асуулгын медиан дүн нь бүрэн супероюун ухаан/сингуляритийн хугацааг 2040–2050 оны орчимд гэж төвлөрүүлсээр байна.</w:t>
      </w:r>
    </w:p>
    <w:p>
      <w:pPr>
        <w:pStyle w:val="ArticleHeading"/>
        <w:jc w:val="left"/>
      </w:pPr>
      <w:r>
        <w:rPr>
          <w:rFonts w:ascii="Arial" w:hAnsi="Arial" w:eastAsia="Arial" w:cs="Arial"/>
        </w:rPr>
        <w:t>Болзошгүй үр дүнгийн хоёр хуаран</w:t>
      </w:r>
    </w:p>
    <w:p>
      <w:pPr>
        <w:pStyle w:val="ArticleBody"/>
        <w:jc w:val="left"/>
      </w:pPr>
      <w:r>
        <w:rPr>
          <w:rFonts w:ascii="Times New Roman" w:hAnsi="Times New Roman" w:eastAsia="Times New Roman" w:cs="Times New Roman"/>
        </w:rPr>
        <w:t>Утопийн / өөдрөг -&gt; туйлын элбэг дэлбэг байдал, өвчин эмгэг ба ядуурлыг арилгах, оюун ухааныг шилжүүлэн байршуулах буюу наноанагаах ухаанаар дамжсан бодитой мөнх амьдрал, хүн төрөлхтөн хиймэл оюун ухаантай нэгдэх (трансхүманизм), урьд нь шийдвэрлэшгүй байсан шинжлэх ухааны асуудлуудыг хэдхэн минутын дотор шийдвэрлэх.</w:t>
      </w:r>
    </w:p>
    <w:p>
      <w:pPr>
        <w:pStyle w:val="ArticleBody"/>
        <w:jc w:val="left"/>
      </w:pPr>
      <w:r>
        <w:rPr>
          <w:rFonts w:ascii="Times New Roman" w:hAnsi="Times New Roman" w:eastAsia="Times New Roman" w:cs="Times New Roman"/>
        </w:rPr>
        <w:t>Дистопи / гутранги үзэл -&gt; хүний үйлдэх чадвар, хяналтаа алдах, нийцэлгүйжилт (ХЯ хүний үнэт зүйлсэд хөндлөн эсвэл дайсагнасан зорилгуудыг эрэлхийлэх), эдийн засаг, нийгмийн сүйрэл, эсвэл бүр хүн төрөлхтөнд оршихуйн түвшний эрсдэлүүд.</w:t>
      </w:r>
    </w:p>
    <w:p>
      <w:pPr>
        <w:pStyle w:val="ArticleBody"/>
        <w:jc w:val="left"/>
      </w:pPr>
      <w:r>
        <w:rPr>
          <w:rFonts w:ascii="Times New Roman" w:hAnsi="Times New Roman" w:eastAsia="Times New Roman" w:cs="Times New Roman"/>
        </w:rPr>
        <w:t>Сингуларит гэдэг нь зүгээр л “маш өндөр хөгжсөн хиймэл оюун” бус, харин технологийн хувьсал биологийн буюу хүний хурдын хязгаарлалтаас мултран гарч, өөрөө бие даасан, хяналтаас гарах үйл явц болон хувирдаг тэр мөч юм. Энэ нь 2026, 2030, 2045 онд тохиолдох эсэх, эсвэл хэзээ ч тохиолдохгүй байх эсэхээс үл хамааран, яг одоо хүн төрөлхтний түүхэн дэх хамгийн их үр дагавартай, нээлттэй хэвээр буй асуултуудын нэг мөн.</w:t>
      </w:r>
    </w:p>
    <w:p>
      <w:pPr>
        <w:pStyle w:val="ArticleHeading"/>
        <w:jc w:val="left"/>
      </w:pPr>
      <w:r>
        <w:rPr>
          <w:rFonts w:ascii="Arial" w:hAnsi="Arial" w:eastAsia="Arial" w:cs="Arial"/>
        </w:rPr>
        <w:t>Төгсгөлийн цаг үе – 1989</w:t>
      </w:r>
    </w:p>
    <w:p>
      <w:pPr>
        <w:pStyle w:val="ArticleBody"/>
        <w:jc w:val="left"/>
      </w:pPr>
      <w:r>
        <w:rPr>
          <w:rFonts w:ascii="Times New Roman" w:hAnsi="Times New Roman" w:eastAsia="Times New Roman" w:cs="Times New Roman"/>
        </w:rPr>
        <w:t>Сүлжээжсэн ертөнц эхэлж байна</w:t>
      </w:r>
    </w:p>
    <w:p>
      <w:pPr>
        <w:pStyle w:val="ArticleBody"/>
        <w:jc w:val="left"/>
      </w:pPr>
      <w:r>
        <w:rPr>
          <w:rFonts w:ascii="Times New Roman" w:hAnsi="Times New Roman" w:eastAsia="Times New Roman" w:cs="Times New Roman"/>
        </w:rPr>
        <w:t>Тусгаарлагдмал тооцооллоос харилцан холбогдсон тооцоололд шилжих шилжилт. Тим Бернерс-Ли CERN-д Дэлхийн Өргөн Вэбийг (World Wide Web) санал болгов (1989). Арилжааны мэдрэлийн сүлжээний судалгаа өргөжив (цэргийн + академик хэрэглээ), Intel 80486 худалдаанд гарч—хувийн тооцооллын хүчин чадал үсрэнгүй өсөв, ARPANET нь орчин үеийн Интернэт болон хувирах чиглэл рүү шилжив. Үүнээс өмнө тооцоолол хүчирхэг байсан ч ихэвчлэн тусгаарлагдсан байв. 1989 оноос хойш тооцоолол сүлжээ-чиглэлт шинжтэй болов. 1989 оны мэдрэлийн сүлжээнүүд эрт үеийн, техник хангамжаар хязгаарлагдмал, ихэнхдээ дүрэм-нэвтрүүлсэн хэв шинжийн системүүд байсан боловч цэрэг, судалгааны лабораториуд бай оноолт, чиглүүлэлт, дохионы ангилалд зориулсан суралцах системүүдийг аль хэдийн туршин байв. Энэ нь хожим ирэх бүхний суурь давхарга байсан юм.</w:t>
      </w:r>
    </w:p>
    <w:p>
      <w:pPr>
        <w:pStyle w:val="ArticleHeading"/>
        <w:jc w:val="left"/>
      </w:pPr>
      <w:r>
        <w:rPr>
          <w:rFonts w:ascii="Arial" w:hAnsi="Arial" w:eastAsia="Arial" w:cs="Arial"/>
        </w:rPr>
        <w:t>Зурвас албан ёсоор хэлбэржсэн нь – 1996</w:t>
      </w:r>
    </w:p>
    <w:p>
      <w:pPr>
        <w:pStyle w:val="ArticleBody"/>
        <w:jc w:val="left"/>
      </w:pPr>
      <w:r>
        <w:rPr>
          <w:rFonts w:ascii="Times New Roman" w:hAnsi="Times New Roman" w:eastAsia="Times New Roman" w:cs="Times New Roman"/>
        </w:rPr>
        <w:t>Интернэтийн арилжааны тэсрэлт</w:t>
      </w:r>
    </w:p>
    <w:p>
      <w:pPr>
        <w:pStyle w:val="ArticleBody"/>
        <w:jc w:val="left"/>
      </w:pPr>
      <w:r>
        <w:rPr>
          <w:rFonts w:ascii="Times New Roman" w:hAnsi="Times New Roman" w:eastAsia="Times New Roman" w:cs="Times New Roman"/>
        </w:rPr>
        <w:t>Вэб нийтэд нээлттэй, арилжааны шинжтэй, дэлхий нийтийнх боллоо. Netscape болон хөтөчийн дайнууд, Amazon ба eBay нь цахим худалдаа ажилладагийг батлан харуулсан. Google үүсгэн байгуулагдав (Stanford-д 1996 онд BackRub нэрээр), Windows 95-ийн хэрэглээ түгэн дэлгэрснээр хэрэглэгчдийн тооцооллын хэрэглээ эрчимжив. 1996 он бол Интернэт академик хүрээнийх байхаа больж, эдийн засгийн шинжтэй болсон үе юм. 1989 онд тавигдсан дэд бүтэц энэ үед хэрэглэгчдийн түвшний цар хүрээнд хүрчээ. Dot-com эрин үе нь вэбсайтуудын тухай бус—бизнесийг цахимжуулахын тухай юм. Энэ үе худалдаа, зар сурталчилгаа, мэдээлэл олж нээх арга барил, харилцааны хэв маягийг өөрчилсөн.</w:t>
      </w:r>
    </w:p>
    <w:p>
      <w:pPr>
        <w:pStyle w:val="ArticleHeading"/>
        <w:jc w:val="left"/>
      </w:pPr>
      <w:r>
        <w:rPr>
          <w:rFonts w:ascii="Arial" w:hAnsi="Arial" w:eastAsia="Arial" w:cs="Arial"/>
        </w:rPr>
        <w:t>Хүч чадлаар зэвсэглэсэн захиас – 2001/9/11</w:t>
      </w:r>
    </w:p>
    <w:p>
      <w:pPr>
        <w:pStyle w:val="ArticleBody"/>
        <w:jc w:val="left"/>
      </w:pPr>
      <w:r>
        <w:rPr>
          <w:rFonts w:ascii="Times New Roman" w:hAnsi="Times New Roman" w:eastAsia="Times New Roman" w:cs="Times New Roman"/>
        </w:rPr>
        <w:t>Мобайл + Платформын эрин үе эхэлж байна</w:t>
      </w:r>
    </w:p>
    <w:p>
      <w:pPr>
        <w:pStyle w:val="ArticleBody"/>
        <w:jc w:val="left"/>
      </w:pPr>
      <w:r>
        <w:rPr>
          <w:rFonts w:ascii="Times New Roman" w:hAnsi="Times New Roman" w:eastAsia="Times New Roman" w:cs="Times New Roman"/>
        </w:rPr>
        <w:t>Хэвлэл мэдээллийн хэрэгслийн дижиталжилт + үүлэн дэд бүтцийн эхэн үе + үргэлж холбогдсон өргөн зурвасын сүлжээ. Apple iPod-ыг гаргав (зөөврийн дижитал экосистемийн эхлэл тавигдав), Wikipedia нээгдэв (хамтын мэдлэгийн платформын загвар), өргөн зурвасын хэрэглээ эрчимтэй өсөв, Amazon хожим AWS болон төлөвших зүйлийнхээ суурийг чимээгүйхэн байгуулж эхлэв. 9/11-ний дараах тандалтын технологи асар хурдацтайгаар эрчимжив, өгөгдлийн шинжилгээний дэд бүтэц хурдацтай тэлэв. Үүлэн тооцоолол, платформын экосистемүүд, дижитал агуулгын ноёрхол, байнгын холболттой дэд бүтэц, мөн сошиал медиа ба ухаалаг гар утасны суурь энд тавигдсан юм.</w:t>
      </w:r>
    </w:p>
    <w:p>
      <w:pPr>
        <w:pStyle w:val="ArticleHeading"/>
        <w:jc w:val="left"/>
      </w:pPr>
      <w:r>
        <w:rPr>
          <w:rFonts w:ascii="Arial" w:hAnsi="Arial" w:eastAsia="Arial" w:cs="Arial"/>
        </w:rPr>
        <w:t>Суурь тавигдсан нь – Хабаккукийн самбарууд – 2012, 2013</w:t>
      </w:r>
    </w:p>
    <w:p>
      <w:pPr>
        <w:pStyle w:val="ArticleBody"/>
        <w:jc w:val="left"/>
      </w:pPr>
      <w:r>
        <w:rPr>
          <w:rFonts w:ascii="Times New Roman" w:hAnsi="Times New Roman" w:eastAsia="Times New Roman" w:cs="Times New Roman"/>
        </w:rPr>
        <w:t>Гүн сургалтын нээлт</w:t>
      </w:r>
    </w:p>
    <w:p>
      <w:pPr>
        <w:pStyle w:val="ArticleBody"/>
        <w:jc w:val="left"/>
      </w:pPr>
      <w:r>
        <w:rPr>
          <w:rFonts w:ascii="Times New Roman" w:hAnsi="Times New Roman" w:eastAsia="Times New Roman" w:cs="Times New Roman"/>
        </w:rPr>
        <w:t>Орчин үеийн хиймэл оюун ухааны мэндэлсэн нь</w:t>
      </w:r>
    </w:p>
    <w:p>
      <w:pPr>
        <w:pStyle w:val="ArticleBody"/>
        <w:jc w:val="left"/>
      </w:pPr>
      <w:r>
        <w:rPr>
          <w:rFonts w:ascii="Times New Roman" w:hAnsi="Times New Roman" w:eastAsia="Times New Roman" w:cs="Times New Roman"/>
        </w:rPr>
        <w:t>Энэ бол мэдрэлийн сүлжээ туршилтын шатнаас гарч, бодит хэрэглээнд хүчирхэг болсон эргэлтийн гол мөч бөгөөд 2001 оны “platform/cloud” эрин үе ба 2023 оны “generative AI”-ийн тэсрэлт хоёрын хоорондох яг тэр гүүр мөн. 2012 оны 9 дүгээр сар: AlexNet (гүн конволюцит мэдрэлийн сүлжээ) ImageNet тэмцээнд асар их зөрүүгээр түрүүлж, өмнөх бүх алгоритмыг бут ниргэнэ. Энэхүү ганц үйл явдлыг орчин үеийн гүн сургалт төрөн бий болсон мөч хэмээн AI судалгааны хүрээнд нийтээр хүлээн зөвшөөрдөг. 2012 он: Geoffrey Hinton-ы баг GPU дээр сургагдсан гүн мэдрэлийн сүлжээнүүд шаталсан шинжүүдийг автоматаар суралцаж чаддагийг нотлов. 2013 он: Google Hinton-ы компанийг (DNNresearch) худалдан авав. Үүний дараа салбар бүхэлдээ гүн сургалтад тэрбум тэрбумаар нь хөрөнгө цутгаж эхлэв. NVIDIA-гийн GPU-ийн дэвшил (CUDA) AI-д зориулсан стандарт техник хангамж болов. Их өгөгдлийн хэрэгслүүд (Spark 1.0 нь 2013 онд гарсан) ч мөн үүнтэй зэрэгцэн боловсрон хөгжиж, гүн сургалтад шаардлагатай асар их өгөгдлийн багцуудыг бүрдүүлэх боломжийг нээв.</w:t>
      </w:r>
    </w:p>
    <w:p>
      <w:pPr>
        <w:pStyle w:val="ArticleHeading"/>
        <w:jc w:val="left"/>
      </w:pPr>
      <w:r>
        <w:rPr>
          <w:rFonts w:ascii="Arial" w:hAnsi="Arial" w:eastAsia="Arial" w:cs="Arial"/>
        </w:rPr>
        <w:t>Лацыг нь тайлах – 2023</w:t>
      </w:r>
    </w:p>
    <w:p>
      <w:pPr>
        <w:pStyle w:val="ArticleBody"/>
        <w:jc w:val="left"/>
      </w:pPr>
      <w:r>
        <w:rPr>
          <w:rFonts w:ascii="Times New Roman" w:hAnsi="Times New Roman" w:eastAsia="Times New Roman" w:cs="Times New Roman"/>
        </w:rPr>
        <w:t>Генератив хиймэл оюун ухаан босгыг давлаа</w:t>
      </w:r>
    </w:p>
    <w:p>
      <w:pPr>
        <w:pStyle w:val="ArticleBody"/>
        <w:jc w:val="left"/>
      </w:pPr>
      <w:r>
        <w:rPr>
          <w:rFonts w:ascii="Times New Roman" w:hAnsi="Times New Roman" w:eastAsia="Times New Roman" w:cs="Times New Roman"/>
        </w:rPr>
        <w:t>Хиймэл оюун ухаан нь хүртээмжтэй, хэрэглэж болохуйц, эдийн засгийн хувьд хүчтэй өөрчлөлт авчрахуйц болж байна. Энэ нь зүгээр л “сайжирсан мэдрэлийн сүлжээ” биш юм. Энэ бол хиймэл оюун ухаан код бичиж, дүрс зураг үүсгэн, оюуны хөдөлмөр давамгайлсан ажлыг автоматжуулж, сэтгэн бодох даалгавруудыг өргөн хүрээнд гүйцэтгэж, улмаар анх удаа тусгай зориулалтын шинжээсээ гарч, ерөнхий зориулалтын танин мэдэхүйн хэрэгсэл болон хувирч буй мөч мөн.</w:t>
      </w:r>
    </w:p>
    <w:p>
      <w:pPr>
        <w:pStyle w:val="ArticleHeading"/>
        <w:jc w:val="left"/>
      </w:pPr>
      <w:r>
        <w:rPr>
          <w:rFonts w:ascii="Arial" w:hAnsi="Arial" w:eastAsia="Arial" w:cs="Arial"/>
        </w:rPr>
        <w:t>2026 он – Сингуляр байдал уу?</w:t>
      </w:r>
    </w:p>
    <w:p>
      <w:pPr>
        <w:pStyle w:val="ArticleListItem"/>
        <w:ind w:left="576" w:hanging="259"/>
        <w:jc w:val="left"/>
      </w:pPr>
      <w:r>
        <w:rPr>
          <w:rFonts w:ascii="Times New Roman" w:hAnsi="Times New Roman" w:eastAsia="Times New Roman" w:cs="Times New Roman"/>
        </w:rPr>
        <w:t>• 1989 он нь эцсийн цагийн өөрийнх нь лац тайлагдсан үе мөн (сүлжээт харилцан холболт эхэлж, дэлхий даяарх мэдлэгийн урсгалын суурь тавигдсан; Адвентизмын эцсийн сорилтын хугацааны замын тэмдэг болгон ЗХУ-ын задралтай холбогдоно).</w:t>
      </w:r>
    </w:p>
    <w:p>
      <w:pPr>
        <w:pStyle w:val="ArticleListItem"/>
        <w:ind w:left="576" w:hanging="259"/>
        <w:jc w:val="left"/>
      </w:pPr>
      <w:r>
        <w:rPr>
          <w:rFonts w:ascii="Times New Roman" w:hAnsi="Times New Roman" w:eastAsia="Times New Roman" w:cs="Times New Roman"/>
        </w:rPr>
        <w:t>• 1996 он нь мэдээний албан ёсны хэлбэржилт байсан (арилжааны веб нь мэдээллийн эдийн засгийг өргөжүүлж, худалдаа ба нээлтийг дижиталчилсан).</w:t>
      </w:r>
    </w:p>
    <w:p>
      <w:pPr>
        <w:pStyle w:val="ArticleListItem"/>
        <w:ind w:left="576" w:hanging="259"/>
        <w:jc w:val="left"/>
      </w:pPr>
      <w:r>
        <w:rPr>
          <w:rFonts w:ascii="Times New Roman" w:hAnsi="Times New Roman" w:eastAsia="Times New Roman" w:cs="Times New Roman"/>
        </w:rPr>
        <w:t>• 2001 он нь мэдээний хүчирхэгжилт гэж үзэгдэнэ (платформууд, үүлэн технологи, үргэлж нээлттэй хандалт нь хамтын, хөдөлгөөнт мэдлэгийн дижитал экосистемийг бүрдүүлдэг).</w:t>
      </w:r>
    </w:p>
    <w:p>
      <w:pPr>
        <w:pStyle w:val="ArticleListItem"/>
        <w:ind w:left="576" w:hanging="259"/>
        <w:jc w:val="left"/>
      </w:pPr>
      <w:r>
        <w:rPr>
          <w:rFonts w:ascii="Times New Roman" w:hAnsi="Times New Roman" w:eastAsia="Times New Roman" w:cs="Times New Roman"/>
        </w:rPr>
        <w:t>• 2012/2013 он нь жинхэнэ оюун ухааны суурийг тавьсан үе юм (гүн сургалтын томоохон дэвшил нь машины ойлголтыг бодитой хэрэгжихүйц бөгөөд өргөтгөн хэрэглэх боломжтой болгосон).</w:t>
      </w:r>
    </w:p>
    <w:p>
      <w:pPr>
        <w:pStyle w:val="ArticleListItem"/>
        <w:ind w:left="576" w:hanging="259"/>
        <w:jc w:val="left"/>
      </w:pPr>
      <w:r>
        <w:rPr>
          <w:rFonts w:ascii="Times New Roman" w:hAnsi="Times New Roman" w:eastAsia="Times New Roman" w:cs="Times New Roman"/>
        </w:rPr>
        <w:t>• 2023 он нь лац тайлагдлын оргил үе мөн (үүсгүүр хиймэл оюун ухаан ерөнхий зориулалтын танин мэдэх чадварын түвшинд нэвтэрч, мэдлэг бүтээлт ба учир шалтгааны сэтгэлгээг хүртээмжтэй болгож, тогтсон байдлыг донсолгож байна).</w:t>
      </w:r>
    </w:p>
    <w:p>
      <w:pPr>
        <w:pStyle w:val="ArticleBody"/>
        <w:jc w:val="left"/>
      </w:pPr>
      <w:r>
        <w:rPr>
          <w:rFonts w:ascii="Times New Roman" w:hAnsi="Times New Roman" w:eastAsia="Times New Roman" w:cs="Times New Roman"/>
        </w:rPr>
        <w:t>Энэхүү хөгжил дэвшлийн дараалал нь уран нарийн: үе шат бүр өмнөх дээрээ хуримтлагдан байгуулагдаж, холболтоос -&gt; арилжаажуулалт -&gt; экосистем -&gt; оюун ухаан -&gt; танин мэдэхүй рүү шилжинэ.</w:t>
      </w:r>
    </w:p>
    <w:p>
      <w:pPr>
        <w:pStyle w:val="ArticleBody"/>
        <w:jc w:val="left"/>
      </w:pPr>
      <w:r>
        <w:rPr>
          <w:rFonts w:ascii="Times New Roman" w:hAnsi="Times New Roman" w:eastAsia="Times New Roman" w:cs="Times New Roman"/>
        </w:rPr>
        <w:t>2012/2013 он бол шийдвэрлэх эргэлтийн зангилаа мөч байсан; энэ үед мэдрэлийн сүлжээнүүд шаталсан, автомат суралцах чадвартайгаа нотолсон (AlexNet/ImageNet-ийн ялалт, Хинтоны ажлын баталгаажилт, GPU-гийн масштабчилал боломжтой болсон) бөгөөд энэ нь 2023 оны генератив тэсрэлтийг гарцаагүй болгосон юм. 2012 оны архитектурын шилжилт үгүйсэн бол трансформер загварууд (2017) болон асар их масштабчилалт нь ChatGPT түвшний ерөнхий чадварыг бий болгож чадахгүй байх байсан.</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Арван долоо дугаар тоо</dc:title>
  <dc:subject>Зүйл ба үзэгдэл: Даниелын эш үзүүллэгийн хоёр шугам ба Илчлэлийн лац тайлагдалт</dc:subject>
  <dc:creator>Jeff Pippenger</dc:creator>
  <cp:keywords/>
  <dc:description>Generated by ArticleDigger from panium\17_panium.json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