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Арван Есдүгээр Тоо</w:t>
      </w:r>
    </w:p>
    <w:p>
      <w:pPr>
        <w:pStyle w:val="ArticleSubtitle"/>
        <w:jc w:val="left"/>
      </w:pPr>
      <w:r>
        <w:rPr>
          <w:rFonts w:ascii="Arial" w:hAnsi="Arial" w:eastAsia="Arial" w:cs="Arial"/>
        </w:rPr>
        <w:t>Агуу хүмүүс: Антиох, Константин, ба Сүүлчийн Ерөнхийлөгч</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2026-03-01</w:t>
      </w:r>
    </w:p>
    <w:p>
      <w:pPr>
        <w:pStyle w:val="ArticleBody"/>
        <w:jc w:val="left"/>
      </w:pPr>
      <w:r>
        <w:rPr>
          <w:rFonts w:ascii="Times New Roman" w:hAnsi="Times New Roman" w:eastAsia="Times New Roman" w:cs="Times New Roman"/>
        </w:rPr>
        <w:t>Даниел арван нэгийн аравдугаар ишлэлээс арван зургаадугаар ишлэл хүртэлх хэсгийг зөвөөр хуваан тайлбарлах түлхүүр нь гуч гаруй жилийн өмнө, 1996 онд The Time of the End сэтгүүл хэвлэгдэж байх үед хэрэглэгдсэн үндсэн эш үзүүллэгийн хэрэглээнүүдэд оршдог. Гучин жилийн дараа, 1831 онд Миллеритын мэдээ албан ёсоор томьёологдсон шиг өөр нэгэн эш үзүүллэгийн мэдээг мөн албан ёсоор томьёолох ёстойг Эзэн илчилсэн. Эдгээр гучин жилийн омега түүхэнд албан ёсоор томьёологдох ёстой тэрхүү мэдээ нь, Иосиа Личээр төлөөлөгдсөнчлөн Исламын тухай өмнөх нэгэн мэдээний залруулга бөгөөд мөн Самуэл Сноугаар төлөөлөгдсөнчлөн хаалттай хаалганы тухай залруулсан мэдээ юм; энэ нь арван онгон бүсгүйн сургаалт зүйрлэлийн бэлгэдэл мөн. Христ шүүлтийн ажлаа дуусгаж байх үед нигүүлслийн хугацааны хаалганууд шат дараалан хаагдаж буйг анхааруулсан сэрэмжлүүлэгтэй хамт Исламын тухай нэгэн мэдээ тунхаглагдах болно. Уг мэдээ нь хоёр талт бөгөөд дотоод ба гадаад шугамыг агуулдаг; эдгээр нь, 2023 оны 12 дугаар сарын 31-нд өгөгдсөн Есүс Христийн илчлэлтийн адил, эш үзүүллэгийн лац тайлагдах бүрд үргэлж тохиолддог гурван үе шатат сорилтын үйл явцын эхний хоёр алхмыг төлөөлдөг.</w:t>
      </w:r>
    </w:p>
    <w:p>
      <w:pPr>
        <w:pStyle w:val="ArticleBody"/>
        <w:jc w:val="left"/>
      </w:pPr>
      <w:r>
        <w:rPr>
          <w:rFonts w:ascii="Times New Roman" w:hAnsi="Times New Roman" w:eastAsia="Times New Roman" w:cs="Times New Roman"/>
        </w:rPr>
        <w:t>“Эцсийн Цаг” сэтгүүл нь 1989 онд эцсийн цагт лац нь тайлагдсан Даниел арван нэгдүгээр бүлгийн сүүлийн зургаан эшлэлд дүрслэгдсэнээр Америкийн ирээдүйн үндсэн тоймыг агуулдаг. Тус сэтгүүл гучин жилийн турш олон нийтийн бүртгэлд байсаар ирсэн боловч, түүний гол сэдвүүдийн нэг нь, ялангуяа Украинд, коммунизм ба Католик шашны нөлөөн дорх сүмүүдийн хоорондын шашны тэмцэл байсан гэдгийг хэн ч олж хараагүй. 1989 оны үеийн тэрхүү шашны тулалдаан нь Иерусалим дахь сүмд хоёул илэрхийлсэн тэрслэлээрээ Птолемей ба Уззиагаар төлөөлөгдөн харагдах Путины шашны сүйрлийн нөхцөл байдлыг тайлбарладаг. Иерусалим дахь сүм нь Птолемейн сүм биш, Уззиагийн сүм байсан. Путин ба Зеленский хоёул нэг л сүмийг хоёр өөр байдлаар бузарладаг; нэг нь Египет хүн байдлаар, нөгөө нь Иудей хүн байдлаар.</w:t>
      </w:r>
    </w:p>
    <w:p>
      <w:pPr>
        <w:pStyle w:val="ArticleBody"/>
        <w:jc w:val="left"/>
      </w:pPr>
      <w:r>
        <w:rPr>
          <w:rFonts w:ascii="Times New Roman" w:hAnsi="Times New Roman" w:eastAsia="Times New Roman" w:cs="Times New Roman"/>
        </w:rPr>
        <w:t>1989 онд өмнөдийн хааны эсрэг тэмцэж байсан сүм нь Католик сүм байсан. Тэгээд яагаад болохгүй гэж? Францын атейзм 1798 онд умардын хаанд үхлийн шарх учруулсан тул, ялангуяа Украинд Католик сүмийн эсрэг атейзмын удаан үргэлжилсэн хавчлагад папын засаг хариу цохилт өгөхгүй гэж үү? Үүнээс ч илүү ач холбогдолтой нь, Украйны тухай энэхүү тодорхой гэрчлэл 1996 оны нэгэн хэвлэлээс гарсан бөгөөд тэрхүү хэвлэл нь 1989 оны түүхийн талаархи иргэний түүхчдийг эш татаж байсан явдал юм. Эзэн дөчдүгээр зүйлийн нуугдмал түүхийг одоо лацыг нь тайлан илчилж байхдаа, Рафиагийн тулалдаан болон түүний дараах үйл явдлын эш үзүүллэгийн болон түүхэн нөхцөл байдлыг өгөхийн тулд хоёр ортодокс сүмийн хоорондын тэмцэл рүү заасан бөгөөд гучин жилийн өмнө хэвлэгдсэн The Time of the End сэтгүүлд шаардлагатай ойлголтуудыг Тэр аль хэдийн багтаасан байсан юм.</w:t>
      </w:r>
    </w:p>
    <w:p>
      <w:pPr>
        <w:pStyle w:val="ArticleBody"/>
        <w:jc w:val="left"/>
      </w:pPr>
      <w:r>
        <w:rPr>
          <w:rFonts w:ascii="Times New Roman" w:hAnsi="Times New Roman" w:eastAsia="Times New Roman" w:cs="Times New Roman"/>
        </w:rPr>
        <w:t>Наполеоны мөхөл нь Ленин, Сталин болон Зөвлөлт Холбоот Улсын тогтолцооны үе шаттай мөхөлтэй нийцдэг. Эш үзүүллэг дэх өмнөд хаант улс нийслэлээ Орос руу шилжүүлэх үед 1917 онд хоёр том хувьсгал болсон. Эхнийх нь хааныг түлхэн унагасан Оросын хувьсгал хэмээн нэрлэгддэг хувьсгал байсан бөгөөд мөн тэр жилд түүний араас Большевикуудын хувьсгал өрнөж, энэ нь 1917 оноос 1922 он хүртэл үргэлжилсэн иргэний дайнд хүргэсэн. 1922 онд Зөвлөлт Холбоот Улс байгуулагдсан.</w:t>
      </w:r>
    </w:p>
    <w:p>
      <w:pPr>
        <w:pStyle w:val="ArticleBody"/>
        <w:jc w:val="left"/>
      </w:pPr>
      <w:r>
        <w:rPr>
          <w:rFonts w:ascii="Times New Roman" w:hAnsi="Times New Roman" w:eastAsia="Times New Roman" w:cs="Times New Roman"/>
        </w:rPr>
        <w:t>Орос улс сүнслэг утгаараа өмнөдийн хаан болж эхэлсэн нь иргэний дайнд хүргэсэн, улмаар улс орнуудын холбоо байгуулагдахад хүргэсэн хоёр үе шаттай хувьсгалыг төлөөлж байв. Зөвлөлт Холбоот Улсын нуран уналт мөн адил хоёр үе шаттай байсан бөгөөд энэ нь 1989 оны 11 дүгээр сарын 9-нд Берлиний ханыг нурааснаар эхэлж, улмаар 1991 оны 12 дугаар сарын 31-нд Зөвлөлт Холбоот Улс татан буугдахад хүргэсэн юм. Оросын, өөрөөр хэлбэл өмнөдийн хааны, сүүлчийн захирагчийн хувьд Владимир Путины хэв шинжийг Оросын анхны захирагч Владимир Ленин урьдчилан төлөөлсөн байв.</w:t>
      </w:r>
    </w:p>
    <w:p>
      <w:pPr>
        <w:pStyle w:val="ArticleBody"/>
        <w:jc w:val="left"/>
      </w:pPr>
      <w:r>
        <w:rPr>
          <w:rFonts w:ascii="Times New Roman" w:hAnsi="Times New Roman" w:eastAsia="Times New Roman" w:cs="Times New Roman"/>
        </w:rPr>
        <w:t>Владимир гэдэг нь “агуу удирдагч” гэсэн утгатай, харин Путин гэдэг нь “зам” гэсэн утгатай. Ленин гэдэг нь “агуу мөрөн” гэсэн утгатай боловч Владимир Ленин өөрийн жинхэнэ нэр болох Владимир Ильич Ульяновыг нуухын тулд Ленин гэдэг нэрийг сонгосон. Ильич гэдэг нь “Елиагийн хүү” гэсэн утгатай, харин Ульянов гэдэг нь “Елиагийн залуу хүү” гэсэн утгатай.</w:t>
      </w:r>
    </w:p>
    <w:p>
      <w:pPr>
        <w:pStyle w:val="ArticleBody"/>
        <w:jc w:val="left"/>
      </w:pPr>
      <w:r>
        <w:rPr>
          <w:rFonts w:ascii="Times New Roman" w:hAnsi="Times New Roman" w:eastAsia="Times New Roman" w:cs="Times New Roman"/>
        </w:rPr>
        <w:t>МЭӨ 217 онд болсон Рафиагийн тулалдаанаар түүхэнд дүрслэгдсэн зам дахь Оросын агуу удирдагчийг, Оросын анхны удирдагчийн дүр төрхөөр урьдчилан төлөөлүүлсэн бөгөөд тэр нь Владимир Ленин хэмээн хүчирхэг мөрний агуу удирдагч байсан ч өөрийн нэрийг нуун далдалсан юм. Нэр бол зан чанарын бэлгэдэл мөн бөгөөд Владимир өөрийн хоёр нэрийг нуусан явдал нь “Бурхан бол Ехова мөн” гэсэн утгатай Елиагаар төлөөлөгдөх зан чанараас илүүтэй улс төрийн сэтгэлгээний агуу мөрнийг сонгосон зан чанарыг илэрхийлдэг. Атеизмын үндэс нь Бурханыг үгүйсгэх явдал бөгөөд атеизм нь өмнөдийн хааны гол шинж мөн. Лениний өгсөн хоёр дахь болон гурав дахь нэр нь Елиа болон түүний хүүг онцлон тэмдэглэдэг бөгөөд өмнөдийн хаан болох Оросын төгсгөл нь Рафиагийн тулалдаанд ялсан IV Птолемейгээр төлөөлөгддөг, харин МЭӨ 200 онд Антиох Панийн тулалдаанд эргэн ирэх үед Птолемейн таван настай хүү тухайн үед захирч байсан юм. Лениний анхны хоёр нэр нь Елиа болон түүний хүүг заан илтгэж, Птолемей болон түүний хүүтэй нийцдэг. Елиа болон түүний хүүхдүүдэд хандсан мэдээ нь “ЭЗЭНий агуу бөгөөд аймшигт өдөр”-ийн яг өмнөх хожмын өдрүүдэд тохиолддог; Рафиа болон Паниумын тулалдаанууд ч мөн тэнд байрладаг.</w:t>
      </w:r>
    </w:p>
    <w:p>
      <w:pPr>
        <w:pStyle w:val="ArticleScripture"/>
        <w:jc w:val="left"/>
      </w:pPr>
      <w:r>
        <w:rPr>
          <w:rFonts w:ascii="Times New Roman" w:hAnsi="Times New Roman" w:eastAsia="Times New Roman" w:cs="Times New Roman"/>
        </w:rPr>
        <w:t>Үзэгтүн, ЭЗЭНий агуу бөгөөд аймшигт өдөр ирэхээс өмнө Би эш үзүүлэгч Елиаг та нарт илгээх болно. Тэрээр эцгүүдийн зүрхийг хүүхдүүд уруу, хүүхдүүдийн зүрхийг эцгүүд уруу эргүүлнэ. Эс тэгвээс Би ирж, газрыг хараалаар цохих болно. Малахи 4:5, 6.</w:t>
      </w:r>
    </w:p>
    <w:p>
      <w:pPr>
        <w:pStyle w:val="ArticleBody"/>
        <w:jc w:val="left"/>
      </w:pPr>
      <w:r>
        <w:rPr>
          <w:rFonts w:ascii="Times New Roman" w:hAnsi="Times New Roman" w:eastAsia="Times New Roman" w:cs="Times New Roman"/>
        </w:rPr>
        <w:t>Уззиа болон Птолемейн гэрчлэл Даниел 11-ийн арван нэгдүгээр эшлэл дээр нийцдэг бөгөөд Уззиа өөрийн бослого болон уяман өвчний дараа арван нэгэн жил амьдарсан; харин Птолемей нийтдээ арван долоон жил захирсан нь арван нэгдүгээр эшлэл дэх тулалдаан болон арван тавдугаар эшлэл дэх тулалдааны хоорондох жилүүдийн тоотой адил юм. МЭӨ 457 онд эхэлсэн 250 жилийн эш үзүүллэг МЭӨ 207 онд, тэр хоёр тулалдааны дунд үед төгссөн; Рафиагийн дараа арван жилийн дараа, Паниумаас өмнө долоон жилийн өмнө. Птолемей IV-ийн хаанчлал МЭӨ 221 онд эхэлж, тэрээр МЭӨ 204 онд нас барсан тул Птолемейн арван долоон жил нь Рафиагаас Паниум хүртэлх арван долоон жилийн шугамтай адил биш юм. Түүнчлэн, 64 онд Нерогоор эхэлж, 313 онд төгссөн 250 жилийн эш үзүүллэгийн төгсгөлөөр төлөөлөгдсөн тэрхүү арван долоон жилтэй ч адил биш юм. 313 оноос эхний Ням гаргийн хууль 321 онд гарах хүртэл найман жил бөгөөд, түүнээс есөн жилийн дараа 330 онд Константин хаант улсыг дорнод ба өрнөд гэж хуваасан.</w:t>
      </w:r>
    </w:p>
    <w:p>
      <w:pPr>
        <w:pStyle w:val="ArticleBody"/>
        <w:jc w:val="left"/>
      </w:pPr>
      <w:r>
        <w:rPr>
          <w:rFonts w:ascii="Times New Roman" w:hAnsi="Times New Roman" w:eastAsia="Times New Roman" w:cs="Times New Roman"/>
        </w:rPr>
        <w:t>Тун ойрын ирээдүйд Путин ба Орос Украйныг ялж, арван хоёрдугаар эшлэлээр дүрслэгдсэн түүхэнд Птолемей ба Уззиагийн мөрүүд дахин давтагдаж эхэлнэ. Библийн хоёр гэрч Путины төгсгөлийн хямралыг сүм ба төрийн хямралын хүрээнд байрлуулдаг. Тэдний тэрсэлдэлт Иерусалим дахь сүмд илэрхийлэгдсэн бөгөөд ингэснээр Уззиагийн сүм ба шашин нь эш үзүүллэгийн эш татсан лавлах цэг мөн болохыг тодорхойлж байна.</w:t>
      </w:r>
    </w:p>
    <w:p>
      <w:pPr>
        <w:pStyle w:val="ArticleBody"/>
        <w:jc w:val="left"/>
      </w:pPr>
      <w:r>
        <w:rPr>
          <w:rFonts w:ascii="Times New Roman" w:hAnsi="Times New Roman" w:eastAsia="Times New Roman" w:cs="Times New Roman"/>
        </w:rPr>
        <w:t>“Ногоон” гэсэн утгатай Зеленский нь Эх дэлхийг шүтдэг ногоон улс төрийн хөдөлгөөнөөр оновчтойгоор төлөөлөгддөг глобалист хөтөлбөртэй Европын Холбоо болон Нэгдсэн Үндэстний Байгууллагын глобалист хүнд сурталтнуудын хүүхэлдэй мөн. Зеленский жүжигчин байсан нь зохистой хэрэг, учир нь тэрээр бусад хүчнүүдийн төлөөлөн хөдөлдөг этгээд болох нь илт бөгөөд түүний нэр “ногоон” гэсэн утгатай нь хүн төрөлхтний түүхийн шатрын хөлөг дээрх түүний хөдөлгөөнийг чиглүүлдэг улс төрийн философийг тодорхойлж байна. Зеленскийн хувьд мат тун ойртжээ.</w:t>
      </w:r>
    </w:p>
    <w:p>
      <w:pPr>
        <w:pStyle w:val="ArticleBody"/>
        <w:jc w:val="left"/>
      </w:pPr>
      <w:r>
        <w:rPr>
          <w:rFonts w:ascii="Times New Roman" w:hAnsi="Times New Roman" w:eastAsia="Times New Roman" w:cs="Times New Roman"/>
        </w:rPr>
        <w:t>Энэхүү эцсийн түүхэнд Уззия ба Птолемейн бослого дахин нэгэнтээ давтагдан илрэх боловч Птолемей (Путин) Паниумын тулалдаанаас дөрвөн жилийн өмнө нас барсан бөгөөд өмнөдийн хааны сүүлчийн захирагч нь авлигач, чадваргүй хэд хэдэн регентийн эрхшээлд орж буй таван настай хүүхдээр төлөөлөгдсөн байна.</w:t>
      </w:r>
    </w:p>
    <w:p>
      <w:pPr>
        <w:pStyle w:val="ArticleBody"/>
        <w:jc w:val="left"/>
      </w:pPr>
      <w:r>
        <w:rPr>
          <w:rFonts w:ascii="Times New Roman" w:hAnsi="Times New Roman" w:eastAsia="Times New Roman" w:cs="Times New Roman"/>
        </w:rPr>
        <w:t>МЭӨ 204 онд (эцгийнх нь учир битүүлэг үхлийн дараа) Птолемей V хаан ширээнд суух үедээ дөнгөж 5–6 орчим настай байсан бөгөөд түүний хаанчлалын турш Птолемейн хаант улс чадваргүй эсвэл авлигалд идэгдсэн хэд хэдэн түр захирагчийн засаглалын улмаас саажилтад орсон байв. Анхны түр захирагчийн засаглал нь МЭӨ 204–202 онд үргэлжилсэн бөгөөд энэ нь Птолемей IV-ийн үхлийг нуун дарагдуулж, түүний эх Арсиноэ III-ыг хөнөөсний дараа тогтжээ. Птолемей IV-ийн үед олон жил сайдаар ажилласан ордны ивээлтэн Сосибиус, мөн Птолемей IV-ийн татвар эм Агафоклеягийн ах Агафоклес нар өөрсдийгөө түр захирагчаар зарлав. Тэд өөрсдийг нь асран хамгаалагчаар тогтоосон гэрээслэлийг хуурамчаар үйлдсэн эсвэл тийм гэрээслэл гарган үзүүлж, залуу хааныг Агафоклея болон түүний гэр бүлийн асрамжид шилжүүлэн, болзошгүй өрсөлдөгчдийг цэвэрлэн зайлуулжээ. Сосибиус эхний үеийн захиргааны ихэнх ажлыг эрхлэн хариуцаж байв.</w:t>
      </w:r>
    </w:p>
    <w:p>
      <w:pPr>
        <w:pStyle w:val="ArticleBody"/>
        <w:jc w:val="left"/>
      </w:pPr>
      <w:r>
        <w:rPr>
          <w:rFonts w:ascii="Times New Roman" w:hAnsi="Times New Roman" w:eastAsia="Times New Roman" w:cs="Times New Roman"/>
        </w:rPr>
        <w:t>МЭӨ 202 оны орчимд нэгэн өөрчлөлт гарч, Агафокл ноёрхогч эрх баригч боловч садар самуун явдал болон буруу засаглалынхаа улмаас нийтээрээ өргөнөөр үзэн ядагдаж байв. Александрид гарсан ард түмний бослого түүнийг догшин хэрцгийгээр танхай олонд хороогдоход хүргэсэн бөгөөд хөвгүүн хаан нэр төдий байдлаар үүнийг зөвшөөрсөн юм. Үүний дараах эрх баригчид нь Пелусиумын захирагч Тлеполем, түүнээс хойш Аристомен нар байв. МЭӨ 200 онд болсон Паниумын тулалдааны үед уг хаант улс ийнхүү ээлжилсэн эрх баригчид болон ордны зөвлөхүүдийн энэ дараалсан тогтолцооны дор байлаа.</w:t>
      </w:r>
    </w:p>
    <w:p>
      <w:pPr>
        <w:pStyle w:val="ArticleBody"/>
        <w:jc w:val="left"/>
      </w:pPr>
      <w:r>
        <w:rPr>
          <w:rFonts w:ascii="Times New Roman" w:hAnsi="Times New Roman" w:eastAsia="Times New Roman" w:cs="Times New Roman"/>
        </w:rPr>
        <w:t>Паниумын тулалдаанд Птолемейн хүчнийг тулалдааны талбарт Птолемей V өөрөө бус, харин асран хамгаалах засаглалын үед томилогдсон хөлсний жанжин, Этолийн Скопас удирдсан юм. Залуу хаанд бодит хяналт огт байгаагүй—шийдвэрүүд, цэргийн стратеги, мөн хаант улсын нийт доройтол нь асран хамгаалагчдын саажсан байдал, дотоод бослогууд (нутгийн египетчүүдийн бослого зэрэг), болон ордны хуйвалдаанаас үүдэлтэй байв. Энэхүү тогтворгүй байдал нь Антиох III Агууг Паниумд Скопасыг шийдвэртэйгээр ялан дийлж, Птолемейн хяналтаас Койле-Сири, түүний дотор Иудейг бүрмөсөн булаан авах боломж олгосон юм.</w:t>
      </w:r>
    </w:p>
    <w:p>
      <w:pPr>
        <w:pStyle w:val="ArticleBody"/>
        <w:jc w:val="left"/>
      </w:pPr>
      <w:r>
        <w:rPr>
          <w:rFonts w:ascii="Times New Roman" w:hAnsi="Times New Roman" w:eastAsia="Times New Roman" w:cs="Times New Roman"/>
        </w:rPr>
        <w:t>Түүхчид Птолемей IV-ийн үхэл хордлогын улмаас болсон байх магадлалын талаар хэлэлцдэг бөгөөд энэ нь Владимир Ленин, Иосиф Сталин, түүнчлэн өмнөдийн хатан Клеопатрагийн талаархи түүхэн таамаглалын нэг хэсэг мөн билээ. Путин Украины дайнд давамгайлдаг, гэвч түүний мөхөл Зөвлөлт Холбоот Улс урьд нь Украины сүмтэй тогтоож байсан хяналтын харилцааг хэрэгжүүлэх гэсэн хүсэлтэй нь хамт эхэлдэг; уг харилцаа 1989 онд арилсан нь хойд зүгийн хаан өмнөд зүгийн хааныг ялсны бэлгэ тэмдэг байсан юм.</w:t>
      </w:r>
    </w:p>
    <w:p>
      <w:pPr>
        <w:pStyle w:val="ArticleBody"/>
        <w:jc w:val="left"/>
      </w:pPr>
      <w:r>
        <w:rPr>
          <w:rFonts w:ascii="Times New Roman" w:hAnsi="Times New Roman" w:eastAsia="Times New Roman" w:cs="Times New Roman"/>
        </w:rPr>
        <w:t>Украин бол Дорнод славын Православын өлгий нутаг мөн. Агуу Владимирын баптисм 988 онд Киевт болсон юм. Хожим нь Константинополь унасны дараа Москва өөрийгөө “Гурав дахь Ром” хэмээх цолыг эзэмшигч гэж тунхаглан, бүх Оросын газар нутгийн хууль ёсны өв залгамжлагч, сүнслэг хамгаалагч хэмээн байршуулсан бөгөөд үүнд Украиныг өөрийн “каноник нутаг дэвсгэр” хэмээн багтаасан юм.</w:t>
      </w:r>
    </w:p>
    <w:p>
      <w:pPr>
        <w:pStyle w:val="ArticleBody"/>
        <w:jc w:val="left"/>
      </w:pPr>
      <w:r>
        <w:rPr>
          <w:rFonts w:ascii="Times New Roman" w:hAnsi="Times New Roman" w:eastAsia="Times New Roman" w:cs="Times New Roman"/>
        </w:rPr>
        <w:t>Москвагийн Патриархат Украйныг “Нэг ард түмэн, нэг итгэл” гэсэн уриан дор Оросоос сүнслэг байдлаар салшгүй хэмээн үргэлж үзэж ирсэн бөгөөд энэ нь Путин өөрөө ч удаа дараа хэрэглэж ирсэн хэллэг мөн. Украйн, ялангуяа 2014/2022 оноос хойш, Москвагийн хяналтыг жинхэнэ сүнслэг эхийн асрамж гэхээсээ илүү колоничлолын болон эзэнт гүрний ноёрхол хэмээн улам бүр үзэх болсон. 2026 оны хоёрдугаар сарын байдлаар хоорондоо өрсөлдөх үнэн алдартны хоёр бүтэц байна. Тэдгээрийн нэг нь 2019 оноос Константинополийн Бүх Дэлхийн Патриарх Варфоломейгаас хараат бус болсон Украины Үнэн Алдартны Сүм юм. Киевт Украины Үнэн Алдартны Сүмийг жинхэнэ үндэсний сүм хэмээн үздэг.</w:t>
      </w:r>
    </w:p>
    <w:p>
      <w:pPr>
        <w:pStyle w:val="ArticleBody"/>
        <w:jc w:val="left"/>
      </w:pPr>
      <w:r>
        <w:rPr>
          <w:rFonts w:ascii="Times New Roman" w:hAnsi="Times New Roman" w:eastAsia="Times New Roman" w:cs="Times New Roman"/>
        </w:rPr>
        <w:t>Уншигч анхаарахтун: Украины Ортодокс Сүм нь Украины Ортодокс сүмээс өөр сүм мөн. Украины Ортодокс сүм нь Оросын ортодокс сүмтэй холбоотой бөгөөд энэ шалтгаанаар Зеленський түүн рүү довтолж ирсэн билээ. Ватикан Зеленськийн аль хэдийн эхлүүлээд буй довтолгоонуудыг эсэргүүцдэг боловч арван хоёрдугаар эшлэлийн Путины бослого нь түүний Рафиад байгуулсан ялалтын дараа дагалдан ирэх бөгөөд хараахан ирээдүйн зүйл мөн.</w:t>
      </w:r>
    </w:p>
    <w:p>
      <w:pPr>
        <w:pStyle w:val="ArticleBody"/>
        <w:jc w:val="left"/>
      </w:pPr>
      <w:r>
        <w:rPr>
          <w:rFonts w:ascii="Times New Roman" w:hAnsi="Times New Roman" w:eastAsia="Times New Roman" w:cs="Times New Roman"/>
        </w:rPr>
        <w:t>Украины Үнэн алдартны сүм түүхэн ёсоор Москвагийн байгууллагатай холбоотой байсан. 2022 оны довтолгооны дараахан Украины Үнэн алдартны сүм 2022 оны 5-р сард бүрэн бие даасан байдлаа тунхагласан боловч Украины төрийн мөрдөн шалгах байгууллагууд (DESS) түүнийг каноны болон хууль зүйн хувьд Москвагтай хэвээр холбоотой гэж удаа дараа маргасаар ирсэн. Украин улс 2024 оны 8-р сард (Зеленский гарын үсэг зурсан) Оросын Үнэн алдартны сүмтэй (“түрэмгийлэгч улс”) холбоотой аливаа шашны байгууллагыг хориглосон хууль баталсан. Украины Үнэн алдартны сүмд холбоогоо бүрэн таслах, эс бөгөөс түүний Киевийн Митрополийг шүүхийн шийдвэрээр татан буулгах арга хэмжээтэй нүүр тулах тухай үүрэг өгөгдсөн. 2025 оны сүүл үе болон 2026 оны эхэн үеийн байдлаар Украины Үнэн алдартны сүмтэй холбоотойгоор үргэлжилсэн нэгжлэг, сүмийн харьяаллыг Украины Үнэн алдартны сүм рүү шилжүүлсэн үйл явц (2022 оноос хойш 1,300-аас дээш), шүүхийн хэргүүд, мөн шашин шүтэх эрх чөлөөний талаарх түгшүүрийн талаар НҮБ-ын шинжээчдийн анхааруулгууд гарсаар байна.</w:t>
      </w:r>
    </w:p>
    <w:p>
      <w:pPr>
        <w:pStyle w:val="ArticleBody"/>
        <w:jc w:val="left"/>
      </w:pPr>
      <w:r>
        <w:rPr>
          <w:rFonts w:ascii="Times New Roman" w:hAnsi="Times New Roman" w:eastAsia="Times New Roman" w:cs="Times New Roman"/>
        </w:rPr>
        <w:t>Ватикан Украйны Православ Сүмийг албадан татан буулгах аливаа үйлдлийг ил тод эсэргүүцсэн. Орос улс болон Путин үүнийг каноник Православ шашныг илт хавчин мөшгөж буй хэрэг хэмээн тайлбарлаж, энхийн аливаа хэлэлцээрт “Оросын Православ сүмүүдийг” хамгаалахыг тодорхой шаардлага болгон тавьсан. Оросын суртал ухуулга Украйны Православ Сүм болон түүнд Украйны төрөөс хийж буй халдлагуудыг “нацизм” хэмээн, мөн өөрсдийн “нацигүйжүүлэх” үндэслэлийн нэг хэсэг болгон тууштай холбон тайлбарладаг.</w:t>
      </w:r>
    </w:p>
    <w:p>
      <w:pPr>
        <w:pStyle w:val="ArticleBody"/>
        <w:jc w:val="left"/>
      </w:pPr>
      <w:r>
        <w:rPr>
          <w:rFonts w:ascii="Times New Roman" w:hAnsi="Times New Roman" w:eastAsia="Times New Roman" w:cs="Times New Roman"/>
        </w:rPr>
        <w:t>Путин эрээ цээргүйгээр “сүмд орж”, Украины үнэн алдартны шашин дээр бүрэн сүнслэг ноёрхлоо тогтооно хэмээн шаардлагагүй зориглон мэдэгдэж, Украины сүмийн бүхэл бүтэн бүтцийг Москвад дахин захируулахыг оролдон, Оросын үнэн алдартны ертөнцийн хууль ёсны сүнслэг тэргүүн мөн хэмээн хүлээн зөвшөөрөхийг шаардах болно.</w:t>
      </w:r>
    </w:p>
    <w:p>
      <w:pPr>
        <w:pStyle w:val="ArticleBody"/>
        <w:jc w:val="left"/>
      </w:pPr>
      <w:r>
        <w:rPr>
          <w:rFonts w:ascii="Times New Roman" w:hAnsi="Times New Roman" w:eastAsia="Times New Roman" w:cs="Times New Roman"/>
        </w:rPr>
        <w:t>Энэ нь Птолемей Хамгийн Ариун Газарт орсон явдалтай яг таг дүйх зүйл бөгөөд Уззиа нь хүж өргөхөөр эрэлхийлж буй Зеленский юм. Птолемейн тэрсэлдэлт Хамгийн Ариун Газарт болсон бол Уззиагийнх ариун газарт болсон. “Хилийн шугам”-ын ялалтаас хөөрсөн, нацизмын төлөөлөгч хүчийг эцэслэсэн өмнөдийн хаан, улмаар зөвхөн шашны хүрээнд л хамаарах тэр газарт халдан орно. Тэгвэл гэнэтийн, Бурханы захиргааны дорх дарууруулалт ирэх бөгөөд Путин тайзнаас алга болно (Птолемей IV МЭӨ 204 онд нас барсантай адил). “Сул залгамжлагчдын үе шат”-ын эрх мэдлийн хоосролын дараа хойд зүгийн хаан илүү их хүчтэйгээр эргэн ирж, 15-р эшлэл дэх орчин үеийн Паниумын тулалдаанд дийлнэ.</w:t>
      </w:r>
    </w:p>
    <w:p>
      <w:pPr>
        <w:pStyle w:val="ArticleHeading"/>
        <w:jc w:val="left"/>
      </w:pPr>
      <w:r>
        <w:rPr>
          <w:rFonts w:ascii="Arial" w:hAnsi="Arial" w:eastAsia="Arial" w:cs="Arial"/>
        </w:rPr>
        <w:t>Арван долоо</w:t>
      </w:r>
    </w:p>
    <w:p>
      <w:pPr>
        <w:pStyle w:val="ArticleBody"/>
        <w:jc w:val="left"/>
      </w:pPr>
      <w:r>
        <w:rPr>
          <w:rFonts w:ascii="Times New Roman" w:hAnsi="Times New Roman" w:eastAsia="Times New Roman" w:cs="Times New Roman"/>
        </w:rPr>
        <w:t>Рафиа ба Паниумын тулалдаанууд шугам дээр шугам нэмэгдэх мэт хоорондоо нийлэн давхцах тэр түүхэнд арван долоон жил гурвантаа тохиолддог. Эзэнт гүрний дорнод ба өрнөдийн хаан ширээнүүд гэрлэлтээр нэгтгэгдсэн Миланы зарлигаас эхлэн, 330 онд хаант улс хуваагдаж салсан хүртэлх арван долоон жил. Арван долоон жилийн эхлэл ба төгсгөл нь үүнтэй холбоотой өөр хоёр эш үзүүллэгийн үеийн замын тэмдэгүүд мөн. 64 онд Нерогоор эхэлсэн хавчлагын үе нь Агуу Константины түүхэнд төгссөн гэж тэмдэглэгддэг. Нерогийн хавчлагын үеэс Константинаар төлөөлөгдөх буулт руу шилжсэн энэ шилжилт нь Смирнагийн чуулганаас Пергамын чуулган руу шилжсэнийг тодорхойлдог. 313 он ба Миланы зарлиг нь Смирнагийн чуулганы төгсгөлийг зааж, арван долоон жилийн үеийн төгсгөл нь 330 он бөгөөд энэ нь Даниел 11:24-ийн гурван зуун жаран жилийн эш үзүүллэгийн биелэл байсан юм.</w:t>
      </w:r>
    </w:p>
    <w:p>
      <w:pPr>
        <w:pStyle w:val="ArticleScripture"/>
        <w:jc w:val="left"/>
      </w:pPr>
      <w:r>
        <w:rPr>
          <w:rFonts w:ascii="Times New Roman" w:hAnsi="Times New Roman" w:eastAsia="Times New Roman" w:cs="Times New Roman"/>
        </w:rPr>
        <w:t>Тэр мужийн хамгийн үржил шимтэй газруудад хүртэл тайвнаар нэвтрэн орж, эцэг өвгөд нь ч, тэдний эцэг өвгөд нь ч хэзээ ч хийж байгаагүйг үйлдэх болно; олз, дээрэм, эд баялгийг тэдний дунд тараах болно. Тийм ээ, тэр бэхлэлтүүдийн эсрэг өөрийн арга мэхийг тодорхой хугацаанд сэднэ. Даниел 11:24.</w:t>
      </w:r>
    </w:p>
    <w:p>
      <w:pPr>
        <w:pStyle w:val="ArticleBody"/>
        <w:jc w:val="left"/>
      </w:pPr>
      <w:r>
        <w:rPr>
          <w:rFonts w:ascii="Times New Roman" w:hAnsi="Times New Roman" w:eastAsia="Times New Roman" w:cs="Times New Roman"/>
        </w:rPr>
        <w:t>313 он болон Миланы зарлигаас хойших арван долоон жил нь эш үзүүллэгийн нэгэн биеллээр эхэлж, өөр нэг эш үзүүллэгийн биеллээр төгсөнө. Эхлэлийг тэмдэглэдэг анхны эш үзүүллэгийн биелэл нь Смирнагийн чуулганаас Пергамын чуулган руу шилжилтийг тодорхойлдог бөгөөд, тэр арван долоон жилийн төгсгөлийг тэмдэглэдэг эш үзүүллэг нь Ромыг дорнод Ром ба өрнөд Ром болгон хуваагдсаныг тодорхойлдог. Тэрхүү арван долоон жил нь тодорхой нэгэн арван долоон жилийн тунхаглалаар бус, харин эш үзүүллэгийн түүхээр тодорхойлогддог. Хоёр дахь чуулганаас гурав дахь чуулган руу хийсэн хуваагдлын альфа нь 360 жилийн цаг хугацааны эш үзүүллэг биелэх үед эзэнт гүрэн дорнод ба өрнөд гэж хуваагдсантай давхцсан. Эдгээр хоёр эш үзүүллэг нь арван долоон жилийн нэгэн хугацааг тогтоодог бөгөөд, арван долоо нь хүчин төгөлдөр эш үзүүллэгийн бэлгэдэл мөн бол, тэдгээр нь хоёр буюу гурван гэрчийн гэрчлэлд үндэслэн хууль ёсны эш үзүүллэгийн хугацаа болох нь тогтоогдох ёстой.</w:t>
      </w:r>
    </w:p>
    <w:p>
      <w:pPr>
        <w:pStyle w:val="ArticleBody"/>
        <w:jc w:val="left"/>
      </w:pPr>
      <w:r>
        <w:rPr>
          <w:rFonts w:ascii="Times New Roman" w:hAnsi="Times New Roman" w:eastAsia="Times New Roman" w:cs="Times New Roman"/>
        </w:rPr>
        <w:t>Тэдгээр гэрчүүд МЭӨ 457 онд эхэлсэн өөр нэгэн 250 жилийн хугацаанд оршдог. Тэр үед Даниел 8:14-ийн 2,300 жилийн зөгнөл эхэлсэн юм. МЭӨ 457 он бол эш үзүүллэгийн эхлэх цэг бөгөөд тогтоогдсон эш үзүүллэгийн тэмдэглэгээ мөн. Тэндээс 250 жилийг ирээдүй уруу сунгавал МЭӨ 207 он хүрч очно; энэ нь Рафиа ба Паниумын тулалдаануудын хоорондох түүхэн үе юм. Рафиа ба Паниумын тулалдаануудыг салгаж үл болно, учир нь хоёуланд нь Агуу Антиох оролцсон билээ. МЭӨ 217 оны Рафиагийн тулалдаанаас МЭӨ 200 оны Паниумын тулалдаан хүртэл арван долоон жил байна. 2,300 жилийн зөгнөл эхлэл дээрээ үеүдийн өөрчлөлтийг заадаг; гурав дахь зарлигаар Иудагийн үндэсний бүрэн эрх сэргээгдсэн бөгөөд төгсгөл дээрээ мөн үеүдийн өөрчлөлт гарсан, тэр үед Христ ариун газраас Хамгийн Ариун Газарт шилжсэн юм. МЭӨ 207 он нь Иудейд ноёрхож байсан Египетийн захиргааны үеэс алдарт газар дээр ноёрхох Селевкидийн захиргааны үе рүү шилжсэнийг төлөөлдөг. Алдарт газар дээрх Селевкидийн ноёрхлын үе нь МЭӨ 167 онд Маккабичуудын бослогыг бий болгосон юм.</w:t>
      </w:r>
    </w:p>
    <w:p>
      <w:pPr>
        <w:pStyle w:val="ArticleBody"/>
        <w:jc w:val="left"/>
      </w:pPr>
      <w:r>
        <w:rPr>
          <w:rFonts w:ascii="Times New Roman" w:hAnsi="Times New Roman" w:eastAsia="Times New Roman" w:cs="Times New Roman"/>
        </w:rPr>
        <w:t>Хоёр зуун тавин жилийн Нерогийн үе Константин АГУУ-гийн түүхээр төгсдөг бөгөөд хоёр тулалдааны хооронд дуусах тэрхүү хоёр зуун тавин жил нь Антиох АГУУ-гийн түүх юм. Рафиагийн тулалдаанд Птолемей IV Антиох Агууг ялсан бөгөөд Птолемей арван долоон жил хаанчлав. Хоёр зуун тавин жилийн аль аль хугацаа нь тодорхой арван долоон жилийн үеийг агуулдаг. Аль аль нь АГУУ хэмээн алдаршсан нэгэн захирагчийн түүхээр төгсөнө. Хоёр зуун тавин жилийн аль аль хугацаа тогтоогдсон эш үзүүллэгийн тэмдэглэгээнээс эхэлж, мөн тогтоогдсон эш үзүүллэгийн тэмдэглэгээн дээр төгсөнө.</w:t>
      </w:r>
    </w:p>
    <w:p>
      <w:pPr>
        <w:pStyle w:val="ArticleBody"/>
        <w:jc w:val="left"/>
      </w:pPr>
      <w:r>
        <w:rPr>
          <w:rFonts w:ascii="Times New Roman" w:hAnsi="Times New Roman" w:eastAsia="Times New Roman" w:cs="Times New Roman"/>
        </w:rPr>
        <w:t>Америкийн Нэгдсэн Улс 1776 оны 7 дугаар сарын 4-нд эхэлсэн бөгөөд 250 жилийн дараа энэ нь 2026 оны 7 дугаар сарын 4-нд хүргэнэ. Тэр өдөр Америкийг “агуу” болгохыг эрмэлзэгч хэмээн танигдсан Дональд Трамп тэрхүү 250 жилийг тэмдэглэх гэж байна. 2026 он нь, МЭӨ 457 оноос хойших 250 жилтэй адил, орчин үеийн Рафиа ба Паниумын тулалдаануудын түүхийн дунд үед төгсөнө; эдгээр нь Украины дайн болон Гуравдугаар дэлхийн дайн хэмээн мэдэгддэг. Өмнөдийн хааны ноёрхол, анхны Ням гаргийн хуулийн үе, мөн Рафиагийн тулалдаанаас Паниум хүртэлх үе нь нэгэн ижил эш үзүүллэгийн түүхтэй холбоотой арван долоон жилийн гурван үеийг бүрдүүлдэг. 250 жилийн гурван үе бүгд нэгэн зэрэг нэгэн ижил эш үзүүллэгийн түүхүүдэд хүрч ирдэг. Эдгээр 250 жилийн гурван үе нь Дональд Трамптай холбоотой түүхээр тогтоогдсон эш үзүүллэгийн үнэний гурван шугамыг тогтоодог бөгөөд тэрээр Агуу Константин эсвэл Агуу Антиох хэмээн төлөөлөгдөнө.</w:t>
      </w:r>
    </w:p>
    <w:p>
      <w:pPr>
        <w:pStyle w:val="ArticleBody"/>
        <w:jc w:val="left"/>
      </w:pPr>
      <w:r>
        <w:rPr>
          <w:rFonts w:ascii="Times New Roman" w:hAnsi="Times New Roman" w:eastAsia="Times New Roman" w:cs="Times New Roman"/>
        </w:rPr>
        <w:t>250 жилийн гурван шугам нь сүүлчийн өдрүүдийн тухай гурван өөр боловч бие биеэ нөхсөн дүрслэлийг өгдөг. Нерогийн шугам нь эвлэрэн буулт хийсэн арван долоон жилийн түүхийг тодорхойлдог бөгөөд энэ нь араатны дүр төрх бүрэлдэн тогтох эш үзүүллэгийн шинж чанаруудыг төгс илэрхийлдэг.</w:t>
      </w:r>
    </w:p>
    <w:p>
      <w:pPr>
        <w:pStyle w:val="ArticleScripture"/>
        <w:jc w:val="left"/>
      </w:pPr>
      <w:r>
        <w:rPr>
          <w:rFonts w:ascii="Times New Roman" w:hAnsi="Times New Roman" w:eastAsia="Times New Roman" w:cs="Times New Roman"/>
        </w:rPr>
        <w:t>“Эзэн надад араатны дүрс нигүүлслийн хугацаа хаагдахаас өмнө байгуулагдана гэдгийг тодорхой харуулсан; учир нь энэ нь Бурханы ард түмний хувьд агуу сорилт байх бөгөөд түүгээр тэдний мөнхийн хувь заяа шийдэгдэх болно. Таны байр суурь тийм зөрчилтэйгээр хутгалдан будлисан тул цөөн хүн л мэхлэгдэх болно.</w:t>
      </w:r>
    </w:p>
    <w:p>
      <w:pPr>
        <w:pStyle w:val="ArticleScripture"/>
        <w:jc w:val="left"/>
      </w:pPr>
      <w:r>
        <w:rPr>
          <w:rFonts w:ascii="Times New Roman" w:hAnsi="Times New Roman" w:eastAsia="Times New Roman" w:cs="Times New Roman"/>
        </w:rPr>
        <w:t>“Илчлэлт 13-р бүлэгт энэ сэдэв тодорхойгоор өгүүлэгдсэн байдаг; [Илчлэлт 13:11–17 эш татав].”</w:t>
      </w:r>
    </w:p>
    <w:p>
      <w:pPr>
        <w:pStyle w:val="ArticleScripture"/>
        <w:jc w:val="left"/>
      </w:pPr>
      <w:r>
        <w:rPr>
          <w:rFonts w:ascii="Times New Roman" w:hAnsi="Times New Roman" w:eastAsia="Times New Roman" w:cs="Times New Roman"/>
        </w:rPr>
        <w:t>“Энэ бол Бурханы ард түмэн лацдуулагдахаасаа өмнө заавал давах ёстой сорилт мөн. Түүний хуулийг сахиж, хуурамч амралтын өдрийг хүлээн авахаас татгалзсанаараа Бурханд үнэнч гэдгээ нотолсон бүх хүн Эзэн Бурхан Еховагийн тугийн дор жагсаж, амьд Бурханы лацыг хүлээн авах болно. Харин тэнгэрлэг гаралтай үнэнийг орхиж, ням гарагийн амралтын өдрийг хүлээн авдаг хүмүүс араатны тэмдгийг хүлээн авах болно.” Manuscript Releases, volume 15, 15.</w:t>
      </w:r>
    </w:p>
    <w:p>
      <w:pPr>
        <w:pStyle w:val="ArticleBody"/>
        <w:jc w:val="left"/>
      </w:pPr>
      <w:r>
        <w:rPr>
          <w:rFonts w:ascii="Times New Roman" w:hAnsi="Times New Roman" w:eastAsia="Times New Roman" w:cs="Times New Roman"/>
        </w:rPr>
        <w:t>Араатны дүр төрх гэдэг нь сүм ба төрийн нэгдэл бөгөөд энэ харилцаанд сүм хяналтыг гартаа атгаж байдаг. Шүтлэгтний бус шүтлэгийг Христийн шашинтай нэгтгэхийг оролдсон Константины буулт нь эцсийн өдрүүдийн буултын сонгодог жишээ мөн.</w:t>
      </w:r>
    </w:p>
    <w:p>
      <w:pPr>
        <w:pStyle w:val="ArticleScripture"/>
        <w:jc w:val="left"/>
      </w:pPr>
      <w:r>
        <w:rPr>
          <w:rFonts w:ascii="Times New Roman" w:hAnsi="Times New Roman" w:eastAsia="Times New Roman" w:cs="Times New Roman"/>
        </w:rPr>
        <w:t>“Одоогоор Америкийн Нэгдсэн Улсад сүмийн байгууллагууд болон заншлуудыг төрийн дэмжлэгээр баталгаажуулахын төлөө өрнөж буй хөдөлгөөнүүдэд протестантууд папистуудын мөрийг дагаж байна. Түүнээс ч илүү, тэд пап ламт ёсыг Хуучин Дэлхийд алдсан ноёрхлоо Протестант Америкт дахин олж авахад нь үүд хаалгыг нээж өгч байна. Энэ хөдөлгөөнд улам их ач холбогдол өгч буй зүйл нь, зорьж буй гол хэрэг нь ням гаргийг сахихыг албадлагаар хэрэгжүүлэх явдал мөн бөгөөд энэ нь Ромоос үүсэлтэй заншил бөгөөд Ром өөрөө үүнийг өөрийн эрх мэдлийн тэмдэг хэмээн үздэг. Энэ нь пап ламт ёсны сүнс—дэлхийн ёс заншилд нийцэхийн сүнс, Бурханы тушаалуудаас дээгүүр хүний уламжлалыг хүндэтгэх тэр сүнс—протестант сүмүүдэд нэвчин шингэж, тэднийг өөрсдөөс нь өмнө пап ламт ёсны хийж ирсэн ням гаргийг өргөмжлөх тэрхүү л ажлыг хийхэд хөтөлж байгаа явдал юм.</w:t>
      </w:r>
    </w:p>
    <w:p>
      <w:pPr>
        <w:pStyle w:val="ArticleScripture"/>
        <w:jc w:val="left"/>
      </w:pPr>
      <w:r>
        <w:rPr>
          <w:rFonts w:ascii="Times New Roman" w:hAnsi="Times New Roman" w:eastAsia="Times New Roman" w:cs="Times New Roman"/>
        </w:rPr>
        <w:t>“Хэрэв уншигч удахгүй ирэх тэмцэлд ашиглагдах хүчин зүйлсийг ойлгохыг хүсвэл, тэрээр эрт өнгөрсөн үеүүдэд Ром ижил зорилгодоо хүрэхийн тулд хэрэглэж байсан аргуудын түүхэн тэмдэглэлийг мөрдөн үзэхэд л хангалттай. Хэрэв тэрээр папистууд ба протестантууд нэгдэн өөрсдийн сургаал номлолыг няцаагчидтай хэрхэн харьцахыг мэдэхийг хүсвэл, Ром Амралтын өдөр болон түүнийг хамгаалагчдын эсрэг ямар сүнсийг илэрхийлж байсныг хараг.”</w:t>
      </w:r>
    </w:p>
    <w:p>
      <w:pPr>
        <w:pStyle w:val="ArticleScripture"/>
        <w:jc w:val="left"/>
      </w:pPr>
      <w:r>
        <w:rPr>
          <w:rFonts w:ascii="Times New Roman" w:hAnsi="Times New Roman" w:eastAsia="Times New Roman" w:cs="Times New Roman"/>
        </w:rPr>
        <w:t>“Христийн ертөнцөд харь шашны баяр хүндэт байр сууринд хүрэхэд хаадын зарлиг, бүх нийтийн зөвлөлүүд, мөн төрийн эрх мэдлээр дэмжигдсэн сүмийн тогтоолууд үе шат нь болсон юм. Ням гарагийг сахихыг албадан хэрэгжүүлсэн анхны олон нийтийн арга хэмжээ нь Константины баталсан хууль байв. (A.D. 321) Энэхүү зарлиг нь хот суурингийн оршин суугчдыг ‘нарангийн эрхэм хүндэт өдөр’-т амрахыг шаардсан боловч, хөдөөгийн хүмүүсийг хөдөө аж ахуйн ажлаа үргэлжлүүлэхийг зөвшөөрсөн. Энэ нь бодит байдал дээр харь шашны хууль байсан хэдий ч, Христийн шашныг нэр төдий хүлээн зөвшөөрснийхөө дараа эзэн хаан түүнийг хэрэгжүүлсэн юм.” The Great Controversy, 574.</w:t>
      </w:r>
    </w:p>
    <w:p>
      <w:pPr>
        <w:pStyle w:val="ArticleBody"/>
        <w:jc w:val="left"/>
      </w:pPr>
      <w:r>
        <w:rPr>
          <w:rFonts w:ascii="Times New Roman" w:hAnsi="Times New Roman" w:eastAsia="Times New Roman" w:cs="Times New Roman"/>
        </w:rPr>
        <w:t>Ням гарагийн хуулийг бий болгоход хүргэсэн, мөн дахин хүргэх буултын явц нь 313-аас 330 он хүртэлх арван долоон жилийн хугацаагаар дүрслэгддэг бөгөөд 321 оны анхны Ням гарагийн хууль нь энэ түүхийн дунд үеийг илэрхийлдэг. Эхэнд нь дорнод ба өрнийн гэрлэлт байсан бөгөөд төгсгөлд нь дорнод ба өрнийн салалт байв. Анхны Ням гарагийн хууль нь бослогыг төлөөлөх дундах тэмдэг мөн; яг л еврей цагаан толгойн арван гурав дахь үсэг нь эхний үсгээр урьдчилж, хорин хоёр дахь буюу цагаан толгойн сүүлчийн үсгээр дагалдуулсан үед еврей хэлний “үнэн” гэдэг үгийг бүрдүүлдгийн адил. Эхэндэх гэрлэлт болон төгсгөл дэх салалт нь альфа үсэг омега үсэгтэй нийцэж байгааг тодорхойлдог. Нерогоор эхэлсэн 250 жилийн хугацаа нь Христийн тамгатай бөгөөд энэ нь эцсийн өдрүүд дэх өнөөгийн үнэний нэгэн сэдвийн талаар өгүүлдэг.</w:t>
      </w:r>
    </w:p>
    <w:p>
      <w:pPr>
        <w:pStyle w:val="ArticleBody"/>
        <w:jc w:val="left"/>
      </w:pPr>
      <w:r>
        <w:rPr>
          <w:rFonts w:ascii="Times New Roman" w:hAnsi="Times New Roman" w:eastAsia="Times New Roman" w:cs="Times New Roman"/>
        </w:rPr>
        <w:t>МЭӨ 457 оноос эхэлдэг 250 жилийн хугацаа нь Рафиагаас Паниум хүртэлх арван долоон жилийн хугацааны дотор зогсож буй Агуу Антиохын төлөөлдөг төрийн бодлогыг онцлон тэмдэглэж байна. Бид үүнийг төрийн бодлого гэж ойлгодог, учир нь МЭӨ 457 онд мөн 2,300 жилийн нэгэн эш үзүүллэг эхэлсэн юм. 2,300 жил нь Бурханы авралын ажлын тухай өгүүлдэг эш үзүүллэгийн дотоод шугам бөгөөд энэ нь сүмийн эрх мэдлийн бэлгэдэлтэй нийцдэг. Нерогоос эхэлсэн 250 жилийн хугацаанаас ялгаатай нь, МЭӨ 457 онд эхэлдэг хугацаа нь Америкийг, улмаар ертөнцийг агуу болгохыг эрмэлзэж буй Америкийн сүүлчийн ерөнхийлөгчийн улс төрийн үүргийг авч үзэж байгаа бөгөөд тэрээр мянган жилийн амар тайвны алтан эрин үеийн тухай Католик шашны эндүү үзэл баримтлалыг дэмжин ухуулж байна.</w:t>
      </w:r>
    </w:p>
    <w:p>
      <w:pPr>
        <w:pStyle w:val="ArticleBody"/>
        <w:jc w:val="left"/>
      </w:pPr>
      <w:r>
        <w:rPr>
          <w:rFonts w:ascii="Times New Roman" w:hAnsi="Times New Roman" w:eastAsia="Times New Roman" w:cs="Times New Roman"/>
        </w:rPr>
        <w:t>Илчлэлт номын арван гуравдугаар бүлгийн газрын араатан болох Америкийн Нэгдсэн Улсын 250 жил нь Библийн эш үзүүллэгийн зургаа дахь хаант улсын төгсгөлийг тодорхойлж байна; тэр нь эхэлсэн газраа, дайны дунд, төгсөнө. Түүхийн ялагчид хадгалагдан үлдэх түүхийн тэмдэглэлийг тодорхойлдог. Глобалист луугийн хүчээр тэтгэгдсэн Ардчилсан намынхан өнөөгийн энэ эмх замбараагүй байдлыг хувьсгал гэж үздэг бөгөөд зөвхөн ярьдаг, үйл хэрэггүй Бүгд Найрамдах намынхан өнөөгийн энэ түүхийг иргэний дайн гэж үздэг. Ардчилсан намынхан нь Библийн эш үзүүллэг дэх луугийн төлөөлөгчид бөгөөд Бүгд Найрамдах намынхан нь тэрслүү протестантуудаар, эсвэл Илчлэлт номын арван зургаадугаар бүлэг дэх Иоханы нэр томьёогоор бол хуурамч эш үзүүлэгчээр төлөөлөгдөнө. Америкийн Нэгдсэн Улс хувьсгалын дайнаар эхэлсэн бөгөөд хувьсгалын дайнаар төгсөнө. Бүгд Найрамдах нам иргэний дайнаар эхэлсэн бөгөөд иргэний дайнаар төгсөнө. Бүгд Найрамдах намынхан Ардчилсан намынхны хувьсгал гэж нэрлэдэг тэр иргэний дайныг харж байна.</w:t>
      </w:r>
    </w:p>
    <w:p>
      <w:pPr>
        <w:pStyle w:val="ArticleBody"/>
        <w:jc w:val="left"/>
      </w:pPr>
      <w:r>
        <w:rPr>
          <w:rFonts w:ascii="Times New Roman" w:hAnsi="Times New Roman" w:eastAsia="Times New Roman" w:cs="Times New Roman"/>
        </w:rPr>
        <w:t>Сүүлчийн Бүгд Найрамдах намын ерөнхийлөгч болох Трамп нь Иргэний дайны гадаад түүхэнд гарч ирсэн анхны Бүгд Найрамдах намын ерөнхийлөгчийн эш үзүүллэгийн шинж чанаруудыг эзэмшдэг. Линкольны гадаад Иргэний дайн нь мөн Исаиагийн эш үзүүллийн долоодугаар бүлгийн наймдугаар эшлэлд өгүүлсэн дотоод түүх байсан бөгөөд энэ нь Чөлөөлөх Тунхаглалын яг тэр жил болох 1863 онд төгссөн юм. Хоёр намын хоорондын ялгаа нь эш үзүүллэгийн үндсэн бөгөөд суурь зарчим мөн. Энэ нь Каин ба Абелаас эхэлсэн бөгөөд Христийн үед тэдгээр нь Абел нэгнийг алах учиртай байсан Каины хоёр анги болох садукайчууд ба фарисайчуудаар төлөөлөгдөж байв.</w:t>
      </w:r>
    </w:p>
    <w:p>
      <w:pPr>
        <w:pStyle w:val="ArticleBody"/>
        <w:jc w:val="left"/>
      </w:pPr>
      <w:r>
        <w:rPr>
          <w:rFonts w:ascii="Times New Roman" w:hAnsi="Times New Roman" w:eastAsia="Times New Roman" w:cs="Times New Roman"/>
        </w:rPr>
        <w:t>Фарисайчууд ба садукайчууд нь өөр өөр шалтгаанаар боловч адилхан нэгэн санаагаар өөрсдийн Мессиаг цовдлохоор зөвшөөрсөн хүмүүсийг төлөөлдөг. Фарисайчууд хуулийг сахина хэмээн мэдүүлдэг байсан ч үнэндээ тэгдэггүй байв; Бүгд Найрамдах намынхны адил. Фарисайчууд анхдагч тэнгэрлэг хуулийг сахина хэмээн мэдүүлдэг байсан боловч тэр хуулийг өөрсдийн өрөөсгөл логикоор тайлбарладаг байв. Фарисайчуудын хувьд анхдагч Хууль юу байсан, Бүгд Найрамдах намынхны хувьд Үндсэн хууль тэр нь мөн; тэдний дэмжинэ хэмээн мэдүүлдэг атлаа дэмждэггүй яг тэр Үндсэн хууль. Садукайчууд Бурханы хүчийг үгүйсгэдэг байсан бөгөөд фарисайчуудаас цөөн урсгал байсан ч Христийн цаг үед Иудейн шашин, улс төрийн орон зайг садукайчууд захирч байв. Ардчилсан намынхан Бүгд Найрамдах намынхнаас цөөн урсгал бөгөөд эрх мэдэлд үлдэхийн тулд луйвар хийхээс өөр аргагүй тийм хэмжээнд цөөн боловч тэд эрх мэдэлдээ үлдсээр байдаг. Учир нь бүх хүнд тэгш шударга ёсыг сахина хэмээн мэдүүлдэг тэдний эсэргүүцэгчид өөрсдийн сахина хэмээн мэдүүлдэг хуулийн зарчмуудыг хэрэгжүүлэхийн төлөө юу ч хийдэггүй.</w:t>
      </w:r>
    </w:p>
    <w:p>
      <w:pPr>
        <w:pStyle w:val="ArticleBody"/>
        <w:jc w:val="left"/>
      </w:pPr>
      <w:r>
        <w:rPr>
          <w:rFonts w:ascii="Times New Roman" w:hAnsi="Times New Roman" w:eastAsia="Times New Roman" w:cs="Times New Roman"/>
        </w:rPr>
        <w:t>Нарны дор шинэ юм үгүй бөгөөд Америкийн Нэгдсэн Улсын улс төрийн хоёр нам нь, яг л фарисайчууд ба садукайчуудын нэгэн адил, эш үзүүллэгийн дүр зурагт хамаардаг. Мэдээж эш үзүүллэгийн энэ шугам дагуу өөр олон зэрэгцэл бий. Гэвч зөвт байдлын эсрэг нэгдэн нийлдэг, хэдийгээр хоорондоо дайсагнагч боловч ариун бус хоёр хүчний эш үзүүллэгийн харилцааг та харж</w:t>
      </w:r>
      <w:r>
        <w:rPr>
          <w:rFonts w:ascii="Microsoft YaHei" w:hAnsi="Microsoft YaHei" w:eastAsia="Microsoft YaHei" w:cs="Microsoft YaHei"/>
        </w:rPr>
        <w:t>初初初初初初初初初初初初初初初初初初初初初初初初初初初初初初初初初初初初初初初初初初初初初初初初初初初初初初初初初初初初初初初初初初初初初初初初初初初初初初初初初初初初初初初初初初初初初初初初初初初初初初初初初初初初初初初初初初初</w:t>
      </w:r>
      <w:r>
        <w:rPr>
          <w:rFonts w:ascii="MS Gothic" w:hAnsi="MS Gothic" w:eastAsia="MS Gothic" w:cs="MS Gothic"/>
        </w:rPr>
        <w:t>すると</w:t>
      </w:r>
      <w:r>
        <w:rPr>
          <w:rFonts w:ascii="Microsoft YaHei" w:hAnsi="Microsoft YaHei" w:eastAsia="Microsoft YaHei" w:cs="Microsoft YaHei"/>
        </w:rPr>
        <w:t>初</w:t>
      </w:r>
      <w:r>
        <w:rPr>
          <w:rFonts w:ascii="MS Gothic" w:hAnsi="MS Gothic" w:eastAsia="MS Gothic" w:cs="MS Gothic"/>
        </w:rPr>
        <w:t>めて</w:t>
      </w:r>
      <w:r>
        <w:rPr>
          <w:rFonts w:ascii="Microsoft YaHei" w:hAnsi="Microsoft YaHei" w:eastAsia="Microsoft YaHei" w:cs="Microsoft YaHei"/>
        </w:rPr>
        <w:t>、</w:t>
      </w:r>
      <w:r>
        <w:rPr>
          <w:rFonts w:ascii="Times New Roman" w:hAnsi="Times New Roman" w:eastAsia="Times New Roman" w:cs="Times New Roman"/>
        </w:rPr>
        <w:t xml:space="preserve"> та Птолемей ба Уззиаг зөв гэрэлд хардаг. Өмнөдийн аль аль хаан нь нэгэн сүмд тахил өргөхийг оролдсон. Харин Египетээс гаралтай Птолемей нь луугийн хүчийг—Ардчилсан намыг—төлөөлдөг. Иудейн хаан Уззиа нь алдарт газрын удирдагч бөгөөд тэр нь тэрслэгч протестантизм, өөрөөр хэлбэл хуурамч эш үзүүлэгч—Бүгд Найрамдах нам юм.</w:t>
      </w:r>
    </w:p>
    <w:p>
      <w:pPr>
        <w:pStyle w:val="ArticleBody"/>
        <w:jc w:val="left"/>
      </w:pPr>
      <w:r>
        <w:rPr>
          <w:rFonts w:ascii="Times New Roman" w:hAnsi="Times New Roman" w:eastAsia="Times New Roman" w:cs="Times New Roman"/>
        </w:rPr>
        <w:t>Луу ба хуурамч эш үзүүлэгчийн харилцаа Кармел уулан дээр сонгодог байдлаар дүрслэгдсэн байдаг. Тэр уулан дээр Ахаб нь лууг төлөөлж, Иезебелийн Баал болон Ашторотын эш үзүүлэгчид нь Елиагийн эсрэг зогссон хуурамч эш үзүүлэгчдийг төлөөлж байв. Иезебель хэмээх араатан Самарид тайзны ард хэвээр байсаар байсан. Луу хуурамч эш үзүүлэгчтэй нэгдсэн байдал нь мөн загалмай дээрх харь Ром ба иудейчүүдийн нэгдлээр дүрслэгдсэн бөгөөд Ням гаргийн хууль дээр Ардчилсан нам ба Бүгд Найрамдах намын нэгдэл ч мөн тийм байх болно. Нэгдмэл хүчний бүрэлдэхүүн хэсгүүд нь газрын араатны Бүгд Найрамдах эвэр доторх Ардчилсан нам ба Бүгд Найрамдах намаар төлөөлөгддөг. Тэр хоёр ариун бус улс төрийн хүчийг Каинаар төлөөлүүлдэг бөгөөд Абелийн шугам ч мөн хоёр талт хуваагдалтай байдаг.</w:t>
      </w:r>
    </w:p>
    <w:p>
      <w:pPr>
        <w:pStyle w:val="ArticleBody"/>
        <w:jc w:val="left"/>
      </w:pPr>
      <w:r>
        <w:rPr>
          <w:rFonts w:ascii="Times New Roman" w:hAnsi="Times New Roman" w:eastAsia="Times New Roman" w:cs="Times New Roman"/>
        </w:rPr>
        <w:t>Абелын угсаа нь Каины гаднах угсаатай харьцуулахад дотоод угсаа бөгөөд энэ нь хоёр ангиллын онгон бүсгүйгээр төлөөлөгддөг. АНУ болох газрын араатны Протестант эвэрний хөгжил дэвшил нь 1798 онд Сардисын сүмээс эхэлсэн шашны ариусгалуудын цуваагаар дүрслэгддэг бөгөөд тэр үед АНУ Библийн эш үзүүллийн зургаа дахь хаант улс болсон юм. Сардис нь амьд хэмээх нэртэй атлаа үхмэл байсан сүм байв. 1798 он гэхэд папын сүмээс салан гарсан Протестант урсгалууд аль хэдийн Ром руу буцаж эхэлсэн байлаа. Христэд итгэгчдийг анх Антиохт “христэд итгэгчид” гэж нэрлэсэн юм.</w:t>
      </w:r>
    </w:p>
    <w:p>
      <w:pPr>
        <w:pStyle w:val="ArticleScripture"/>
        <w:jc w:val="left"/>
      </w:pPr>
      <w:r>
        <w:rPr>
          <w:rFonts w:ascii="Times New Roman" w:hAnsi="Times New Roman" w:eastAsia="Times New Roman" w:cs="Times New Roman"/>
        </w:rPr>
        <w:t>“Антиохт шавь нарыг анх удаа Христэд итгэгчид гэж нэрлэсэн билээ. Тэдний номлол, сургаал, мөн яриа хөөрөөний гол сэдэв нь Христ байсан учраас энэ нэр тэдэнд өгөгдсөн юм. Тэд Түүний газар дэлхий дээр үйлчилж байсан өдрүүдэд тохиолдсон үйл явдлуудыг, Түүний хувийн оршихуйгаар шавь нар нь ерөөгдөж байсан тэр өдрүүдийг, байнга дахин өгүүлдэг байв. Тэд Түүний сургаалууд болон эдгээх гайхамшгуудын талаар цуцалтгүйгээр өгүүлэн тогтдог байлаа. Чичирхийлсэн уруул, нулимстай нүдээрээ тэд цэцэрлэг дэх Түүний шаналал, Түүний урвалт, шүүлт, цаазлалын тухай, мөн дайснуудынхаа Түүнд учруулсан доромжлол ба тарчлалыг Тэр хэрхэн тэвчээртэй, даруугаар тэсвэрлэн өнгөрүүлснийг, мөн өөрсдийг нь хавчсан хүмүүсийн төлөө Тэр ямар Бурханлиг энэрлээр залбирч байсныг ярьдаг байв. Түүний амилалт, тэнгэр өөд өргөгдсөн явдал, мөн унасан хүний төлөө Зуучлагчийн хувиар тэнгэр дэх Түүний ажил нь тэдний баяртайгаар өгүүлэн тогтдог сэдвүүд байлаа. Тэд Христийг номлож, залбирлаа Түүгээр дамжуулан Бурханд өргөдөг байсан тул харь үндэстнүүд тэднийг Христэд итгэгчид гэж нэрлэх нь ч зүй ёсны хэрэг байв.</w:t>
      </w:r>
    </w:p>
    <w:p>
      <w:pPr>
        <w:pStyle w:val="ArticleScripture"/>
        <w:jc w:val="left"/>
      </w:pPr>
      <w:r>
        <w:rPr>
          <w:rFonts w:ascii="Times New Roman" w:hAnsi="Times New Roman" w:eastAsia="Times New Roman" w:cs="Times New Roman"/>
        </w:rPr>
        <w:t>“Тэдэнд Христэд итгэгч гэсэн нэрийг өгсөн нь Бурхан Өөрөө байв. Энэ бол Христтэй өөрсдийгөө нэгтгэдэг бүх хүнд өгөгдсөн хааны нэр мөн. Иаков хожим энэ нэрийн тухай ийнхүү бичсэн: ‘Баячууд та нарыг дарлан, шүүх суудлын өмнө чирэн аваачдаг биш үү? Та нарын дуудуулдаг тэр эрхэм нэрийг тэд доромжилдог биш үү?’ Иаков 2:6, 7. Харин Петр ийнхүү тунхагласан: ‘Хэрэв хэн нэгэн Христэд итгэгчийн хувьд зовж байвал, ичих ёсгүй; харин энэ талаар Бурханыг алдаршуулаг.’ ‘Хэрэв та нар Христийн нэрийн төлөө зэмлүүлбэл, ерөөлтэй еэ; учир нь алдрын Сүнс, Бурханы Сүнс та нарын дээр оршдог.’ 1 Петр 4:16, 14.” Элч нарын үйлс, 157.</w:t>
      </w:r>
    </w:p>
    <w:p>
      <w:pPr>
        <w:pStyle w:val="ArticleBody"/>
        <w:jc w:val="left"/>
      </w:pPr>
      <w:r>
        <w:rPr>
          <w:rFonts w:ascii="Times New Roman" w:hAnsi="Times New Roman" w:eastAsia="Times New Roman" w:cs="Times New Roman"/>
        </w:rPr>
        <w:t>Ефесийн сүмд Христийн нэр өгөгдсөн бөгөөд үүний дараа хавчигдсан Смирнагийн сүм гарч ирж, түүнийг Пергамын түүхэнд буй буулт хийсэн сүм дагасан юм. Папын засаг ширээнд заларсан үед, Бурханы жинхэнэ сүмийг цөл дэх сүм хэмээн тодорхойлсон нэгэн тусгаарлалт бий болсон. Ромын сүм нь Тиатира байсан. Нэг мянга хоёр зуун жаран жилийн цөлийн үе төгсөхөд Протестантизмын сүм гарч ирсэн бөгөөд тэр цэгээс хойш Протестант эвэр нь тэнгэрлэг шалгалт ба цэвэршүүлэлтийн цувралаар дүрслэгддэг.</w:t>
      </w:r>
    </w:p>
    <w:p>
      <w:pPr>
        <w:pStyle w:val="ArticleBody"/>
        <w:jc w:val="left"/>
      </w:pPr>
      <w:r>
        <w:rPr>
          <w:rFonts w:ascii="Times New Roman" w:hAnsi="Times New Roman" w:eastAsia="Times New Roman" w:cs="Times New Roman"/>
        </w:rPr>
        <w:t>Протестантизм 1517 онд Мартин Лютер 95 тезисээ хаалган дээр хадаж тавьснаар эхэлсэн бөгөөд “23” жилийн дараа, 1540 онд, Иезуитын дэглэм үүсгэн байгуулагдсан. 2013 онд Хабаккукийн Хүснэгтүүдийн 95 дахь бөгөөд эцсийн танилцуулга хаалган дээр хадагдсан бөгөөд 2013 оны 3-р сарын 13-нд анхны иезуит пап албан ёсоор өргөмжлөгдсөн. Мартин Лютер тэр л түүхэн үйл явцын хүрээнд пап Левийн зүгээс сүмээс хөөгдсөн. Өөрөө тунгаан бодогтун…</w:t>
      </w:r>
    </w:p>
    <w:p>
      <w:pPr>
        <w:pStyle w:val="ArticleBody"/>
        <w:jc w:val="left"/>
      </w:pPr>
      <w:r>
        <w:rPr>
          <w:rFonts w:ascii="Times New Roman" w:hAnsi="Times New Roman" w:eastAsia="Times New Roman" w:cs="Times New Roman"/>
        </w:rPr>
        <w:t>1798 онд Сардисын сүм өөрсдийгөө “Протестант” хэмээх нэрийг баримтлагч гэж мэдүүлж байсан боловч Ром руу буцсанаар тэд аль хэдийн өөрсдийн нэрийг баттай сахин хамгаалж чадахгүй болсон байв. 1844 онд Миллерийн Адвентизм Протестантизмын бамбарыг гартаа авсан үедээ, тэд Израилийн анхны хаан Иеробоамын эсрэг зэмлэлийг төлөөлж байлаа. Түүний харьяалж байсан улс нь Бурхан Өөрийн сүмийг байрлуулсан Иуда дахь овгийнхонтой цусан төрөл садан байсан юм. Иеробоам өөрийн ард түмний урьдын боолчлолыг төлөөлж байсан шашинд тулгуурлан хуурамч тогтолцоог байгуулсан. Тэрээр энэ түүхтэй холбогдох эш үзүүллэгийн бүхий л утга агуулгыг дагуулсан, араатны дүрийг босгосон Аароны суурь тэрслүү үйлдлийг давтсан юм. Харин Миллерийн Адвентизм өөрийн онцгойлон адислах үйлчлэл дээр Бурхан оршин суудаг ариун сүм рүү жинхэнэ мөргөлийг чиглүүлсээр байх хүсэлгүй байсныг нь зэмлэн буруутгасан. Иеробоам мөргөлийн анхаарлын төвийг Бетел болон Дан дээр байлгахыг хүссэн нь 1844 онд Христийг Хамгийн Ариун Газарт дагахаас татгалзсан Сардисынхныг төлөөлж байв.</w:t>
      </w:r>
    </w:p>
    <w:p>
      <w:pPr>
        <w:pStyle w:val="ArticleBody"/>
        <w:jc w:val="left"/>
      </w:pPr>
      <w:r>
        <w:rPr>
          <w:rFonts w:ascii="Times New Roman" w:hAnsi="Times New Roman" w:eastAsia="Times New Roman" w:cs="Times New Roman"/>
        </w:rPr>
        <w:t>Миллерит Адвентизм Ромын шашинд эргэн очихыг сонгож, Миллерийн мэдээг няцааснаараа хуурамч эш үзүүлэгчид болох нь саяхан илчлэгдсэн хүмүүсийн яг тэр сургаалын үндэслэлүүдийг долоон цагийн эш үзүүллэгийн мэдээгээ няцааснаа зөвтгөхийн тулд өөрсдийн теологийн багш нар болгон хүлээн авсан. Миллерит Адвентизм дуулгаваргүй эш үзүүлэгчийн адил Бурханы удирдамжийг дагахын оронд өөрсдийн замыг сонгосон. Эш үзүүллэгийн түүхэнд Протестант шинэчлэлээс хойш мэргэн ба мунхаг онгон охидын бүх сорилт, шигшилтүүдэд мунхгуудын сонгодог зам нь та нарын аврагдан гарсан газрын шүтлэгт буцан очих зам бөгөөд тэдний хэлдгээр, “бүх зам Ромд хүрдэг.” Иеремиагийн эртний жимүүдээс бусад нь.</w:t>
      </w:r>
    </w:p>
    <w:p>
      <w:pPr>
        <w:pStyle w:val="ArticleBody"/>
        <w:jc w:val="left"/>
      </w:pPr>
      <w:r>
        <w:rPr>
          <w:rFonts w:ascii="Times New Roman" w:hAnsi="Times New Roman" w:eastAsia="Times New Roman" w:cs="Times New Roman"/>
        </w:rPr>
        <w:t>Протестант шинэчлэл нь Бурханы ардыг Амлагдсан нутагт оруулахын тулд Мосе Египетэд буцан ирсэн явдлаар бэлгэдэгдсэн байв. Боолчлолын нутгаас гарсны дараа Бурхан Өөрийн сонгосон ард түмэнд Өөрийн хуулийг өгөхөөр зорьсон юм. Мосе болон Протестант шинэчлэлийн шугамд авралын дараахан тэрслүү байдал нэн даруй илэрсэн. Бурхан амьд нэртэй хэмээн өөрсдийгөө тунхагладаг атлаа Вильям Миллерийн мэдээний үед үхмэл болсон Сардисыг шалгасан. 1844 онд хоёр цэвэршүүлэлт болсон; эхнийх нь өөрсдийгөө протестант хэмээн мэдүүлж байсан боловч үхмэл нь илэрхий болсон Сардисын сүмийн цэвэршүүлэлт байсан; дараа нь арван охины тухай сургаалт зүйрлэлийн биелэл болгон Миллеритүүд мөн тэр жилдээ цэвэршүүлэгдсэн.</w:t>
      </w:r>
    </w:p>
    <w:p>
      <w:pPr>
        <w:pStyle w:val="ArticleBody"/>
        <w:jc w:val="left"/>
      </w:pPr>
      <w:r>
        <w:rPr>
          <w:rFonts w:ascii="Times New Roman" w:hAnsi="Times New Roman" w:eastAsia="Times New Roman" w:cs="Times New Roman"/>
        </w:rPr>
        <w:t>Ардчилсан нам ба Бүгд Найрамдах нам нь Илчлэл номын арван гуравдугаар бүлэг дэх газрын араатны Бүгд Найрамдах эвэрийг хамтад нь бүрдүүлдэг улс төрийн хоёр анги юм. Мэргэн болон мунхаг онгон охид нь газрын араатны Протестант эвэрийг хамтад нь бүрдүүлдэг шашны хоёр анги юм. Мэргэн онгон охид нь Антиохт анх өгөгдсөн нэрийг эзэмшдэг. Мэргэн онгон охид нь Христэд итгэгчид мөн боловч, тэд мөн нэр хүлээн авах амлалтыг эзэмшдэг Филадельфичууд юм.</w:t>
      </w:r>
    </w:p>
    <w:p>
      <w:pPr>
        <w:pStyle w:val="ArticleScripture"/>
        <w:jc w:val="left"/>
      </w:pPr>
      <w:r>
        <w:rPr>
          <w:rFonts w:ascii="Times New Roman" w:hAnsi="Times New Roman" w:eastAsia="Times New Roman" w:cs="Times New Roman"/>
        </w:rPr>
        <w:t>Ялагчийг Би Өөрийн Бурханы сүмд багана болгоно, тэгээд тэр дахин хэзээ ч гадагш гарахгүй; мөн Би түүн дээр Өөрийн Бурханы нэрийг, мөн Өөрийн Бурханы хотын нэрийг—тэр нь тэнгэрээс Миний Бурханаас бууж ирдэг шинэ Иерусалим юм—бичнэ; мөн Би түүн дээр Өөрийн шинэ нэрийг бичнэ. Илчлэлт 3:12.</w:t>
      </w:r>
    </w:p>
    <w:p>
      <w:pPr>
        <w:pStyle w:val="ArticleBody"/>
        <w:jc w:val="left"/>
      </w:pPr>
      <w:r>
        <w:rPr>
          <w:rFonts w:ascii="Times New Roman" w:hAnsi="Times New Roman" w:eastAsia="Times New Roman" w:cs="Times New Roman"/>
        </w:rPr>
        <w:t>Бурхан Өөрийн ард түмнийг анх удаа Христийнхнүүд хэмээн нэрлэсэн нь Антиохт байсан бөгөөд нэг зуун дөчин дөрвөн мянгын Лаодикийн хөдөлгөөн нэг зуун дөчин дөрвөн мянгын Филадельфийн хөдөлгөөн болон өөрчлөгдөх түүх нь мөн Антиох хот түүнээс нэрээ авсан Агуу Антиохын түүх мөн бөгөөд тэрээр Рафиа ба Паниумын тулалдаануудын хоорондох 250 жилийн хугацааны төгсгөлд төлөөлөгдөн гарч ирдэг.</w:t>
      </w:r>
    </w:p>
    <w:p>
      <w:pPr>
        <w:pStyle w:val="ArticleBody"/>
        <w:jc w:val="left"/>
      </w:pPr>
      <w:r>
        <w:rPr>
          <w:rFonts w:ascii="Times New Roman" w:hAnsi="Times New Roman" w:eastAsia="Times New Roman" w:cs="Times New Roman"/>
        </w:rPr>
        <w:t>Бид эдгээр зүйлсийг дараагийн өгүүлэлд үргэлжлүүлэн авч үзнэ.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Арван Есдүгээр Тоо</dc:title>
  <dc:subject>Агуу хүмүүс: Антиох, Константин, ба Сүүлчийн Ерөнхийлөгч</dc:subject>
  <dc:creator>Jeff Pippenger</dc:creator>
  <cp:keywords/>
  <dc:description>Generated by ArticleDigger from panium\19_panium.json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