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Хорьдугаар бүлэг</w:t>
      </w:r>
    </w:p>
    <w:p>
      <w:pPr>
        <w:pStyle w:val="ArticleSubtitle"/>
        <w:jc w:val="left"/>
      </w:pPr>
      <w:r>
        <w:rPr>
          <w:rFonts w:ascii="Arial" w:hAnsi="Arial" w:eastAsia="Arial" w:cs="Arial"/>
        </w:rPr>
        <w:t>Даниел 11-ийн үйл явдлын дараалал ба 2025 оны анхааруулга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Аравдугаар ишлэлээс арван зургаадугаар ишлэл хүртэл биелсэн түүхийн анхдагч хэрэглээ нь үзэгдлийг тогтоосон Ром МЭӨ 200 онд, өөрөөр хэлбэл Паниумын тулалдааны жилд хүрч ирснийг тодорхойлсон бөгөөд, миний санал болгож буй нь 2025 онд Трамп болон Пап лам Леогийн тангараг өргөснөөр Ром хүрч ирж, үзэгдлийг тогтоосон явдал юм. 2025 он нь пап лам болон Ерөнхийлөгч нэгэн ижил онд тангараг өргөсөн цорын ганц тохиолдлыг илэрхийлж байна. Араатан болон түүний дүр 2025 онд харах хүсэлтэй бүхний өмнө өргөгдөн тавигдсан. Анхдагчдаас ялгаатай нь, би эдгээр ишлэлийг анхлан биелүүлсэн түүхийг бус, харин ишлэлүүдийн дарааллыг хэрэглэж байна. Би тэрхүү түүхтэй санал нийлж байгаа боловч, ишлэлүүдийн хүрээг тодорхойлоход түүхийг ашиглахын оронд, түүхийн хүрээг тогтоох үндэс болгон ишлэлүүдийн доторх дараалалд тулгуурлаж байна. Миний нотлон хэлж буй нь эдгээр хоёр хандлага хоёулаа үнэн зөв юм.</w:t>
      </w:r>
    </w:p>
    <w:p>
      <w:pPr>
        <w:pStyle w:val="ArticleHeading"/>
        <w:jc w:val="left"/>
      </w:pPr>
      <w:r>
        <w:rPr>
          <w:rFonts w:ascii="Arial" w:hAnsi="Arial" w:eastAsia="Arial" w:cs="Arial"/>
        </w:rPr>
        <w:t>Маккабичуудын хувьсгал</w:t>
      </w:r>
    </w:p>
    <w:p>
      <w:pPr>
        <w:pStyle w:val="ArticleBody"/>
        <w:jc w:val="left"/>
      </w:pPr>
      <w:r>
        <w:rPr>
          <w:rFonts w:ascii="Times New Roman" w:hAnsi="Times New Roman" w:eastAsia="Times New Roman" w:cs="Times New Roman"/>
        </w:rPr>
        <w:t>Би Маккабичуудын шугамыг үүнтэй адил байдлаар хэрэглэдэг. МЭӨ 167 онд болсон Маккабийн бослого нь МЭӨ 200 онд болсон Паниумын тулалдаанаас нэлээд хожуу, мөн МЭӨ 63 онд Помпей Иерусалимыг эзлэн авснаас нэлээд өмнө болсон юм. Арван зургаадугаар ишлэлээс эхэлдэг тэр шугам нь жанжин Помпейн МЭӨ 63 онд Иерусалимыг байлдан дагуулснаар эхэлж, Есүсийг цовдлогдох үед хаанчилж байсан Цезарь Тиверий хүртэл үргэлжилдэг. Загалмай болон Тиверий нь арван нэгдүгээр бүлгийн хорин хоёрдугаар ишлэлд дүрслэгдсэн байдаг.</w:t>
      </w:r>
    </w:p>
    <w:p>
      <w:pPr>
        <w:pStyle w:val="ArticleScripture"/>
        <w:jc w:val="left"/>
      </w:pPr>
      <w:r>
        <w:rPr>
          <w:rFonts w:ascii="Times New Roman" w:hAnsi="Times New Roman" w:eastAsia="Times New Roman" w:cs="Times New Roman"/>
        </w:rPr>
        <w:t>Үерийн хүчирхэг түрлэг мэт цэрэг хүчнүүд түүний өмнө хамаглан урсган зайлуулагдаж, бут цохигдох болно; тийнхүү гэрээний ноён ч мөн адил. Даниел 11:22.</w:t>
      </w:r>
    </w:p>
    <w:p>
      <w:pPr>
        <w:pStyle w:val="ArticleBody"/>
        <w:jc w:val="left"/>
      </w:pPr>
      <w:r>
        <w:rPr>
          <w:rFonts w:ascii="Times New Roman" w:hAnsi="Times New Roman" w:eastAsia="Times New Roman" w:cs="Times New Roman"/>
        </w:rPr>
        <w:t>Арван зургаадугаар эшлэл дэх МЭӨ 63 онд жанжин Помпей Иерусалимыг эзлэн авсан явдал, мөн хорин хоёрдугаар эшлэл дэх МЭ 31 оны загалмай нь, Ням гаргийн хуулийн бэлгэдлээр эхэлж Ням гаргийн хуулийн бэлгэдлээр төгсдөг эш үзүүллэгийн нэгэн шугамыг илэрхийлдэг. Хорин гуравдугаар эшлэл нь энэ хэсэг дэх завсарлага тул, ингэснээр арван зургаадугаар эшлэлээс эхэлсэн эш үзүүллэгийн шугамын төгсгөл нь хорин хоёрдугаар эшлэл болохыг тэмдэглэж байна. Хорин хоёрдугаар эшлэл дэх шугамын тодорхой төгсгөлтэй хамт, мөн хорин хоёрдугаар эшлэл нь арван зургаадугаар эшлэлд дүрслэгдсэнтэй адилхан тэмдэглэлийн бэлгэдэл болдгийн улмаас, арван зургаагаас хорин хоёрдугаар эшлэл хүртэлх нь тусдаа эш үзүүллэгийн шугам болохыг Альфа ба Омега-гийн гэрчлэлээр баталж байна.</w:t>
      </w:r>
    </w:p>
    <w:p>
      <w:pPr>
        <w:pStyle w:val="ArticleBody"/>
        <w:jc w:val="left"/>
      </w:pPr>
      <w:r>
        <w:rPr>
          <w:rFonts w:ascii="Times New Roman" w:hAnsi="Times New Roman" w:eastAsia="Times New Roman" w:cs="Times New Roman"/>
        </w:rPr>
        <w:t>Үүн дээр арван тав, арван зургаадугаар эшлэлүүд Селевкидийн хаант улсаас Ромын эрх мэдэлд шилжих шилжилтийг тэмдэглэж байгааг нэмбэл, арван тавдугаар эшлэл дэх Селевкидүүдээс арван зургаадугаар эшлэл дэх Ромчууд хүртэл үргэлжлэл тасарч байгааг та харах бөгөөд арван зургаагаас хорин хоёрдугаар эшлэл хүртэлх мөр нь нэгэн өвөрмөц эш үзүүллэгийн шугам байдлаар тодорхой тусгаарлагдсан байна. Арван зургаадугаар эшлэл Иудейг ноёрхох дараагийн хүчийг танилцуулдаг бөгөөд ингэснээр хорин гуравдугаар эшлэлтэй адил эш үзүүллэгийн түүхийн шилжилтийг тэмдэглэдэг. Энэ шугам Ням гарагийн хуулийн бэлгэдлээр эхэлж, мөн түүгээр төгсөнө, мөн уг шугам арван нэгдүгээр бүлгийн хорин хоёрдугаар эшлэлээр төгсөнө.</w:t>
      </w:r>
    </w:p>
    <w:p>
      <w:pPr>
        <w:pStyle w:val="ArticleHeading"/>
        <w:jc w:val="left"/>
      </w:pPr>
      <w:r>
        <w:rPr>
          <w:rFonts w:ascii="Arial" w:hAnsi="Arial" w:eastAsia="Arial" w:cs="Arial"/>
        </w:rPr>
        <w:t>Смит—ба Гурван Цезарь</w:t>
      </w:r>
    </w:p>
    <w:p>
      <w:pPr>
        <w:pStyle w:val="ArticleBody"/>
        <w:jc w:val="left"/>
      </w:pPr>
      <w:r>
        <w:rPr>
          <w:rFonts w:ascii="Times New Roman" w:hAnsi="Times New Roman" w:eastAsia="Times New Roman" w:cs="Times New Roman"/>
        </w:rPr>
        <w:t>Арван зургаадугаар ишлэл нь Ням гаргийн хуулийг, мөн хорин хоёрдугаар ишлэл ч адилхан түүнийг төлөөлдөг гэсэн баримт нь—эдгээр хоёр ишлэлийг хооронд нь уялдуулан зэрэгцүүлэн авч үзэхийг шаарддаг. Уриа Смит хорин гуравдугаар ишлэлийн талаар тайлбарлахдаа, энэ нь өмнөх ишлэлүүдийн түүхэн урсгал дотор түүнээс арай эрт эхэлсэн түүхийг төлөөлдөг болохоос, хорин хоёрдугаар ишлэлийн загалмайн дараахан шууд үргэлжлэх түүхийг илэрхийлдэггүй шалтгааныг тайлбарладаг.</w:t>
      </w:r>
    </w:p>
    <w:p>
      <w:pPr>
        <w:pStyle w:val="ArticleScripture"/>
        <w:jc w:val="left"/>
      </w:pPr>
      <w:r>
        <w:rPr>
          <w:rFonts w:ascii="Times New Roman" w:hAnsi="Times New Roman" w:eastAsia="Times New Roman" w:cs="Times New Roman"/>
        </w:rPr>
        <w:t>“‘23-Р ИШЛЭЛ. Түүнтэй байгуулсан холбооны дараа тэрээр хууран мэхлэх үйл хийх болно. Учир нь тэрээр гарч ирж, цөөн хүнтэй атлаа хүчирхэгжинэ.’</w:t>
      </w:r>
    </w:p>
    <w:p>
      <w:pPr>
        <w:pStyle w:val="ArticleScripture"/>
        <w:jc w:val="left"/>
      </w:pPr>
      <w:r>
        <w:rPr>
          <w:rFonts w:ascii="Times New Roman" w:hAnsi="Times New Roman" w:eastAsia="Times New Roman" w:cs="Times New Roman"/>
        </w:rPr>
        <w:t>Энд өгүүлэгдэж буй гэрээг хэнтэй байгуулсан тухайд, тэрхүү “түүнийг” 14-р ишлэлээс эхлэн эш үзүүлгийн сэдэв болсоор ирсэн тэрхүү эрх мэдэл мөн гэж үзэх ёстой; мөн энэ нь Ромын эрх мэдэл мөн болох нь, өмнө тэмдэглэсний адил, Ромын эзэнт гүрнийг дараалан захирч байсан гурван хүний дотор эш үзүүлэг биелснээр маргаангүйгээр нотлогддог; тухайлбал, Юлий, Август, Тиберий Цезарь нар юм. Эхнийх нь ялалт төгс өөрийн орны бэхлэлтэд буцаж ирээд бүдэрч унасан бөгөөд олдсонгүй. 19-р ишлэл. Хоёр дахь нь албан татвар тогтоогч байсан; тэрээр хаант улсын сүр жавхлан дунд хаанчилж, уур хилэнгээр ч биш, тулалдаанд ч биш, харин өөрийн орон дээр амар тайвнаар нас барсан. 20-р ишлэл. Гурав дахь нь хуурмаг этгээд бөгөөд зан чанарын хувьд хамгийн жигшүүрт хүмүүсийн нэг байв. Тэрээр хаанчлалыг амгалангаар авсан боловч түүний хаанчлал ч, амь нас ч хоёулаа хүчирхийллээр төгссөн. Мөн түүний хаанчлалын үед Гэрээний Ноён, Назаретын Есүс, загалмай дээр цаазлагдсан. 21, 22-р ишлэлүүд. Христ дахин хэзээ ч мөхөөгдөхгүй, цаазлагдахгүй; иймээс өөр ямар ч засаглал дор, өөр ямар ч цаг үед эдгээр үйл явдлын биеллийг бид олж чадахгүй. Зарим нь эдгээр ишлэлийг Антиохт хамааруулж, еврейн тэргүүн тахилчдын нэгийг гэрээний ноён болгохыг оролддог, хэдий тэднийг хэзээ ч тийнхүү нэрлэдэггүй. Энэ нь Антиохын хаанчлалыг Даниел 8 дахь жижиг эвэрний биелэл болгохыг чармайдагтай адил төрлийн тайлбар юм; мөн энэ нь ижил зорилгын төлөө дэвшүүлэгддэг; тухайлбал, Адвентийн сургаал бол Библийн сургаал мөн бөгөөд Христ эдүгээ үүдэн дээр байна гэдгийг харуулдаг агуу нотолгооны гинжийг таслахын төлөө юм. Гэвч тэрхүү нотолгоог няцааж үл чадна; тэрхүү гинжийг тасалж үл чадна.</w:t>
      </w:r>
    </w:p>
    <w:p>
      <w:pPr>
        <w:pStyle w:val="ArticleScripture"/>
        <w:jc w:val="left"/>
      </w:pPr>
      <w:r>
        <w:rPr>
          <w:rFonts w:ascii="Times New Roman" w:hAnsi="Times New Roman" w:eastAsia="Times New Roman" w:cs="Times New Roman"/>
        </w:rPr>
        <w:t>“Эзэнт гүрний иргэний үйл явдлуудын дундуур биднийг далан долоон долоо хоногийн төгсгөл хүртэл авчирсны дараа эш үзүүлэгч 23-р зүйлд МЭӨ 161 онд ромчууд Иудейн холбоогоор дамжин Бурханы ард түмэнтэй шууд холбогдсон цаг үе рүү биднийг буцаан аваачдаг; тэр цэгээс хойш бид үйл явдлын тасралтгүй шугамаар сүмийн эцсийн ялалт болон Бурханы мөнхийн хаанчлал тогтох үе хүртэл хөтлөгдөнө. Иудейчүүд Сирийн хаадын хүнд дарлал дор байсны улмаас ромчуудын тусламжийг гуйж, өөрсдийгөө тэдэнтэй “найрамдал ба холбооны гэрээнд” нэгтгэхээр Ром руу элч илгээв. 1 Мак. 8; Prideaux, II, 234; Josephus’s Antiquities, book 12, chap.10, sec.6. Ромчууд иудейчүүдийн хүсэлтийг сонсож, дараах үгсээр томьёологдсон зарлигийг тэдэнд олгов:—</w:t>
      </w:r>
    </w:p>
    <w:p>
      <w:pPr>
        <w:pStyle w:val="ArticleScripture"/>
        <w:jc w:val="left"/>
      </w:pPr>
      <w:r>
        <w:rPr>
          <w:rFonts w:ascii="Times New Roman" w:hAnsi="Times New Roman" w:eastAsia="Times New Roman" w:cs="Times New Roman"/>
        </w:rPr>
        <w:t>“‘Иудейчүүдийн үндэстэнтэй харилцан туслалцах ба нөхөрлөлийн холбоо байгуулах тухай сенатын тогтоол. Ромчуудад захирагдагсдын хэн нь ч иудейчүүдийн үндэстний эсрэг дайн хийх, эсхүл тийн үйлдэгсдэд үр тариа, усан онгоц, мөнгө илгээх зэргээр туслах нь хууль ёсны бус болой; мөн хэрэв иудейчүүдийн эсрэг ямар нэгэн довтолгоо гарвал, ромчууд өөрсдийн чадлын хэрээр тэдэнд тусална; мөн үүний адил, хэрэв ромчуудын эсрэг ямар нэгэн довтолгоо гарвал, иудейчүүд тэдэнд тусална. Хэрэв иудейчүүд энэ харилцан туслалцах холбоонд ямар нэгэн зүйл нэмэх, эсхүл түүнээс хасахыг хүсвэл, тэр нь ромчуудын нийтийн зөвшөөрлөөр хийгдэх болой. Ийнхүү хийгдэх аливаа нэмэлт нь хүчин төгөлдөр байх болно.’ ‘Энэхүү тогтоолыг,’ хэмээн Иосифус өгүүлсэн нь, ‘Иоханы хүү Евполем, Елеазарын хүү Иасон нар, Иудас тухайн үндэстний тэргүүн тахилч байж, түүний ах Симон цэргийн жанжин байх үед бичсэн юм. Мөн энэ нь ромчуудын иудейчүүдтэй байгуулсан анхны холбоо байсан бөгөөд ийм журмаар хэрэгжүүлэгдсэн билээ.’”</w:t>
      </w:r>
    </w:p>
    <w:p>
      <w:pPr>
        <w:pStyle w:val="ArticleScripture"/>
        <w:jc w:val="left"/>
      </w:pPr>
      <w:r>
        <w:rPr>
          <w:rFonts w:ascii="Times New Roman" w:hAnsi="Times New Roman" w:eastAsia="Times New Roman" w:cs="Times New Roman"/>
        </w:rPr>
        <w:t>“Энэ үед ромчууд цөөн тооны ард түмэн байсан бөгөөд, уг үгийн утга илэрхийлдэгчлэн, тэд заль мэхээр, буюу ов мэх хэрэглэн үйлдэж эхэлсэн юм. Мөн энэ үеэс тэд дараа нь хүрсэн эрх мэдлийн оргилд тогтвортой бөгөөд хурдацтайгаар өсөн дэвшсэн билээ.” Uriah Smith, Daniel and the Revelation, 270, 271.</w:t>
      </w:r>
    </w:p>
    <w:p>
      <w:pPr>
        <w:pStyle w:val="ArticleBody"/>
        <w:jc w:val="left"/>
      </w:pPr>
      <w:r>
        <w:rPr>
          <w:rFonts w:ascii="Times New Roman" w:hAnsi="Times New Roman" w:eastAsia="Times New Roman" w:cs="Times New Roman"/>
        </w:rPr>
        <w:t>Хорин хоёрдугаар эшлэлийн загалмай нь мөрийн эхэнд мөн оршдог бэлгэ тэмдгээр мөрийг төгсгөдөг төдийгүй, дараагийн эшлэл нь загалмайгаас өмнөх түүх рүү буцан орж, Паниумаас хойш ойролцоогоор гучин жилийн дараах, Ром Иерусалимыг эзлэн авахаас ойролцоогоор нэг зуун жилийн өмнөх үеийг авч үздэг. Смитийн энд МЭӨ 161 он хэмээн тодорхойлсон иудейчүүдийн холбооны замын тэмдгийг бусад анхдагчид МЭӨ 158 он гэж тодорхойлсон байдаг. Энд миний анхаарлыг төвлөрүүлж буй зүйл нь огноо төдийлөн биш, харин арван зургаагаас хорин хоёрдугаар эшлэлүүд нь Зөнчлөлийн түүхийн нэгэн шугамыг илэрхийлдэг бөгөөд тэр шугамын альфа ба омега хоёулаа Ням гаргийн хууль мөн гэсэн явдал юм. Тэгээд арван зургаагаас хорин хоёрдугаар эшлэл хүртэлх шугамыг нэгэнт гарган тавьсны дараа, хорин гуравдугаар эшлэл нь арван зургаагаас хорин хоёрдугаар эшлэлүүдийн шугам доторх түүхийг давтан өгүүлж, улам дэлгэрүүлэн тайлбарладаг. Хорин гуравдугаар эшлэлээр төлөөлөгдөх зөнчлөлийн түүхэн шугам нь Маккавейн түүх бөгөөд Маккавейн түүх нь Америкийн Нэгдсэн Улсын түүхтэй төгс зэрэгцэл юм.</w:t>
      </w:r>
    </w:p>
    <w:p>
      <w:pPr>
        <w:pStyle w:val="ArticleHeading"/>
        <w:jc w:val="left"/>
      </w:pPr>
      <w:r>
        <w:rPr>
          <w:rFonts w:ascii="Arial" w:hAnsi="Arial" w:eastAsia="Arial" w:cs="Arial"/>
        </w:rPr>
        <w:t>Хоёр угсаа залгамжлал</w:t>
      </w:r>
    </w:p>
    <w:p>
      <w:pPr>
        <w:pStyle w:val="ArticleBody"/>
        <w:jc w:val="left"/>
      </w:pPr>
      <w:r>
        <w:rPr>
          <w:rFonts w:ascii="Times New Roman" w:hAnsi="Times New Roman" w:eastAsia="Times New Roman" w:cs="Times New Roman"/>
        </w:rPr>
        <w:t>Маккабичууд нь Антиох Эпифанийн хаанчлалын үед эхэлсэн Селевкидийн хаант улсын эсрэг бослогыг төлөөлдөг. Энэ бослого нь умардын Селевкидийн хаант улсын эсрэг байсан бөгөөд, түүний үр дүнд ялалт байгуулж, улмаар МЭ 70 онд Иерусалимын сүйрэлд хүргэсэн үеийн Иудейн хоёр угсаат төрийн нэгийг бий болгоход хүргэсэн юм. Эхний угсаат төр нь Хасмоны угсаа, хоёр дахь нь Херодын угсаа байв. Херодын угсаат засаглал нь умардын Селевкидийн хаант улсаас чөлөөлөгдсөний дараах Иудейн хоёр дахь засаглал байсан. Энэ нь Ромын тогтолцоотой шууд холбоотой байсан бол, үүнээс өмнөх Хасмоны угсаа нь үндсэндээ еврейнх байв. Хасмоны угсаат төр МЭӨ 141 онд эхэлсэн бөгөөд МЭӨ 37 онд Херодын угсаат төр эхэлж, МЭ 70 он хүртэл үргэлжилсэн.</w:t>
      </w:r>
    </w:p>
    <w:p>
      <w:pPr>
        <w:pStyle w:val="ArticleBody"/>
        <w:jc w:val="left"/>
      </w:pPr>
      <w:r>
        <w:rPr>
          <w:rFonts w:ascii="Times New Roman" w:hAnsi="Times New Roman" w:eastAsia="Times New Roman" w:cs="Times New Roman"/>
        </w:rPr>
        <w:t>Угсаат ноёлох хаад нь эртний бөгөөд шууд утгаараа алдаршсан нутаг болох Иудейн засаглалыг төлөөлдөг. Маккавейн бослого МЭӨ 167 оноос 160 он хүртэл үргэлжилсэн. МЭӨ 164 онд Маккавейчууд Антиох Эпифаныг Иерусалимаас хөөн гаргаж, түүний бузарласны дараа сүмийг ариусган дахин өргөмжилсөн боловч умардын Селевкидийн хүч бүрэн ялагдаж, Хасмоны угсаа залгамжилсан ноёрхол эхэлсэн нь МЭӨ 141 он хүртэл болоогүй юм.</w:t>
      </w:r>
    </w:p>
    <w:p>
      <w:pPr>
        <w:pStyle w:val="ArticleBody"/>
        <w:jc w:val="left"/>
      </w:pPr>
      <w:r>
        <w:rPr>
          <w:rFonts w:ascii="Times New Roman" w:hAnsi="Times New Roman" w:eastAsia="Times New Roman" w:cs="Times New Roman"/>
        </w:rPr>
        <w:t>Херодын угсаа энэ шугамын нэгэн түлхүүр мөн. Учир нь Есүсийг төрөх үед нялх хүүхдүүдийг хядуулахаар тушаасан нь Агуу Херод байсан бөгөөд Есүсийг нас барах үед түүний хүү захирч байв. Агуу Херод эцэг нь байсан бөгөөд Иудейн дээр хаан байлаа. Харин түүний хүү зөвхөн тетрарх байсан, өөрөөр хэлбэл тэр хаант улсын дөрөвний нэгийг захирагч, хаан гэхээсээ илүүтэй захирагч мэт байв. Тийм учраас тэр Христийг цовдлуулахын тулд Пилаттай холбогдох шаардлагатай болсон тийм эрх мэдэлгүй байсан юм. Есүсийн төрөлт нь түүний эш үзүүллэгийн шугам дахь эш үзүүллэгийн “эцсийн цаг” байсан бөгөөд Түүний үхэл Ням гарагийн хуулийг төлөөлдөг. Эхний Херод нь 1989 оныг төлөөлдөг бөгөөд сүүлчийн Херод нь Ням гарагийн хууль юм. Эцэг Херодоос хүү Херод хүртэлх нь Христийн эш үзүүллэгийн шугам мөн.</w:t>
      </w:r>
    </w:p>
    <w:p>
      <w:pPr>
        <w:pStyle w:val="ArticleBody"/>
        <w:jc w:val="left"/>
      </w:pPr>
      <w:r>
        <w:rPr>
          <w:rFonts w:ascii="Times New Roman" w:hAnsi="Times New Roman" w:eastAsia="Times New Roman" w:cs="Times New Roman"/>
        </w:rPr>
        <w:t>Маккабичуудын угсааны шугам нь иудейчүүдэд грек ёс заншил, соёл төдийгүй грек шашныг хүчээр тулгасан хойд зүгийн нэгэн хааны эсрэг ялалттай бослогоор эхэлдэг. Хасмончуудын угсааны засаглалын эхлэл нь 1798 оныг төлөөлсөн. Яагаад тийм гэж, та асууж болох юм. Хэрэв нэгэн угсааны засаглал эш үзүүллэгийн “эцсийн цаг”-т эхэлдэг байсан бол, Христийн мэндэлсэн үеийн Херодын угсааны засаглалын адил, нөгөө угсааны засаглал ч эш үзүүллэгийн зайлшгүй шаардлагаар мөн адил эхлэлтэй байх ёстой. Бид Христийн мэндэлснийг “эцсийн цаг” хэмээн хэрэглэх үед энэ хоёр угсааны засаглал хоёулаа эцсийн цагаар эхэлдэг; харин мунхгууд эцсийн цагтай холбоотой лац тайлагдсан гэрлийг хэзээ ч хардаггүй.</w:t>
      </w:r>
    </w:p>
    <w:p>
      <w:pPr>
        <w:pStyle w:val="ArticleScripture"/>
        <w:jc w:val="left"/>
      </w:pPr>
      <w:r>
        <w:rPr>
          <w:rFonts w:ascii="Times New Roman" w:hAnsi="Times New Roman" w:eastAsia="Times New Roman" w:cs="Times New Roman"/>
        </w:rPr>
        <w:t>Бидний үед ч, Христийн өдрүүдэд байсан шиг, Судруудыг буруу унших, эсвэл буруугаар тайлбарлах явдал байж болно. Хэрэв иудейчүүд Судруудыг чин сэтгэлээр, залбиралтай зүрхээр судалсан бол, тэдний эрэл хайгуул цаг хугацааны жинхэнэ мэдлэгээр шагнагдах байсан бөгөөд зөвхөн тэр цаг хугацаагаар ч бус, мөн Христийн илрэн ирэх байдлын талаар ч мөн адил шагнагдах байв. Тэд Христийн сүр жавхлант хоёр дахь үзэгдлийг Түүний анхны ирэлтэд хамааруулахгүй байх байсан. Тэдэнд Даниелын гэрчлэл байсан; тэдэнд Исаиа болон бусад эш үзүүлэгчдийн гэрчлэл байсан; тэдэнд Мосегийн сургаал байсан; гэтэл Христ яг тэдний дунд байсаар атал, тэд Түүний ирэлтийн тухай нотолгоог хайж Судруудыг эрэн шинжилсээр байв. Мөн тэд өөрсдийнх нь үйлдэх болно хэмээн эш үзүүлэгдсэн яг тэр зүйлсийг Христэд үйлдэж байлаа. Тэд тийнхүү сохорсон тул юу хийж байгаагаа мэдээгүй байв.</w:t>
      </w:r>
    </w:p>
    <w:p>
      <w:pPr>
        <w:pStyle w:val="ArticleScripture"/>
        <w:jc w:val="left"/>
      </w:pPr>
      <w:r>
        <w:rPr>
          <w:rFonts w:ascii="Times New Roman" w:hAnsi="Times New Roman" w:eastAsia="Times New Roman" w:cs="Times New Roman"/>
        </w:rPr>
        <w:t>“Мөн олон хүн 1897 онд өнөөдөр ч мөн адил зүйлсийг хийж байна. Учир нь тэд эхний, хоёр дахь, гурав дахь тэнгэрэлчийн мэдээнүүдэд агуулагдсан сорилтын мэдээнүүдэд туршлагажаагүй юм. Эдгээр мэдээнүүд хараахан ирээдүйд байгаа гэдгийг нотлох баримт хайж Судруудыг шинжлэн судалж буй хүмүүс бий. Тэд мэдээнүүдийн үнэн зөвийг цуглуулдаг боловч эш үзүүллэгийн түүхэн дэх зохих байранд нь тавьж чаддаггүй. Иймээс тэд мэдээнүүдийг хаана байрлуулах талаар ард олныг төөрөгдүүлэх аюулд ордог. Тэд төгсгөлийн цаг үеийг, эсвэл мэдээнүүдийг хэзээ байрлуулах ёстойг харж ч, ойлгож ч чаддаггүй. Бурханы өдөр сэмхэн алхсаар ирж байна; харин өөрсдийгөө мэргэн, агуу хэмээн бодогч хүмүүс ‘Дээд Боловсрол’-ын тухай дэмий чалчиж байна. Тэд Христийн ирэлтийн, эсвэл дэлхийн төгсгөлийн шинж тэмдгүүдийг мэддэггүй.” Paulson Collection, 423, 424.</w:t>
      </w:r>
    </w:p>
    <w:p>
      <w:pPr>
        <w:pStyle w:val="ArticleBody"/>
        <w:jc w:val="left"/>
      </w:pPr>
      <w:r>
        <w:rPr>
          <w:rFonts w:ascii="Times New Roman" w:hAnsi="Times New Roman" w:eastAsia="Times New Roman" w:cs="Times New Roman"/>
        </w:rPr>
        <w:t>Христийн төрлийг “эцсийн цаг” хэмээн тодорхойлж, улмаар Маккабейн удам шугамыг хожмын өдрүүдийн өнөөгийн үнэний хүрээнд авчрах түлхүүр мөн гэж үзэх нь Христийг уг эшлэлийн жинхэнэ төв болгож байгаа хэрэг бөгөөд энэ нь мөн уг хэрэглээ зөв болохын нотолгоо юм.</w:t>
      </w:r>
    </w:p>
    <w:p>
      <w:pPr>
        <w:pStyle w:val="ArticleBody"/>
        <w:jc w:val="left"/>
      </w:pPr>
      <w:r>
        <w:rPr>
          <w:rFonts w:ascii="Times New Roman" w:hAnsi="Times New Roman" w:eastAsia="Times New Roman" w:cs="Times New Roman"/>
        </w:rPr>
        <w:t>Маккавейчуудын угсаа нь сүнслэг алдарт нутгийг дүрслэн үзүүлдэг бөгөөд энэхүү дүрслэл нь алдарт нутгийн иргэд хойд зүгийн хааны улс төрийн болон шашны ноёрхлоос салан тусгаарлах үеэс эхэлдэг. Хасмонейн угсааг бий болгосон Маккавейн бослого нь 1776 оныг төлөөлдөг бөгөөд Маккавейчуудаар хэрэгжсэн, хойд зүгийн хааны эсрэг бослого нь Хувьсгалт дайныг төлөөлдөг. 1776 оноос 1798 он хүртэлх хорин хоёр жил нь төгсгөлийн цагт, 1798 онд Хасмонейн угсааг бий болгосон Маккавейн бослогыг төлөөлдөг бөгөөд энэ нь төгсгөлийн цагт, 1989 онд Херодын угсаа эхлэх хүртэл үргэлжилсэн. Херодын угсаа МЭ 70 онд Иерусалим сүйрэх хүртэл үргэлжилсэн.</w:t>
      </w:r>
    </w:p>
    <w:p>
      <w:pPr>
        <w:pStyle w:val="ArticleBody"/>
        <w:jc w:val="left"/>
      </w:pPr>
      <w:r>
        <w:rPr>
          <w:rFonts w:ascii="Times New Roman" w:hAnsi="Times New Roman" w:eastAsia="Times New Roman" w:cs="Times New Roman"/>
        </w:rPr>
        <w:t>Түүхийн энэ шугамд таних нь чухал зүйл нь хоёр талтай: энэ нь орчин үеийн алдарт газрыг төлөөлдөг эртний алдарт газрын нэгэн дүрслэл бөгөөд мөн арван зургаадугаар эшлэлээс эхэлдэг түүхийн шугамын дотор эхэлдэг бөгөөд тэнд Ром анх удаа алдарт газрыг эзлэн авч, улмаар уг шугамын үндсэн сэдвийг тодорхойлдог. Арван зургаадугаар эшлэлээс хорин хоёрдугаар эшлэл хүртэлх шугам нь алдарт газрыг төлөөлдөг бөгөөд түүний нөхцөл байдал нь удахгүй ирэх Ням гаргийн хууль юм. Энэ шугам мөн хоёр угсаат засгийн газарт хоёуланд нь нөлөөлдөг мөргөгчдийн хоёр ангийг төлөөлдөг. Саддукейчууд тооны хувьд цөөн байсан боловч ерөнхийдөө хоёр угсаат үеийн аль алинд нь иудейн шашны болон улс төрийн тогтолцоог хянаж байв. Шашны тогтолцоог санваартанлаг удирдаж байсан бөгөөд тэрхүү санваартанлагт мөн Саддукейчууд ба Фарисайчууд хоёулаа нөлөөлж байв. Хасмонейн болон Херодын засгийн газрууд хоёулаа Фарисайчууд болон Саддукейчуудын нөлөөнд байсан бөгөөд энэ хоёр угсаат засаглал нь 1798 оноос Ням гаргийн хууль хүртэлх хугацаан дахь Америкийн Нэгдсэн Улсын засгийн газрыг төлөөлдөг.</w:t>
      </w:r>
    </w:p>
    <w:p>
      <w:pPr>
        <w:pStyle w:val="ArticleBody"/>
        <w:jc w:val="left"/>
      </w:pPr>
      <w:r>
        <w:rPr>
          <w:rFonts w:ascii="Times New Roman" w:hAnsi="Times New Roman" w:eastAsia="Times New Roman" w:cs="Times New Roman"/>
        </w:rPr>
        <w:t>Фарисайчууд ба садукейчууд нь боолчлолын асуудалд баримталдаг байр сууриараа ялгарах улс төрийн чиг баримжааны хоёр намыг төлөөлдөг. Ардчилсан нам боолчлолыг дэмждэг бөгөөд Бүгд Найрамдах нам боолчлолын эсрэг байдаг; мөн тэд хамтдаа Америкийн Нэгдсэн Улсын үндсэн хуулийн засгийн газрын улс төрийн тогтолцоотой харилцан үйлчилдэг. Тэрхүү засгийн газар нь Илчлэлт арван гурав дахь газрын араатан мөн бөгөөд газрын араатны гадаад түүх нь түүний бүгд найрамдах эвэрээр дүрслэгддэг. Дотоод түүх нь протестант эвэрээр дүрслэгддэг. Эвэрнүүд нь араатан дээр тусгаарлагдсан байдаг. Учир нь араатан нь төрийн эвэрийг сүмийн эвэрээс тусгаарладаг Үндсэн хууль мөн боловч тэд түүхийн явцад хамтдаа хөдөлдөг. Бүгд найрамдах эвэр нь боолчлолын төлөө эсвэл эсрэг хоёр нөлөөтэй. Протестант эвэр нь долоо дахь өдрийн амралтын өдрийн төлөө эсвэл нарны эхний өдрийн төлөө хоёр нөлөөтэй.</w:t>
      </w:r>
    </w:p>
    <w:p>
      <w:pPr>
        <w:pStyle w:val="ArticleBody"/>
        <w:jc w:val="left"/>
      </w:pPr>
      <w:r>
        <w:rPr>
          <w:rFonts w:ascii="Times New Roman" w:hAnsi="Times New Roman" w:eastAsia="Times New Roman" w:cs="Times New Roman"/>
        </w:rPr>
        <w:t>Паниумын тулалдаанаас хойш ойролцоогоор гучин жилийн дараа Маккавейчууд Библийн эш үзүүллэгийн зургаа дахь хаанчлал болох Америкийн Нэгдсэн Улсын түүхийг тэмдэглэдэг. Дараа нь ойролцоогоор нэгэн зууны дараа, Иерусалим эзлэгдэн, загалмайг төлөөлөх үед арван зургаадугаар эшлэл биелдэг. Иудей бол Ром дэлхийг захирахдаа номхотгосон гурван саадын хоёр дахь нь юм. Генерал Помпей МЭӨ 65 онд Сирийг, дараа нь МЭӨ 63 онд Иудаг эзлэн авсан. Август Цезарь гурав дахь саадыг МЭӨ 31 онд Акциумын тулалдаанд эзлэн авна. Энэ түүх арван зургаагаас хорин хоёрдугаар эшлэлийн шугамд дүрслэгддэг.</w:t>
      </w:r>
    </w:p>
    <w:p>
      <w:pPr>
        <w:pStyle w:val="ArticleBody"/>
        <w:jc w:val="left"/>
      </w:pPr>
      <w:r>
        <w:rPr>
          <w:rFonts w:ascii="Times New Roman" w:hAnsi="Times New Roman" w:eastAsia="Times New Roman" w:cs="Times New Roman"/>
        </w:rPr>
        <w:t>Загалмайн үе гэхэд Маккавейн түүх бараг хоёр зуун жилийн турш үргэлжилж байсан байна. Уриа Смит хорин гуравдугаар эшлэл дэх иудейчүүдтэй байгуулсан холбоогоор дүрслэгдсэн түүхийг, хорин хоёрдугаар эшлэл дэх загалмайн түүхээс бараг хоёр зуун жилийн өмнө болсон түүхэн эхлэлтэй уялдуулан үздэг. Хорин хоёрдугаар эшлэл дэх загалмайн түүхийг арван зургаадугаар эшлэлтэй уялдуулах ёстой, учир нь арван зургаадугаар эшлэл мөн Ням гаргийн хууль юм. Энэ нь Иудагийн сүр жавхлант газрын түүх болох Маккавейн шугам арван зургаадугаар эшлэлийн Ням гаргийн хуулиас нэлээд өмнө эхэлдэг гэсэн үг юм.</w:t>
      </w:r>
    </w:p>
    <w:p>
      <w:pPr>
        <w:pStyle w:val="ArticleBody"/>
        <w:jc w:val="left"/>
      </w:pPr>
      <w:r>
        <w:rPr>
          <w:rFonts w:ascii="Times New Roman" w:hAnsi="Times New Roman" w:eastAsia="Times New Roman" w:cs="Times New Roman"/>
        </w:rPr>
        <w:t>Миллеритүүдийн түүх нь зуун дөчин дөрвөн мянгын түүхийг дүрслэн үзүүлдгийг бид ойлгох үед, Миллеритүүдийн хувьд төгсгөлийн цаг болсон 1798 оныг, зуун дөчин дөрвөн мянгын хувьд төгсгөлийн цаг болсон 1989 онтой уялдуулан тааруулж чадна. Үүнийг хийхдээ бид эхний болон хоёр дахь тэнгэрэлчийн түүхийг, гурав дахь тэнгэрэлчийн түүхтэй давхардуулан тавьж байна. 1798 болон 1989 он нь Даниел арван нэгийн дөчдүгээр эшлэлийн түүхийн альфа ба омега тэмдэглэгээ мөн.</w:t>
      </w:r>
    </w:p>
    <w:p>
      <w:pPr>
        <w:pStyle w:val="ArticleBody"/>
        <w:jc w:val="left"/>
      </w:pPr>
      <w:r>
        <w:rPr>
          <w:rFonts w:ascii="Times New Roman" w:hAnsi="Times New Roman" w:eastAsia="Times New Roman" w:cs="Times New Roman"/>
        </w:rPr>
        <w:t>Дөчдүгээр эшлэл нь “эцсийн цаг”-аас эхэлдэг бөгөөд энэ нь 1798 он мөн гэдгийг амархан нотолж болно; мөн зөвөөр ойлговол, 1989 онд Зөвлөлт Холбоот Улс задран унасан явдал нь дөчдүгээр эшлэлийг биелүүлсэн бөгөөд тэрхүү биелэлт ч мөн “эцсийн цаг” байсан. Нэг эшлэл дотор хоёр “эцсийн цаг” байгаа нь, мөн энэ нь Маккавейчуудын шугамтай нэгэн ижил бүлэгт оршиж байна. Хасмонейн угсааг бий болгоход хүргэсэн Маккавейчуудын бослого нь 1776 оноос 1798 он хүртэлх хорин хоёр жилийг төлөөлдөг. 1798 онд Хасмонейн угсаа эхэлсэн бөгөөд 1989 онд Херодын угсаа эхэлсэн юм.</w:t>
      </w:r>
    </w:p>
    <w:p>
      <w:pPr>
        <w:pStyle w:val="ArticleBody"/>
        <w:jc w:val="left"/>
      </w:pPr>
      <w:r>
        <w:rPr>
          <w:rFonts w:ascii="Times New Roman" w:hAnsi="Times New Roman" w:eastAsia="Times New Roman" w:cs="Times New Roman"/>
        </w:rPr>
        <w:t>Даниел 11-ийн аравдугаар эшлэл 1989 оныг заадаг бөгөөд арван зургаадугаар эшлэл нь Ням гаргийн хуулийг заадаг. Тэдгээр эшлэлүүдийн доторх түүхийн шугам нь гурван тулалдаан, мөн өмнөдийн нэгэн хааны мөхөл, Ромыг эш үзүүллэгийн түүхэнд орж ирэхийг илэрхийлдэг. Түүнчлэн энэ нь Илчлэлт 13-ын “хурганы адил хоёр эвэртэй” бөгөөд “луу мэт ярьдаг” газрын араатанд тохиолддог өөрчлөлтийг дүрслэн үзүүлдэг хоёр угсааны шугамыг агуулдаг. Дарааллын хувьд эхний Иудейн угсаа нь хурга бөгөөд хоёр дахь Ромын угсаа нь луу юм. Эхний угсаа нь Иудейн, хоёр дахь нь Ромынх байв. Иудейн ч бай, Ромынх ч бай, газрын араатан хоёр эвэртэй байсан.</w:t>
      </w:r>
    </w:p>
    <w:p>
      <w:pPr>
        <w:pStyle w:val="ArticleBody"/>
        <w:jc w:val="left"/>
      </w:pPr>
      <w:r>
        <w:rPr>
          <w:rFonts w:ascii="Times New Roman" w:hAnsi="Times New Roman" w:eastAsia="Times New Roman" w:cs="Times New Roman"/>
        </w:rPr>
        <w:t>Еврейн угсаа залгамжлал нь Протестант эвэрийг, харин Ромын угсаа залгамжлал нь Бүгд Найрамдах эвэрийг төлөөлдөг. Хоёр эвэр аль аль нь мөн эш үзүүллэгийн хоёр хуваагдлыг агуулдаг. Саддукейчууд ба Фарисайчууд нь боолчлолыг дэмжигч Ардчилсан намынхныг боолчлолын эсрэг Бүгд Найрамдахчуудтай сөргүүлэн тавих хүрээг бүрдүүлдэг; үүний зэрэгцээ тэд мэргэн охидын эсрэг тавигдах мунхаг охидын хоёр талт хуваагдлыг мөн илэрхийлдэг. Мунхаг охид болох Фарисайчууд эхний урам хугарал дээр цэвэрлэгдэж, Саддукейчууд сүмийн хоёр дахь цэвэрлэгээн дээр цэвэрлэгддэг. Фарисайчууд, Сардисын чуулгантай адил, амьтай хэмээх нэртэй гэж тунхаглаж байсан боловч үхмэл байсан бөгөөд тэд эхэлж цэвэрлэгддэг; дараа нь Бурханы хүчийг үгүйсгэж, Шөнийн Дунд Хашхирааны хүч ба мэдээг үгүйсгэсэн Саддукейчууд цэвэрлэгддэг. Саддукейчууд бол алгасан өнгөрч буй гэрээний ард түмэн мөн; Саддукейчууд бол сайн мэдрэмжийн сэтгэл хөдлөлөөр ханасан хүмүүс мөн.</w:t>
      </w:r>
    </w:p>
    <w:p>
      <w:pPr>
        <w:pStyle w:val="ArticleScripture"/>
        <w:jc w:val="left"/>
      </w:pPr>
      <w:r>
        <w:rPr>
          <w:rFonts w:ascii="Times New Roman" w:hAnsi="Times New Roman" w:eastAsia="Times New Roman" w:cs="Times New Roman"/>
        </w:rPr>
        <w:t>“Анхны тэнгэрэлчийн мэдээгээр тунхаглагдсан Христийн ирэлт нь хүргэний ирэлтээр төлөөлөгдөн ойлгогдсон юм. Түүний удахгүй ирэхийг тунхагласан өргөн хүрээт шинэчлэл нь охидын гарч хүргэнийг угтахаар явсантай тохирч байв. Энэ сургаалт зүйрлэлд, Матай 24-ийнхтай адил, хоёр бүлэг дүрслэгдсэн байдаг. Бүгд дэнлүүгээ, өөрөөр хэлбэл Библийг, авч, түүний гэрлээр Хүргэнийг угтахаар гарсан байв. Гэвч “тэнэгүүд дэнлүүгээ аваад, тос авч явсангүй”, харин “ухаалаг нь дэнлүүнийхээ хамт савандаа тос авчээ.” Сүүлчийн энэ бүлэг нь Бурханы нигүүлсэл, Түүний Үгийг хөлд дэнлүү, замд гэрэл болгодог Ариун Сүнсний дахин төрүүлэгч, гэгээрүүлэгч хүчийг хүлээн авсан байлаа. Тэд Бурханаас эмээн, үнэнийг мэдэхийн тулд Судрыг судалж, зүрх сэтгэл ба амийн ариун байдлыг чин сэтгэлээсээ эрэлхийлж байв. Эдгээр хүмүүс өөрийн хувийн туршлагатай, Бурханд болон Түүний Үгэнд итгэх тийм итгэлтэй байсан бөгөөд тэр нь урам хугаралт, саатлаар нураагдах боломжгүй байв. Харин бусад нь “дэнлүүгээ аваад, тос авч явсангүй.” Тэд сэтгэлийн хөөрлөөр хөдөлсөн байв. Тэдний айдас энэ сүр жавхлант мэдээгээр өдөөгдсөн боловч, тэд үнэний гүн гүнзгий ойлголтгүйгээр, зүрх сэтгэл дэх нигүүлслийн жинхэнэ үйлсгүйгээр, ах дүүсийнхээ итгэлд найдан, сайн мэдрэмжийн анивчсан гэрэлд ханасан байлаа. Тэд ойрын шагналын найдвараар дүүрэн, Эзэнийг угтахаар гарсан боловч, саатал ба урам хугаралд бэлтгэгдээгүй байв. Сорилт ирэхэд тэдний итгэл мохож, дэнлүүнүүд нь бүдэгхэн асав.” Агуу тэмцэл, 393.</w:t>
      </w:r>
    </w:p>
    <w:p>
      <w:pPr>
        <w:pStyle w:val="ArticleBody"/>
        <w:jc w:val="left"/>
      </w:pPr>
      <w:r>
        <w:rPr>
          <w:rFonts w:ascii="Times New Roman" w:hAnsi="Times New Roman" w:eastAsia="Times New Roman" w:cs="Times New Roman"/>
        </w:rPr>
        <w:t>Улс төрийн ч бай, шашны ч бай, энэ хоёр бүлэг шөнө дундын хямралын үед мэргэн хүмүүстэй эсрэг нэгддэг. Үүнийг өгүүлсний дараа, би арван дөрөвдүгээр эшлэлийг эшлэлүүдийн урсгал дахь байрлалд нь тулгуурлан хэрэглэж байгаа бөгөөд энэ нь эшлэлүүдээр дүрслэгдсэн түүхэн дараалалтай зөрчилдөж байна гэсэн асуудлыг дэвшүүлэн бид өгүүллээ эхэлсэн. Би энэ логикийг хорин гуравдугаар эшлэлийн байрлалтай нийцүүлэн хэрэглэж байна. Тэмдэглэлт цэгийн байрлал нь түүний түүхэн биелэлтэй тохирч байх ёстой. Маккавейн үеийн туршид иудейчүүдийн Ромтой байгуулсан холбоо нь тухайн эшлэлийг хаана хэрэглэхийг тодорхойлсон. Үзэгдлийг тогтоогч арван дөрөвдүгээр эшлэлийн “дээрэмчид” нь МЭӨ 200 онд, өөрөөр хэлбэл Паниумын тулалдааны яг тэр жилд тийнхүү үйлдсэн боловч тулалдаан ба дээрэмчид нь хоёр өөр бэлгэдэл юм.</w:t>
      </w:r>
    </w:p>
    <w:p>
      <w:pPr>
        <w:pStyle w:val="ArticleBody"/>
        <w:jc w:val="left"/>
      </w:pPr>
      <w:r>
        <w:rPr>
          <w:rFonts w:ascii="Times New Roman" w:hAnsi="Times New Roman" w:eastAsia="Times New Roman" w:cs="Times New Roman"/>
        </w:rPr>
        <w:t>“Дээрэмчид” нь Паниумын тулалдааны огноотой шууд холбоо тогтоохын тулд бус, харин Антиохт ялагдах дөхөж байсан Египетийн таван настай, хүч суларсан захирагчтай тэдний тогтоосон харилцааг тодорхойлохын тулд өгүүлэмжийн нэг хэсэг болдог. Тэд Египетийн улаанбуудай Ромын эзэнт гүрэнд импортлогдох явц тасалдахыг хүсээгүй. Ромын эмзэг, таван настай Египетийн хаантай тогтоосон эш үзүүллэгийн холбоо нь энэ эшлэлийн сэдэв мөн. Тэрхүү өмгөөлөн оролцоо нь 1989 оноос өмнө байсанчлан Украины сүмийг Оросын сүмд захируулан хамруулах гэсэн Путины оролдлогын дараа гарч ирэх сөрөг үр дагаврын үргэлжлэлийг тодорхойлж байна. Тэр оролдлого нь түүний өмнөд хаант улсын аажим доройтлын эхлэлийг тавьдаг бөгөөд Птолемейн адил Путин нас барах үед, эсвэл Уззиа, Наполеон нарын адил ямар нэгэн байдлаар цөлөгдөх үед, тэр эш үзүүллэгийн хувьд зайлуулагдаж, улмаар түүний хаант улсыг ур чадвар дорой дараалсан хэд хэдэн удирдагчид авч явдаг. Дараа нь таван настай хааны цаг үед папын Ром өөрийн ашиг сонирхол болох Украины сүмийг хамгаалахын тулд зуучлан оролцдог.</w:t>
      </w:r>
    </w:p>
    <w:p>
      <w:pPr>
        <w:pStyle w:val="ArticleBody"/>
        <w:jc w:val="left"/>
      </w:pPr>
      <w:r>
        <w:rPr>
          <w:rFonts w:ascii="Times New Roman" w:hAnsi="Times New Roman" w:eastAsia="Times New Roman" w:cs="Times New Roman"/>
        </w:rPr>
        <w:t>Папын засаглал Оросын эсвэл Украины үнэн алдартны аль нэг талыг барьж буй хэрэг биш; харин Исаиа 4-т дүрслэгдсэнчлэн бүх шашны байгууллагыг өөрийн эрх мэдэл дор оруулахын тулд тэр бүх талыг зэрэг ашиглаж байна.</w:t>
      </w:r>
    </w:p>
    <w:p>
      <w:pPr>
        <w:pStyle w:val="ArticleScripture"/>
        <w:jc w:val="left"/>
      </w:pPr>
      <w:r>
        <w:rPr>
          <w:rFonts w:ascii="Times New Roman" w:hAnsi="Times New Roman" w:eastAsia="Times New Roman" w:cs="Times New Roman"/>
        </w:rPr>
        <w:t>Тэр өдөр долоон эмэгтэй нэг эрийг зуурч, —Бид өөрсдийн талхаа идэж, өөрсдийн хувцсаа өмсөнө; зөвхөн биднийг чиний нэрээр нэрлүүлж, бидний гутамшгийг зайлуулж өгөөч,— гэж хэлнэ. Тэр өдөр ЭЗЭНий мөчир үзэсгэлэнтэй бөгөөд алдар суут байх болно, газрын үр жимс нь Израилиас аврагдан үлдэгсдийн хувьд эрхэм сайхан байх болно. Тэгээд Сионд үлдсэн хүн, Иерусалимд хоцорсон хүн бүр, өөрөөр хэлбэл Иерусалим дахь амьд хүмүүсийн дунд бичигдсэн нэг бүрчлэн, ариун хэмээн нэрлэгдэх болно. Исаиа 4:1–3.</w:t>
      </w:r>
    </w:p>
    <w:p>
      <w:pPr>
        <w:pStyle w:val="ArticleBody"/>
        <w:jc w:val="left"/>
      </w:pPr>
      <w:r>
        <w:rPr>
          <w:rFonts w:ascii="Times New Roman" w:hAnsi="Times New Roman" w:eastAsia="Times New Roman" w:cs="Times New Roman"/>
        </w:rPr>
        <w:t>Папын засаглал бүх сүм хийдийг төлөөлсөн долоон эмэгтэйгээр дүрслэгдсэн бүх шашны байгууллагуудыг хяналтандаа авна; өөрөөр хэлбэл бүх чуулгануудыг. Тэдгээр долоон чуулган өөрсдийгөө католик, өөрөөр хэлбэл бүх нийтийнх хэмээн нэрлэгдэхийг хүсдэг бөгөөд тэд Бурханы ард түмэн биш нь илэрхий, учир нь тэд өөрсдийн хувцсыг өмсөхөөр санаархдаг. Өөрсдийн хүний хийсэн хувцсыг өмсөхийг хүсэгч бүх шашны байгууллагын нэгдэл нь “Иерусалим дахь хүмүүсийг ариун гэж нэрлэх” тэр үед явагддаг; энэ нь Эзэний Мөчир Лаодикейн ард түмнээс Филаделфийн ард түмэн болон өөрчлөгдөх үе бөгөөд яг тэр цагт папын засаглал улс төрийн байгууллагуудын тэргүүн болгоогдохын зэрэгцээ бүх шашны байгууллагуудын ч мөн тэргүүн болдог газар мөн.</w:t>
      </w:r>
    </w:p>
    <w:p>
      <w:pPr>
        <w:pStyle w:val="ArticleBody"/>
        <w:jc w:val="left"/>
      </w:pPr>
      <w:r>
        <w:rPr>
          <w:rFonts w:ascii="Times New Roman" w:hAnsi="Times New Roman" w:eastAsia="Times New Roman" w:cs="Times New Roman"/>
        </w:rPr>
        <w:t>1989 онд Украины сүм нь Зөвлөлт Холбоот Улсыг хаман авч одож буй хойд зүгийн хааны бэлгэдэл байсан бөгөөд Путин өмнөх захирагдлын харилцааг сэргээхийг эрмэлзэж, духан дээрээ уяман өвчин хүлээн авч, түүний шаардлагыг эсэргүүцсэн шашны эсрэг хавчлага эхлүүлэх болно. Тэрхүү хавчлага Птолемейн өөрийн үндэстэнд, Александрия хотод болсон тул Ромын нөлөөнд автсан Оросын доторх сүмүүд Путинд бай болох бөгөөд мөн түүний төгсгөл болох болно. Трамп Паниумын тулалдаанд бэлтгэж байх үед суларсан Египетийн хүүхэд хааны хамгаалагчтай түүний ил тод харилцаа 2025 онд илэрхийлэгдэнэ. МЭӨ 200 онд Египетийн хүүхэд хааныг хамгаалж байсан Ромын хүч тухайн үед хүүхэд хааныг хамгаалахгүй. Тэрээр хүүхэд хааны төгсгөлд хүрэхэд туслах болно. МЭӨ 200 онд Египетийн хамгаалагч байсан Ром нь Паниумын тулалдаанд Египетийг сүйтгэгч Ромыг төлөөлдөг.</w:t>
      </w:r>
    </w:p>
    <w:p>
      <w:pPr>
        <w:pStyle w:val="ArticleHeading"/>
        <w:jc w:val="left"/>
      </w:pPr>
      <w:r>
        <w:rPr>
          <w:rFonts w:ascii="Arial" w:hAnsi="Arial" w:eastAsia="Arial" w:cs="Arial"/>
        </w:rPr>
        <w:t>Миллеритүүд</w:t>
      </w:r>
    </w:p>
    <w:p>
      <w:pPr>
        <w:pStyle w:val="ArticleBody"/>
        <w:jc w:val="left"/>
      </w:pPr>
      <w:r>
        <w:rPr>
          <w:rFonts w:ascii="Times New Roman" w:hAnsi="Times New Roman" w:eastAsia="Times New Roman" w:cs="Times New Roman"/>
        </w:rPr>
        <w:t>Миллеритүүд Ромын гурван хүчийг хараагүй, тэд зөвхөн хоёрыг нь л харсан; гэвч тэдний үнэн мөн л үнэн байсан. Бэлгэдэл болох Антиохын эш үзүүллэгийн логик нь арван дөрөвдүгээр эшлэлийг арван тавдугаар эшлэлийн өмнөх түүхэнд хэрэглэх боломжийг бидэнд олгодог, хэдийгээр эдгээр эшлэлүүдийг анхлан биелүүлсэн түүх арван дөрөв болон арван тавдугаар эшлэлийг хоёуланг нь МЭӨ 200 онд байрлуулсан ч гэсэн. Би арван зургаадугаар эшлэл нь удахгүй ирэх Ням гарагийн хууль мөн гэж, арван дөрөвдүгээр эшлэл нь 2025 он байсан гэж, харин арван тавдугаар эшлэл нь ирээдүйд болох Паниумын тулалдаан гэж нотлон хэлж байна. Антиох эдгээр гурван тулалдаан нь нэг эш үзүүллэгийн шугам мөн болохыг баталдаг, учир нь тэрээр энэ гурван тулалдаанд бүгдэд нь байдаг; мөн тэрээр миний дэвшүүлж буй нэхэмжлэлийг ч баталдаг, өөрөөр хэлбэл, эшлэлүүдийн эцсийн өдрүүд дэх хэрэглээ нь “мөр дээр мөр” аргачлалаар зөв хуваагдах үед.</w:t>
      </w:r>
    </w:p>
    <w:p>
      <w:pPr>
        <w:pStyle w:val="ArticleBody"/>
        <w:jc w:val="left"/>
      </w:pPr>
      <w:r>
        <w:rPr>
          <w:rFonts w:ascii="Times New Roman" w:hAnsi="Times New Roman" w:eastAsia="Times New Roman" w:cs="Times New Roman"/>
        </w:rPr>
        <w:t>Антиох эдгээр гурван тулаанд бүгдэд нь оролцсон бөгөөд эцсийн өдрүүдэд тэрээр 1989 онд (Рейган ба АНУ), 2014 онд (Зеленський ба Украин), мөн дараа нь Паниумын тулалдаанд папын эрх мэдлийн төлөөлөгч хүчийг илэрхийлдэг; Паниумд ч мөн энэ нь 1989 оныхтой адилхан төлөөлөгч хүч юм. Учир нь Есүс төгсгөлийг үргэлж эхлэлээр төлөөлүүлдэг. Роналд Рейган нас барж, оршуулагдсан тул Антиохын түүхэн гэрчлэл нь Миллеритүүдийн ойлголттой нийцсэн үнэн зөв хэвээр байна. Гэвч энэ нь “мөр дээр мөр” хэрэглэх зарчмыг захирдаг дүрмүүдэд захирагдана. Эдгээр эшлэл дэх папын эрх мэдлийн сүүлчийн төлөөлөгч хүч нь Трамп мөн, хэдий түүхэн талаасаа Антиох гурван тулаанд бүгдэд нь оролцсон ч гэсэн. Арван гуравдугаар эшлэлийг биелүүлэхийн тулд Трамп хоёр дахь сонгуульд ялагдах ёстой байсан. Учир нь арван гуравдугаар эшлэлд тэрээр урьд урьдаас илүү хүчирхэгээр “эргэн ирдэг”; бүр чихээрээ сум нэвт авахуйц тийм хүчтэйгээр ирдэг. Тэр чих нь баруун эрхий хуруу болон баруун хөлийн эрхий хуруутай хамт тахилч нарыг тослох үед цусаар тослогдох ёстой байсан юм.</w:t>
      </w:r>
    </w:p>
    <w:p>
      <w:pPr>
        <w:pStyle w:val="ArticleBody"/>
        <w:jc w:val="left"/>
      </w:pPr>
      <w:r>
        <w:rPr>
          <w:rFonts w:ascii="Times New Roman" w:hAnsi="Times New Roman" w:eastAsia="Times New Roman" w:cs="Times New Roman"/>
        </w:rPr>
        <w:t>Рейган Трампыг дүрсэлсэн, учир нь Рейган бол 1989 онд эхэлсэн төгсгөлийн цаг үеэс хойших эцсийн найман ерөнхийлөгчийн эхнийх нь юм. Линкольн Трампыг дүрсэлсэн, учир нь тэрээр Бүгд Найрамдах намын анхны ерөнхийлөгч байсан. Линкольныг боолчлолыг дэмжигч Ардчилсан намынхан Ромтой холбоотон байдалтайгаар хөнөөсөн бөгөөд Рональд Рейган болон түүний папын талын харгалдагч II Иоанн Павел хоёулаа аллагын оролдлогоос амьд үлдсэн юм. Трамп 2020 онд Илчлэлт номын арван нэгдүгээр бүлгийн долоодугаар зүйлийн биелэлт болгон хулгайлагдсан сонгуулиар улс төрийн хувьд хөнөөгдсөн бөгөөд дараа нь 2024 онд арван нэгдүгээр зүйлийн биелэлтээр амилсан юм.</w:t>
      </w:r>
    </w:p>
    <w:p>
      <w:pPr>
        <w:pStyle w:val="ArticleScripture"/>
        <w:jc w:val="left"/>
      </w:pPr>
      <w:r>
        <w:rPr>
          <w:rFonts w:ascii="Times New Roman" w:hAnsi="Times New Roman" w:eastAsia="Times New Roman" w:cs="Times New Roman"/>
        </w:rPr>
        <w:t>Тэд гэрчлэлээ гүйцээж дуусмагц, ёроолгүй ангалын ёроолоос гарч ирдэг араатан тэдний эсрэг дайн хийж, тэднийг дийлэн ялж, ална. … Гэвч гурван өдөр хагасын дараа Бурханаас ирсэн амийн Сүнс тэдний дотор орж, тэд хөл дээрээ босон зогсов; тэгэхэд тэднийг харсан хүмүүсийн дээр агуу их айдас буув. Илчлэл 11:7, 11.</w:t>
      </w:r>
    </w:p>
    <w:p>
      <w:pPr>
        <w:pStyle w:val="ArticleBody"/>
        <w:jc w:val="left"/>
      </w:pPr>
      <w:r>
        <w:rPr>
          <w:rFonts w:ascii="Times New Roman" w:hAnsi="Times New Roman" w:eastAsia="Times New Roman" w:cs="Times New Roman"/>
        </w:rPr>
        <w:t>Трампын амилалт нь арван гуравдугаар эшлэлийн “эргэн ирэлт” нь байсан бөгөөд мөн Ромын нэгэн шинжийн зэрэгцээ дүрслэлийг үзүүлсэн юм. Учир нь Ром бол “долоогоос гарсан найм дахь нь” бөгөөд Трамп нь Ромын дүр юм.</w:t>
      </w:r>
    </w:p>
    <w:p>
      <w:pPr>
        <w:pStyle w:val="ArticleScripture"/>
        <w:jc w:val="left"/>
      </w:pPr>
      <w:r>
        <w:rPr>
          <w:rFonts w:ascii="Times New Roman" w:hAnsi="Times New Roman" w:eastAsia="Times New Roman" w:cs="Times New Roman"/>
        </w:rPr>
        <w:t>Мөн байсан бөгөөд эдүгээ үгүй болсон тэр араатан нь найм дахь нь мөн боловч долоогийн дотроос гарсан нэгэн бөгөөд сүйрэл уруу оддог. Илчлэлт 17:11.</w:t>
      </w:r>
    </w:p>
    <w:p>
      <w:pPr>
        <w:pStyle w:val="ArticleBody"/>
        <w:jc w:val="left"/>
      </w:pPr>
      <w:r>
        <w:rPr>
          <w:rFonts w:ascii="Times New Roman" w:hAnsi="Times New Roman" w:eastAsia="Times New Roman" w:cs="Times New Roman"/>
        </w:rPr>
        <w:t>Трампын хоёр дахь бүрэн эрхийн хугацаа нь түүнийг Рейганаас хойших найм дахь ерөнхийлөгч болгож байгаа бөгөөд тэр мөн зургаа дахь нь байсан учраас Трамп паптай нийцэх байдлаар “долоогоос гарсан найм дахь нь” юм. Найм гэдэг нь амилалтын бэлгэдэл бөгөөд энэ нь түүнийг папын дүрийн хувьд “эргэн ирэхийн” тулд эдгээгдсэн үхлийн шархтай байх шаардлагатай байсныг онцолдог.</w:t>
      </w:r>
    </w:p>
    <w:p>
      <w:pPr>
        <w:pStyle w:val="ArticleScripture"/>
        <w:jc w:val="left"/>
      </w:pPr>
      <w:r>
        <w:rPr>
          <w:rFonts w:ascii="Times New Roman" w:hAnsi="Times New Roman" w:eastAsia="Times New Roman" w:cs="Times New Roman"/>
        </w:rPr>
        <w:t>Тэгээд би түүний нэг толгой нь үхтлээ шархадсан мэт байгааг харсан; харин түүний үхлийн шарх эдгэрчээ; тэгэхэд бүх дэлхий араатныг гайхан дагав. Илчлэл 13:3.</w:t>
      </w:r>
    </w:p>
    <w:p>
      <w:pPr>
        <w:pStyle w:val="ArticleBody"/>
        <w:jc w:val="left"/>
      </w:pPr>
      <w:r>
        <w:rPr>
          <w:rFonts w:ascii="Times New Roman" w:hAnsi="Times New Roman" w:eastAsia="Times New Roman" w:cs="Times New Roman"/>
        </w:rPr>
        <w:t>Үхлийн шарх эдгээгдэхэд дэлхий “араатныг гайхан дагана.” Харин 2024 онд Трамп долоогийн дотроос гарах найм дахь нь болон амилуулагдах үед тэрээр “эргэн ирсэн,” тэгээд бүх дэлхий түүнийг гайхан дагасан.</w:t>
      </w:r>
    </w:p>
    <w:p>
      <w:pPr>
        <w:pStyle w:val="ArticleScripture"/>
        <w:jc w:val="left"/>
      </w:pPr>
      <w:r>
        <w:rPr>
          <w:rFonts w:ascii="Times New Roman" w:hAnsi="Times New Roman" w:eastAsia="Times New Roman" w:cs="Times New Roman"/>
        </w:rPr>
        <w:t>Гурван өдөр хагасын дараа Бурханаас ирэх амийн Сүнс тэдний дотор орж, тэд хөл дээрээ босов; тэднийг харсан хүмүүсийн дээр агуу их айдас буув. Тэдэнд хандан, «Нааш дээш гар» хэмээн тэнгэрээс ирэх агуу дууг тэд сонсов. Тэд үүлэн дунд тэнгэр өөд өгсөн гарч, дайснууд нь тэднийг харж байв. Илчлэл 11:11, 12.</w:t>
      </w:r>
    </w:p>
    <w:p>
      <w:pPr>
        <w:pStyle w:val="ArticleBody"/>
        <w:jc w:val="left"/>
      </w:pPr>
      <w:r>
        <w:rPr>
          <w:rFonts w:ascii="Times New Roman" w:hAnsi="Times New Roman" w:eastAsia="Times New Roman" w:cs="Times New Roman"/>
        </w:rPr>
        <w:t>Трамп 2024 оны сонгуулиар “эргэн ирсэн”, харин дараа нь 2025 онд тэр болон пап Лео хоёул албан ёсоор өргөмжлөгдсөн. Есүс үзэхийг хүссэн хэн бүхэнд зориулан шууд бөгөөд шударга анхааруулга өгсөн.</w:t>
      </w:r>
    </w:p>
    <w:p>
      <w:pPr>
        <w:pStyle w:val="ArticleScripture"/>
        <w:jc w:val="left"/>
      </w:pPr>
      <w:r>
        <w:rPr>
          <w:rFonts w:ascii="Times New Roman" w:hAnsi="Times New Roman" w:eastAsia="Times New Roman" w:cs="Times New Roman"/>
        </w:rPr>
        <w:t>Тиймээс эш үзүүлэгч Даниелаар хэлэгдсэн сүйрлийн жигшүүрт юм ариун газарт зогсож байхыг та нар үзэх үедээ, (уншигч нь ойлгог.) Матай 24:15.</w:t>
      </w:r>
    </w:p>
    <w:p>
      <w:pPr>
        <w:pStyle w:val="ArticleBody"/>
        <w:jc w:val="left"/>
      </w:pPr>
      <w:r>
        <w:rPr>
          <w:rFonts w:ascii="Times New Roman" w:hAnsi="Times New Roman" w:eastAsia="Times New Roman" w:cs="Times New Roman"/>
        </w:rPr>
        <w:t>Марк үүнийг магадгүй арай илүү тодорхой хэлдэг.</w:t>
      </w:r>
    </w:p>
    <w:p>
      <w:pPr>
        <w:pStyle w:val="ArticleScripture"/>
        <w:jc w:val="left"/>
      </w:pPr>
      <w:r>
        <w:rPr>
          <w:rFonts w:ascii="Times New Roman" w:hAnsi="Times New Roman" w:eastAsia="Times New Roman" w:cs="Times New Roman"/>
        </w:rPr>
        <w:t>Харин эш үзүүлэгч Даниелын хэлсэн сүйрлийн жигшүүрт юм байх ёсгүй газарт зогсож байхыг та нар үзэх үед, (уншигч нь ойлгог,) Иудейд буй хүмүүс уулс уруу зугтаг. Марк 13:14.</w:t>
      </w:r>
    </w:p>
    <w:p>
      <w:pPr>
        <w:pStyle w:val="ArticleBody"/>
        <w:jc w:val="left"/>
      </w:pPr>
      <w:r>
        <w:rPr>
          <w:rFonts w:ascii="Times New Roman" w:hAnsi="Times New Roman" w:eastAsia="Times New Roman" w:cs="Times New Roman"/>
        </w:rPr>
        <w:t>Эзгүйрүүлэлтийн жигшүүр нь гурван үе шат бүрдээ Ром мөн. Шүтээнлэг, папын, мөн орчин үеийн Ромын аль аль нь Бурханы ард түмэнд өгөгдөх анхааруулгын бэлгэ тэмдэг юм. Энэхүү анхааруулгыг Ром “ариун газарт” буюу “байх ёсгүй газар”-т байх үед танин мэдэх ёстой. Алдарт газар нь Сударт гардаг ариун газар бөгөөд, Америкийн Нэгдсэн Улс нь сүнслэг алдарт газар мөн.</w:t>
      </w:r>
    </w:p>
    <w:p>
      <w:pPr>
        <w:pStyle w:val="ArticleScripture"/>
        <w:jc w:val="left"/>
      </w:pPr>
      <w:r>
        <w:rPr>
          <w:rFonts w:ascii="Times New Roman" w:hAnsi="Times New Roman" w:eastAsia="Times New Roman" w:cs="Times New Roman"/>
        </w:rPr>
        <w:t>ЭЗЭН ариун нутагт Өөрийн хувь болох Иудаг өвлөн авч, Иерусалимыг дахин сонгоно. Бүх бие махбод, ЭЗЭНий өмнө чимээгүй байгтун. Учир нь Тэр Өөрийн ариун оршихуйгаас өндийн боссон юм. Зехариа 2:12, 13.</w:t>
      </w:r>
    </w:p>
    <w:p>
      <w:pPr>
        <w:pStyle w:val="ArticleBody"/>
        <w:jc w:val="left"/>
      </w:pPr>
      <w:r>
        <w:rPr>
          <w:rFonts w:ascii="Times New Roman" w:hAnsi="Times New Roman" w:eastAsia="Times New Roman" w:cs="Times New Roman"/>
        </w:rPr>
        <w:t>Та нар Ромыг ариун газарт зогсож байхыг харах үед, Эзэн Иерусалимыг Өөрийн гэрээний ард түмэн болгон эцсийн удаа сонгож байгаа юм. Нууц эш үзүүллэгт гардаг антихристтэй найман ерөнхийлөгчийн эхнийх болох Рейган нууц холбоо байгуулсан үед, энэ нь төгсгөлийн цаг 1989 оноос хойших найм дахь бөгөөд сүүлчийн ерөнхийлөгчийн Ромтой байгуулсан ил тод холбоог төлөөлсөн юм. Омега бэлгэдлүүд нь альфа бэлгэдлийн шинж чанаруудыг олонтаа урвуулан илэрхийлдэг.</w:t>
      </w:r>
    </w:p>
    <w:p>
      <w:pPr>
        <w:pStyle w:val="ArticleBody"/>
        <w:jc w:val="left"/>
      </w:pPr>
      <w:r>
        <w:rPr>
          <w:rFonts w:ascii="Times New Roman" w:hAnsi="Times New Roman" w:eastAsia="Times New Roman" w:cs="Times New Roman"/>
        </w:rPr>
        <w:t>2025 онд Пап лам Лео болон Трамп нарын албан тушаалдаа орсон явдал нь Илчлэлт арван гурав дахь бүлгийн тэнгисийн араатан ба газрын араатны хоорондын ил тод харилцааг тодорхойлон харуулж байна. Рейган ба Иоанн Павел II-ын нууц холбоогоор бэлгэдэгдсэн Трамп ба Лео нарын ил тод холбоо руу хийсэн энэ эсрэг эргэлт нь МЭӨ 200 онд арван дөрөвдүгээр эшлэлийг биелүүлсэн Египетийн хүүхэд-хааны дэмжлэг нь эцсийн өдрүүдэд дэмжлэгийн дутагдлыг төлөөлдөг болохыг бидэнд мэдээлж байна.</w:t>
      </w:r>
    </w:p>
    <w:p>
      <w:pPr>
        <w:pStyle w:val="ArticleBody"/>
        <w:jc w:val="left"/>
      </w:pPr>
      <w:r>
        <w:rPr>
          <w:rFonts w:ascii="Times New Roman" w:hAnsi="Times New Roman" w:eastAsia="Times New Roman" w:cs="Times New Roman"/>
        </w:rPr>
        <w:t>2025 он нь гадаад суурь үзэгдэл буюу эш үзүүллэгийг тогтоодог. Учир нь энэ нь Даниелын “хоосролын жигшүүрт зүйл” хэмээх бэлгэдлээр тодорхойлсон Ромын сэрэмжлүүлэг болгон Ромыг өргөмжлөн харуулдаг. “Хоосролын жигшүүрт зүйл”-ийн тухай сэрэмжлүүлэг нь “хоосрол”-оор дүрслэгдсэн сүйрлээс өмнө тохиолддог. Цестийн удирдлага дор Иерусалимыг бүслэх үед тэрхүү сэрэмжлүүлэг нь Ромын эрх мэдлийн тугуудыг ариун газрын дархан хашааны дотор байрлуулснаар илэрхийлэгдсэн. Үүнийг харсан, ойлгосон, дуулгавартай дагаж, хотоос гарсан хүмүүс бүслэлт дахин сэргэхэд хамгаалагдсан. Тэд Ромын сэрэмжлүүлэх тэмдгийг харсан. Буулт хийсэн Пергамын сүмээс тусгаарлагдсан Христэд итгэгчид, түүнээс хойш Тиатирагийн сүм ч, Бурханы сүмд нүглийн хүн заларч байгааг хараад цөл рүү зугтсан. Тэрхүү гэрчүүд эцсийн өдрүүдэд Даниелын өгүүлсэн хоосролын жигшүүрт зүйлийн тухай сэрэмжлүүлгийг тодорхойлж байна.</w:t>
      </w:r>
    </w:p>
    <w:p>
      <w:pPr>
        <w:pStyle w:val="ArticleBody"/>
        <w:jc w:val="left"/>
      </w:pPr>
      <w:r>
        <w:rPr>
          <w:rFonts w:ascii="Times New Roman" w:hAnsi="Times New Roman" w:eastAsia="Times New Roman" w:cs="Times New Roman"/>
        </w:rPr>
        <w:t>1888 он бол Цестийн бүслэлт байсан бөгөөд Ням гаргийн хуулийн хямралын төгсгөл нь Титийн бүслэлт мөн болохыг бид олонтаа харуулсан. 1880-аад оны Блэйрийн Ням гаргийн хуулийн төслүүд, мөн 1880-аад онд өмнөдийн зарим муж улсад хэрэгжүүлсэн Ням гаргийн хуулиудтай хамтдаа, Цестийн анхааруулга байсан бөгөөд үүний зэрэгцээ Систер Уайтын хөдөө амьдрах тухай зөвлөгөөн дэх зааг шугамыг мөн тэмдэглэсэн юм. 1880-аад оноос өмнө түүний зөвлөгөө нь ирээдүйд бид хөдөө рүү нүүх хэрэгтэй болно гэсэн утгатай байсан бол, 1880-аад оноос хойш хөдөө амьдрах явдал нь аль хэдийн хэрэгжсэн байх ёстой зүйл болсон. 1880-аад онд папын эрх мэдлийн захиргааны тэмдгийг дэмжсэн Блэйрийн төслүүдийн анхааруулах тэмдэг нь 9/11 дэх Патриот актыг хэв шинжээрээ төлөөлсөн; учир нь Илчлэлт арван наймын тэнгэрэлч эдгээр хоёр түүхэнд хоёуланд нь үзэгдсэн юм.</w:t>
      </w:r>
    </w:p>
    <w:p>
      <w:pPr>
        <w:pStyle w:val="ArticleBody"/>
        <w:jc w:val="left"/>
      </w:pPr>
      <w:r>
        <w:rPr>
          <w:rFonts w:ascii="Times New Roman" w:hAnsi="Times New Roman" w:eastAsia="Times New Roman" w:cs="Times New Roman"/>
        </w:rPr>
        <w:t>9/11 бол ариун газарт байх ёсгүй атлаа эрх мэдлээ тэнд байрлуулсан Цестиусын анхааруулга байсан; учир нь 9/11-өөр Ромын хууль Английн хуулийг орлосон юм. 2021 оны Пелосигийн шүүх ажиллагаануудад зохих эрх зүйн журмын заалтыг няцаасан нь Титусын бүслэлт рүү чиглэсэн бас нэгэн алхмыг илэрхийлдэг бөгөөд тэр нь АНУ-д удахгүй ирэх Ням гарагийн хуулиар төгсөнө. Бүслэлт бол цаг хугацааны нэгэн үе мөн. 1888 он нь дотоод Протестант эврийн тэрслүү байдлын тухай өгүүлдэг бөгөөд 9/11 нь гадаад Бүгд Найрамдах эврийн тэрслүү байдлын тухай өгүүлдэг. Эцсийн ерөнхийлөгч мөн тангараг өргөх тэр жилд сүр жавхлант газраас пап өргөмжлөгдсөн нь Паниумын тулалдааны яг өмнө, сүйрлийн жигшүүрт зүйл байх ёсгүй газартаа зогсож буй эцсийн анхааруулгыг илэрхийлдэг. Паниумын тулалдаан нь Ням гарагийн хууль болон Актиумын тулалдаанд шууд хүргэдэг бөгөөд энэ нь харь Ромын хувьд гурав дахь бөгөөд эцсийн саадыг төлөөлсөн; үүний дараа харь Ром Даниел 11:24-ийн биелэл болгон 360 жилийн турш дээдлэн ноёрхсон. Ням гарагийн хуулийн үед зургаа дахь болон долоо дахь хаанчлал хоёулаа Ромд эзлэгдэж, улмаар орчин үеийн Ром нэг бэлгэдэлт цаг, өөрөөр хэлбэл дөчин хоёр бэлгэдэлт сарын турш хаанчлах болно.</w:t>
      </w:r>
    </w:p>
    <w:p>
      <w:pPr>
        <w:pStyle w:val="ArticleBody"/>
        <w:jc w:val="left"/>
      </w:pPr>
      <w:r>
        <w:rPr>
          <w:rFonts w:ascii="Times New Roman" w:hAnsi="Times New Roman" w:eastAsia="Times New Roman" w:cs="Times New Roman"/>
        </w:rPr>
        <w:t>Арван зургаадугаар эшлэлд Сирийн харь Ромын анхны саадуудыг дөнгөж байлдан дагуулсан Помпей дараа нь Иерусалимыг байлдан дагуулдаг. Помпей Ромын анхны хоёр саадыг дарж авдаг бөгөөд гурав дахь саадыг Август Цезарь Актиумд байлдан дагуулдаг. Орчин үеийн Ром эхлээд дөчдүгээр эшлэлийн биелэлтээр, мөн аравдугаар эшлэлээр төлөөлөгдөн, 1989 онд өмнөдийн хааныг байлдан дагуулдаг. Дараа нь Ням гаргийн хуулийн үед орчин үеийн Ром хоёр дахь болон гурав дахь саадаа Америкийн Нэгдсэн Улс дээр, улмаар Нэгдсэн Үндэстний Байгууллага даруйхан өөрсдийн хаанчлалыг папын эрх мэдэлд өгөхөөр зөвшөөрөх үед байлдан дагуулна. Харийн Ром Помпейгаар дамжуулан хоёрыг байлдан дагуулаад дараа нь нэгийг байлдан дагуулсан бол, папын Ром 1989 онд нэгийг байлдан дагуулж, дараа нь арван зургаадугаар эшлэлд дараагийн хоёроо байлдан дагуулдаг бөгөөд тэнд Помпей хоёр дахь байлдан дагуулалтаараа тэмдэглэгдсэн байдаг.</w:t>
      </w:r>
    </w:p>
    <w:p>
      <w:pPr>
        <w:pStyle w:val="ArticleBody"/>
        <w:jc w:val="left"/>
      </w:pPr>
      <w:r>
        <w:rPr>
          <w:rFonts w:ascii="Times New Roman" w:hAnsi="Times New Roman" w:eastAsia="Times New Roman" w:cs="Times New Roman"/>
        </w:rPr>
        <w:t>Энэ нь харь шүтлэгт Ромын хувьд Акциум дахь гурав дахь саад байсан ч бай, эсвэл 538 онд Готууд Ром хотоос хөөгдөн гарснаар төлөөлөгдсөн гурав дахь саад байсан ч бай, Ром гурав дахь саадыг даван гарах үедээ дээд эрхтэйгээр ноёрхдог.</w:t>
      </w:r>
    </w:p>
    <w:p>
      <w:pPr>
        <w:pStyle w:val="ArticleScripture"/>
        <w:jc w:val="left"/>
      </w:pPr>
      <w:r>
        <w:rPr>
          <w:rFonts w:ascii="Times New Roman" w:hAnsi="Times New Roman" w:eastAsia="Times New Roman" w:cs="Times New Roman"/>
        </w:rPr>
        <w:t>Үнэхээр Эзэн Бурхан Өөрийн нууцыг Өөрийн зарц бошиглогчдодоо илчлэхгүйгээр юу ч үйлдэхгүй. Амос 3:7.</w:t>
      </w:r>
    </w:p>
    <w:p>
      <w:pPr>
        <w:pStyle w:val="ArticleBody"/>
        <w:jc w:val="left"/>
      </w:pPr>
      <w:r>
        <w:rPr>
          <w:rFonts w:ascii="Times New Roman" w:hAnsi="Times New Roman" w:eastAsia="Times New Roman" w:cs="Times New Roman"/>
        </w:rPr>
        <w:t>Эзэн гарцаагүйгээр, Даниелын номд эзрэн сүйтгэгч жигшүүрт зүйл хэмээн дүрслэгдсэн анхааруулах тэмдгийн эцсийн илрэлийг, сүйрэл ирэхээс өмнө өгнө. Тэрхүү анхааруулах тэмдэг нь 2025 онд дүрслэгдэж буй Рейганы нууц холбооноос эсрэгцэн тавигдах ил тод холбоо юм. Эзэн эхлээд анхааруулга өгөлгүйгээр шийтгэл авчрахгүй бөгөөд Амос Түүний зарц нарт өгөгдөх нууц илчлэл юу болох, мөн тэр нь хэнд чиглэгддэг талаар тун тодорхой өгүүлдэг.</w:t>
      </w:r>
    </w:p>
    <w:p>
      <w:pPr>
        <w:pStyle w:val="ArticleScripture"/>
        <w:jc w:val="left"/>
      </w:pPr>
      <w:r>
        <w:rPr>
          <w:rFonts w:ascii="Times New Roman" w:hAnsi="Times New Roman" w:eastAsia="Times New Roman" w:cs="Times New Roman"/>
        </w:rPr>
        <w:t>Израилийн хөвгүүд ээ, ЭЗЭН та нарын эсрэг, Миний Египетийн газраас гарган авчирсан бүхэл бүтэн угсааны эсрэг айлдсан энэ үгийг сонсогтун. Тэрээр айлдах нь: Газар дэлхийн бүх угсаатнуудаас Би зөвхөн та нарыг л мэдсэн; иймийн тул Би та нарын бүх гэм буруугийн төлөө та нарыг шийтгэнэ. Амос 3:1, 2.</w:t>
      </w:r>
    </w:p>
    <w:p>
      <w:pPr>
        <w:pStyle w:val="ArticleBody"/>
        <w:jc w:val="left"/>
      </w:pPr>
      <w:r>
        <w:rPr>
          <w:rFonts w:ascii="Times New Roman" w:hAnsi="Times New Roman" w:eastAsia="Times New Roman" w:cs="Times New Roman"/>
        </w:rPr>
        <w:t>Амос нь Езекиелийн наймдугаар бүлэгт наранд мөргөн бөхийдөг хорин таван хүний жишээтэй нийцүүлэн, шийтгэгдэх ёстой Бурханы гэрээт, сонгогдсон ард түмний эцсийн үед хандан ярьж байна. Амос нь амьд хүмүүсийн шүүлтийн цагт нүгэл арилган устгагдах үеийн гурав дахь тэнгэрэлчийн мэдээ болох Лаодикейн мэдээг тунхаглаж байна. Амосын анхааруулга нь хоёр намын нэгдэлд үндэслэж байна.</w:t>
      </w:r>
    </w:p>
    <w:p>
      <w:pPr>
        <w:pStyle w:val="ArticleScripture"/>
        <w:jc w:val="left"/>
      </w:pPr>
      <w:r>
        <w:rPr>
          <w:rFonts w:ascii="Times New Roman" w:hAnsi="Times New Roman" w:eastAsia="Times New Roman" w:cs="Times New Roman"/>
        </w:rPr>
        <w:t>Хоёр хүн санал нийлээгүй атлаа хамт алхаж чадах уу? Арслан олзгүй атлаа ойд архирч чадах уу? Залуу арслан юу ч бариагүй атлаа ичээнээсээ бархирч чадах уу? Түүнд зориулсан урхи байхгүй байхад шувуу газарт тавьсан урхинд унаж чадах уу? Юу ч баригдаагүй байхад хүн урхийг газраас татан авч чадах уу? Хотод бүрээ үлээхэд ард олон айхгүй байж чадах уу? Хотод гай гамшиг тохиоход ЭЗЭН түүнийг үйлдээгүй гэж үү? Амос 3:3–6.</w:t>
      </w:r>
    </w:p>
    <w:p>
      <w:pPr>
        <w:pStyle w:val="ArticleBody"/>
        <w:jc w:val="left"/>
      </w:pPr>
      <w:r>
        <w:rPr>
          <w:rFonts w:ascii="Times New Roman" w:hAnsi="Times New Roman" w:eastAsia="Times New Roman" w:cs="Times New Roman"/>
        </w:rPr>
        <w:t>Хоёр нь нэгэн адил хамт явах тухай анхааруулга нь газраас шувууг барьж авах урхины нөхцөл дунд тавигдсан байдаг. Шувууд нь шашны байгууллагуудын бэлгэдэл бөгөөд Илчлэлт номд папын засаглал нь бузар, жигшүүрт бүх шувууны торон хороо мөн.</w:t>
      </w:r>
    </w:p>
    <w:p>
      <w:pPr>
        <w:pStyle w:val="ArticleScripture"/>
        <w:jc w:val="left"/>
      </w:pPr>
      <w:r>
        <w:rPr>
          <w:rFonts w:ascii="Times New Roman" w:hAnsi="Times New Roman" w:eastAsia="Times New Roman" w:cs="Times New Roman"/>
        </w:rPr>
        <w:t>Тэрээр хүчтэй дуугаар ихэд хашхиран: Агуу Вавилон нуран унав, нуран унав; тэр нь чөтгөрүүдийн орогнох газар, аливаа бузар сүнсний үүр, аливаа бузар бөгөөд жигшүүрт шувууны тор болжээ. Учир нь бүх үндэстэн түүний завхайрлын хилэнгийн дарснаас уусан, газрын хаад түүнтэй завхайрсан, газрын худалдаачид түүний тансаглалын арвин байдлаар баяжсан билээ. Илчлэлт 18:2, 3.</w:t>
      </w:r>
    </w:p>
    <w:p>
      <w:pPr>
        <w:pStyle w:val="ArticleBody"/>
        <w:jc w:val="left"/>
      </w:pPr>
      <w:r>
        <w:rPr>
          <w:rFonts w:ascii="Times New Roman" w:hAnsi="Times New Roman" w:eastAsia="Times New Roman" w:cs="Times New Roman"/>
        </w:rPr>
        <w:t>Торонд буй шувуу бол баригдсан шувуу мөн бөгөөд нэгэн үндэстэн Ромын янхантай садарлан завхайрахад тэр нь баригдсан шувуу болдог. Мөн бошиглолын бусад бүх шувуунаас дээгүүр өргөгддөг шувуу нь гурвалсан гэр нь баригдаж, Ням гаргийн хуулиар тогтоогдон, өөрийн байранд буюу Шинар хэмээх Вавилонд байршуулсан хүч юм. Энэ нь 1798 онд үхлийн шарх авсан, эсвэл Зехариагийн хэлснээр сагсан дээр нь тугалган таг тавигдсан боловч үүний дараа спиритизм болон тэрслүү протестантизмын шувуудаар өргөгдсөн тэрхүү шувуу мөн.</w:t>
      </w:r>
    </w:p>
    <w:p>
      <w:pPr>
        <w:pStyle w:val="ArticleScripture"/>
        <w:jc w:val="left"/>
      </w:pPr>
      <w:r>
        <w:rPr>
          <w:rFonts w:ascii="Times New Roman" w:hAnsi="Times New Roman" w:eastAsia="Times New Roman" w:cs="Times New Roman"/>
        </w:rPr>
        <w:t>Дараа нь надтай ярилцдаг тэнгэрэлч гарч ирээд надад, —Одоо нүдээ өргөөд, энэ гарч яваа зүйл юу болохыг хар гэв. Тэгэхэд би, —Энэ юу вэ? гэж асуув. Тэр, —Энэ бол гарч яваа нэг ефа байна гэв. Тэр цааш нь, —Энэ нь бүх дэлхий даяарх тэдний дүр төрх мөн гэв. Тэгтэл, харагтун, тугалганы нэг талант өргөгдөв; мөн энэ нь ефагийн дунд сууж буй нэгэн эмэгтэй байв. Тэр, —Энэ бол хорон муу явдал мөн гэв. Тэгээд тэр түүнийг ефагийн дунд шидэж оруулаад, амсар дээр нь тугалганы хүндийг тавив. Дараа нь би нүдээ өргөн харвал, харагтун, хоёр эмэгтэй гарч ирэв, мөн тэдний жигүүрт салхи байв; учир нь тэд өрөвтасын жигүүр мэт жигүүртэй байлаа. Тэд ефаг газар ба тэнгэрийн хооронд өргөв. Тэгээд би надтай ярилцдаг тэнгэрэлчид, —Эдгээр нь ефаг хааш нь авч явж байна вэ? гэж хэлэв. Тэр надад, —Шинарын нутагт түүнд зориулан нэгэн байшин барихаар явж байна; тэгээд тэр нь тогтоогдож, тэнд өөрийн суурин дээр тавигдах болно гэв. Зехариа 5:5–11.</w:t>
      </w:r>
    </w:p>
    <w:p>
      <w:pPr>
        <w:pStyle w:val="ArticleBody"/>
        <w:jc w:val="left"/>
      </w:pPr>
      <w:r>
        <w:rPr>
          <w:rFonts w:ascii="Times New Roman" w:hAnsi="Times New Roman" w:eastAsia="Times New Roman" w:cs="Times New Roman"/>
        </w:rPr>
        <w:t>Амосын урхи шувууг газраас барьж авдаг, учир нь энэ нь удахгүй ирэх Ням гарагийн хуулиас өмнө байгуулагдах холбоог төлөөлдөг бөгөөд тэр үед газрын шувуу баригдах болно. Амосын хэлснээр, тэрхүү холбоо нь Лаодикийн Долоо дахь өдрийн Адвентизмд өгөгдөх зэмлэл мөн, учир нь хотод анхааруулах бүрээ үлээгдэх боловч тэд түүнийг сонсохоос татгалзах болно.</w:t>
      </w:r>
    </w:p>
    <w:p>
      <w:pPr>
        <w:pStyle w:val="ArticleScripture"/>
        <w:jc w:val="left"/>
      </w:pPr>
      <w:r>
        <w:rPr>
          <w:rFonts w:ascii="Times New Roman" w:hAnsi="Times New Roman" w:eastAsia="Times New Roman" w:cs="Times New Roman"/>
        </w:rPr>
        <w:t>Хотод бүрээ үлээхэд ард олон айхгүй байх уу? Хотод гай гамшиг тохиоход ЭЗЭН түүнийг үйлдээгүй байх уу? Үнэхээр Эзэн БУРХАН Өөрийн нууцыг Өөрийн зарц эш үзүүлэгчдэдээ илчилэлгүйгээр юу ч үйлдэхгүй. Арслан хүрхэрсэн байхад хэн айхгүй байх вэ? Эзэн БУРХАН айлдсан байхад хэн эш үзүүлэхгүй байж чадах вэ? Амос 3:6–8.</w:t>
      </w:r>
    </w:p>
    <w:p>
      <w:pPr>
        <w:pStyle w:val="ArticleBody"/>
        <w:jc w:val="left"/>
      </w:pPr>
      <w:r>
        <w:rPr>
          <w:rFonts w:ascii="Times New Roman" w:hAnsi="Times New Roman" w:eastAsia="Times New Roman" w:cs="Times New Roman"/>
        </w:rPr>
        <w:t>Архирч буй Арслан бол Иудагийн овгийн Арслан бөгөөд Тэр Өөрийн эш үзүүллэгийн Үгээ лацдаж, мөн лацыг нь нээх үедээ Христийг төлөөлдөг. 2025 оны ил тод холбоо нь Цестийн бүслэлтийг илэрхийлдэг бөгөөд хэзээ ч хамт орших ёсгүй хоёр нь хамт явахыг та нар харах үед Бурханы ард түмнийг дээрэмдэгчдийн бэлгэдэл тогтоогддог. Ром Протестантуудтай холбоотон болж, нэг шугамд оршино гэдэг нь дотоод зөрчилтэй ойлголт мөн. Учир нь Протестант байна гэдэг нь Ромын эсрэг эсэргүүцэхийг хэлдэг.</w:t>
      </w:r>
    </w:p>
    <w:p>
      <w:pPr>
        <w:pStyle w:val="ArticleBody"/>
        <w:jc w:val="left"/>
      </w:pPr>
      <w:r>
        <w:rPr>
          <w:rFonts w:ascii="Times New Roman" w:hAnsi="Times New Roman" w:eastAsia="Times New Roman" w:cs="Times New Roman"/>
        </w:rPr>
        <w:t>Бид эдгээр зүйлсийг дараагийн өгүүлэлд үргэлжлүүлэн авч үзнэ.</w:t>
      </w:r>
    </w:p>
    <w:p>
      <w:pPr>
        <w:pStyle w:val="ArticleHeading"/>
        <w:jc w:val="left"/>
      </w:pPr>
      <w:r>
        <w:rPr>
          <w:rFonts w:ascii="Arial" w:hAnsi="Arial" w:eastAsia="Arial" w:cs="Arial"/>
        </w:rPr>
        <w:t>Урхинаас зугтахад хэтэрхий оройтсон нь</w:t>
      </w:r>
    </w:p>
    <w:p>
      <w:pPr>
        <w:pStyle w:val="ArticleScripture"/>
        <w:jc w:val="left"/>
      </w:pPr>
      <w:r>
        <w:rPr>
          <w:rFonts w:ascii="Times New Roman" w:hAnsi="Times New Roman" w:eastAsia="Times New Roman" w:cs="Times New Roman"/>
        </w:rPr>
        <w:t>“Мөн Ром хэзээ ч өөрчлөгддөггүй хэмээн сайрхдагийг санагтун. Григорий VII болон Иннокентий III-ын зарчмууд нь өнөө хэр Ромын Католик Сүмийн зарчмууд мөн хэвээр байна. Хэрэв түүнд эрх мэдэл нь л байсан бол, өнгөрсөн зууны үеийн адил эрч хүчтэйгээр тэдгээрийг өнөөдөр ч хэрэгжүүлэх байсан. Ням гаргийг өргөмжлөх үйл хэрэгт Ромын тусламжийг хүлээн авахыг санал болгож буйдаа протестантууд юу хийж байгаагаа төдийлөн мэддэггүй. Тэд зорилгоо хэрэгжүүлэхээр шамдан байх зуур, Ром өөрийн эрх мэдлийг дахин тогтоож, алдсан ноёрхлоо сэргээхийг зорьж байна. Зөвхөн нэгэнтээ л АНУ-д сүм төрийн эрх мэдлийг ашиглаж, эсвэл түүнийг хяналтдаа байлгаж болно; шашны мөрдлөгүүдийг иргэний хуулиар албадан мөрдүүлж болно; товчоор хэлбэл, сүм ба төрийн эрх мэдэл хүний мөс чанарыг ноёрхох ёстой гэсэн зарчим тогтоогдмогц, энэ улсад Ромын ялалт баталгаажна.</w:t>
      </w:r>
    </w:p>
    <w:p>
      <w:pPr>
        <w:pStyle w:val="ArticleScripture"/>
        <w:jc w:val="left"/>
      </w:pPr>
      <w:r>
        <w:rPr>
          <w:rFonts w:ascii="Times New Roman" w:hAnsi="Times New Roman" w:eastAsia="Times New Roman" w:cs="Times New Roman"/>
        </w:rPr>
        <w:t>“Бурханы үг айсуй аюулын тухай анхааруулсан; хэрэв үүнийг үл хайхарвал, Протестант ертөнц Ромын зорилго үнэндээ юу болохыг урхинаас зайлан гарч чадахааргүй хэтэрхий оройтсон хойно л мэдэх болно. Тэрээр чимээгүйхэн хүч нөлөөнд өсөн нэмэгдэж байна. Түүний сургаалууд хууль тогтоох танхимууд, сүм чуулганууд, мөн хүмүүсийн зүрх сэтгэлд нөлөөгөө үзүүлж байна. Тэрээр урьд цагийн хавчлагуудаа дахин давтах нууц далд өрөөнүүд бүхий сүрлэг, бат бэх байгууламжуудаа босгож байна. Цохилт өгөх цаг нь ирэхэд өөрийн зорилгыг урагшлуулахын тулд тэрээр сэмхэн, хэнд ч сэжиг төрүүлэхгүйгээр хүчээ зузаатгаж байна. Түүний хүсэж буй бүхэн нь давуу байр суурь бөгөөд энэ нь түүнд аль хэдийн өгөгдөж байна. Ромын элементийн зорилго юу болохыг бид тун удахгүй харж, мөн биеэр мэдрэх болно. Бурханы үгэнд итгэж, түүнд дуулгавартай байх хэн боловч үүний улмаас зэмлэл, хавчлагад өртөх болно.” Агуу тэмцэл, 581.</w:t>
      </w:r>
    </w:p>
    <w:p>
      <w:pPr>
        <w:pStyle w:val="ArticleScripture"/>
        <w:jc w:val="left"/>
      </w:pPr>
      <w:r>
        <w:rPr>
          <w:rFonts w:ascii="Times New Roman" w:hAnsi="Times New Roman" w:eastAsia="Times New Roman" w:cs="Times New Roman"/>
        </w:rPr>
        <w:t>“Ёс бусын дунд, мэхлэлтийн ба төөрөгдлийн дунд, үхлийн сүүдрийн яг дор орших нэгэн ертөнц байна,—унтаж байна, унтаж байна. Тэднийг сэрээхийн тулд сэтгэлийн шаналал эдэлж буй нь хэн бэ? Ямар дуу хоолой тэдэнд хүрч чадах вэ? Миний оюун ухаан ирээдүй рүү хөтлөгдөж, тэнд ‘Харагтун, Сүйт залуу ирж байна; Түүнийг угтан гарагтун’ гэсэн дохио өгөгдөх болно. Гэвч зарим нь дэнлүүндээ нэмэн дүүргэх тосыг авахыг хойшлуулсан байх бөгөөд, хэтэрхий оройтсоны дараа тэд тосоор төлөөлөгдсөн зан чанар шилжүүлэн өгөгдөшгүй болохыг мэдэх болно. Тэр тос бол Христийн зөвт байдал мөн. Энэ нь зан чанарыг төлөөлдөг бөгөөд зан чанар шилжүүлэн өгөгдөшгүй. Хэн ч үүнийг өөр нэгний төлөө олж авч чадахгүй. Хүн бүр нүглийн аливаа толбоноос ариусгагдсан зан чанарыг өөртөө зориулан олж авах ёстой.” Bible Echo, 1896 оны 5 дугаар сарын 4.</w:t>
      </w:r>
    </w:p>
    <w:p>
      <w:pPr>
        <w:pStyle w:val="ArticleScripture"/>
        <w:jc w:val="left"/>
      </w:pPr>
      <w:r>
        <w:rPr>
          <w:rFonts w:ascii="Times New Roman" w:hAnsi="Times New Roman" w:eastAsia="Times New Roman" w:cs="Times New Roman"/>
        </w:rPr>
        <w:t>“Одоогийн үнэний дутагдлаас болж хөөрхий сүнснүүд мөхөж байгааг, мөн үнэнийг итгэнэ хэмээн өөрсдийгөө тунхаглагчдын зарим нь Бурханы ажлыг урагшлуулахад шаардлагатай хэрэгслийг барин үлдээснээр тэднийг мөхөхөд хүргэж байгааг би үзэхэд, тэр дүр зураг хэтэрхий шаналалтай байсан тул үүнийг надаас зайлуулж өгөхийг би тэнгэрэлчээс гуйсан. Бурханы хэрэг тэдний өмч хөрөнгөөс заримыг нь шаардах үед, Есүс уруу ирсэн өнөөх залуугийн адил (Матай 19:16–22) тэд гуниглан буцаж явдгийг би харсан; удалгүй халин бялхсан ташуур өнгөрөн ирж, тэдний өмчийг бүхэлд нь хаман одох бөгөөд, тэгэхэд газар дэлхийн эд хөрөнгийг золиосолж, тэнгэрт эрдэнэс хураахад хэтэрхий оройтсон байх болно.” Эртний бичвэрүүд, 49.</w:t>
      </w:r>
    </w:p>
    <w:p>
      <w:pPr>
        <w:pStyle w:val="ArticleScripture"/>
        <w:jc w:val="left"/>
      </w:pPr>
      <w:r>
        <w:rPr>
          <w:rFonts w:ascii="Times New Roman" w:hAnsi="Times New Roman" w:eastAsia="Times New Roman" w:cs="Times New Roman"/>
        </w:rPr>
        <w:t>“Иуда өөрийн гуйлтууд талаар өнгөрснийг хараад, «Хэтэрхий оройтжээ! Хэтэрхий оройтжээ!» хэмээн хашхирсаар танхимаас яаран гарч одов. Тэрээр Есүсийг цовдлогдохыг үзэн амьд байж үл чадна гэдгээ мэдэрч, цөхрөн гарч явсаар өөрийгөө дүүжилжээ.”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Хорьдугаар бүлэг</dc:title>
  <dc:subject>Даниел 11-ийн үйл явдлын дараалал ба 2025 оны анхааруулга</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