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Хорин Нэг</w:t>
      </w:r>
    </w:p>
    <w:p>
      <w:pPr>
        <w:pStyle w:val="ArticleSubtitle"/>
        <w:jc w:val="left"/>
      </w:pPr>
      <w:r>
        <w:rPr>
          <w:rFonts w:ascii="Arial" w:hAnsi="Arial" w:eastAsia="Arial" w:cs="Arial"/>
        </w:rPr>
        <w:t>Алдарт нутаг дахь ням гаргийн хуулийг чиглэсэн хөдөлгөөн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Даниел арван нэгдүгээр бүлгийн арван зургаагаас хорин хоёрдугаар эшлэл хүртэлх түүх нь Ням гаргийн хуулийн бэлгэдлээр эхэлж, мөн тэрхүү бэлгэдлээр төгсөнө. Энэ шугамын эхлэл ба төгсгөл ижил байгаа нь Христийн гарын үсэг, өөрөөр хэлбэл Альфа ба Омега мөн болохыг илтгэнэ. Зөгнөлийн хувьд энэ нь арван зургаадугаар эшлэлийг хорин хоёрдугаар эшлэлтэй зэрэгцүүлэн тохируулахыг шаарддаг. Үүнийг хийвэл, Маккавейчуудын шугамаар төлөөлөгдсөн алдарт газрын түүхийг аравдугаараас арван тавдугаар эшлэлүүдийн түүх рүү шилжүүлдэг.</w:t>
      </w:r>
    </w:p>
    <w:p>
      <w:pPr>
        <w:pStyle w:val="ArticleHeading"/>
        <w:jc w:val="left"/>
      </w:pPr>
      <w:r>
        <w:rPr>
          <w:rFonts w:ascii="Arial" w:hAnsi="Arial" w:eastAsia="Arial" w:cs="Arial"/>
        </w:rPr>
        <w:t>Маккабейнхэн</w:t>
      </w:r>
    </w:p>
    <w:p>
      <w:pPr>
        <w:pStyle w:val="ArticleBody"/>
        <w:jc w:val="left"/>
      </w:pPr>
      <w:r>
        <w:rPr>
          <w:rFonts w:ascii="Times New Roman" w:hAnsi="Times New Roman" w:eastAsia="Times New Roman" w:cs="Times New Roman"/>
        </w:rPr>
        <w:t>Маккавейн бослого нь 1776 онд эхэлж, 1798 онд АНУ Библийн эш үзүүллэгийн зургаа дахь хаант улс болох үед төгссөн хорин хоёр жилийг төлөөлдөг. Ингэснээр хорин хоёрын тоо нь 1798 оны төгсгөлийн цагтай шууд холбогдсон түүх болох нь тогтоогдож байна. Учир нь Даниел арван нэгдүгээр бүлгийн дөчдүгээр эшлэл тэндээс эхэлдэг.</w:t>
      </w:r>
    </w:p>
    <w:p>
      <w:pPr>
        <w:pStyle w:val="ArticleBody"/>
        <w:jc w:val="left"/>
      </w:pPr>
      <w:r>
        <w:rPr>
          <w:rFonts w:ascii="Times New Roman" w:hAnsi="Times New Roman" w:eastAsia="Times New Roman" w:cs="Times New Roman"/>
        </w:rPr>
        <w:t>Хорин хоёр тооны 1798 онтой холбогдох хамаарлыг тодорхойлох нь чухал юм. Маккавейн бослого нь Америкийн хувьсгалыг бэлгэдэн үзүүлэхдээ, сүр жавхлант газрын (шууд утгаараа болон сүнслэг утгаараа) аль аль хувьсгалыг Селевкидүүдийн болон Европын хаадын төрийн бодлогыг, мөн Грек ба Ромын сүмийн ноёрхлыг няцаасан хувьсгалууд болгон уялдуулж байна. Түүхэн эдгээр хоёр гэрчлэлд Грек ба Ром нь хойд зүгийн хааныг төлөөлж байв.</w:t>
      </w:r>
    </w:p>
    <w:p>
      <w:pPr>
        <w:pStyle w:val="ArticleBody"/>
        <w:jc w:val="left"/>
      </w:pPr>
      <w:r>
        <w:rPr>
          <w:rFonts w:ascii="Times New Roman" w:hAnsi="Times New Roman" w:eastAsia="Times New Roman" w:cs="Times New Roman"/>
        </w:rPr>
        <w:t>Маккавейн угсаа нь хорин гуравдугаар эшлэлд дүрслэгдсэн байдаг, гэвч энэ нь арван тавдугаар эшлэлийн Паниумаас хойш 33 жилийн дараа эхэлсэн түүхийг, мөн арван зургадугаар эшлэлийн Помпейгаас зуу гаруй жилийн өмнөх үеийг төлөөлдөг. Энэ угсаа нь загалмайн шүүлтээр төгсдөг бөгөөд уг шүүлтийн хугацаа МЭ 70 он хүртэл сунан үргэлжилсэн хэдий ч, хорин хоёрдугаар эшлэлд тэрхүү шүүлтийн үеийг зүгээр л загалмай хэмээн тодорхойлсон байдаг. Зөнчлөлийн хувьд, 1776 оноос эхлэн сүр жавхлант газрыг төлөөлөх Маккавейн шугам, дараа нь Хасмонейн угсаагаар 1798 он, түүнээс хойш Иродын угсаагаар дамжин загалмай болон МЭ 70 он хүртэл үргэлжилдэг бөгөөд хорин хоёрдугаар эшлэл дээр төгсөж, 1776 оноос 1798 он хүртэлх хорин хоёр жилийн хугацаагаар эхэлдэг. 1776 оноос 1798 он хүртэлх тэрхүү хорин хоёр жил нь мөн 9/11-ээс 2023 он хүртэлх хорин хоёр жилийг хэв шинжээрээ төлөөлдөг бөгөөд энэ нь Даниел аравдугаар бүлэгт хорин хоёр өдөр болгон хэв шинжээр үзүүлэгдсэн юм. Маккавейн шугам нь “хорин хоёр”-оор эхэлж, “хорин хоёр”-оор төгсдөг.</w:t>
      </w:r>
    </w:p>
    <w:p>
      <w:pPr>
        <w:pStyle w:val="ArticleHeading"/>
        <w:jc w:val="left"/>
      </w:pPr>
      <w:r>
        <w:rPr>
          <w:rFonts w:ascii="Arial" w:hAnsi="Arial" w:eastAsia="Arial" w:cs="Arial"/>
        </w:rPr>
        <w:t>Ромын дөрвөн захирагч</w:t>
      </w:r>
    </w:p>
    <w:p>
      <w:pPr>
        <w:pStyle w:val="ArticleBody"/>
        <w:jc w:val="left"/>
      </w:pPr>
      <w:r>
        <w:rPr>
          <w:rFonts w:ascii="Times New Roman" w:hAnsi="Times New Roman" w:eastAsia="Times New Roman" w:cs="Times New Roman"/>
        </w:rPr>
        <w:t>Арван зургаагаас хорин хоёрдугаар эшлэлүүд нь Ромын дөрвөн захирагчийг шууд нэрлэн зааж, мөн эдгээр эшлэлүүдийн доторх өөр нэгэн шугамыг төлөөлдөг. Маккавейн шугам нь “давтан өгүүлж, дэлгэрүүлэх” зарчим дээр тулгуурлан уялдуулсан бөгөөд Ромын шугам нь эшлэлүүдэд шууд дүрслэгдсэн байдаг. Ром МЭӨ 31 онд Актиумын тулалдаанд Библийн эш үзүүллэгийн дөрөв дэх хаанчлалын хувьд сэнтийд гарч ирэх үед Помпей гурван саадыг дотроос эхний хоёрыг байлдан дагуулсан. Түүний дараа Юлий Цезарь, Август Цезарь, Тиберий Цезарь нар залгамжилсан. Помпей жанжин байсан бөгөөд сүүлчийн гурван бэлгэдэл нь эзэн хаадын хувьд хоорондоо холбогддог.</w:t>
      </w:r>
    </w:p>
    <w:p>
      <w:pPr>
        <w:pStyle w:val="ArticleBody"/>
        <w:jc w:val="left"/>
      </w:pPr>
      <w:r>
        <w:rPr>
          <w:rFonts w:ascii="Times New Roman" w:hAnsi="Times New Roman" w:eastAsia="Times New Roman" w:cs="Times New Roman"/>
        </w:rPr>
        <w:t>Дөрвөн захирагчийн сүүлчийнх нь Христ цовдлогдсон газарт, хорин хоёрдугаар эшлэлд нас бардаг тул бид Ромын дөрвөн захирагчийн сүүлчийнхийг арван зургадугаар эшлэлийн Ням гаргийн хууль хүртэл эргүүлэн авч үзэх ёстой. Үүнийг хийхэд Помпей нь дөрвөн замын тэмдгийн эхнийхийг төлөөлөх бөгөөд, дөрөв дэх буюу эцсийн замын тэмдэг нь арван зургадугаар эшлэлийн Ням гаргийн хуультай давхцан нийцнэ. Арван зургадугаар эшлэлийг Тиберий Цезарь төлөөлөх бөгөөд, арван тавдугаар эшлэлийн Паниумын тулалдааныг Август Цезарь, арван нэгдүгээр эшлэлийн Рафиагийн тулалдааныг Юлий Цезарь төлөөлнө; ийнхүү Генерал Помпейг аравдугаар эшлэл болон 1989 он гэж тэмдэглэж байна.</w:t>
      </w:r>
    </w:p>
    <w:p>
      <w:pPr>
        <w:pStyle w:val="ArticleBody"/>
        <w:jc w:val="left"/>
      </w:pPr>
      <w:r>
        <w:rPr>
          <w:rFonts w:ascii="Times New Roman" w:hAnsi="Times New Roman" w:eastAsia="Times New Roman" w:cs="Times New Roman"/>
        </w:rPr>
        <w:t>Энэ нь Даниел 11-ийн дөчдүгээр эшлэлийн “далд түүх” буюу 1989 онд Зөвлөлт Холбоот Улс нуран унаснаас эхлэн дөчин нэгдүгээр эшлэлийн Ням гаргийн хууль хүртэлх түүх нь аравдугаараас хорин гуравдугаар эшлэлүүдээр дүрслэгдсэн түүхэнд байдаг эш үзүүллэгийн гурван шугамаар төлөөлөгдөж байгааг тодорхойлж байна. Маккабичууд, Ромын захирагчид болон Ромын төлөөний хүчнүүдийн гурван тулаан.</w:t>
      </w:r>
    </w:p>
    <w:p>
      <w:pPr>
        <w:pStyle w:val="ArticleScripture"/>
        <w:jc w:val="left"/>
      </w:pPr>
      <w:r>
        <w:rPr>
          <w:rFonts w:ascii="Times New Roman" w:hAnsi="Times New Roman" w:eastAsia="Times New Roman" w:cs="Times New Roman"/>
        </w:rPr>
        <w:t>Би та нарт очих гэж байгаа минь энэ гурав дахь удаа юм. Хоёр буюу гурван гэрчийн амаар үг бүр батлагдах болно. 2 Коринт 13:1.</w:t>
      </w:r>
    </w:p>
    <w:p>
      <w:pPr>
        <w:pStyle w:val="ArticleHeading"/>
        <w:jc w:val="left"/>
      </w:pPr>
      <w:r>
        <w:rPr>
          <w:rFonts w:ascii="Arial" w:hAnsi="Arial" w:eastAsia="Arial" w:cs="Arial"/>
        </w:rPr>
        <w:t>Гурван төлөөллийн дайн</w:t>
      </w:r>
    </w:p>
    <w:p>
      <w:pPr>
        <w:pStyle w:val="ArticleBody"/>
        <w:jc w:val="left"/>
      </w:pPr>
      <w:r>
        <w:rPr>
          <w:rFonts w:ascii="Times New Roman" w:hAnsi="Times New Roman" w:eastAsia="Times New Roman" w:cs="Times New Roman"/>
        </w:rPr>
        <w:t>Аравдугаар эшлэл нь МЭӨ 219-өөс 217 оны хооронд болсон Сирийн дөрөвдүгээр дайны төгсгөлийг тэмдэглэдэг бөгөөд тэр үед Антиох III Магнус (Агуу) арван нэгдүгээр эшлэлийн тулалдааны өмнө дахин хүчээ төвлөрүүлсэн юм; тэрхүү тулалдаан нь Юлий Цезариар төлөөлөгдөх Рафийн тулалдаан байв. Аравдугаар эшлэл нь дөчдүгээр эшлэлд дүрслэгдсэнээр 1989 онд Зөвлөлт Холбоот Улс нуран унасныг заадаг бөгөөд Помпей тэрхүү түүхтэй дүйцэн байрладаг. Арван зургаадугаар эшлэл нь Иудагийн алдарт нутгийг эзлэн авсныг дүрслэх бөгөөд энэ нь АНУ дахь Ням гаргийн хуулийг хэв шинжээр урьдаас заадаг; гэвч Помпей мөн 1989 онтой дүйцдэг бөгөөд 1989 онд орчин үеийн Ром анхны саадаа байлдан дагуулсан боловч, ингэхдээ тэрээр мөн нэгэн зэрэг алдарт нутагтай нууц холбоо байгуулахад Роналд Рейганыг уруу татсанаар Протестант Америкийг сүнслэгээр байлдан дагуулсан юм. Ромын янхантай хаан холбоо байгуулах нь сүнслэг завхайрлыг илэрхийлдэг.</w:t>
      </w:r>
    </w:p>
    <w:p>
      <w:pPr>
        <w:pStyle w:val="ArticleBody"/>
        <w:jc w:val="left"/>
      </w:pPr>
      <w:r>
        <w:rPr>
          <w:rFonts w:ascii="Times New Roman" w:hAnsi="Times New Roman" w:eastAsia="Times New Roman" w:cs="Times New Roman"/>
        </w:rPr>
        <w:t>1989 он бол Ромын янхан дэлхийн бүх хаадтай завхайрлыг үйлдэхээр өөрийн далан жилийн хугацаанаасаа гарч эхэлсэн үе байв. Эхний хаан нь 1989 онд Америкийн Нэгдсэн Улс мөн; учир нь Америкийн Нэгдсэн Улсыг мөн Ахабаар төлөөлүүлдэг бөгөөд Ахаб нь Исаиа хорин гуравдугаар бүлэгт байдаг Тирийн янхан Иезебелтэй гэрлэсэн байв.</w:t>
      </w:r>
    </w:p>
    <w:p>
      <w:pPr>
        <w:pStyle w:val="ArticleScripture"/>
        <w:jc w:val="left"/>
      </w:pPr>
      <w:r>
        <w:rPr>
          <w:rFonts w:ascii="Times New Roman" w:hAnsi="Times New Roman" w:eastAsia="Times New Roman" w:cs="Times New Roman"/>
        </w:rPr>
        <w:t>Тэр өдөр Тир далан жилийн турш, нэг хааны өдрүүдийн хэмжээгээр мартагдах болно. Далан жилийн төгсгөлд Тир янхан эмэгтэйн адил дуулах болно. Арф аваад хотыг тойрон яв, мартагдсан чи янхан эмэгтэй минь; эргэн санагдахын тулд аялгууг сайхнаар эгшиглүүлж, олон дуу дуул. Далан жилийн төгсгөлийн дараа ЭЗЭН Тирт айлчлах бөгөөд тэрээр хөлснийхөө төлөө буцаж очиж, газрын хөрсөн дээрх дэлхийн бүх хаант улсуудтай садар самуун үйлдэх болно. Исаиа 23:15–17.</w:t>
      </w:r>
    </w:p>
    <w:p>
      <w:pPr>
        <w:pStyle w:val="ArticleBody"/>
        <w:jc w:val="left"/>
      </w:pPr>
      <w:r>
        <w:rPr>
          <w:rFonts w:ascii="Times New Roman" w:hAnsi="Times New Roman" w:eastAsia="Times New Roman" w:cs="Times New Roman"/>
        </w:rPr>
        <w:t>Даниел 11-ийн дөчдүгээр эшлэлд дүрслэгдсэнээр янхан нь 1798 онд үхлийн шархаа хүлээн авсан үедээ “эцсийн цаг”-т мартагдсан байв. 1989 оны “эцсийн цаг”-т тэрээр өөрийн эрх мэдлийн тэмдгийг хамгийн түрүүнд албадан хэрэгжүүлэх хаант улстай завхайрал үйлдэж, үхлийн шарх нь эдгэж эхлэх хугацаанд орж эхэлдэг. Тэр хаант улс нь Ахаваар, мөн 538 онд пап ламын эрх мэдлийг дэлхийн хаан ширээнд залж, папын хүчний өсөлтийг дэмжсэн тэргүүлэх хаант улс байсан Францаар төлөөлөгдсөн юм. Ийм учраас тэд “Католик сүмийн ууган хүү”, мөн “Католик сүмийн ахмад охин” хэмээн нэрлэгддэг. Франц болон Ахав хоёулаа 1989 оноос Ням гаргийн хууль хүртэлх хугацаанд АНУ-ын үүргийг гэрчилдэг.</w:t>
      </w:r>
    </w:p>
    <w:p>
      <w:pPr>
        <w:pStyle w:val="ArticleBody"/>
        <w:jc w:val="left"/>
      </w:pPr>
      <w:r>
        <w:rPr>
          <w:rFonts w:ascii="Times New Roman" w:hAnsi="Times New Roman" w:eastAsia="Times New Roman" w:cs="Times New Roman"/>
        </w:rPr>
        <w:t>Исаиа хорин гуравдугаар бүлэгт Тирийн янхан байдаг бөгөөд тэр нь мөн Илчлэлт арван долоодугаар бүлгийн янхан, духан дээрээ «Агуу Вавилон» гэж бичээстэй тэр эмэгтэй мөн. Энэ нь 1798 онд эхэлсэн Америкийн Нэгдсэн Улсын түүхийн хувьд «мартагдана»; тэр үед папын засаглал Библийн эш үзүүллэгийн тав дахь хаанчлал, Илчлэлт арван гуравдугаар бүлгийн далайн араатан байхаа больсон юм. Тэгээд Америкийн Нэгдсэн Улс Библийн эш үзүүллэгийн зургаа дахь хаанчлал болох Илчлэлт арван гуравдугаар бүлгийн газрын араатны үүргийг эхлүүлсэн. Эцэстээ Америкийн Нэгдсэн Улс Илчлэлт арван долоодугаар бүлгийн арван хаадын тэргүүлэх хаан болдог. «Далан жил» хэмээх хугацааны бэлгэдэлт түүх, «нэг хааны өдрүүд» нь Вавилон Библийн эш үзүүллэгийн анхны хаанчлал болон ноёрхсон далан жилийг илэрхийлдэг. Энэ нь 1798 оноос Ням гаргийн хууль хүртэлх Америкийн Нэгдсэн Улсын түүхийг хэв шинжлэн үзүүлдэг бөгөөд Америкийн түүхийн гадаад шугамыг Бүгд Найрамдах эвэр, дотоод шугамыг Протестант эвэр төлөөлдөг. Төрийн засаглал ба сүмийн засаглалын тусгаарлалтыг хангадаг Үндсэн хуулийн зүрх сэтгэлийг төлөөлдөг эдгээр хоёр эвэр нь Америкийн ирээдүйн сэдэв мөн.</w:t>
      </w:r>
    </w:p>
    <w:p>
      <w:pPr>
        <w:pStyle w:val="ArticleBody"/>
        <w:jc w:val="left"/>
      </w:pPr>
      <w:r>
        <w:rPr>
          <w:rFonts w:ascii="Times New Roman" w:hAnsi="Times New Roman" w:eastAsia="Times New Roman" w:cs="Times New Roman"/>
        </w:rPr>
        <w:t>Тирийн янханд мартагдахаар далан жил товлогдсон бөгөөд дараа нь 1989 онд эхэлсэн төгсгөлийн цаг үеэс Ням гаргийн хуулийн хүртэл тэрээр дуулж эхэлдэг. Тэрээр нууц холбоогоор эхэлж, Протестант Америкийн шашныг эзэмдэн авч, Зөвлөлт Холбоот Улс нуран унаснаар өмнөдийн хааны улс төрийн бүтцийг сөхрүүлсэн. “Дал” болж үржигддэг арав ба долоо хэмээн хуваагдсан арван долоон жилийн хугацааны дунд Антиох Агуу зогсож буй түүхээр төгсдөг далан жилийн хугацаа юм. Рафиа ба Паниумын хооронд төгссөн гаднах хоёр зуун тавин жилийн эхэнд Даниелын ард түмэн дээр “далан” долоо хоног тогтоогдсоноор доторх хоёр мянга гурван зуун жилийн цаг хугацааны эш үзүүллэг эхэлдэг. Тэр далан долоо хоногийн төгсгөлд, МЭ 34 онд эртний Израиль Түүний сонгогдсон гэрээт ард түмэн байхаас Бурханаас үүрд салгагдсан бөгөөд Бурхан тэр үед Өөрийн Христийн сүйт бүсгүйтэй гэрлэн, улмаар харь үндэстнүүдэд хүрч эхэлсэн юм.</w:t>
      </w:r>
    </w:p>
    <w:p>
      <w:pPr>
        <w:pStyle w:val="ArticleBody"/>
        <w:jc w:val="left"/>
      </w:pPr>
      <w:r>
        <w:rPr>
          <w:rFonts w:ascii="Times New Roman" w:hAnsi="Times New Roman" w:eastAsia="Times New Roman" w:cs="Times New Roman"/>
        </w:rPr>
        <w:t>МЭӨ 207 онд Антиох “дал”-ын дунд зогсож байгаа нь Түүний орчин үеийн Израилийг босгон байгуулахаар сонгосон “алдарт нутаг” болох өөрийн хаанчлалын ивээл хүртсэн үндэстний байр суурь төгсөж буйг илтгэнэ. Ням гаргийн хуулийн үед АНУ зургаа дахь хаанчлалын хувьд төгсөх нь Исаиагийн “далан жил”-ийн төгсгөл мөн. Антиохын хоёр зуун тавин жилийн шугам нь арван зургадугаар эшлэлийн Ням гаргийн хуулийн өмнөхөн АНУ-ын Бүгд найрамдах эвэрт зориулсан нигүүлслийн хугацаа хаагдахыг зааж байна. 1844 оны аравдугаар сарын 22-нд шүүлт эхлэхэд төгссөн хоёр мянга гурван зуун жил нь Ням гаргийн хуулийн үед шүүлт хаагдахыг бэлгэдэн төлөөлдөг. Хоёр мянга гурван зуун жил нь далан долоо хоногоор эхэлдэг бөгөөд энэ нь жинхэнэ Израиль Бурханы сонгогдсон ард түмэн байх байр суурийн төгсгөлийг тодорхойлдог. Хоёр мянга гурван зуун жилийн бүхэл хугацааны төгсгөл нь Адвентийн хөдөлгөөн Ням гаргийн хууль хүртэл үргэлжилж явах үед Протестант хөдөлгөөн төгсөхөөр дуусна. 1844 оны хаалттай хаалга давтагдах үед хаалгууд Бүгд найрамдах эвэр, Протестант эвэр, мөн засгийн газрын араатны дээр хаагдах болно.</w:t>
      </w:r>
    </w:p>
    <w:p>
      <w:pPr>
        <w:pStyle w:val="ArticleBody"/>
        <w:jc w:val="left"/>
      </w:pPr>
      <w:r>
        <w:rPr>
          <w:rFonts w:ascii="Times New Roman" w:hAnsi="Times New Roman" w:eastAsia="Times New Roman" w:cs="Times New Roman"/>
        </w:rPr>
        <w:t>Антиохыг арав ба долоон хугацааны хооронд зогсоно гэдэг нь түүний сорилтын хугацааны төгсгөлд зогсож байна гэсэн үг юм. Газрын араатан болох Америкийн Нэгдсэн Улсын засаглалын сорилтын хугацаа Ням гаргийн хуулиар хаагддаг, харин Бүгд Найрамдах эвэрний сорилтын хугацаа Ням гаргийн хуулиас өмнө хаагддаг.</w:t>
      </w:r>
    </w:p>
    <w:p>
      <w:pPr>
        <w:pStyle w:val="ArticleScripture"/>
        <w:jc w:val="left"/>
      </w:pPr>
      <w:r>
        <w:rPr>
          <w:rFonts w:ascii="Times New Roman" w:hAnsi="Times New Roman" w:eastAsia="Times New Roman" w:cs="Times New Roman"/>
        </w:rPr>
        <w:t>Есүс түүнд айлдахдаа: «Би чамд долоон удаа хүртэл гэж хэлэхгүй, харин дал дахин долоон удаа хүртэл гэж хэлнэ» гэв. Матай 18:22.</w:t>
      </w:r>
    </w:p>
    <w:p>
      <w:pPr>
        <w:pStyle w:val="ArticleBody"/>
        <w:jc w:val="left"/>
      </w:pPr>
      <w:r>
        <w:rPr>
          <w:rFonts w:ascii="Times New Roman" w:hAnsi="Times New Roman" w:eastAsia="Times New Roman" w:cs="Times New Roman"/>
        </w:rPr>
        <w:t>“далан удаа долоо” гэсэн илэрхийлэл нь тоонуудыг ийм маягийн үржвэрээр илэрхийлсэн Библи дэх цорын ганц газар мөн. “Далан удаа долоо” нь Даниелын ард түмэнд “тогтоогдсон” дөрвөн зуун ерэн жил юм. Энэ нь хорин гурван зуун жилийн эхлэлийг тавьдаг далан долоо хоног бөгөөд, яг ижил эхлэл цэгээс тоологдох хоёр зуун тавин жилийн төгсгөлд Антиох арвын ба долоогийн дунд ирдэг. Их Антиох тэнд агуу тэмцлийн ариун жүжгийн доторх өөрийн түүхийн сүүлчийн үйл явдлуудад байр сууриа эзэлдэг.</w:t>
      </w:r>
    </w:p>
    <w:p>
      <w:pPr>
        <w:pStyle w:val="ArticleBody"/>
        <w:jc w:val="left"/>
      </w:pPr>
      <w:r>
        <w:rPr>
          <w:rFonts w:ascii="Times New Roman" w:hAnsi="Times New Roman" w:eastAsia="Times New Roman" w:cs="Times New Roman"/>
        </w:rPr>
        <w:t>1844 оны хаалттай хаалга нь Ням гаргийн хуулийн хаалттай хаалгыг төлөөлдөг бөгөөд арван зургаадугаар эшлэлийн Ням гаргийн хуулиас өмнө Антиох өөрийн хаанчлалын төгсгөлийг тэмдэглэснээр эхлэх долоон жилийн хугацаа байдаг; дараа нь тэрхүү долоон жилийн төгсгөлд түүний хаанчлал эцэслэнэ. Долоон жилийн хугацаа нь араатны дүрсний сорилтын цаг үеийг төлөөлдөг бөгөөд энэ хугацаа 321 оны анхны Ням гаргийн хуулиар эхэлдэг. Эцсийн Ням гаргийн хуулийн хэв шинж болдог анхны Ням гаргийн хуулиас өмнө зарлигаар эхэлдэг арван жилийн хугацаа байдаг. 313 оны “зарлиг”-аар арван жилээр төлөөлөгдөх сорилт эхэлж, дараа нь Антиох анхны Ням гаргийн хуулийг баталснаар Бүгд найрамдах эвэрний сорилтын хугацаа төгсөнө. Долоон жилийн төгсгөлд Паниум болон Ням гаргийн хууль хүрч ирж, 330 онд дорнод ба өрнийн хуваагдлыг бий болгоно.</w:t>
      </w:r>
    </w:p>
    <w:p>
      <w:pPr>
        <w:pStyle w:val="ArticleHeading"/>
        <w:jc w:val="left"/>
      </w:pPr>
      <w:r>
        <w:rPr>
          <w:rFonts w:ascii="Arial" w:hAnsi="Arial" w:eastAsia="Arial" w:cs="Arial"/>
        </w:rPr>
        <w:t>Помпей</w:t>
      </w:r>
    </w:p>
    <w:p>
      <w:pPr>
        <w:pStyle w:val="ArticleBody"/>
        <w:jc w:val="left"/>
      </w:pPr>
      <w:r>
        <w:rPr>
          <w:rFonts w:ascii="Times New Roman" w:hAnsi="Times New Roman" w:eastAsia="Times New Roman" w:cs="Times New Roman"/>
        </w:rPr>
        <w:t>Арван зургаа дахь эшлэлд Помпей үзэсгэлэнт газрыг эзлэн авсан боловч МЭӨ 65-аас 63 он хүртэлх хоёр жилийн хугацаанд Помпей Даниел 8:9-ийн биелэл болгон үнэндээ “зүүн”-ийг болон “[үзэсгэлэнт] газар”-ыг эзлэн авч, ингэснээр дөч дэх эшлэл дэх болон 1989 оны давхар байлдан дагууллыг төлөөлөн үзүүлсэн юм.</w:t>
      </w:r>
    </w:p>
    <w:p>
      <w:pPr>
        <w:pStyle w:val="ArticleBody"/>
        <w:jc w:val="left"/>
      </w:pPr>
      <w:r>
        <w:rPr>
          <w:rFonts w:ascii="Times New Roman" w:hAnsi="Times New Roman" w:eastAsia="Times New Roman" w:cs="Times New Roman"/>
        </w:rPr>
        <w:t>Паган Ромын гурав дахь саадыг Ромын анхны албан ёсны гурвалсан холбоог байгуулснаараа тэмдэглэгддэг Август Цезарь хэрэгжүүлэх байв; энэ нь Ром дахь анхны албан ёсны гуравчилсан нэгдлийг төлөөлдөг. Ромын удирдагчдын гурав дахь замын тэмдэг дээр энэхүү гуравчилсан нэгдэл Ромын түүхэнд албан ёсоор тэмдэглэгддэг. Арван зургаа дахь эшлэл дэх Ням гаргийн хууль дээр луу, араатан, хуурамч эш үзүүлэгчийн гуравчилсан нэгдэл тогтоогдож, дараа нь Зехариагийн өгүүлснээр бузар муугийн шувуу Шинар дахь өөрийн байранд дахин тавигдана.</w:t>
      </w:r>
    </w:p>
    <w:p>
      <w:pPr>
        <w:pStyle w:val="ArticleBody"/>
        <w:jc w:val="left"/>
      </w:pPr>
      <w:r>
        <w:rPr>
          <w:rFonts w:ascii="Times New Roman" w:hAnsi="Times New Roman" w:eastAsia="Times New Roman" w:cs="Times New Roman"/>
        </w:rPr>
        <w:t>Август Цезарь анхны албан ёсны Ромын Гурвалсан холбоог байгуулсан боловч түүхчид үүнийг Хоёрдугаар Гурвалсан холбоо гэж нэрлэдэг. Учир нь Юлий Цезарь мөн нэгэн Гурвалсан холбоо байгуулсан боловч тэр нь Ромын төрийн албан ёсны Гурвалсан холбоо байгаагүй юм. Ирэх гэж буй Ням гаргийн хуулийн үед илрэх луу, араатан, хуурамч эш үзүүлэгчийн гурвалсан нэгдлийн бэлгэдэл болох Юлий болон Август Цезарийн харилцаа нь, Ням гаргийн хууль тогтоомжийг хэрэгжүүлэх хөдөлгөөний эхэнд Юлийгээр, төгсгөлд нь Августаар дүрслэгддэг. Энэхүү эш үзүүллэгийн харилцан хамаарал нь мөн 67 онд болсон Цестийн бүслэлтээр төлөөлөгдөх бөгөөд үүний дараа Титийн бүслэлт үргэлжилсэн юм. Юлий бол Цестий, Август бол Тит юм. Юлий ба Август нь гурвалсан нэгдлийг төлөөлдөг бөгөөд Цестий ба Тит нь бүслэлтийг төлөөлдөг.</w:t>
      </w:r>
    </w:p>
    <w:p>
      <w:pPr>
        <w:pStyle w:val="ArticleBody"/>
        <w:jc w:val="left"/>
      </w:pPr>
      <w:r>
        <w:rPr>
          <w:rFonts w:ascii="Times New Roman" w:hAnsi="Times New Roman" w:eastAsia="Times New Roman" w:cs="Times New Roman"/>
        </w:rPr>
        <w:t>Ням гаргийн хуулийн төлөөх хөдөлгөөн эш үзүүлгийн хувьд 313 онд эхэлдэг хугацаа нь Миланы зарлигийн үед юм. Дараа нь, арван долоон жилийн хугацааны дунд цэг болох 321 онд, анхны Ням гаргийн хууль гарч ирдэг. Хаант улсыг зүүн ба баруун болгон хуваахын гурав дахь алхам нь, АНУ-д араатны тамгыг эсвэл Бурханы лацыг хүлээн авдаг хүмүүс болон хүлээн авдаггүй хүмүүсийн хоорондын хуваагдлыг төлөөлөх бөгөөд, 330 он байв. Нэг Ням гаргийн хууль руу хөтөлдөг Ням гаргийн хуулиудын цуврал байдаг бөгөөд 321 он нь анхны Ням гаргийн хуулийг төлөөлж, тэр нь 330 оны эцсийн Ням гаргийн хууль руу хөтөлдөг.</w:t>
      </w:r>
    </w:p>
    <w:p>
      <w:pPr>
        <w:pStyle w:val="ArticleBody"/>
        <w:jc w:val="left"/>
      </w:pPr>
      <w:r>
        <w:rPr>
          <w:rFonts w:ascii="Times New Roman" w:hAnsi="Times New Roman" w:eastAsia="Times New Roman" w:cs="Times New Roman"/>
        </w:rPr>
        <w:t>Антиохын хоёр зуун тавин жилээс ялгаатай нь Нерогийн хоёр зуун тавин жил нь найман жилийн хугацааг, эхний Ням гарагийн хуулийн дунд үеийг, түүнээс хойших есөн жилийг тодорхойлдог. Мөр мөр дээр Антиох ба Неро гуравхан тэмдэгт үеээр төлөөлөгдсөн хоёр хугацааг тодорхойлдог. Хоёр шугамын аль алинд нь эхний ба сүүлчийн тэмдэгт үеүүд нь адилхан байдаг: эхэндээ салалтаар төгссөн гэрлэлтээр тэмдэглэгдсэн зарлиг, мөн эхлэл ба төгсгөлд умардын хаан ба өмнөдийн хааны хоорондох тэмцэл. 321 оны анхны Ням гарагийн хууль, дунд нь, Антиохын зогсож буй газар байх ёстой. Тэрээр арван жилээр дүрслэгдсэн сорилтын үйл явцын төгсгөл дээр зогсож байгаа бөгөөд тэрхүү сорилтын үйл явц нь Антиохыг долоогийн дотроос гарсан найм дахь нэгэн болохыг илэрхийлдэг, учир нь тэрээр долоогийн дотроос гарсан найм дахь араатны дүрийг бүтээдэг. Үүний зэрэгцээ нэг зуун дөчин дөрвөн мянга мөн сорилтын үйл явцыг туулж, долоо дахь Лаодикийн чуулганаас найм дахь, Филадельфийн чуулган руу хувирдаг.</w:t>
      </w:r>
    </w:p>
    <w:p>
      <w:pPr>
        <w:pStyle w:val="ArticleBody"/>
        <w:jc w:val="left"/>
      </w:pPr>
      <w:r>
        <w:rPr>
          <w:rFonts w:ascii="Times New Roman" w:hAnsi="Times New Roman" w:eastAsia="Times New Roman" w:cs="Times New Roman"/>
        </w:rPr>
        <w:t>Эхний ням гаргийн хуулиар дүрийг босгох үйл явц эхэлж, Илчлэл номын арван гуравдугаар бүлгийн арван нэгдүгээр эшлэл дэх ням гаргийн хуулиар төгсөнө. Уг эшлэл нь АНУ-ын эхлэлийг хурга мэт байсантай нь, төгсгөлийг нь луу мэт болсонтой нь эсрэгцүүлэн харуулдаг. Арван гурав нь тэрслүүгийн бэлгэдэл бөгөөд арван нэгдүгээр эшлэлийн хүрээнд, мөн АНУ луу мэт ярьж буй энэ нөхцөлд, тэрслүүгийн бэлгэдэл нь араатны тэмдэг мөн; харин Бурханы тамгатай хүмүүсийн бэлгэдэл нь арван нэгэн тоо юм. Илчлэл 13:11 нь АНУ луу мэт ярьдаг ням гаргийн хуулийн үед араатны тэмдгийг хүлээн авах хүмүүс ба Бурханы тамгыг хүлээн авах хүмүүсийн хоорондын тусгаарлалтыг тодорхойлдог.</w:t>
      </w:r>
    </w:p>
    <w:p>
      <w:pPr>
        <w:pStyle w:val="ArticleBody"/>
        <w:jc w:val="left"/>
      </w:pPr>
      <w:r>
        <w:rPr>
          <w:rFonts w:ascii="Times New Roman" w:hAnsi="Times New Roman" w:eastAsia="Times New Roman" w:cs="Times New Roman"/>
        </w:rPr>
        <w:t>Араатны дүрийн сорилтын цаг нь ирснийг нь тэмдэглэдэг тодорхой шинжүүдтэй бөгөөд тэдгээр нь мөн түүний төгсгөлийг хэв шинжээр илэрхийлдэг. Ноагаас эхлээд бүрээний баяр хүртэл Бурхан хэзээ ч өөрчлөгддөггүй; Тэр сорилтын үе ирэхээс нь өмнө түүнийг үргэлж урьдаас тунхагладаг. Түүний тунхаглалууд эш үзүүллэгийн Үгэнд нь байдаг. Иерусалимын сүйрлийн үед хоёр бүслэлт болсон, эсвэл эцсийн сүйрлийн өдөр нь Небухаднезар Иерусалим болон сүмийг анх—альфа цагт—сүйтгэсэн жилийн яг тэр өдөр байсан гэдгийг ихэнх Адвентистууд (би тэгж таамаглаж байна) мэддэггүй. Мөн тэд бүслэлтүүд ариун баяруудын үед эхэлж, ариун нэгэн баяраар төгссөн, эсвэл бүслэлтийн хугацаа нь гурван жил хагас байсан гэдгийг ч мэдэхгүй байж болох юм. Хэрэв тэд эдгээр баримтуудыг мэдэхгүй бол, Юлий Цезарь нь араатны дүрийн сорилтын цагийн эхлэлийг түүний хамгийн төгс дүрслэлээр тэмдэглэдгийг тэд олж харах магадлал багатай мэт санагдана. “Төгс дүрслэл” гэж би хэлэхдээ түүний эцсийн биеллийг хэлж байна.</w:t>
      </w:r>
    </w:p>
    <w:p>
      <w:pPr>
        <w:pStyle w:val="ArticleBody"/>
        <w:jc w:val="left"/>
      </w:pPr>
      <w:r>
        <w:rPr>
          <w:rFonts w:ascii="Times New Roman" w:hAnsi="Times New Roman" w:eastAsia="Times New Roman" w:cs="Times New Roman"/>
        </w:rPr>
        <w:t>Ижил үеийг 1888 оноос Ням гаргийн хууль хүртэл, мөн 9/11-ээс Ням гаргийн хууль хүртэл дахин дүрслэн үзүүлдэг; харин 313-аас 330 он хүртэлх хугацаанд Агуу Константинээр төлөөлүүлэн харуулсан араатны хөргийг босгон тогтоох эш үзүүллэгийн үеийн төгс биелэл нь 1989 онд, эцсийн цаг үеэс хойших найм дахь ерөнхийлөгчийн ерөнхийлөгчийн албан хугацаанд эхэлдэг.</w:t>
      </w:r>
    </w:p>
    <w:p>
      <w:pPr>
        <w:pStyle w:val="ArticleBody"/>
        <w:jc w:val="left"/>
      </w:pPr>
      <w:r>
        <w:rPr>
          <w:rFonts w:ascii="Times New Roman" w:hAnsi="Times New Roman" w:eastAsia="Times New Roman" w:cs="Times New Roman"/>
        </w:rPr>
        <w:t>Анхны ням гаргийн хууль гарснаас эхлэн, Амралтын өдөр ба ням гаргийн талаарх шалгалтын үе нь Антиохын долоон жилээр төлөөлөгдсөн хугацаанд дэлгэгдэнэ. Антиохын шугамын долоон жилийг Нерогийн шугамын есөн жилээр үржүүлэхэд жаран гурав гарч, МЭӨ 63 онд Помпей Даниел арван нэгдүгээр бүлгийн арван зургаадугаар эшлэлийн биелэл болгон алдарт газрыг эзлэн авчээ. Ням гаргийн хуулийн үед есөн хаан, газрын бүх хаадтай завхайрал үйлдэх ёстой болох Тирийн янханд өөрсдийн хаанчлалыг өгөхөөр санал нийлдэг арван хааны тэргүүлэх хаан хэмээн Америкийн Нэгдсэн Улсыг хүлээн зөвшөөрнө.</w:t>
      </w:r>
    </w:p>
    <w:p>
      <w:pPr>
        <w:pStyle w:val="ArticleBody"/>
        <w:jc w:val="left"/>
      </w:pPr>
      <w:r>
        <w:rPr>
          <w:rFonts w:ascii="Times New Roman" w:hAnsi="Times New Roman" w:eastAsia="Times New Roman" w:cs="Times New Roman"/>
        </w:rPr>
        <w:t>Арван онгон охины сургаалт үлгэрийн эш үзүүллэгийн бүтэцтэй нийцүүлэн, араатан ба хуурамч эш үзүүлэгчийн гэрлэлт 1989 онд биелсэн боловч Ням гаргийн хууль дээр уг гэрлэлт төгс гүйцэлддэг. Тэр түүхийн нэг фрактал нь 2001 онд, 9/11-нд эхэлсэн амьд хүмүүсийн шүүлтийн үе юм. Тэр мөчөөс Ням гаргийн хууль хүртэл үргэлжлэх араатны дүрийн сорилтын цаг нь, мөн зуун дөчин дөрвөн мянгын лацлагдах цаг мөн бөгөөд, энэ хугацаанд Бурханы гэрээт ард түмэн болон тэдний оршин сууж ирсэн, Абрахамын гэрээний эш үзүүллэгийн биелэл болсон газар нутаг дээр шүүлт гүйцэлддэг. Тэр хугацаанд Лаодикийн Долоо дахь өдрийн Адвентист сүм шүүгдэж, дараа нь өөрсдийгөө онгон охид хэмээн тунхаглагчид шүүгддэг. Иймээс Протестант эвэр шүүгддэг бөгөөд Бүгд Найрамдах эвэрний Ардчилсан намын шүүлт эхэлж 2024 он хүртэл үргэлжилсний дараа, одоо Бүгд найрамдах эвэрний Бүгд Найрамдахчуудын шүүлт явагдаж буй энэ үед тэр шүүгдэж байна. Үндсэн хуулийн засаглал бол хоёр эвэрийг тээж яваа араатан бөгөөд Ням гаргийн хууль дээр шүүгддэг.</w:t>
      </w:r>
    </w:p>
    <w:p>
      <w:pPr>
        <w:pStyle w:val="ArticleBody"/>
        <w:jc w:val="left"/>
      </w:pPr>
      <w:r>
        <w:rPr>
          <w:rFonts w:ascii="Times New Roman" w:hAnsi="Times New Roman" w:eastAsia="Times New Roman" w:cs="Times New Roman"/>
        </w:rPr>
        <w:t>1989 оноос Ням гаргийн хууль хүртэлх үе нь 9/11-ээс Ням гаргийн хууль хүртэлх хугацаанд нэгэн фракталаар дүрслэгддэг боловч араатны дүрийг босгон байгуулахын төгс биелэлт нь долоон дотроос гарч ирсэн найм дахь ерөнхийлөгчид илэрдэг. Нерогийн арван долоон жил нь 9/11-ээс Ням гаргийн хууль хүртэлх түүхийн нэгэн фрактал юм. Антиохын арван долоон жил ч мөн адил. Рейган ба нууц холбооны гэрлэлт нь найм дахь ерөнхийлөгчийн бүрэн эрхийн хугацаанд ил тод холбоогоор эцэслэн биелнэ. Альфа ба омега гэрлэлтийн эхнийх нь 2001 онд Английн хууль Ромын хууль болон өөрчлөгдсөн үед Патриот актаар бэлгэдэгдсэн. Миланы зарлигийн гэрлэлт нь араатны дүрийг босгон байгуулахын төгс биелэлтийн эхлэлийг тэмдэглэдэг. Түүний бүтэц нь арван онгон бүсгүйн гэрлэлтийн бүтцэд тулгуурласан бөгөөд жинхэнэ гэрлэлтийн үеэр тохиолдох хуурамч гэрлэлтийг төлөөлдөг.</w:t>
      </w:r>
    </w:p>
    <w:p>
      <w:pPr>
        <w:pStyle w:val="ArticleBody"/>
        <w:jc w:val="left"/>
      </w:pPr>
      <w:r>
        <w:rPr>
          <w:rFonts w:ascii="Times New Roman" w:hAnsi="Times New Roman" w:eastAsia="Times New Roman" w:cs="Times New Roman"/>
        </w:rPr>
        <w:t>Араатны дүрийн сорилтын үе нь биднийг “тамгалагдахаас” өмнө давах ёстой “сорилтыг” төлөөлдөг. Бурханы гэр эхэлж шүүгддэг бөгөөд дараа нь Ням гаргийн хууль дээр Бурханы гэрээс гаднах хүмүүс шүүгддэг. Эцсийн шүүлтийн үе Бурханы гэрт ч, дараа нь агуу олон түмэнд ч анхны Ням гаргийн хуулиар эхэлдэг. Америкийн Нэгдсэн Улсад анхны Ням гаргийн хууль байх бөгөөд энэ нь араатны дүрийн сорилтын үеийн төгс бөгөөд эцсийн биеллийн эхлэлийг тэмдэглэнэ; тэр нь цаашлаад Илчлэл 13:11-ийг биелүүлэх Ням гаргийн хууль дээр дуусна. Тэр Ням гаргийн хууль нь алдарт газарт буй сүүлчийн Ням гаргийн хууль мөн. Алдарт газарт буй сүүлчийн Ням гаргийн хууль нь дэлхий дэх анхны Ням гаргийн хууль бөгөөд энэ нь дэлхийн хувьд араатны дүрийн сорилтын үеийг тэмдэглэдэг. Дэлхийн сорилтын үе арван гуравдугаар бүлгийн арван нэгдүгээр эшлэл дэх Америкийн Нэгдсэн Улсын Ням гаргийн хуулиар эхэлдэг. Америкийн Нэгдсэн Улс тун удахгүй гарах Ням гаргийн хуулиар луу шиг “ярих” үед, тухайн бүлгийн арван хоёрдугаар эшлэлээс цааших нь дэлхийн хэмжээнд араатны дүрийн сорилтын үеийг төлөөлдөг.</w:t>
      </w:r>
    </w:p>
    <w:p>
      <w:pPr>
        <w:pStyle w:val="ArticleBody"/>
        <w:jc w:val="left"/>
      </w:pPr>
      <w:r>
        <w:rPr>
          <w:rFonts w:ascii="Times New Roman" w:hAnsi="Times New Roman" w:eastAsia="Times New Roman" w:cs="Times New Roman"/>
        </w:rPr>
        <w:t>Ийм учраас 313 оны зарлигаас эхэлсэн арван долоон жилээр төгсөж, түүний араас 321 оны анхны Ням гаргийн хууль, улмаар 330 оны зүүн ба өрнийн хуваагдлаар үргэлжлэх Нерогийн хоёр зуун тавин жилийн эш үзүүллэгийг харах нь чухал юм. Нерогийн шугамын гурван алхам нь хавчлагын тухай бөгөөд Неро нь хавчлагын бэлгэ тэмдэг, харин 250 жилийн хугацаа нь 313 онд буултын сүм бий болоход төгссөн Смирнагийн сүмийг төлөөлдөг. Гурав дахь алхам нь нэгэн хаанчлалын төгсгөлийг тэмдэглэдэг; тиймээс үүнийг Америкийн Нэгдсэн Улсад хэрэглэхэд Ням гаргийн хуулийг, мөн зургаа дахь хаанчлалаас долоо дахь ба найм дахь хаанчлалууд руу шилжилтийг төлөөлнө. Харин үүнийг дэлхийд хэрэглэхэд гурав дахь замын тэмдэг нь хүний сорилтын хугацааны хаагдал бөгөөд энэ нь араатны хөргийн дэлхийн сорилтын үеийн эхэнд Америкийн Нэгдсэн Улсын сорилтын хугацаа хаагдсанаар хэв маяг болгон урьдчилан үзүүлэгдсэн юм.</w:t>
      </w:r>
    </w:p>
    <w:p>
      <w:pPr>
        <w:pStyle w:val="ArticleBody"/>
        <w:jc w:val="left"/>
      </w:pPr>
      <w:r>
        <w:rPr>
          <w:rFonts w:ascii="Times New Roman" w:hAnsi="Times New Roman" w:eastAsia="Times New Roman" w:cs="Times New Roman"/>
        </w:rPr>
        <w:t>Ийм учраас хорин хоёрдугаар эшлэлд өгүүлснээр, загалмайгаар төлөөлөгдсөн, Ням гаргийн хуулийг авчрах дөрвөн Ром захирагчийн гурав дахь нь болох Август Цезарь, өөрийнх нь дараа мөн загалмайг төлөөлөх Тиберий залгамжлан ирэх ёстой боловч, загалмайг төлөөлж чадна. Араатны дүрийн сорилтын үе нь эхлээд газрыг, дараа нь тэнгисийг сорьдог хоёр давхар сорилт мөн. Газар нь Америкийн Нэгдсэн Улс бөгөөд тэнгис нь дэлхий мөн.</w:t>
      </w:r>
    </w:p>
    <w:p>
      <w:pPr>
        <w:pStyle w:val="ArticleBody"/>
        <w:jc w:val="left"/>
      </w:pPr>
      <w:r>
        <w:rPr>
          <w:rFonts w:ascii="Times New Roman" w:hAnsi="Times New Roman" w:eastAsia="Times New Roman" w:cs="Times New Roman"/>
        </w:rPr>
        <w:t>Араатны дүрсийн сорилт нь тэмдгүүдийн давхардлыг бий болгодог; үүнд хоёр дахь үеийн альфа нь мөн эхний үеийн омега болдог. 321 он нь эш үзүүллэгийн түүх дэх анхны Ням гаргийн хууль байсан бөгөөд араатны дүрсийн сорилтын хугацааг тодорхойлдог арван долоон жилийн дотор 321 он нь Америкийн Нэгдсэн Улсад гарсан анхны Ням гаргийн хууль бөгөөд энэ нь алдар суут нутагт араатны дүрсийн сорилтын хугацааны омега Ням гаргийн хуульд хүргэдэг. Гэвч 321 он нь мөн дэлхийн хувьд анхны Ням гаргийн хууль тул 321 он нь араатны дүрсийн сорилтын хугацааны эхлэл ба төгсгөлийн аль алиных нь дунд үеийг тэмдэглэдэг. 313 он бол эхлэл бөгөөд эхлэл нь зарлиг мөн, тэрхүү зарлиг нь Ням гаргийн хуулийг хэв шинжлэн илэрхийлдэг. Нерогийн арван долоон жил нь Ням гаргийн хуулиуд хүн төрөлхтний сорилтын хугацаа хаагдах хүртэл улам бүр чангарч өсөх нэгэн үеийг тодорхойлдог.</w:t>
      </w:r>
    </w:p>
    <w:p>
      <w:pPr>
        <w:pStyle w:val="ArticleBody"/>
        <w:jc w:val="left"/>
      </w:pPr>
      <w:r>
        <w:rPr>
          <w:rFonts w:ascii="Times New Roman" w:hAnsi="Times New Roman" w:eastAsia="Times New Roman" w:cs="Times New Roman"/>
        </w:rPr>
        <w:t>Энэхүү зарлиг нь нигүүлслийн хугацаа хаагдахад хүргэдэг анхны Ням гаргийн хуулийг бэлгэдэн төлөөлдөг. Арван зургаадугаар эшлэлд Помпей Иудаг эзлэн авсан нь Ням гаргийн хуулийг төлөөлөн бэлгэдэж байгаа бөгөөд Юлий Цезарь анхны Триумвиратыг байгуулсан; хэдийгээр энэ нь албан ёсны бус гурвалсан холбоо байсан ч түүхчид үүнийг анхных нь хэмээн тэмдэглэсээр ирсэн. Юлий Цезарийн Ням гаргийн хуулийн гурвалсан холбоог бэлгэдэн төлөөлсөн нь, загалмай дээр Тиберий дагалдсан Август Цезарийн албан ёсны Триумвиратыг бэлгэдэн төлөөлсөн юм. Ромын эдгээр дөрвөн захирагч бүгд Ням гаргийн хуулийг бэлгэдэн төлөөлдөгтэй адил Нерогийн арван долоон жилийн бүх гурван алхам ч мөн тийнхүү төлөөлдөг.</w:t>
      </w:r>
    </w:p>
    <w:p>
      <w:pPr>
        <w:pStyle w:val="ArticleBody"/>
        <w:jc w:val="left"/>
      </w:pPr>
      <w:r>
        <w:rPr>
          <w:rFonts w:ascii="Times New Roman" w:hAnsi="Times New Roman" w:eastAsia="Times New Roman" w:cs="Times New Roman"/>
        </w:rPr>
        <w:t>Помпей 1989 онтой нийцдэг; Юлий арван нэгдүгээр зүйлтэй нийцдэг; Август арван тавдугаар зүйлтэй, харин Тиберий арван зургадугаар зүйлтэй нийцдэг. Эдгээр зүйл дэх Юлийн түүхэнд түүний Египет рүү хийсэн довтлол болон Клеопатра орно. Энэ түүх Марк Антониор давтагддаг. Марк Антони нь Юлийг хорин гурван хутганы шархаар алан хороох үед Юлий Цезарийн гол жанжин нь байсан. Хорин гурав нь Ням гаргийн хуулийг төлөөлдөг бөгөөд Юлий хорин гурван шархаар үхсэн нь Ням гаргийн хууль дээр төгсөх хаанчлалыг илэрхийлдэг. Дараа нь Марк Антони, Август Цезарь, Маркус Лепидас нар түүний үхлийн өшөөг авахаар анхны албан ёсны Триумвиратын холбоог байгуулсан. Тэрхүү гурвалсан эрх мэдлүүдийн нэг болох Марк Антони нь Юлийн Египет болон Клеопатратай учирсан явдлыг давтан хэрэгжүүлэх гэж байв.</w:t>
      </w:r>
    </w:p>
    <w:p>
      <w:pPr>
        <w:pStyle w:val="ArticleBody"/>
        <w:jc w:val="left"/>
      </w:pPr>
      <w:r>
        <w:rPr>
          <w:rFonts w:ascii="Times New Roman" w:hAnsi="Times New Roman" w:eastAsia="Times New Roman" w:cs="Times New Roman"/>
        </w:rPr>
        <w:t>Юлий ч бай, Марк Антони ч бай, хоёулаа Ромын бэлгэдэл бөгөөд Клеопатра нь Египет болон Грекийн бэлгэдэл байсан. Тэрээр Египет дэх Грекийн ноёрхлыг төлөөлж байсан бөгөөд эдгээр нь хоёулаа луугийн бэлгэдэл юм; харин Юлий болон Марк Антони нь араатны бэлгэдэл мөн. Харилцаан дахь эмэгтэйн хувьд Клеопатра нь сүмийг төлөөлж, ингэснээр Юлий болон Марк Антони нь төр улсыг төлөөлнө. Клеопатра нь хаанлаг Ромын хайртай хүмүүсээсээ хоёр удаа тусгаарлагдсан эмэгтэйг төлөөлдөг; эхлээд 1798 онд, дараа нь хаалтын хугацаа дуусахад, хэн ч туслахгүйгээр тэрээр өөрийн төгсгөлдөө хүрэх үед. Түүний эцсийн мөхөл нь МЭӨ 31 онд болсон Акциумын тулалдаан дээр тохиодог. Акциумын тулалдааны ялагч нь Август Цезарь байсан тул Помпей Египетэд нас барсан, Юлий Египетэд Клеопатратай учирсан, энэ нь Марк Антонийн түүхэнд давтагдсан, улмаар Август Цезарь тэрхүү харилцааг Акциум дээр төгсгөсөн болохыг бид харж байна. Акциум нь Ням гаргийн хуулийг заадаг, учир нь Акциумын тулалдаан дээр Ромын өмнө байсан гурав дахь саад зайлуулагдаж, Даниел 11:24-ийн биелэл болж, эзэнт гүрний харь шашинт Ром гурван зуун жаран жилийн турш ноёрхож эхэлсэн юм.</w:t>
      </w:r>
    </w:p>
    <w:p>
      <w:pPr>
        <w:pStyle w:val="ArticleBody"/>
        <w:jc w:val="left"/>
      </w:pPr>
      <w:r>
        <w:rPr>
          <w:rFonts w:ascii="Times New Roman" w:hAnsi="Times New Roman" w:eastAsia="Times New Roman" w:cs="Times New Roman"/>
        </w:rPr>
        <w:t>Помпей эхний хоёр саадыг, Август гурав дахийг нь авчээ.</w:t>
      </w:r>
    </w:p>
    <w:p>
      <w:pPr>
        <w:pStyle w:val="ArticleScripture"/>
        <w:jc w:val="left"/>
      </w:pPr>
      <w:r>
        <w:rPr>
          <w:rFonts w:ascii="Times New Roman" w:hAnsi="Times New Roman" w:eastAsia="Times New Roman" w:cs="Times New Roman"/>
        </w:rPr>
        <w:t>Тэдний нэгнээс нэгэн жижиг эвэр гарч ирээд, өмнө зүг рүү, дорно зүг рүү, мөн сайхан нутаг руу чиглэн үлэмж агуу болов. Даниел 8:9.</w:t>
      </w:r>
    </w:p>
    <w:p>
      <w:pPr>
        <w:pStyle w:val="ArticleBody"/>
        <w:jc w:val="left"/>
      </w:pPr>
      <w:r>
        <w:rPr>
          <w:rFonts w:ascii="Times New Roman" w:hAnsi="Times New Roman" w:eastAsia="Times New Roman" w:cs="Times New Roman"/>
        </w:rPr>
        <w:t>Помпей гэдэг нь 1989 он бөгөөд, үхлийн шарх нь эдгэрч буй орчин үеийн Ромын дийлэх ёстой улс төрийн гурван хүчний эхний тэмдэглэл мөн. Энэ нь Зөвлөлт Холбоот Улс бөгөөд, дараа нь Даниел арван нэгдүгээр бүлгийн дөчин нэгдүгээр зүйлд гардагчлан Америкийн Нэгдсэн Улс, мөн түүнчлэн Нэгдсэн Үндэстний Байгууллага юм. Папын эрх мэдлийн дайн нь улс төрийн болон шашны шинжтэй бөгөөд эш үзүүллэгийн хувьд Рейган болон пап Иоанн Павел II-ын нууц холбоо хэрэгжсэн үед Америкийн Нэгдсэн Улсын шашны хүч байлдан дагуулагдсан. Папын суудлын бай нь улс төрийн гурван саад тотгорыг, мөн шашны гурван хүчийг хамардаг. 1989 онд улс төрийн гурван хүчний нэг нь арчигдан зайлуулагдсан бөгөөд Ромын эсрэг эсэргүүцэх гэсэн утгатай “Протестантизм” хэмээх бодит нэр томьёо мөн тэрхүү ижил түүхэн үед Америкийн Нэгдсэн Улсын ерөнхийлөгчөөр арчигдан зайлуулагдсан. Улс төрийн гурван хүч нь Зөвлөлт Холбоот Улс, Америкийн Нэгдсэн Улс, Нэгдсэн Үндэстний Байгууллага мөн; харин шашны бай нь Протестантизм, түүнчлэн луугийн янз бүрийн шашнууд бөгөөд эдгээр нь бүгд спиритизмд тооцогддог. Дэлхийг Армагеддон руу хөтөлдөг гурван шашин нь тэрслүү Протестантизм, Католицизм, мөн спиритизм юм; мөн папын эрх мэдлийн доторх консерватив ба либерал үзэл суртлын хоорондын сөргөлдөөн, түүнчлэн ортодокс католицизмын хуваагдлууд нь шашны нэг саад тотгор бөгөөд, Католицизмын давах ёстой үлдсэн хоёр шашны саад тотгор нь тэрслүү Протестантизм ба спиритизм юм. Протестантизм 1989 онд арчигдан зайлуулагдсан.</w:t>
      </w:r>
    </w:p>
    <w:p>
      <w:pPr>
        <w:pStyle w:val="ArticleBody"/>
        <w:jc w:val="left"/>
      </w:pPr>
      <w:r>
        <w:rPr>
          <w:rFonts w:ascii="Times New Roman" w:hAnsi="Times New Roman" w:eastAsia="Times New Roman" w:cs="Times New Roman"/>
        </w:rPr>
        <w:t>Фатимагийн мэдээнүүдээс улбаалан гарсан Католик зөгнөлүүдэд дүрслэгдсэнчлэн Католик шашны дотоод тэмцлүүдийг, өөрийн шашнаас гаднах шашны хүчнүүдийг даван туулах гэсэн түүний хүчин чармайлтаас тусгаарлан авч үзвэл, Протестантизмыг ялсан түүний альфа ялалт нь Рейганы нууц холбоо байсан бөгөөд түүний омега ялалт нь 2025 оны ил тод холбоо байв. Ортодокс сүмүүдтэй хийсэн түүний тэмцэл ч мөн 1989 оны анхны ялалтаас эхлэн Паниум дахь эцсийн ялалт хүртэл дүрслэгдсэн байдаг.</w:t>
      </w:r>
    </w:p>
    <w:p>
      <w:pPr>
        <w:pStyle w:val="ArticleBody"/>
        <w:jc w:val="left"/>
      </w:pPr>
      <w:r>
        <w:rPr>
          <w:rFonts w:ascii="Times New Roman" w:hAnsi="Times New Roman" w:eastAsia="Times New Roman" w:cs="Times New Roman"/>
        </w:rPr>
        <w:t>Помпей 1989 онтой тохирч байгаа бөгөөд Даниел наймдугаар бүлгийн есдүгээр эшлэлд “дорнод” болон “үзэсгэлэнт газар” хэмээн тодорхойлсон түүний тэрхүү хоёр ялалт нь хуучин Зөвлөлт Холбоот Улсыг папын засаглал сүнслэг болон улс төрийн хувьд ялсныг, мөн үүнтэй хамт нэр төдий протестантизмын сүр жавхлант газрын дээрх сүнслэг ялалтыг илэрхийлдэг. Юлий Цезарь Рафиад ялагдах бөгөөд Антиох III хэрхэн тэнд ялагдсан, Зеленьский ч мөн адил ялагдах болно. Юлий бол арван долоодугаар эшлэлээс арван есдүгээр эшлэл хүртэлх хэсгийн сэдэв мөн; түүнээс хойш Август Цезарь татвар хураагчийг босгон тавигчийн хувиар гарч ирдэг. Тиберий Цезарь загалмайн үеэр хаанчилж байсан тул Тиберий нь арван зургаадугаар эшлэлийн Ням гаргийн хууль юм.</w:t>
      </w:r>
    </w:p>
    <w:p>
      <w:pPr>
        <w:pStyle w:val="ArticleBody"/>
        <w:jc w:val="left"/>
      </w:pPr>
      <w:r>
        <w:rPr>
          <w:rFonts w:ascii="Times New Roman" w:hAnsi="Times New Roman" w:eastAsia="Times New Roman" w:cs="Times New Roman"/>
        </w:rPr>
        <w:t>Энэ нь Августыг арван тавдугаар эшлэлийн Паниумтай, мөн арван нэгдүгээр эшлэлийн Рафиагийн тулалдааныг Юлийтэй нийцүүлэн харуулж байна. Паниумын тулалдаан нь арван зургаадугаар эшлэлийн Ням гарагийн хуулиас яг өмнө эхэлдэг дэлхийн гуравдугаар дайн боловч дараа нь Акциумын тулалдаан болон хувирдаг. Паниум нь газрын тулалдаан (Америкийн Нэгдсэн Улс) байсан бол, Акциум нь тэнгисийн тулалдаан (дэлхий) байв. Август Паниум дээр Ромын дөрвөн захирагчийн шугамд төлөөлөгдсөн бөгөөд Акциум дээр тэрээр бодит удирдагч нь байсан. Паниум дээр Антиох Египеттэй, Ромтой холбоотон байсан тэр улстай, харьцсан бол, Акциум дээр Август Ромтой (Марк Антоний) холбоотон байсан Египеттэй (Клеопатра) харьцсан. Энэ нь Помпейг дөчдүгээр эшлэлийг 1989 он хүртэл төлөөлдөг, харин Тивериасыг дөчин нэгдүгээр эшлэлийн Ням гарагийн хуулийг төлөөлдөг гэсэн үг юм. МЭӨ 217 оны Рафиагийн тулалдаанаар хэвшмэлчлэгдсэнчлэн Украины дайн эхэлсэн 2014 онд Юлий Цезарь гарч ирсэн юм.</w:t>
      </w:r>
    </w:p>
    <w:p>
      <w:pPr>
        <w:pStyle w:val="ArticleBody"/>
        <w:jc w:val="left"/>
      </w:pPr>
      <w:r>
        <w:rPr>
          <w:rFonts w:ascii="Times New Roman" w:hAnsi="Times New Roman" w:eastAsia="Times New Roman" w:cs="Times New Roman"/>
        </w:rPr>
        <w:t>Энэ нь арван долоогоос хорин хоёрдугаар зүйлүүд 1989 онд эхэлж, Ням гаргийн хуулиар төгсдөг бөгөөд тиймээс дөчдүгээр зүйлийн “далд түүх”-тэй нийцэх түүх мөн болохыг тодорхойлж байна. Маккавейчүүдийн эш үзүүллэгийн шугам мөн яг тэр л “далд түүх”-тэй нийцдэг. Ромын захирагчдын шугам нь орчин үеийн Ром, Илчлэл 16-ын араатныг зааж байгаа бөгөөд Маккавейн шугам нь алдарт газар, Илчлэл 16-ын хуурамч эш үзүүлэгчийг дүрслэн өгүүлж байна. Гурван тулалдааны шугам нь өмнөдийн хааныг, өөрөөр хэлбэл Илчлэл 16-ын лууг ялсан ялалтыг тодорхойлж байна.</w:t>
      </w:r>
    </w:p>
    <w:p>
      <w:pPr>
        <w:pStyle w:val="ArticleBody"/>
        <w:jc w:val="left"/>
      </w:pPr>
      <w:r>
        <w:rPr>
          <w:rFonts w:ascii="Times New Roman" w:hAnsi="Times New Roman" w:eastAsia="Times New Roman" w:cs="Times New Roman"/>
        </w:rPr>
        <w:t>Тэр гурван шугам нь дэлхийг Армагеддонд хүргэн авчрах гурван хүчийг төлөөлдөг бөгөөд тэдгээрийг дөчдүгээр эшлэлд өмнөдийн хаан, луу, хойд зүгийн хаан, араатан хэмээн, харин тэрэгнүүд, морьт цэргүүд, усан онгоцуудыг хуурамч эш үзүүлэгч хэмээн төлөөлүүлсэн байдаг. Аравдугаар эшлэлээс хорин гуравдугаар эшлэл хүртэлх тэр гурван шугам нь дөчдүгээр эшлэлийн далд түүх дэх тэр гурван хүчийг төлөөлж байгаа бөгөөд энэ нь дөчдүгээр эшлэлийн ил түүхэнд дүрслэгдсэн гурван сэдвийн тасралтгүй үргэлжлэх дүрслэлээс илүү ч биш, дутуу ч биш юм.</w:t>
      </w:r>
    </w:p>
    <w:p>
      <w:pPr>
        <w:pStyle w:val="ArticleHeading"/>
        <w:jc w:val="left"/>
      </w:pPr>
      <w:r>
        <w:rPr>
          <w:rFonts w:ascii="Arial" w:hAnsi="Arial" w:eastAsia="Arial" w:cs="Arial"/>
        </w:rPr>
        <w:t>Нэгдүгээр ишлэл</w:t>
      </w:r>
    </w:p>
    <w:p>
      <w:pPr>
        <w:pStyle w:val="ArticleBody"/>
        <w:jc w:val="left"/>
      </w:pPr>
      <w:r>
        <w:rPr>
          <w:rFonts w:ascii="Times New Roman" w:hAnsi="Times New Roman" w:eastAsia="Times New Roman" w:cs="Times New Roman"/>
        </w:rPr>
        <w:t>Нэгээс дөрөвдүгээр эшлэлүүд нь “эцсийн цаг”-ийг 1989 онд тогтоон заахаас гадна, тэрхүү эхлэх цэгээс хойших Америкийн Нэгдсэн Улсын найман ерөнхийлөгчийг, мөн төгсгөлд нь эцсийн бөгөөд хавьгүй баян найм дахь ерөнхийлөгчийг заан тодорхойлдог. Дөрөвдүгээр эшлэлд тэр хаан нь дэлхийн хаан болдог бөгөөд энэ нь Агуу Александр, Ахаб хаан, Илчлэлт арван долоогийн арван хаад, Дуулал наян гурав дахь арван овог, мөн Эхлэл 15:18–21-д Бурхан Абрамтай байгуулсан гэрээний хамгийн эхний алхамд дэлхийн бэлгэдэл болгон дэвшүүлсэн арван үндэстнээр төлөөлөгдөнө.</w:t>
      </w:r>
    </w:p>
    <w:p>
      <w:pPr>
        <w:pStyle w:val="ArticleBody"/>
        <w:jc w:val="left"/>
      </w:pPr>
      <w:r>
        <w:rPr>
          <w:rFonts w:ascii="Times New Roman" w:hAnsi="Times New Roman" w:eastAsia="Times New Roman" w:cs="Times New Roman"/>
        </w:rPr>
        <w:t>Нэгээс дөрөвдүгээр эшлэлүүд нь 1989 оноос эхлэн дөчин нэгдүгээр эшлэл дэх Ням гаргийн хуулийн үеийн гурвалсан нэгдэл хүртэлх түүхийг төлөөлдөг бөгөөд иймээс тэд Ромын дөрвөн захирагч, Маккавейн шугам, мөн аравдугаараас арван тавдугаар эшлэлүүдийн гурван тулалдаантай нийцдэг бөгөөд эдгээр нь хамтдаа дөчдүгээр эшлэлийн нууцлаг түүхийг бүрдүүлдэг.</w:t>
      </w:r>
    </w:p>
    <w:p>
      <w:pPr>
        <w:pStyle w:val="ArticleBody"/>
        <w:jc w:val="left"/>
      </w:pPr>
      <w:r>
        <w:rPr>
          <w:rFonts w:ascii="Times New Roman" w:hAnsi="Times New Roman" w:eastAsia="Times New Roman" w:cs="Times New Roman"/>
        </w:rPr>
        <w:t>Тавдугаараас есдүгээр ишлэлүүд нь 538-аас 1798 он хүртэлх түүхийг төгс илэрхийлсэн эш үзүүллэгийн шугамыг дэвшүүлж, дөчдүгээр ишлэл дэх эцсийн цагийн ач холбогдлыг ойлгох түүхэн болон эш үзүүллэгийн логикийг хангадаг. Тэрхүү логик нь аравдугаар ишлэлийг тавдугаараас есдүгээр ишлэлүүдийн түүхэнд өгсөн хариу цохилт хэмээн тайлбарладаг бөгөөд ингэснээр 1989 оны логикийг тодорхойлдог. Энэ нь Даниел арван нэгдүгээр бүлгийн нэгээс хорин гуравдугаар ишлэлүүд нь дөчдүгээр ишлэлийн далд түүхтэй зэрэгцүүлэн байрласан эш үзүүллэгийн таван шугамыг төлөөлдөг гэсэн үг юм. Эхний дөрвөн ишлэл нь Долоон хаадын нэгэн адил бөгөөд Илчлэлт арван долоодугаар бүлгийн долоо дахь хаанчлалд арван хааны хаан болохоор оноогдсон найм дахь ерөнхийлөгч Трампын тухай юм.</w:t>
      </w:r>
    </w:p>
    <w:p>
      <w:pPr>
        <w:pStyle w:val="ArticleBody"/>
        <w:jc w:val="left"/>
      </w:pPr>
      <w:r>
        <w:rPr>
          <w:rFonts w:ascii="Times New Roman" w:hAnsi="Times New Roman" w:eastAsia="Times New Roman" w:cs="Times New Roman"/>
        </w:rPr>
        <w:t>Тавдугаар ишлэлээс аравдугаар ишлэл хүртэл 1798 он хүртэл, мөн түүнээс 1989 он хүртэл үргэлжлэх түүхийг, өөрөөр хэлбэл дөчдүгээр ишлэлийн түүхийг тодорхойлдог. Аравдугаар ишлэлээс арван тавдугаар ишлэл хүртэл 1989 онд эхэлсэн гурван төлөөллийн дайны түүхийг тодорхойлдог бөгөөд тэдгээрийн хоёр дахь нь 2014 онд эхэлсэн; дараа нь хамгийн баян ерөнхийлөгч 2015 онд гарч ирсэн. Тэр хамгийн баян ерөнхийлөгч 2020 онд алагдсан бөгөөд 2022 онд Рафиагийн дайн хурцадсан, улмаар хамгийн баян ерөнхийлөгч 2024 онд эргэн ирсэн бөгөөд 2025 онд араатны тэргүүн болон араатны дүрийн тэргүүн хоёул тангараг өргөсөн.</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Хорин Нэг</dc:title>
  <dc:subject>Алдарт нутаг дахь ням гаргийн хуулийг чиглэсэн хөдөлгөөн</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