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Хорин хоёр дугаар</w:t>
      </w:r>
    </w:p>
    <w:p>
      <w:pPr>
        <w:pStyle w:val="ArticleSubtitle"/>
        <w:jc w:val="left"/>
      </w:pPr>
      <w:r>
        <w:rPr>
          <w:rFonts w:ascii="Arial" w:hAnsi="Arial" w:eastAsia="Arial" w:cs="Arial"/>
        </w:rPr>
        <w:t>2023 оны 12 дугаар сарын 31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2023 оны 12-р сарын 31-нээс хойш Иуда овгийн Арслан эш үзүүллэгийн үнэнүүдийг тодорхой дарааллаар тайлан нээж байна. Энэхүү дарааллыг Future for America-гийн вэбсайтад нийтлэгдсэн өгүүллүүдийг нягтлан үзэх замаар амархан тогтоож болно. Сүүлийн хэдэн сарын хугацаанд тайлан нээгдсэн үнэнүүд олон бөгөөд гүнзгий байлаа! Энэ дараалал санамсаргүй бус, зорилготой юм. Энэхүү дараалал нь Иуда овгийн Арслан болох Христ сүмд, түүнээс хойш дэлхийд өгөгдөх эцсийн сорилтын мэдээнүүдийг тайлан нээхдээ хэрэгжүүлдэг зорилготой, дараалсан үйл явцыг тодорхой харуулж байна. Илчлэлт номд Иуда овгийн Арслан долоон лацаар лацадсан номыг авч, лац бүрийг нэг нэгээр нь—дарааллаар нь—авч хаядаг.</w:t>
      </w:r>
    </w:p>
    <w:p>
      <w:pPr>
        <w:pStyle w:val="ArticleHeading"/>
        <w:jc w:val="left"/>
      </w:pPr>
      <w:r>
        <w:rPr>
          <w:rFonts w:ascii="Arial" w:hAnsi="Arial" w:eastAsia="Arial" w:cs="Arial"/>
        </w:rPr>
        <w:t>Өөрсдийнх нь дэс дарааллаар илчлэгдэх болно</w:t>
      </w:r>
    </w:p>
    <w:p>
      <w:pPr>
        <w:pStyle w:val="ArticleScripture"/>
        <w:jc w:val="left"/>
      </w:pPr>
      <w:r>
        <w:rPr>
          <w:rFonts w:ascii="Times New Roman" w:hAnsi="Times New Roman" w:eastAsia="Times New Roman" w:cs="Times New Roman"/>
        </w:rPr>
        <w:t>“Эдгээр долоон аянга дуу хоолойгоо гаргасны дараа, бяцхан номын талаар Даниелд өгөгдсөнтэй адил тушаал Иоханд ирэв: ‘Долоон аянгын айлдсан зүйлсийг лацдан битүүмжил.’ Эдгээр нь ирээдүйн үйл явдлуудтай холбоотой бөгөөд тэдгээр нь өөрсдийн дарааллаар илчлэгдэх болно. Даниел өдрүүдийн эцэст өөрийн хувь тавиландаа зогсох болно. Иохан бяцхан номыг лац тайлагдсан байгаагаар харна. Тэгвэл Даниелын эш үзүүллэгүүд дэлхийд өгөгдөх ёстой эхний, хоёр дахь, гурав дахь тэнгэр элчийн мэдээнүүдэд өөрсдийн зохих байр сууриа эзэлнэ. Бяцхан номын лац тайлагдсан нь цаг хугацаатай холбоотой мэдээ байсан юм.</w:t>
      </w:r>
    </w:p>
    <w:p>
      <w:pPr>
        <w:pStyle w:val="ArticleScripture"/>
        <w:jc w:val="left"/>
      </w:pPr>
      <w:r>
        <w:rPr>
          <w:rFonts w:ascii="Times New Roman" w:hAnsi="Times New Roman" w:eastAsia="Times New Roman" w:cs="Times New Roman"/>
        </w:rPr>
        <w:t>“Даниел болон Илчлэлт номууд нэг юм. Нэг нь эш үзүүллэг, нөгөө нь илчлэл; нэг нь лацдан битүүмжилсэн ном, нөгөө нь нээгдсэн ном. Иохан аянгуудын өгүүлсэн нууцуудыг сонссон боловч тэдгээрийг бичихгүй байхыг түүнд тушаасан.”</w:t>
      </w:r>
    </w:p>
    <w:p>
      <w:pPr>
        <w:pStyle w:val="ArticleScripture"/>
        <w:jc w:val="left"/>
      </w:pPr>
      <w:r>
        <w:rPr>
          <w:rFonts w:ascii="Times New Roman" w:hAnsi="Times New Roman" w:eastAsia="Times New Roman" w:cs="Times New Roman"/>
        </w:rPr>
        <w:t>“Долоон аянганд илэрхийлэгдсэн Иоханд өгөгдсөн онцгой гэрэл нь эхний болон хоёр дахь тэнгэрэлчийн мэдээнүүдийн дор тохиох үйл явдлуудын дүрслэл байв. Ард түмэн эдгээрийг мэдэх нь хамгийн сайн биш байсан, учир нь тэдний итгэл зайлшгүйгээр соригдох ёстой байлаа. Бурханы тогтоосон дэс дарааллын дагуу хамгийн гайхамшигт бөгөөд өндөр дэвшилтэт үнэнүүд тунхаглагдах ёстой байв. Эхний болон хоёр дахь тэнгэрэлчийн мэдээнүүд тунхаглагдах ёстой байсан, харин эдгээр мэдээнүүд өөрсдийн онцгой ажлыг гүйцэтгээгүй байхад түүнээс цааших гэрэл илчлэгдэх ёсгүй байлаа. Үүнийг нэг хөлөө тэнгист тавин зогсож, цаг хугацаа цаашид байхгүй болно хэмээн нэн сүр жавхлант тангараг өргөн тунхаглаж буй тэнгэрэлчээр төлөөлүүлэн үзүүлсэн юм.” The Seventh-day Adventist Bible Commentary, volume 7, 971.</w:t>
      </w:r>
    </w:p>
    <w:p>
      <w:pPr>
        <w:pStyle w:val="ArticleBody"/>
        <w:jc w:val="left"/>
      </w:pPr>
      <w:r>
        <w:rPr>
          <w:rFonts w:ascii="Times New Roman" w:hAnsi="Times New Roman" w:eastAsia="Times New Roman" w:cs="Times New Roman"/>
        </w:rPr>
        <w:t>“Долоон аянгын” эцсийн илчлэл 2023 оноос хойш нээгдсэн бөгөөд энэ нь “долоон аянга” нь эхний альфа урам хугаралтаас эцсийн омега урам хугаралт хүртэлхийг төлөөлдөг болохыг илчилсэн юм. Иоханд долоон аянгыг тодорхойлон тайлбарлахыг зөвшөөрөөгүй; учир нь “долоон аянгын” илчлэл нь түүхийн ганц биелэлт бус, харин Миллерчүүдийн түүхэнд тохиолдсон, мөн эцсийн өдрүүдэд дахин тохиолдох “үйл явдлын тоймлон дүрслэл”-ийн жишээ байв. Төгс биелэлт нь 2020 оны 7 дугаар сарын 18-наас эхлэн удахгүй ирэх Ням гаргийн хуулийн хүртэлх түүхийг дүрслэн харуулахын тулд үзүүлэгдсэн юм. Арслан тэрхүү гэрлийг нээж, нэг зуун дөчин дөрвөн мянгын сүм босгогдох түүхэн дээр гэрэлтүүлэхээр болгосон юм.</w:t>
      </w:r>
    </w:p>
    <w:p>
      <w:pPr>
        <w:pStyle w:val="ArticleBody"/>
        <w:jc w:val="left"/>
      </w:pPr>
      <w:r>
        <w:rPr>
          <w:rFonts w:ascii="Times New Roman" w:hAnsi="Times New Roman" w:eastAsia="Times New Roman" w:cs="Times New Roman"/>
        </w:rPr>
        <w:t>Миллеритуудын түүхэнд “долоон аянга” нь 1798 оноос 1844 он хүртэлх үеийг төлөөлсөн бөгөөд энэ хугацаанд Миллеритууд “хамгийн гайхамшигтай бөгөөд дэвшилтэт үнэнүүд”-ийг тунхагласан юм. Өөрсдөд нь өгөгдсөн ажлыг гүйцэтгэх явцдаа Миллеритууд соригдсон. Тэд өөрсдийн тунхаглаж байсан мэдээг, мөн өөрсдийн биелүүлж байсан түүхийг бүрэн ойлгоогүй байв. Тэдний тунхагласан үнэнүүд нь Эгч Уайтын тодорхойлсноор “дэвшилтэт үнэнүүд” байсан бөгөөд тэдгээр нь эхний ба хоёр дахь тэнгэрэлчийн мэдээнүүд ажлаа гүйцэлдүүлсний дараа л ойлгогдох ёстой байв.</w:t>
      </w:r>
    </w:p>
    <w:p>
      <w:pPr>
        <w:pStyle w:val="ArticleBody"/>
        <w:jc w:val="left"/>
      </w:pPr>
      <w:r>
        <w:rPr>
          <w:rFonts w:ascii="Times New Roman" w:hAnsi="Times New Roman" w:eastAsia="Times New Roman" w:cs="Times New Roman"/>
        </w:rPr>
        <w:t>“Долоон аянга” төгс биеллээ олох үед, тэрхүү “ирээдүйн үйл явдлууд” нь Даниелын номтой хослон Илчлэл номын арван дөрөвдүгээр бүлгийн гурван тэнгэрэлчийн мэдээгээр төлөөлөгдөнө. “Долоон аянга”-ын “ирээдүйн үйл явдлууд”-аар төлөөлөгддөг нэг зуун дөчин дөрвөн мянгын ажил нь Даниелын номыг гурван тэнгэрэлчтэй нэгтгэх явдал мөн.</w:t>
      </w:r>
    </w:p>
    <w:p>
      <w:pPr>
        <w:pStyle w:val="ArticleScripture"/>
        <w:jc w:val="left"/>
      </w:pPr>
      <w:r>
        <w:rPr>
          <w:rFonts w:ascii="Times New Roman" w:hAnsi="Times New Roman" w:eastAsia="Times New Roman" w:cs="Times New Roman"/>
        </w:rPr>
        <w:t>“Эзэн дэлхийг гэм буруугийнх нь төлөө шийтгэх гэж байна. Тэрээр өөрсдөд нь өгөгдсөн гэрэл ба үнэнийг няцаасан шашны байгууллагуудыг шийтгэх гэж байна. Эхний, хоёр дахь, гурав дахь тэнгэрэлчийн мэдээнүүдийг нэгтгэсэн агуу мэдээ дэлхийд хүргэгдэх ёстой. Энэ нь бидний ажлын гол агуулга байх ёстой.” The Seventh-day Adventist Bible Commentary, volume 7, 950.</w:t>
      </w:r>
    </w:p>
    <w:p>
      <w:pPr>
        <w:pStyle w:val="ArticleBody"/>
        <w:jc w:val="left"/>
      </w:pPr>
      <w:r>
        <w:rPr>
          <w:rFonts w:ascii="Times New Roman" w:hAnsi="Times New Roman" w:eastAsia="Times New Roman" w:cs="Times New Roman"/>
        </w:rPr>
        <w:t>2023 оны 12-р сарын 31-нээс хойш Иуда овгийн Арслан эш үзүүллэгийн үнэнүүдийг тодорхой “дарааллаар” лацыг нь тайлан нээж ирсэн.</w:t>
      </w:r>
    </w:p>
    <w:p>
      <w:pPr>
        <w:pStyle w:val="ArticleHeading"/>
        <w:jc w:val="left"/>
      </w:pPr>
      <w:r>
        <w:rPr>
          <w:rFonts w:ascii="Arial" w:hAnsi="Arial" w:eastAsia="Arial" w:cs="Arial"/>
        </w:rPr>
        <w:t>Миллерит хөдөлгөөний түүх</w:t>
      </w:r>
    </w:p>
    <w:p>
      <w:pPr>
        <w:pStyle w:val="ArticleScripture"/>
        <w:jc w:val="left"/>
      </w:pPr>
      <w:r>
        <w:rPr>
          <w:rFonts w:ascii="Times New Roman" w:hAnsi="Times New Roman" w:eastAsia="Times New Roman" w:cs="Times New Roman"/>
        </w:rPr>
        <w:t>“Даниел болон Иоханы эш үзүүллэгүүдийг судлах явцдаа, өөрсдийн дарааллын дагуу биеллийн үйл явцад оршиж байсан онцгой эш үзүүллэгүүдийн хүрээг дамжин өнгөрөхдөө Бурханаас агуу гэрэл хүлээн авсан, одоо ч амьд сэрүүн байгаа хүмүүс бий. Тэд цаг хугацааны тухай мэдээг ард түмэнд тунхагласан. Үнэн үдийн наран мэт тод гэрэлтэн цацарч байв. Эш үзүүллэгийн шууд биеллийг харуулсан түүхэн үйл явдлууд ард түмний өмнө дэлгэн тавигдсан бөгөөд эш үзүүллэг нь энэ дэлхийн түүхийн төгсгөл хүртэл хөтлөх үйл явдлуудын дүрслэлт зураглал мөн болох нь харагдсан юм.” Selected Messages, book 2, 101, 102.</w:t>
      </w:r>
    </w:p>
    <w:p>
      <w:pPr>
        <w:pStyle w:val="ArticleBody"/>
        <w:jc w:val="left"/>
      </w:pPr>
      <w:r>
        <w:rPr>
          <w:rFonts w:ascii="Times New Roman" w:hAnsi="Times New Roman" w:eastAsia="Times New Roman" w:cs="Times New Roman"/>
        </w:rPr>
        <w:t>Христийн Шөнийн дунд хашхирааны мэдээг тайлж ирсэн “дэг журам” нь туршилтын хугацаа хаагдахад хүргэдэг “эш үзүүллэгийн шууд биелэл”-ийг харуулдаг “түүхэн үйл явдлууд”-ыг төлөөлдөг. Сүүлчийн өдрүүд дэх эш үзүүллэгийн шууд биелэл нь хугацаанд тулгуурласан эш үзүүллэгүүдийн илчлэл биш боловч Палмони эш үзүүллэгийн шууд биеллүүдийг ялган танихын тулд тоонуудыг мөн хэрэглэсээр байдаг. Цаг хугацаа үгүй болсон бөгөөд Миллерийнхэн өөрсдийн үеийнхэнд “цаг хугацааны мэдээг авчирсан” хэдий ч гурав дахь тэнгэрэлчийн мэдээ нь “цаг хугацаа”-аас хүчирхэг билээ.</w:t>
      </w:r>
    </w:p>
    <w:p>
      <w:pPr>
        <w:pStyle w:val="ArticleScripture"/>
        <w:jc w:val="left"/>
      </w:pPr>
      <w:r>
        <w:rPr>
          <w:rFonts w:ascii="Times New Roman" w:hAnsi="Times New Roman" w:eastAsia="Times New Roman" w:cs="Times New Roman"/>
        </w:rPr>
        <w:t>“Эзэн надад гурав дахь тэнгэрэлчийн мэдээ явах ёстойг, мөн Эзэний тархан бутарсан хүүхдүүдэд тунхаглагдах ёстойг, түүнчлэн энэ нь цаг хугацаанд тулгуурлан дүүжлэгдэж болохгүйг харуулсан; учир нь цаг хугацаа дахин хэзээ ч сорилт болохгүй. Цаг хугацааг номлосноос үүдэлтэй хуурамч хөөрөл заримд нь бий болж байгааг би харсан; гурав дахь тэнгэрэлчийн мэдээ нь цаг хугацаанаас ч илүү хүчтэй байв. Энэ мэдээ өөрийн суурин дээр өөрөө бат зогсож чадна, түүнийг бэхжүүлэхэд цаг хугацаа хэрэггүй, мөн энэ нь агуу хүчээр урагшилж, ажлаа хийж, зөвт байдал дотор богиносгогдох болно гэдгийг би харсан.” Experience and Views, 48.</w:t>
      </w:r>
    </w:p>
    <w:p>
      <w:pPr>
        <w:pStyle w:val="ArticleBody"/>
        <w:jc w:val="left"/>
      </w:pPr>
      <w:r>
        <w:rPr>
          <w:rFonts w:ascii="Times New Roman" w:hAnsi="Times New Roman" w:eastAsia="Times New Roman" w:cs="Times New Roman"/>
        </w:rPr>
        <w:t>Зөгнөлийн үнэнүүдийн лац тайлагдах дараалсан “дэг журам” нь дэвшин урагшлах түүхийг тодорхойлдог, мөн түүнчлэн захиасын хөгжлийг ч тодорхойлдог. Дүрслэгдсэн түүхийн “дэг журам” болон Иуда овгийн Арслан 12-р сарын 31-нээс хойш захиасыг хэрхэн лац тайлсаар ирсэн мөрүүдийг аль алийг нь ойлгох нь авралтай холбоотой юм. 2023 оны 7-р сард цөл дэх нэгэн дуу хоолой 2023 оны 12-р сарын 31-ний лац тайлалтад зам бэлтгэж эхэлсэн. Дараа нь Иуда овгийн Арслан Илчлэлт номын нэгдүгээр бүлгийг лац тайлсан.</w:t>
      </w:r>
    </w:p>
    <w:p>
      <w:pPr>
        <w:pStyle w:val="ArticleHeading"/>
        <w:jc w:val="left"/>
      </w:pPr>
      <w:r>
        <w:rPr>
          <w:rFonts w:ascii="Arial" w:hAnsi="Arial" w:eastAsia="Arial" w:cs="Arial"/>
        </w:rPr>
        <w:t>Өөр Юу Ч Үгүй</w:t>
      </w:r>
    </w:p>
    <w:p>
      <w:pPr>
        <w:pStyle w:val="ArticleScripture"/>
        <w:jc w:val="left"/>
      </w:pPr>
      <w:r>
        <w:rPr>
          <w:rFonts w:ascii="Times New Roman" w:hAnsi="Times New Roman" w:eastAsia="Times New Roman" w:cs="Times New Roman"/>
        </w:rPr>
        <w:t>“Илчлэлт номд өөр өөрсдийн дарааллаар өгөгдсөн тэрхүү ёслол төгөлдөр мэдээнүүд нь Бурханы ард түмний оюун санаанд тэргүүн байрыг эзлэх ёстой. Бидний анхаарлыг өөр юу ч бүхлээр нь эзэмдэхийг зөвшөөрч болохгүй.” Testimonies, volume 8, 301, 302.</w:t>
      </w:r>
    </w:p>
    <w:p>
      <w:pPr>
        <w:pStyle w:val="ArticleBody"/>
        <w:jc w:val="left"/>
      </w:pPr>
      <w:r>
        <w:rPr>
          <w:rFonts w:ascii="Times New Roman" w:hAnsi="Times New Roman" w:eastAsia="Times New Roman" w:cs="Times New Roman"/>
        </w:rPr>
        <w:t>2023 онд эхэлсэн өгүүллүүд нь Бурханы ард түмний оюун санаанд “нэгдүгээр байрыг эзлэх” ёстой.</w:t>
      </w:r>
    </w:p>
    <w:p>
      <w:pPr>
        <w:pStyle w:val="ArticleScripture"/>
        <w:jc w:val="left"/>
      </w:pPr>
      <w:r>
        <w:rPr>
          <w:rFonts w:ascii="Times New Roman" w:hAnsi="Times New Roman" w:eastAsia="Times New Roman" w:cs="Times New Roman"/>
        </w:rPr>
        <w:t>“Бурхан эш үзүүллэгийн түүхэнд өнгөрсөн үед биелэгдэхээр онцлон тогтоосон бүхэн биелсэн бөгөөд, дарааллаараа ирэх ёстой үлдсэн бүхэн ч мөн биелэх болно. Бурханы эш үзүүлэгч Даниел өөрийн байрандаа зогсож байна. Иохан өөрийн байрандаа зогсож байна. Илчлэлт номд Иуда овгийн Арслан эш үзүүллэгийг судлагчдад Даниелын номыг нээсэн бөгөөд, ингэснээр Даниел өөрийн байрандаа зогсож байна. Тэр өөрийн гэрчлэлийг, өөрөөр хэлбэл бидний биеллийнх нь яг босгон дээр зогсож байхдаа мэдэх ёстой агуу бөгөөд сүр жавхлант үйл явдлуудын талаар Эзэн түүнд үзэгдлээр илчилсэн тэр зүйлийг гэрчилж байна.”</w:t>
      </w:r>
    </w:p>
    <w:p>
      <w:pPr>
        <w:pStyle w:val="ArticleScripture"/>
        <w:jc w:val="left"/>
      </w:pPr>
      <w:r>
        <w:rPr>
          <w:rFonts w:ascii="Times New Roman" w:hAnsi="Times New Roman" w:eastAsia="Times New Roman" w:cs="Times New Roman"/>
        </w:rPr>
        <w:t>“Түүх болон эш үзүүллэгт Бурханы Үг үнэн ба төөрөгдлийн хооронд удаан үргэлжилсэн тэмцлийг дүрслэн харуулдаг. Тэр тэмцэл одоо ч үргэлжилсээр байна. Урьд нь болж байсан зүйлс дахин давтагдах болно.” Selected Messages, book 2, 109.</w:t>
      </w:r>
    </w:p>
    <w:p>
      <w:pPr>
        <w:pStyle w:val="ArticleHeading"/>
        <w:jc w:val="left"/>
      </w:pPr>
      <w:r>
        <w:rPr>
          <w:rFonts w:ascii="Arial" w:hAnsi="Arial" w:eastAsia="Arial" w:cs="Arial"/>
        </w:rPr>
        <w:t>Гучин</w:t>
      </w:r>
    </w:p>
    <w:p>
      <w:pPr>
        <w:pStyle w:val="ArticleBody"/>
        <w:jc w:val="left"/>
      </w:pPr>
      <w:r>
        <w:rPr>
          <w:rFonts w:ascii="Times New Roman" w:hAnsi="Times New Roman" w:eastAsia="Times New Roman" w:cs="Times New Roman"/>
        </w:rPr>
        <w:t>Даниелын арван нэгдүгээр бүлгийн дөчдүгээр эшлэлийн мэдээ 1996 онд лацнаасаа тайлагдаж, албан ёсоор хэлбэржсэн. Гучин жилийн дараа, яг тэрхүү эшлэлийн нуугдмал түүх одоо Шөнө дундын Хашхирааны мэдээний албан ёсны хэлбэржилттэй уялдан лацнаасаа тайлагдаж байна. Энэ мэдээ нь Исламын тухай засварлагдсан гадаад зөгнөлт таамаглал болон Шөнө дундын Хашхирааны засварлагдсан дотоод мэдээнээс бүрддэг мэдээ юм. Шөнө дундын Хашхирааны мэдээ нь арван зургаадугаар эшлэлийн Ням гарагийн хуулиас өмнө тунхаглагддаг, учир нь үлгэрт хаалга Ням гарагийн хуулийн үед хаагддаг.</w:t>
      </w:r>
    </w:p>
    <w:p>
      <w:pPr>
        <w:pStyle w:val="ArticleHeading"/>
        <w:jc w:val="left"/>
      </w:pPr>
      <w:r>
        <w:rPr>
          <w:rFonts w:ascii="Arial" w:hAnsi="Arial" w:eastAsia="Arial" w:cs="Arial"/>
        </w:rPr>
        <w:t>Петр</w:t>
      </w:r>
    </w:p>
    <w:p>
      <w:pPr>
        <w:pStyle w:val="ArticleBody"/>
        <w:jc w:val="left"/>
      </w:pPr>
      <w:r>
        <w:rPr>
          <w:rFonts w:ascii="Times New Roman" w:hAnsi="Times New Roman" w:eastAsia="Times New Roman" w:cs="Times New Roman"/>
        </w:rPr>
        <w:t>Энэ нь Петрийг нэг зуун дөчин дөрвөн мянгыг тамгалах түүхэн дотор байрлуулж байна. Петр дээд өрөөнд тунхагласан нэгэн мэдээтэй байсан бөгөөд сүмд тунхагласан өөр нэгэн мэдээтэй байсан. Дээд өрөөний мэдээ нь сургаалт зүйрлэлийн Шөнө дундын Хашхираан бөгөөд сүмийн мэдээ нь гурав дахь тэнгэрэлчийн чанга хашхираан юм. Петр Шөнө дундын Хашхирааны дээд өрөөний мэдээг тунхаглахын тулд, түүний мэдээ эхлээд засагдаж, албан ёсны хэлбэрт орох ёстой байв. Энэхүү засалт ба албан ёсны хэлбэршүүлэлт нь Иуда овгийн Арслан 2023 оны 12 дугаар сарын 31-нээс хойш тодорхойлсоор ирсэн эш үзүүллэгийн шугамуудыг нэгтгэн авчрах замаар гүйцэлддэг.</w:t>
      </w:r>
    </w:p>
    <w:p>
      <w:pPr>
        <w:pStyle w:val="ArticleBody"/>
        <w:jc w:val="left"/>
      </w:pPr>
      <w:r>
        <w:rPr>
          <w:rFonts w:ascii="Times New Roman" w:hAnsi="Times New Roman" w:eastAsia="Times New Roman" w:cs="Times New Roman"/>
        </w:rPr>
        <w:t>Одоо хийх ажил бол Шөнө дундын Хашхирааны мэдээг албажуулах явдал юм. Мэдээ албажсан энэ үйл явцыг 1831 онд Вильям Миллер, мөн 1996 онд The Time of the End сэтгүүлээр төлөөлөн урьдчилан үзүүлсэн билээ. 2020 оны 7-р сарын 18-нд анхны урам хугаралтыг бий болгосон мэдээний залруулгыг Иосиах Литч ч, Самуэл Сноу ч мөн адил төлөөлөн үзүүлсэн. Тэдний тус бүрийн гүйцэтгэсэн ажил нь 1840 оны 8-р сарын 11-ний дараа, мөн долоо дахь сарын хөдөлгөөний дараа үргэлжилсэн “үр дагавар”-ыг “үүсгэсэн” юм. 1840 онд энэ мэдээ дэлхийн бүх миссийн өртөөнд хүргэгдсэн бөгөөд 1844 онд Шөнө дундын Хашхирааны мэдээ АНУ-ын зүүн эргийн дагуу түрлэгийн давалгаа мэт нөмрөн өнгөрсөн. Хүмүүсийн ажил нь Ариун Сүнсний асгаралтын “үр дагавар”-ыг “үүсгэсэн” юм. 1840 он тэнгисээр төлөөлөгдсөн дэлхий рүү очсон бөгөөд 1844 он газраар төлөөлөгдсөн АНУ руу очсон. 1840 оны бэлгэ тэмдэг нь Илчлэлт арван бүлэгт газар ба тэнгис дээр зогсож буй Христ байсан бөгөөд яг тэр бүлэг нь 1840-өөс 1844 он хүртэлх түүхийг тодорхойлон, газар ба тэнгис дээр зогсож буй Христийг дүрслэн үзүүлдэг.</w:t>
      </w:r>
    </w:p>
    <w:p>
      <w:pPr>
        <w:pStyle w:val="ArticleBody"/>
        <w:jc w:val="left"/>
      </w:pPr>
      <w:r>
        <w:rPr>
          <w:rFonts w:ascii="Times New Roman" w:hAnsi="Times New Roman" w:eastAsia="Times New Roman" w:cs="Times New Roman"/>
        </w:rPr>
        <w:t>1840 он болон 1844 онд аль алинд нь эш үзүүллэгт хийсэн залруулга нь цаг хугацааг урагшлуулсан, төгс он сар өдөрт хүргэсэн залруулга байсан. Нэг нь Исламын тухай эш үзүүллэг, нөгөө нь арван охины сургаалт зүйрлэлийн тухай эш үзүүллэг байв. Нэг нь гадаад, нөгөө нь дотоод шинжтэй байлаа. 1844 он нь мөн ариун газрын талаарх буруу ойлголтыг багтааж байв. Ариун газар нь дэлхий байсан уу, эсвэл тэнгэрийн ариун газар байсан уу? Энэ буруу ойлголт нь ариун газрын тодорхойлолтоос ч илүү гүнзгий байсан, учир нь энэ нь мөн нэгэн сүнс Христийг Ариун газраас Хамгийн Ариун газарт дагах эсэхийг шалгах сорилтыг илэрхийлж байсан юм.</w:t>
      </w:r>
    </w:p>
    <w:p>
      <w:pPr>
        <w:pStyle w:val="ArticleScripture"/>
        <w:jc w:val="left"/>
      </w:pPr>
      <w:r>
        <w:rPr>
          <w:rFonts w:ascii="Times New Roman" w:hAnsi="Times New Roman" w:eastAsia="Times New Roman" w:cs="Times New Roman"/>
        </w:rPr>
        <w:t>“Би Эцэгийг сэнтийгээс босож, гал бадарсан тэрэгт суун, хөшигний цаадах ариун бүхний ариун газарт орж, тэнд суухыг харсан. Дараа нь Есүс сэнтийгээс босоход, мөргөн бөхийсөн хүмүүсийн ихэнх нь Түүнтэй хамт босов. Түүнийг боссоны дараа Есүсээс хайхрамжгүй олны зүг нэг ч гэрлийн туяа дамжин өнгөрөхийг би хараагүй бөгөөд тэд төгс харанхуйд үлдсэн. Есүс босох үед Түүнтэй хамт боссон хүмүүс, Түүнийг сэнтийгээс гарч тэднийг бага зэрэг дагуулан явахад, нүдээ Түүн дээр тогтоон харсаар байв. Тэгээд Тэр баруун гараа өргөж, бид Түүний уянгат дууг ийнхүү хэлэхийг сонсов: ‘Энд хүлээж бай; Би хаанчлалыг хүлээн авахаар Эцэг уруугаа явж байна; хувцсаа сэвгүй байлга, удалгүй Би хуримаас буцаж ирээд та нарыг Өөртөө хүлээн авна.’ Дараа нь галын дөл мэт дугуйтай, тэнгэрэлчүүдээр хүрээлэгдсэн үүлэн тэрэг Есүсийн байсан газарт ирэв. Тэр тэргэнд алхан орж, Эцэгийн сууж байсан хамгийн ариун газарт зөөгдөн очив. Тэнд би Есүсийг, агуу Тэргүүн Тахилчийн хувьд, Эцэгийн өмнө зогсож байхыг харсан. Түүний хувцасны хормойд хонх ба анар, хонх ба анар байв. Есүстэй хамт боссон хүмүүс итгэлээ хамгийн ариун газар дахь Түүн рүү өргөн илгээж, ‘Миний Эцэг, Өөрийн Сүнсийг бидэнд өгөөч’ хэмээн залбирч байлаа. Тэгэхэд Есүс тэдний дээр Ариун Сүнсийг амьсгалан үлээдэг байв. Тэр амьсгал дотор гэрэл, хүч чадал, мөн үлэмж хайр, баяр хөөр, амар тайван байлаа.”</w:t>
      </w:r>
    </w:p>
    <w:p>
      <w:pPr>
        <w:pStyle w:val="ArticleScripture"/>
        <w:jc w:val="left"/>
      </w:pPr>
      <w:r>
        <w:rPr>
          <w:rFonts w:ascii="Times New Roman" w:hAnsi="Times New Roman" w:eastAsia="Times New Roman" w:cs="Times New Roman"/>
        </w:rPr>
        <w:t>“Би сэнтийн өмнө бөхийсөн хэвээр байсан бүлэг хүмүүсийг харахаар эргэж харлаа; Есүс тэндээс явсныг тэд мэдээгүй байв. Сатан сэнтийн дэргэд байгаа мэт үзэгдэж, Бурханы ажлыг үргэлжлүүлэхийг оролдож байлаа. Би тэднийг сэнтий өөд харж, ‘Эцэг ээ, Өөрийн Сүнсийг бидэнд өгөөч’ хэмээн залбирахыг харсан. Тэгэхэд нь Сатан тэдний дээр ариун бус нөлөөг үлээх бөгөөд; түүнд гэрэл болон их хүч байсан ч, эелдэг хайр, баяр хөөр, амар тайван байсангүй. Сатаны зорилго нь тэднийг мэхлэгдсэн хэвээр байлгаж, мөн Бурханы хүүхдүүдийг буцаан татаж, мэхлэх явдал байв.” Эртний бичвэрүүд, 55, 56.</w:t>
      </w:r>
    </w:p>
    <w:p>
      <w:pPr>
        <w:pStyle w:val="ArticleBody"/>
        <w:jc w:val="left"/>
      </w:pPr>
      <w:r>
        <w:rPr>
          <w:rFonts w:ascii="Times New Roman" w:hAnsi="Times New Roman" w:eastAsia="Times New Roman" w:cs="Times New Roman"/>
        </w:rPr>
        <w:t>Ариун сүмийг ариун сүмийн талаарх буруу ойлголтоос үүдэн бий болсон бүх төөрөгдлийг тайлбарлах “түлхүүр” хэмээн тодорхойлсон юм. Энэ нь урам хугарлыг тайлбарлах “түлхүүр” байсан. Эцсийн өдрүүдэд “түлхүүр” нь урам хугарал бөгөөд энэ нь сүмийн талаарх буруу ойлголтыг тайлбарладаг.</w:t>
      </w:r>
    </w:p>
    <w:p>
      <w:pPr>
        <w:pStyle w:val="ArticleBody"/>
        <w:jc w:val="left"/>
      </w:pPr>
      <w:r>
        <w:rPr>
          <w:rFonts w:ascii="Times New Roman" w:hAnsi="Times New Roman" w:eastAsia="Times New Roman" w:cs="Times New Roman"/>
        </w:rPr>
        <w:t>1844 оны 10-р сарын 22-ны өдрөөс хойш “хугацаа цаашид үгүй” болсон тул 2020 оны 7-р сарын 18-ны урам хугарлын алдааг одоо засах ёстой; гэвч энэ нь цаг хугацааны хувьд бус, учир нь хугацаа цаашид үгүй юм.</w:t>
      </w:r>
    </w:p>
    <w:p>
      <w:pPr>
        <w:pStyle w:val="ArticleScripture"/>
        <w:jc w:val="left"/>
      </w:pPr>
      <w:r>
        <w:rPr>
          <w:rFonts w:ascii="Times New Roman" w:hAnsi="Times New Roman" w:eastAsia="Times New Roman" w:cs="Times New Roman"/>
        </w:rPr>
        <w:t>Тэнгис дээр болон газар дээр зогсож буйг миний харсан тэр тэнгэрэлч гараа тэнгэр өөд өргөж, тэнгэрийг, түүн доторх бүхнийг, газрыг, түүн дээрх бүхнийг, тэнгисийг, түүн доторх бүхнийг бүтээгч, мөнхөөс мөнхөд амьдрагчаар тангараглан, цаашид хугацаа байхгүй болно гэж айлдав. Харин долоо дахь тэнгэрэлчийн дууны өдрүүдэд, тэр бүрээ үлээж эхлэх үед, Өөрийн зарц эш үзүүлэгчдэд тунхагласан ёсоор Бурханы нууц бүрэн төгс болно. Илчлэл 10:5–7.</w:t>
      </w:r>
    </w:p>
    <w:p>
      <w:pPr>
        <w:pStyle w:val="ArticleBody"/>
        <w:jc w:val="left"/>
      </w:pPr>
      <w:r>
        <w:rPr>
          <w:rFonts w:ascii="Times New Roman" w:hAnsi="Times New Roman" w:eastAsia="Times New Roman" w:cs="Times New Roman"/>
        </w:rPr>
        <w:t>Засварлагдах ёстой зөгнөлийн байршил нь Теннессигийн Нэшвилл бөгөөд энэ байршлыг өөрчилж болохгүй. Учир нь үүнийг Future for America биш, харин Эллен Уайт тодорхойлсон бөгөөд Зөгнөлийн Сүнс хэзээ ч алддаггүй.</w:t>
      </w:r>
    </w:p>
    <w:p>
      <w:pPr>
        <w:pStyle w:val="ArticleScripture"/>
        <w:jc w:val="left"/>
      </w:pPr>
      <w:r>
        <w:rPr>
          <w:rFonts w:ascii="Times New Roman" w:hAnsi="Times New Roman" w:eastAsia="Times New Roman" w:cs="Times New Roman"/>
        </w:rPr>
        <w:t>“Намайг Нэшвиллд байх үед би хүмүүст ярьж байсан бөгөөд шөнийн цагт тэнгэрээс шууд бууж ирсэн асар том галт бөмбөлөг Нэшвилл дээр тогтсон юм. Тэр бөмбөлгөөс сум мэт дөлүүд цацарч байлаа; байшингууд шатаж сүйдэж байв; байшингууд ганхаж, нурж унаж байлаа. Манайхны зарим нь тэнд зогсож байсан. ‘Энэ бол бидний хүлээж байсанчлал яг мөн байна’ гэж тэд хэлэв, ‘бид үүнийг хүлээж байсан.’ Бусад нь зовлон шаналалдаа гараа мушгин, Бурханаас өршөөл гуйн хашхирч байв. ‘Та нар үүнийг мэдэж байсан’ гэж тэд хэлэв, ‘ийм зүйл ирж байгааг та нар мэдэж байсан атлаа бидэнд анхааруулахын тулд ганц ч үг хэлээгүй!’ Тэдэнд огт хэлээгүй, ямар ч анхааруулга өгөөгүй байсныг бодоход, тэд бараг тэднийг тас татан хаях гэж байгаа мэт санагдаж байлаа.” Гар бичмэл 188, 1905.</w:t>
      </w:r>
    </w:p>
    <w:p>
      <w:pPr>
        <w:pStyle w:val="ArticleBody"/>
        <w:jc w:val="left"/>
      </w:pPr>
      <w:r>
        <w:rPr>
          <w:rFonts w:ascii="Times New Roman" w:hAnsi="Times New Roman" w:eastAsia="Times New Roman" w:cs="Times New Roman"/>
        </w:rPr>
        <w:t>Нэшвилл дээрх галан бөмбөлгүүдийн дотоод утга нь Лаодикийн Долоо дахь өдрийн Адвентизм Нэшвиллийн анхааруулгын мэдээг мэдэж байсан атлаа дуугүй байсныг илчилдэгт оршино. Энэ бол эш үзүүллэгийн түүхэн дэх “Их хашхираан”-ы мэдээний “ичгүүр” эсвэл “баяр” илэрхийлэгдэх цэг мөн. Энэ бол дэлхийнхэнээс—Лаодикийн Долоо дахь өдрийн Адвентизм Нэшвиллийн анхааруулгыг өгөөгүйд цухалдаж, уурласан хүмүүсээс—ичгүүр хүлээж буй тэднээс ялгаран, тэмдэг туг болох ёстой хүмүүс өргөгдөн ялгарч эхэлдэг цэг мөн. Энэхүү эш үзүүллэгийн ялгарал Кармел уулан дээр Елиа ба Баалын эш үзүүлэгчдийн хооронд, мөн Миллерчүүдийн түүхэн дэх хоёр дахь тэнгэрэлчийн үед, Протестантууд урвагч Протестантууд болон өөрчлөгдөж, хуурамч эш үзүүлэгчийн үүргээ эхлүүлэн, Ромын охид болсон тэр түүхэнд мөн дүрслэгдсэн. 1989 онд улс төрийн эвэр Рейганаар дамжин яг энэ л зүйлийг хийсэн; зөвхөн Рейган Ромын охид болоогүй, харин тэр Ромын янаг амраг болох Ахаб болон нэгдүгээр Кловис болсон юм.</w:t>
      </w:r>
    </w:p>
    <w:p>
      <w:pPr>
        <w:pStyle w:val="ArticleScripture"/>
        <w:jc w:val="left"/>
      </w:pPr>
      <w:r>
        <w:rPr>
          <w:rFonts w:ascii="Times New Roman" w:hAnsi="Times New Roman" w:eastAsia="Times New Roman" w:cs="Times New Roman"/>
        </w:rPr>
        <w:t>“Надад нэгэн үзэгдэл харуулагдсан. Энэ нь Амралтын өдрийн өмнөх шөнө байсан. Тэр үзэгдэл тэр үед надад үзүүлэгдсэн юм. Би цонхоор харвал, тэнгэрээс ирсэн асар том галан бөмбөлөг байж, баганатай барилгуудыг босгож байсан тэр газарт унав; ялангуяа тэдгээр баганууд надад онцлон харуулагдсан. Тэгээд тэр бөмбөлөг яг барилга руу ирж түүнийг няц дарсан мэт санагдсан; мөн тэд түүний салаалан тархаж, салаалан тархаж, улам тэлж байгааг харсан; тэгээд тэд уйлж, гашуудаж, гашуудаж, гараа мушгин эхэлсэн. Би бодоход, манайхны зарим нь тэнд хажууд нь зогсоод, ‘За, энэ чинь бидний хүлээж байсан яг тэр зүйл; энэ чинь бидний ярьж байсан яг тэр зүйл; энэ чинь бидний ярьж байсан яг тэр зүйл’ хэмээн хэлж байсан. ‘Та нар үүнийг мэдэж байсан юм уу?’ гэж хүмүүс хэлэв. ‘Та нар үүнийг мэдэж байсан атлаа бидэнд хэзээ ч хэлээгүй юм уу?’ Тэдний царайд тийм их шаналал, тэдний төрх байдалд тийм их тарчлал байсан гэж би бодсон.” Manuscript 152; 1904.</w:t>
      </w:r>
    </w:p>
    <w:p>
      <w:pPr>
        <w:pStyle w:val="ArticleBody"/>
        <w:jc w:val="left"/>
      </w:pPr>
      <w:r>
        <w:rPr>
          <w:rFonts w:ascii="Times New Roman" w:hAnsi="Times New Roman" w:eastAsia="Times New Roman" w:cs="Times New Roman"/>
        </w:rPr>
        <w:t>2020 оны 7 дугаар сарын 18-ны урам хугаралт нь туг болгон өргөгдөх учиртай сүмийг таньж тодорхойлох “түлхүүр” мөн. Адвентистүүдийн хоёр ангиллын ялгаа нь Библийн эш үзүүлгийн гол сэдэв юм. Иеремиа “дооглогчдын чуулган”-д нэгдэхээс татгалзсан бөгөөд Смирна ба Филадельфи сүмүүд хоёулаа өөрсдийгөө иудейчүүд гэж мэдэгддэг боловч тийм биш Сатаны синагогтой эсрэгцүүлэгдсэн. Адвентист хэмээн өөрсдийгөө тунхаглагч хоёр ангиллын ялгаа нь тэдний Библийг судлахдаа хэрэглэдэг аргачлалаар илэрхийлэгддэг. Энэ нь жинхэнэ боловсрол болон Уайт эгчийн нэрлэснээр “дээд боловсрол гэгч” хоёрын хоорондох ялгаа юм.</w:t>
      </w:r>
    </w:p>
    <w:p>
      <w:pPr>
        <w:pStyle w:val="ArticleBody"/>
        <w:jc w:val="left"/>
      </w:pPr>
      <w:r>
        <w:rPr>
          <w:rFonts w:ascii="Times New Roman" w:hAnsi="Times New Roman" w:eastAsia="Times New Roman" w:cs="Times New Roman"/>
        </w:rPr>
        <w:t>Нэшвиллийг “Өмнөдийн Афин” хэмээн мэддэг бөгөөд Нэшвилл дэх Грекийг төлөөлдөг хамгийн алдартай барилга нь Сэнтэнниал цэцэрлэгт хүрээлэн дэх Парфенон юм. Энэ нь эртний Грекийн Парфеноныг бүрэн хэмжээтэйгээр хуулбарлан 1897 онд баригдсан. Тус барилгыг 1796 онд Теннесси мужийн статустай болсны зуун жилийн ойг тэмдэглэхийн тулд барьсан бөгөөд баяр ёслолын дараа нураахаар төлөвлөж байсан. Харин үүний оронд 1903 онд уг газрыг цэцэрлэгт хүрээлэн болгож, 1920-1931 оны хооронд Парфеноныг байнгын барилга болгон дахин барьжээ.</w:t>
      </w:r>
    </w:p>
    <w:p>
      <w:pPr>
        <w:pStyle w:val="ArticleBody"/>
        <w:jc w:val="left"/>
      </w:pPr>
      <w:r>
        <w:rPr>
          <w:rFonts w:ascii="Times New Roman" w:hAnsi="Times New Roman" w:eastAsia="Times New Roman" w:cs="Times New Roman"/>
        </w:rPr>
        <w:t>“Парфенон” хэмээх нэр нь Грекийн parthénos гэх үгнээс гаралтай бөгөөд “онгон” эсвэл “бүсгүй” гэсэн утгатай; энэ нь мэргэн ухаан, стратеги, урлаг, гар урлал, соёл иргэншлийн мэргэн, халдашгүй, дайчин бурхан Афинаг түүний тэрхүү шинж байдалд нь заан нэрлэсэн хэрэг юм. МЭӨ 447–432 оны хооронд Афины Акрополь дээр баригдсан энэ байгууламж нь уран барималч Фидийн бүтээсэн Афинагийн аварга том хризелефантин (алт, зааны ясан) хөшөөг агуулж байсан бөгөөд үнэн хэрэгтээ түүний “өргөө” буюу тэнгэрлэг оршихуй нь гэж үйлчилж, тэнд түүнийг оршин байна хэмээн итгэдэг байжээ.</w:t>
      </w:r>
    </w:p>
    <w:p>
      <w:pPr>
        <w:pStyle w:val="ArticleBody"/>
        <w:jc w:val="left"/>
      </w:pPr>
      <w:r>
        <w:rPr>
          <w:rFonts w:ascii="Times New Roman" w:hAnsi="Times New Roman" w:eastAsia="Times New Roman" w:cs="Times New Roman"/>
        </w:rPr>
        <w:t>Өрнөдийн боловсролын тогтолцоо өргөн мэдлэг, шүүмжлэлт эрэл хайгуул, иргэний бэлтгэл, мөн чөлөөт ухааны тогтолцоонд онцгойлон ач холбогдол өгдөг нь үндсэндээ эртний Грекийн гүн ухаан болон практикт үндэслэдэг. Платоны Академи, Аристотелийн Ликей, эсвэл Афины paideia байгаагүйсэн бол өнөө бидний мэдэх орчин үеийн сургууль боловсрол огт өөр төрхтэй байх байсан.</w:t>
      </w:r>
    </w:p>
    <w:p>
      <w:pPr>
        <w:pStyle w:val="ArticleBody"/>
        <w:jc w:val="left"/>
      </w:pPr>
      <w:r>
        <w:rPr>
          <w:rFonts w:ascii="Times New Roman" w:hAnsi="Times New Roman" w:eastAsia="Times New Roman" w:cs="Times New Roman"/>
        </w:rPr>
        <w:t>1904 онд Мэдисоны сургууль Нэшвиллээс есөн милийн зайд байгуулагдсан. Эллен Уайт Мэдисоны анхны сургуулийн үүсгэн байгуулагч удирдах зөвлөлийн гишүүн байсан бөгөөд энэ сургууль албан ёсоор Нэшвиллийн Хөдөө аж ахуй, Багшийн сургалтын хүрээлэн хэмээн нэрлэгдэж, хожим Мэдисон коллеж гэж танигдсан юм. Тэрээр 1904 онд байгуулагдсан цагаас нь эхлэн захирлуудын зөвлөлийн үүсгэн байгуулагч гишүүнээр ажилласан. Тэрээр 1914 он хүртэл (1915 онд нас барахаасаа өмнөх жил хүртэл) тус зөвлөлд хэвээр байв.</w:t>
      </w:r>
    </w:p>
    <w:p>
      <w:pPr>
        <w:pStyle w:val="ArticleBody"/>
        <w:jc w:val="left"/>
      </w:pPr>
      <w:r>
        <w:rPr>
          <w:rFonts w:ascii="Times New Roman" w:hAnsi="Times New Roman" w:eastAsia="Times New Roman" w:cs="Times New Roman"/>
        </w:rPr>
        <w:t>Энэ нь түүний хэзээ нэгэн цагт нэгдэн орж, эсвэл гишүүнээр нь үйлчилж ажиллахыг зөвшөөрсөн цорын ганц коллежийн буюу байгууллагын зөвлөл байв. Тэрээр Адвентистын бусад байгууллагууд дахь ийм албан ёсны албан тушаалуудыг зориуд хязгаарласан боловч, Мэдисоныг өөрийн боловсролын зөвлөгөөнүүдтэй нь нийцэж байсан учраас онцгойлон үзсэн юм (өөрийгөө тэтгэдэг, аж ахуйд суурилсан, номлолын чиглэлтэй сургалт бөгөөд Библи, гар хөдөлмөр, мөн Өмнөд нутаг болон түүнээс цааших үйлчлэлд зориулсан бодитой бэлтгэлийг онцолдог). Систер Уайтын Нэшвиллтэй холбоотой мэдээнүүд 1904, 1905 онуудад ирсэн бөгөөд энэ нь Мэдисон сургууль эхэлж байсан, мөн Партеноны үзмэр Байнгын цэцэрлэгт хүрээлэн дэх байнгын байгууламж болгон өөрчлөгдөж байсан яг тэр үе байлаа. Грекийн боловсрол болон тэнгэрлэг боловсролын бэлгэдэл аль аль нь ийнхүү нэгэн богино хугацаанд эхлэлээ тэмдэглэсэн бөгөөд энэ нь мөн Нэшвиллийн галан бөмбөлгүүдийн үзэгдлүүд өгөгдсөн тэрхүү адил цаг үе байсан юм.</w:t>
      </w:r>
    </w:p>
    <w:p>
      <w:pPr>
        <w:pStyle w:val="ArticleScripture"/>
        <w:jc w:val="left"/>
      </w:pPr>
      <w:r>
        <w:rPr>
          <w:rFonts w:ascii="Times New Roman" w:hAnsi="Times New Roman" w:eastAsia="Times New Roman" w:cs="Times New Roman"/>
        </w:rPr>
        <w:t>“Өнгөрсөн шөнө миний өмнө нэгэн үзэгдэл үзүүлэгдэв. Би түүний бүхнийг хэзээ ч илчлэх эрх чөлөөг мэдрэхгүй байж мэднэ, харин багахан хэсгийг нь илчилье.</w:t>
      </w:r>
    </w:p>
    <w:p>
      <w:pPr>
        <w:pStyle w:val="ArticleScripture"/>
        <w:jc w:val="left"/>
      </w:pPr>
      <w:r>
        <w:rPr>
          <w:rFonts w:ascii="Times New Roman" w:hAnsi="Times New Roman" w:eastAsia="Times New Roman" w:cs="Times New Roman"/>
        </w:rPr>
        <w:t>“Асар том галан бөмбөлөг дэлхий дээр бууж ирээд том байшингуудыг няцалж байгаа мэт санагдав. Энд тэндээс, ‘Эзэн ирлээ! Эзэн ирлээ!’ гэсэн хашхираан сонстож байлаа. Олон хүн Түүнтэй уулзахад бэлтгэгдээгүй байсан ч, цөөн хэдэн нь, ‘Эзэнийг магтагтун!’ хэмээн хэлж байв.”</w:t>
      </w:r>
    </w:p>
    <w:p>
      <w:pPr>
        <w:pStyle w:val="ArticleScripture"/>
        <w:jc w:val="left"/>
      </w:pPr>
      <w:r>
        <w:rPr>
          <w:rFonts w:ascii="Times New Roman" w:hAnsi="Times New Roman" w:eastAsia="Times New Roman" w:cs="Times New Roman"/>
        </w:rPr>
        <w:t>“‘Та нар яагаад Эзэнийг магтан алдаршуулж байна вэ?’ хэмээн гэнэтийн сүйрэл ирж байсан хүмүүс асуув.”</w:t>
      </w:r>
    </w:p>
    <w:p>
      <w:pPr>
        <w:pStyle w:val="ArticleScripture"/>
        <w:jc w:val="left"/>
      </w:pPr>
      <w:r>
        <w:rPr>
          <w:rFonts w:ascii="Times New Roman" w:hAnsi="Times New Roman" w:eastAsia="Times New Roman" w:cs="Times New Roman"/>
        </w:rPr>
        <w:t>«Учир нь бид одоо хайж байсан зүйлээ харж байна.»</w:t>
      </w:r>
    </w:p>
    <w:p>
      <w:pPr>
        <w:pStyle w:val="ArticleScripture"/>
        <w:jc w:val="left"/>
      </w:pPr>
      <w:r>
        <w:rPr>
          <w:rFonts w:ascii="Times New Roman" w:hAnsi="Times New Roman" w:eastAsia="Times New Roman" w:cs="Times New Roman"/>
        </w:rPr>
        <w:t>“‘Хэрэв эдгээр зүйлс ирэх гэж байгаад та нар итгэж байсан юм бол, яагаад бидэнд хэлээгүй юм бэ?’ гэсэн аймшигт хариу өгөгдөх болно. ‘Бид эдгээр зүйлсийн талаар мэдээгүй. Та нар яагаад биднийг мунхаг харанхуйд орхисон юм бэ? Та нар биднийг дахин дахин харсан; яагаад бидэнтэй танилцаж, ирэх шүүлтийн тухай, мөн бид сүйрэхгүйн тулд Бурханд үйлчлэх ёстойг бидэнд хэлээгүй юм бэ? Одоо бид мөхсөн!’” Гар бичмэл 102, 1904.</w:t>
      </w:r>
    </w:p>
    <w:p>
      <w:pPr>
        <w:pStyle w:val="ArticleBody"/>
        <w:jc w:val="left"/>
      </w:pPr>
      <w:r>
        <w:rPr>
          <w:rFonts w:ascii="Times New Roman" w:hAnsi="Times New Roman" w:eastAsia="Times New Roman" w:cs="Times New Roman"/>
        </w:rPr>
        <w:t>Нэшвиллийн мэдээнүүдийн нөхцөл байдал газарзүйн хувьд жинхэнэ эсвэл хуурамч боловсролын сүнслэг орчинд байрлуулсан байв. Энэ нь сүнсийг тэнгэрийн эсвэл газрын иргэн болоход бэлтгэдэг боловсрол юм. Систер Уайтын Нэшвиллийн үзэгдлүүдэд Исламын талаар ямар ч дурдлага байхгүй тул Нэшвиллийн дээрх галан бөмбөлгүүдийн үзэгдэлд Исламыг холбон хавсаргах ямар үндэслэл байж болох вэ? 2020 оны Нэшвиллийн мэдээний залруулга Иосия Литч, Самуэл Сноу нарын ажлын хамт хэрхэн нийцэх вэ? Тэдний залруулгууд нь анхны зөгнөлд хүргэсэн тэрхүү ижил нотолгоо л залруулсан зөгнөлийг тогтоосон нотолгоо мөн болохыг тэд ухаарсан үед хийгдсэн юм.</w:t>
      </w:r>
    </w:p>
    <w:p>
      <w:pPr>
        <w:pStyle w:val="ArticleBody"/>
        <w:jc w:val="left"/>
      </w:pPr>
      <w:r>
        <w:rPr>
          <w:rFonts w:ascii="Times New Roman" w:hAnsi="Times New Roman" w:eastAsia="Times New Roman" w:cs="Times New Roman"/>
        </w:rPr>
        <w:t>Исламын нотолгоо Нэшвиллийн анхааруулгын мэдээтэй холбогдохоос нь нэн өмнө тогтоогдсон байв. Исламын мэдээ нь гурав дахь тэнгэрэлчийн мэдээтэй шууд холбогддог. Энэ баримт нь Библийн хэд хэдэн гэрчээр дүрслэгдэн харагддаг. Гурав дахь тэнгэрэлчийн анхааруулга нь хойд зүгийн хааны эрх мэдлийн тэмдгийн тухай анхааруулгыг илэрхийлдэг бөгөөд Исламын анхааруулга нь зүүн зүгийн хөвгүүдийн анхааруулгаар төлөөлөгдөнө.</w:t>
      </w:r>
    </w:p>
    <w:p>
      <w:pPr>
        <w:pStyle w:val="ArticleScripture"/>
        <w:jc w:val="left"/>
      </w:pPr>
      <w:r>
        <w:rPr>
          <w:rFonts w:ascii="Times New Roman" w:hAnsi="Times New Roman" w:eastAsia="Times New Roman" w:cs="Times New Roman"/>
        </w:rPr>
        <w:t>Харин зүүнээс болон хойноос ирэх мэдээ түүнийг түгшээх тул тэрээр олныг сүйтгэж, бүрмөсөн устгахаар асар их хилэнтэйгээр хөдөлнө. Даниел 11:44.</w:t>
      </w:r>
    </w:p>
    <w:p>
      <w:pPr>
        <w:pStyle w:val="ArticleBody"/>
        <w:jc w:val="left"/>
      </w:pPr>
      <w:r>
        <w:rPr>
          <w:rFonts w:ascii="Times New Roman" w:hAnsi="Times New Roman" w:eastAsia="Times New Roman" w:cs="Times New Roman"/>
        </w:rPr>
        <w:t>Долоодугаар бүрээ дуугарч эхэлсэн 1844 оны 10-р сарын 22-нд гурав дахь тэнгэрэлч түүхэнд ирсэн юм. Долоодугаар бүрээ нь мөн Исламын гурав дахь гай зовлон мөн. 1863 оны бослого долоодугаар бүрээний дуугаралтыг 9/11 хүртэл намжаасан бөгөөд тэр үед Бурханы хүчний хүрэлтээр Нью-Йоркийн агуу барилгууд нураагдан, Илчлэл номын арван наймдугаар бүлэгт өгүүлснээр гурав дахь тэнгэрэлч бууж ирсэн юм.</w:t>
      </w:r>
    </w:p>
    <w:p>
      <w:pPr>
        <w:pStyle w:val="ArticleBody"/>
        <w:jc w:val="left"/>
      </w:pPr>
      <w:r>
        <w:rPr>
          <w:rFonts w:ascii="Times New Roman" w:hAnsi="Times New Roman" w:eastAsia="Times New Roman" w:cs="Times New Roman"/>
        </w:rPr>
        <w:t>9/11 нь тун удахгүй ирэх Ням гаргийн хуулийн үед дуусах нэг зуун дөчин дөрвөн мянгыг тамгалах ажлын альфа буюу эхлэл, өөрөөр хэлбэл тамгалах цаг үеийн эхлэл байсан юм.</w:t>
      </w:r>
    </w:p>
    <w:p>
      <w:pPr>
        <w:pStyle w:val="ArticleBody"/>
        <w:jc w:val="left"/>
      </w:pPr>
      <w:r>
        <w:rPr>
          <w:rFonts w:ascii="Times New Roman" w:hAnsi="Times New Roman" w:eastAsia="Times New Roman" w:cs="Times New Roman"/>
        </w:rPr>
        <w:t>9/11 нь АНУ дахь араатны дүрсний сорилтын үеийн альфа бөгөөд энэ нь АНУ-д араатны тамгыг албадан хэрэгжүүлэхэд тохиох АНУ дахь араатны дүрсний сорилтын үеийн омегагаар төгсөнө.</w:t>
      </w:r>
    </w:p>
    <w:p>
      <w:pPr>
        <w:pStyle w:val="ArticleBody"/>
        <w:jc w:val="left"/>
      </w:pPr>
      <w:r>
        <w:rPr>
          <w:rFonts w:ascii="Times New Roman" w:hAnsi="Times New Roman" w:eastAsia="Times New Roman" w:cs="Times New Roman"/>
        </w:rPr>
        <w:t>9/11 бол тун удахгүй ирэх Ням гаргийн хуулиар төгсөх, газар дэлхийн араатны, түүний Бүгд Найрамдах болон Протестант эвэрүүдийг хамарсан амьд хүмүүсийн шүүлтийн альфа буюу эхлэл мөн.</w:t>
      </w:r>
    </w:p>
    <w:p>
      <w:pPr>
        <w:pStyle w:val="ArticleBody"/>
        <w:jc w:val="left"/>
      </w:pPr>
      <w:r>
        <w:rPr>
          <w:rFonts w:ascii="Times New Roman" w:hAnsi="Times New Roman" w:eastAsia="Times New Roman" w:cs="Times New Roman"/>
        </w:rPr>
        <w:t>9/11 нь “Эзэний бэлтгэлийн өдөр”-ийн альфа бөгөөд энэ нь Эзэний Амралтын өдрийн тухай сорилоор төгсөнө.</w:t>
      </w:r>
    </w:p>
    <w:p>
      <w:pPr>
        <w:pStyle w:val="ArticleBody"/>
        <w:jc w:val="left"/>
      </w:pPr>
      <w:r>
        <w:rPr>
          <w:rFonts w:ascii="Times New Roman" w:hAnsi="Times New Roman" w:eastAsia="Times New Roman" w:cs="Times New Roman"/>
        </w:rPr>
        <w:t>9/11 нь сүмийн босголтын альфа бөгөөд энэ нь суурийн чулуугаар төлөөлөгдөх ба омега болох титэм чулууг сүм дээр тавих үед төгсөнө.</w:t>
      </w:r>
    </w:p>
    <w:p>
      <w:pPr>
        <w:pStyle w:val="ArticleBody"/>
        <w:jc w:val="left"/>
      </w:pPr>
      <w:r>
        <w:rPr>
          <w:rFonts w:ascii="Times New Roman" w:hAnsi="Times New Roman" w:eastAsia="Times New Roman" w:cs="Times New Roman"/>
        </w:rPr>
        <w:t>9/11 бол АНУ дахь гурав дахь гайгийн альфа бөгөөд энэ нь Илчлэлт арван нэгдүгээр бүлгийн газар хөдлөлтөөр төгсөнө; тэр нь удахгүй ирэх Ням гаргийн хууль мөн. Тэрхүү газар хөдлөлтийн үед гурав дахь гай удалгүй ирнэ. Нэшвиллийн галан бөмбөлгүүдийн түүх нь Ням гаргийн хуулиар сорилтын хугацаа хаагдахаас өмнөхөн байдаг бөгөөд энэ нь Лаодикийн Адвентистуудыг буруутган, “Одоо бид сүйрлээ” хэмээн мэдүүлдэг хүмүүсийн тунхаглалыг үл харгалзан тийнхүү байна.</w:t>
      </w:r>
    </w:p>
    <w:p>
      <w:pPr>
        <w:pStyle w:val="ArticleBody"/>
        <w:jc w:val="left"/>
      </w:pPr>
      <w:r>
        <w:rPr>
          <w:rFonts w:ascii="Times New Roman" w:hAnsi="Times New Roman" w:eastAsia="Times New Roman" w:cs="Times New Roman"/>
        </w:rPr>
        <w:t>Иоелийн ном болон түүний Пентекостын үеийн биелэл нь, мэдлэгийн өсөлтийг ойлгож чаддаггүй нэгэн анги түүнийг ойлгодог хүмүүсийг согтуу хэмээн буруутгадаг шөнө дундын хашхирааны мэдээний талаарх маргааныг тодорхойлон харуулдаг. Ефраимын согтуу хүмүүс ба мэргэн хүмүүсийн хоорондын сөргөлдөөн нь Бурханы эш үзүүллийн Үгэнд олонтаа хөндөгддөг сэдэв мөн. Үнэний нэгэн бүрэлдэхүүн нь, дээд өргөөн дотор Петрээр, түүнээс хойш сүмд үзүүлэгдсэнчлэн, энэ мэдээ нь хоёр үе шаттай мэдээ байдаг явдал юм. Энэ нь шүүлт Бурханы гэрээс эхэлж, дараа нь Бурханы гэрийн гаднах хүмүүст хүрдэгээр дүрслэгддэг. Шүүлтийн үйл явц мөн Илчлэлт арван наймдугаар бүлгийн хоёр дуу хоолойгоор дүрслэгддэг бөгөөд эхний дуу хоолой нь 9/11-ээс Ням гаргийн хууль хүртэл, харин дараа нь дөрөвдүгээр зүйлийн хоёр дахь дуу хоолой нь Ням гаргийн хуулийг тэмдэглэдэг. Хожмын борооны үнэн ба хуурамч эш үзүүллийн мэдээний ялгаа нь мөн Елиагаар дүрслэгддэг бөгөөд Малак нь түүнийг нигүүлслийн хугацаа хаагдахын яг өмнө эргэн ирнэ хэмээн тодорхойлдог.</w:t>
      </w:r>
    </w:p>
    <w:p>
      <w:pPr>
        <w:pStyle w:val="ArticleBody"/>
        <w:jc w:val="left"/>
      </w:pPr>
      <w:r>
        <w:rPr>
          <w:rFonts w:ascii="Times New Roman" w:hAnsi="Times New Roman" w:eastAsia="Times New Roman" w:cs="Times New Roman"/>
        </w:rPr>
        <w:t>Кармел уулан дээрх ухаантнууд ба мунхгуудын бэлгэдэл нь “ухаантан Елиа” болон Баалын мунхаг эш үзүүлэгчид байв. Елиа бол Петр бөгөөд Баалын эш үзүүлэгчид нь Ефраимын архичид юм. Гал асгарснаар мунхаг архичид Баалын хуурамч эш үзүүлэгчид хэмээн илчлэгдмэгц ард түмэн эцэст нь: “ЭЗЭН, Тэр л Бурхан мөн” гэж хариулдаг. Лаодикийн Долоо дахь өдрийн Адвентистүүд Нэшвиллийн зөгнөлийн биелэл дээр тийнхүү илчлэгддэг. Тэр үед Адвентизмын гаднах, мунхгуудын үнэнч бус байдалд сэрээн ухаарсан хүмүүс яллагдан итгүүлэх нөлөөн дор ордог боловч тэдний сорилтын хугацаа хараахан хаагдаагүй байдаг. Нэшвиллийн анхааруулгын мэдээгээр төлөөлөгдсөн ухаант ба мунхаг онгон охидын илрэлтийн энэ дүрслэл нь арван онгон охины сургаалт зүйрлэлийн эцсийн төгс биеллийн нэгэн тэмдэглэгээ мөн.</w:t>
      </w:r>
    </w:p>
    <w:p>
      <w:pPr>
        <w:pStyle w:val="ArticleBody"/>
        <w:jc w:val="left"/>
      </w:pPr>
      <w:r>
        <w:rPr>
          <w:rFonts w:ascii="Times New Roman" w:hAnsi="Times New Roman" w:eastAsia="Times New Roman" w:cs="Times New Roman"/>
        </w:rPr>
        <w:t>2020 оны 7 дугаар сарын 18-ны урам хугаралт нь засагдах ёстой мэдээг, мөн Адвентизм дотор тос бүхий хүмүүс болон тосгүй хүмүүсийн илрэлийг тодорхойлдог. Нэшвиллийг анхааруулдаг тосны мэдээгүй байсан хүмүүсийг дараа нь тосыг үнэхээр эзэмшдэг хүмүүстэй эсрэгцүүлэн тавьдаг. Мэдээний тосыг эзэмшдэг эсвэл эзэмшдэггүй энэ хоёр ангиллын нэг нь Миллеритүүдийн түүхэн дэх анхны урам хугарлаар төлөөлөгдсөн урам хугарлыг туулсан байдаг, харин нөгөө нь тийм туршлагагүй байдаг. Миллеритүүдээр бэлгэдэгдсэн урам хугаралтгүйгээр биелээгүй аливаа зөгнөлийг засах ямар ч засвар байхгүй. 2020 оны Нэшвиллийн зөгнөл Исламыг зааж байсан явдал нь засагдах шаардлагатай бүтэлгүй мэдээний нэгэн бүрэлдэхүүнтэй нийцэж байдаг.</w:t>
      </w:r>
    </w:p>
    <w:p>
      <w:pPr>
        <w:pStyle w:val="ArticleBody"/>
        <w:jc w:val="left"/>
      </w:pPr>
      <w:r>
        <w:rPr>
          <w:rFonts w:ascii="Times New Roman" w:hAnsi="Times New Roman" w:eastAsia="Times New Roman" w:cs="Times New Roman"/>
        </w:rPr>
        <w:t>Үүний нэг нотолгоо нь Нэшвиллийн галан бөмбөлгүүд хүрч ирдэг түүх нь зөвхөн Миллерчүүдийн анхны урам хугаралт ба түүнээс хойших мэдээний залруулгатай нийцэж байгаад оршдоггүй, харин мөн 9/11-нд гурав дахь тэнгэрэлчийн ирэлтээр эхэлдэг нэгэн түүхийн дотор тохиолддогт оршино; энэ нь гурав дахь гайгийн Исламын ирэлтийг тэмдэглэдэг бөгөөд тэрхүү Ислам Илчлэлт арван нэгдүгээр бүлгийн Ням гаргийн хуулийн газар хөдлөлтийн үед эш үзүүллэгийн дагуу дахин ирдэг. Уайт эгчээс Ислам болон Нэшвиллийн анхааруулгын талаар шууд ишлэл огт байхгүй атлаа мэдээнд Исламыг хадгалан үлдээх нь тухайн түүхийн сэдэв нь Ислам мөн гэдэгт тулгуурладаг.</w:t>
      </w:r>
    </w:p>
    <w:p>
      <w:pPr>
        <w:pStyle w:val="ArticleBody"/>
        <w:jc w:val="left"/>
      </w:pPr>
      <w:r>
        <w:rPr>
          <w:rFonts w:ascii="Times New Roman" w:hAnsi="Times New Roman" w:eastAsia="Times New Roman" w:cs="Times New Roman"/>
        </w:rPr>
        <w:t>“Даниелын Ном” хэмээх цувралын нэг зуун тавин гуравдугаар өгүүлэлд бид Балаам ба илжигний гэрчлэлтэй нийцүүлэн, илжгээр төлөөлөгдсөн Ислам 9/11-өөс Ням гаргийн хууль хүртэлх түүхэнд Америкийн Нэгдсэн Улстай үндсэн гурван удаагийн харилцан үйлчлэлтэй байна гэдгийг тогтоосон. Бид 9/11-ийг эхнийх нь, дараа нь 2022 оны 10 дугаар сарын 7-ны өдрийг хоёр дахь нь хэмээн тодорхойлсон. Эхний довтолгоо нь сүнслэг алдарт газарт, харин хоёр дахь довтолгоо нь Израилийн бодит алдарт газарт болсон бөгөөд гурав дахь довтолгоо нь Ням гаргийн хуулийн үеийн газар хөдлөлтийн үед болох довтолгоо байна гэдгийг бид тэмдэглэсэн. Энэ эш үзүүллэгийн түвшинд Балаамын түүх үнэнгийн гарын үсгийг агуулж байсныг бид онцолсон. Учир нь эхний болон сүүлчийн довтолгоо нь сүнслэг алдарт газрын эсрэг, харин дундах довтолгоо нь бодит алдарт газрын эсрэг байсан бөгөөд энэ нь тэрслүү байдлын бэлгэдэл юм. Одоо бид Шөнө Дундын Хашхирааны мэдээний эхлэлийг тэмдэглэх дөрөв дэх цохилт Нэшвиллийн галан бөмбөлгүүд биелэх үед сүнслэг алдарт газарт тохиолдохыг харж байна. Энэ нь Балаам ба түүний илжигний хоёр дахь цохилт давхар утгатай бөгөөд эдгээр хоёр цохилтын эхнийх нь бодит, хоёр дахь нь сүнслэг алдарт газрын эсрэг байна гэсэн үг юм.</w:t>
      </w:r>
    </w:p>
    <w:p>
      <w:pPr>
        <w:pStyle w:val="ArticleBody"/>
        <w:jc w:val="left"/>
      </w:pPr>
      <w:r>
        <w:rPr>
          <w:rFonts w:ascii="Times New Roman" w:hAnsi="Times New Roman" w:eastAsia="Times New Roman" w:cs="Times New Roman"/>
        </w:rPr>
        <w:t>Тэр өгүүлэлд Иудагийн овгийн Арслан одоо Нашвиллийн галан бөмбөлгүүдтэй Исламын эш үзүүллэгийн холбоог гэрчлэх өөр нэгэн баталгаа болгон илчилсэн бүрэн бус үнэн танилцуулагдсан байв. Исламыг галан бөмбөлгүүдтэй холбон үзэхийг дэмжих өөр нэгэн үндэслэл нь ариун түүхийн шинэчлэлийн шугамуудын дотор байдаг. Шинэчлэлийн хөдөлгөөн бүр бүхэл шинэчлэлийн хөдөлгөөнийг нэвчин шингэдэг, өөрт нь өвөрмөц нэгэн сэдэвтэй байдаг. Мосегийн шинэчлэлийн хөдөлгөөнд энэ нь сонгогдсон ард түмэнтэй гэрээнд орох тухай байв. Христийн шинэчлэлийн шугамд энэ нь Мессиагийн тухай байв. Давидын шинэчлэлийн шугамд энэ нь Арван Тушаал болон ариун сүмийн тухай байв. Миллерчүүдийн хувьд сэдэв нь эш үзүүллэгийн цаг хугацаа байсан, учир нь Миллерчүүд “цаг хугацааны мэдээг” авч явсан юм. Гурав дахь тэнгэрэлч 9/11-нд ирснээр нэг зуун дөчин дөрвөн мянгын шинэчлэлийн шугамын сэдэв нь гурав дахь гайгийн Ислам, дорно зүгийн хөвгүүд, Библийн эш үзүүллэг дэх илжиг, Илчлэлт есийн дайны морьд, зүүн салхи, царцаанууд, мөн үндэстнүүдийг уурлуулах явдал хэмээн тодорхойлогдсон юм.</w:t>
      </w:r>
    </w:p>
    <w:p>
      <w:pPr>
        <w:pStyle w:val="ArticleBody"/>
        <w:jc w:val="left"/>
      </w:pPr>
      <w:r>
        <w:rPr>
          <w:rFonts w:ascii="Times New Roman" w:hAnsi="Times New Roman" w:eastAsia="Times New Roman" w:cs="Times New Roman"/>
        </w:rPr>
        <w:t>Илчлэлт арван нэгийн газар хөдлөлт нь гурав дахь гаслангийн Исламыг тэмдэглэхийн зэрэгцээ, Шөнө дундын Хашхирааны мэдээний төгсгөлийг мөн илэрхийлдэг. Шөнө дундын Хашхираа нь Христийн Иерусалимд ялгуусан байдлаар орох үйл явдлаар хэв шинжлэгдсэн бөгөөд энэ нь илжгийг суллан тавихаас эхэлсэн. Миллерийн хөдөлгөөний түүхэнд Шөнө дундын Хашхирааны эхлэл нь Самуэл Сноу Экзетерийн хээрийн цуглаанд морь унан ирснээр тэмдэглэгдсэн. Шөнө дундын Хашхирааны хугацааны эхлэл нь Исламын бэлгэдлүүдээр тэмдэглэгддэг. 2020 оны 7-р сарын 18-ны засварлагдсан мэдээнд Ислам сэрэмжлүүлгийн мэдээний нэг хэсэг болохыг батлах элбэг гэрчлэл бий. Тодорхойлон заасан огноо байхгүй, гэвч Нэшвиллийн галт бөмбөлгүүд эцсийн өдрүүд дэх “шинэ дарс”-ын маргааныг тодорхойлдог тул Нэшвиллийн галт бөмбөлгүүдэд Ислам багтана; харин галт бөмбөлгүүдийг цөмийн зэвсэг хэмээн тодорхойлсны тухайд яах вэ?</w:t>
      </w:r>
    </w:p>
    <w:p>
      <w:pPr>
        <w:pStyle w:val="ArticleBody"/>
        <w:jc w:val="left"/>
      </w:pPr>
      <w:r>
        <w:rPr>
          <w:rFonts w:ascii="Times New Roman" w:hAnsi="Times New Roman" w:eastAsia="Times New Roman" w:cs="Times New Roman"/>
        </w:rPr>
        <w:t>Олон гэрчийн үндсэн дээр уг довтолгооны эсрэг тал хэмээн Исламыг нэрлэсэн тодорхойлолт энэ мэдээнд хадгалагдах ёстой. Залруулах шаардлагатай цаг хугацаа тогтоосон алдаа нь 1840 болон 1844 он хоёроор хоёулангаар нь бэлгэдэгдсэн байдаг. Цаг хугацаа цаашид эш үзүүллэгийн мэдээний нэг хэсэг байх ёсгүй, харин тоонууд бол хэвээр байна. Ариун газрын талаарх буруу ойлголтоор төлөөлөгдсөн алдаа мөн шийдвэрлэгдэх ёстой; гэвч түүнийг шийдвэрлэж, залруулсан мэдээнд нэгтгэхээс өмнө, ариун газрын талаарх буруу ойлголтоор бэлгэдэгдсэн тэр алдааг танин тогтоох ёстой. Долдугаар сарын 18-ны Нашвиллийн анхааруулгад ариун газрын талаарх тэр буруу ойлголт юуг төлөөлж байсан бэ?</w:t>
      </w:r>
    </w:p>
    <w:p>
      <w:pPr>
        <w:pStyle w:val="ArticleBody"/>
        <w:jc w:val="left"/>
      </w:pPr>
      <w:r>
        <w:rPr>
          <w:rFonts w:ascii="Times New Roman" w:hAnsi="Times New Roman" w:eastAsia="Times New Roman" w:cs="Times New Roman"/>
        </w:rPr>
        <w:t>Хариултууд 2023 оны төгсгөлөөс хойш лац нь тайлагдсаар буй гэрэл дотор олдоно гэж би үздэг. Эхлэл, Матай, Илчлэлт номуудад арван нэгдүгээр бүлгээс эхлэн хорин хоёрдугаар бүлгээр төгсөх, тус бүр арван нэгэн бүлгээс бүрдэх гурван зэрэгцээ шугам нь Бурханы зуун дөчин дөрвөн мянгатай байгуулсан гэрээний шинэчлэл мөн. Бид Түүний дуудлагыг сонсоогүй мэт аашилж, өршөөлийн саналыг нь няцаах уу, эсвэл хүний хүчээрээ бөхийн мөргөж, “Түүний тушаасан бүхнийг би үйлдэнэ” хэмээн тунхаглах уу? Эсвэл бид Ариун Сүнсэнд Өөрийн хуулийг зүрх сэтгэл, оюун бодолд маань бичүүлэх үү?</w:t>
      </w:r>
    </w:p>
    <w:p>
      <w:pPr>
        <w:pStyle w:val="ArticleBody"/>
        <w:jc w:val="left"/>
      </w:pPr>
      <w:r>
        <w:rPr>
          <w:rFonts w:ascii="Times New Roman" w:hAnsi="Times New Roman" w:eastAsia="Times New Roman" w:cs="Times New Roman"/>
        </w:rPr>
        <w:t>Хариултууд нь мөн Даниел номын арван хоёрдугаар бүлэгт цаг хугацааг эхний, хоёр дахь, гурав дахь тэнгэрэлчийн мэдээнүүд болгон үзүүлсэн гурван эшлэлийн лац тайлагдсанаас олддог. Тэр гурван эшлэл нь мөн долоодугаар эшлэлд 2023 оны 12 дугаар сарын 31-нийг, арван хоёрдугаар эшлэлд 2020 оны 7 дугаар сарын 18-ныг, харин арван нэгдүгээр эшлэлд 1989 оноос Ням гарагийн хууль хүртэл, цаашлаад нигүүлслийн хугацаа хаагдах хүртэлх үеийг тэмдэглэдэг. Лац тайлагдах бүрд үргэлж тохиолддог гурвалсан шалгалтын үйл явц тодорхойлогдсон яг тэрхүү Судрын хэсэгт эдгээр гурван эшлэлийн доторх тэр гурван үнэн байрладаг!</w:t>
      </w:r>
    </w:p>
    <w:p>
      <w:pPr>
        <w:pStyle w:val="ArticleBody"/>
        <w:jc w:val="left"/>
      </w:pPr>
      <w:r>
        <w:rPr>
          <w:rFonts w:ascii="Times New Roman" w:hAnsi="Times New Roman" w:eastAsia="Times New Roman" w:cs="Times New Roman"/>
        </w:rPr>
        <w:t>Христ Даниел арван хоёрын гурвалсан сорилыг зүгээр нэг лацыг нь тайлаад зогсоогүй, харин Тэр тэдгээр сорилыг суурь сорил, түүний дараах сүмийн сорил, түүнээс хойших литмусын сорил хэмээн мөн тодорхойлсон. Тэр цааш нь, суурь сорил нь 2023 оны 12 дугаар сарын 31-нд эхэлсэн бөгөөд гаднах үзэгдлийг тогтоодог бэлгэдэл болох антихристээр төлөөлөгдсөн Миллерит хөдөлгөөний суурь сорил дээр үндэслэсэн гэж тодорхойлсон.</w:t>
      </w:r>
    </w:p>
    <w:p>
      <w:pPr>
        <w:pStyle w:val="ArticleBody"/>
        <w:jc w:val="left"/>
      </w:pPr>
      <w:r>
        <w:rPr>
          <w:rFonts w:ascii="Times New Roman" w:hAnsi="Times New Roman" w:eastAsia="Times New Roman" w:cs="Times New Roman"/>
        </w:rPr>
        <w:t>Тэрээр дараа нь хоёр дахь буюу сүмийн шалгалтыг Даниелын аравдугаар бүлэгт гардаг сүм доторх Христийн үзэгдлээр төлөөлүүлэн тодорхойлсон. Тэрхүү шалгалт одоо явагдаж байна. Даниел арван хоёрдугаар бүлэг дэх 1989 он, 2020 оны 7 дугаар сарын 18, 2023 оны 12 дугаар сарын 31-ний огноонуудын, мөн Ням гаргийн хуулийн лац тайлагдал нь Ромын үзэгдэл болон Христийн үзэгдлийг хамардаг. Энэ хоёр үзэгдэл хоёулаа арван хоёрдугаар бүлгийн лац тайлагдал олддог яг тэр л нэгэн үзэгдэл дотор тавигдсан байдаг. Эдгээр гурван бүлэг нь нэгэн үзэгдэл бөгөөд аравдугаар бүлэг дэх Христийн үзэгдэл нь сүмийн шалгалт, арван нэгдүгээр бүлэг дэх антихристийн үзэгдэл нь суурийн шалгалт, харин арван хоёрдугаар бүлэг дэх нэг зуун дөчин дөрвөн мянгын замын тэмдгүүд нь гурав дахь буюу лакмусын шалгалтыг төлөөлдөг бөгөөд тэнд мунхаг хүмүүс мэргэн хүмүүсээс тусгаарлагдаж, олныг ариусган, цайруулж, шалгагдуулдаг.</w:t>
      </w:r>
    </w:p>
    <w:p>
      <w:pPr>
        <w:pStyle w:val="ArticleBody"/>
        <w:jc w:val="left"/>
      </w:pPr>
      <w:r>
        <w:rPr>
          <w:rFonts w:ascii="Times New Roman" w:hAnsi="Times New Roman" w:eastAsia="Times New Roman" w:cs="Times New Roman"/>
        </w:rPr>
        <w:t>Ариун сүмийн шалгалт Левит хорин гуравдугаар бүлгийн гэрлийг нээсэн бөгөөд тэр нь гэрээний авдрын гэрэл байв; тэрхүү гэрэл нь долоо дахь өдрийн амралтын өдрийн альфа гэрэл мөн долоо дахь жилийн амралтын жилийн омега гэрэл юм. Альфа ба омега амралтуудын гэрэл нь бие махбодтой болсон явдлын гэрлийг тодорхойлдог. Тэрхүү гэрэл нь Бурхан хүний махан биед орсныг, Тэнгэрлэг чанарыг хүн төрөлхтөнтэй дахин нэгтгэн сэргээх зорилгын төлөө үйлдсэнийг илтгэдэг бөгөөд энэ нь Христ 1844 оны 10 дугаар сарын 22-нд эхлүүлсэн ажил, мөн Түүний одоо амьдагсдын шүүлтэд төгсгөж буй ажил юм.</w:t>
      </w:r>
    </w:p>
    <w:p>
      <w:pPr>
        <w:pStyle w:val="ArticleBody"/>
        <w:jc w:val="left"/>
      </w:pPr>
      <w:r>
        <w:rPr>
          <w:rFonts w:ascii="Times New Roman" w:hAnsi="Times New Roman" w:eastAsia="Times New Roman" w:cs="Times New Roman"/>
        </w:rPr>
        <w:t>Левит 23-ын гэрэл нь альфа хаврын баяруудыг омега намрын баяруудтай нэгтгэн, 2023 оны 12-р сарын 31-нээс хүний шалгалтын хугацаа хаагдах хүртэлх яг тэр түүхийг бий болгосон. Тэр шугамын дотор суурь шалгалт 2023 оны 12-р сарын 31-нд ирэхээр тэмдэглэгдэж, харин ариун сүмийн шалгалт 2025 онд эхлэхээр тодорхойлогдсон бөгөөд энэ нь бүрээний баярын шүүлтүүр-шалгалт хүртэл үргэлжилдэг. 2023 оны 7-р сард эхэлсэн цөл дэх дуу хоолой нь гурван хэсгийн тэмдэгт үе шатаас тав хоногийн дараа дууссан исгээгүй талхны баяраар тэмдэглэгдсэн. Дараа нь гуч хоногийн хугацаа байсан бөгөөд түүний дараа гурван хэсгийн тэмдэгт үе шат, түүнээс хойш тав хоног дагасан нь мөнхийн сайн мэдээний гурван алхмыг ийнхүү дүрсэлсэн. Тав хоногоор дагалдсан альфа гурван хэсгийн тэмдэгт үе шат нь эхний тэнгэр элч, гуч хоног нь хоёр дахь тэнгэр элч, мөн тав хоногоор дагалдсан омега гурван хэсгийн тэмдэгт үе шат нь Пентекостын Ням гаргийн хууль хүртэлх гурав дахь тэнгэр элч мөн.</w:t>
      </w:r>
    </w:p>
    <w:p>
      <w:pPr>
        <w:pStyle w:val="ArticleBody"/>
        <w:jc w:val="left"/>
      </w:pPr>
      <w:r>
        <w:rPr>
          <w:rFonts w:ascii="Times New Roman" w:hAnsi="Times New Roman" w:eastAsia="Times New Roman" w:cs="Times New Roman"/>
        </w:rPr>
        <w:t>Христ мөн сүм доторх шалгалтын цагт гэрээний авдрыг байгуулахтай холбоотой Левит 23-ын гэрлийг нээсэн. Авдрын нэг талд байгаа долоо дахь өдрийн Амралтын өдрийн мэдээ буюу тэнгэрэлч, мөн авдрын нөгөө талд байгаа долоо дахь жилийн Амралтын өдрийн тэнгэрэлч нь авдар луу өнгийн харж буй халхлагч херубуудыг төлөөлдөг. Нэг зуун дөчин дөрвөн мянгыг тамгалах түүхэнд, тэдгээр хоёр тэнгэрэлчийн давхар гэрэл нь долоо дахь өдрийн Амралтын өдөр болон бие махбодтой болсон тухай сургаалыг төлөөлдөг бөгөөд мөнхийн турш судлагдах сэдэв мөн.</w:t>
      </w:r>
    </w:p>
    <w:p>
      <w:pPr>
        <w:pStyle w:val="ArticleBody"/>
        <w:jc w:val="left"/>
      </w:pPr>
      <w:r>
        <w:rPr>
          <w:rFonts w:ascii="Times New Roman" w:hAnsi="Times New Roman" w:eastAsia="Times New Roman" w:cs="Times New Roman"/>
        </w:rPr>
        <w:t>Мэдээж, хэрэв та “долоон цаг”-ийг 1863 оны сүнслэг Чөлөөлөх Тунхаглал болох юбилейн бэлгэдэл хэмээн харж чадахгүй бол, Уильям Миллерийн альфа ба омега эш үзүүллэгүүд нь “долоон цаг” болон “хоёр мянга гурван зуун өдөр” байсан гэдгийг ч мөн харж чадахгүй. Энэ хоорондоо холбоотой хоёр цаг хугацааны эш үзүүллэгийн ач холбогдлыг харж чадахгүй байх нь 1798 он “долоон цаг”-ийг, харин 1844 он “хоёр мянга гурван зуун өдөр”-ийг төлөөлдөг гэдгийг танин мэдэх ямар ч боломжийг хаадаг. Ийм мэдлэг дутмаг байвал Левит 23-ыг мөрийн дээр мөр тавин нэгтгэхэд—хаврын баяруудыг өгүүлдэг эхний хорин хоёр эшлэлийг намрын баяруудын сүүлчийн хорин хоёр эшлэлтэй хамтатган тавихад—тухайн шугам 1844 оноор төлөөлөгдсөн долоо дахь өдрийн Амралтын өдрөөр эхэлж, дөчин дөрвөн эшлэлийн төгсгөл дэх Амралтын өдөр нь 1798 оноор төлөөлөгдсөн газрын Амралтын өдөр байдаг гэдгийг харах нь бараг боломжгүй байх болно.</w:t>
      </w:r>
    </w:p>
    <w:p>
      <w:pPr>
        <w:pStyle w:val="ArticleBody"/>
        <w:jc w:val="left"/>
      </w:pPr>
      <w:r>
        <w:rPr>
          <w:rFonts w:ascii="Times New Roman" w:hAnsi="Times New Roman" w:eastAsia="Times New Roman" w:cs="Times New Roman"/>
        </w:rPr>
        <w:t>Хоёр Амралтын өдрийн хоорондын хамаарлыг олж харах чадваргүй байх нь 1798 оны долоон цаг хугацаа нь хүн төрөлхтнийг, харин 1844 оны хоёр мянга гурван зуун өдөр нь Бурханы чанарыг илэрхийлдгийг олж харах чадваргүй байгааг төлөөлдөг. Ийм гүн сохролын дунд, долоо дахь өдрийн Амралтын өдрийн альфа гэрэл болон бие махбод болсон тухай сургаалын омега гэрэл нь Христ Өөрийн Бурханы чанарыг унасан хүний хүн чанартай нэгтгэх ажлыг тодорхойлж байгааг танин мэдэх нь бараг боломжгүй мэт санагдана. Христ Өөрийн Бурханы чанарыг бидний хүн чанартай нэгтгэх ажил нь 1798-ыг 1844-тэй нэгтгэх ажил мөн; учир нь 1798 нь хүний махан биеийг, харин 1844 нь Бурханы чанарыг илэрхийлдэг.</w:t>
      </w:r>
    </w:p>
    <w:p>
      <w:pPr>
        <w:pStyle w:val="ArticleBody"/>
        <w:jc w:val="left"/>
      </w:pPr>
      <w:r>
        <w:rPr>
          <w:rFonts w:ascii="Times New Roman" w:hAnsi="Times New Roman" w:eastAsia="Times New Roman" w:cs="Times New Roman"/>
        </w:rPr>
        <w:t>Хүн төрөлхтөн Бурханы дүр төрхөөр бүтээгдсэн бөгөөд дээд ба доод хоёр мөн чанарыг эзэмшдэг. Хүний дээд мөн чанар нь махан биеийнх бөгөөд нүгэлд худалдагдсан байдаг. Христ хөрвөсөн сүнд хөрвөлтийн тэр мөчид Өөрийн оюун ухааныг өгдөг, учир нь зөвтгөл хөрвөлтийн үед тохиолддог бөгөөд зөвтгөгдөнө гэдэг нь зөвт болгуулна гэсэн үг юм. Доод мөн чанар нь агшин зуур аврагдах боломжгүй бөгөөд доод мөн чанарт хамаарах сайн мэдээний амлалт нь Христ эргэн ирэхэд бид алдаршсан биеийг хүлээн авна гэсэн явдал юм. Дээд мөн чанар нь оюун ухаан, харин доод мөн чанар нь махан бие мөн. Дээд мөн чанар нь Цагаатгалын өдөр, долоо дахь бүрээ болон ойн баярын бүрээ хоёулаа дуугарч эхэлсэн 1844 оны 10 дугаар сарын 22-нд төгссөн долоон цагийн эш үзүүллэг мөн. Доод мөн чанарын долоон цаг 1798 онд төгссөн, учир нь энэ нь Христийн Хоёр дахь Ирэлт хүртэл шинэчлэгдэж үл чадна.</w:t>
      </w:r>
    </w:p>
    <w:p>
      <w:pPr>
        <w:pStyle w:val="ArticleBody"/>
        <w:jc w:val="left"/>
      </w:pPr>
      <w:r>
        <w:rPr>
          <w:rFonts w:ascii="Times New Roman" w:hAnsi="Times New Roman" w:eastAsia="Times New Roman" w:cs="Times New Roman"/>
        </w:rPr>
        <w:t>1798 оны долоон үе, 1844 оны долоон үе болон 1844 оны хоёр мянга гурван зуун жил нь 1844 оны 10 дугаар сарын 22-нд эхэлсэн Христийн ажлыг төлөөлдөг. Тэр ажил нь Түүний Бурханлаг чанарыг хүн төрөлхтөнтэй нэгтгэх явдал байсан; харин хүн чанар ба Бурханлаг чанараас бүрдэх сүм 1844 онд нэгдэх ёстой байсан үед 1798 оныг хамруулах ёсгүй байсан, учир нь энэ нь харь үндэстнүүдийн хашааг төлөөлдөг.</w:t>
      </w:r>
    </w:p>
    <w:p>
      <w:pPr>
        <w:pStyle w:val="ArticleBody"/>
        <w:jc w:val="left"/>
      </w:pPr>
      <w:r>
        <w:rPr>
          <w:rFonts w:ascii="Times New Roman" w:hAnsi="Times New Roman" w:eastAsia="Times New Roman" w:cs="Times New Roman"/>
        </w:rPr>
        <w:t>Сүмийн шалгалт нь сүмийг хэмжих үйлсийг багтаадаг бөгөөд 2023 онд эхэлсэн лац тайлагдах түүхийн эхэн үед долоон аянгын лац тайлагдсан явдал нь эхний урам хугаралтаас агуу урам хугаралт хүртэлх түүхийг долоон аянгаар дүрслэгдсэн түүхийн эцсийн бөгөөд төгс илрэл мөн болохыг тодорхойлсон; энэ тухай сүнслэг нөлөө нь долоон аянга нь эхний ба хоёр дахь тэнгэрэлчийн түүхийн туршид тохиолдсон үйл явдлуудыг, мөн өөрсдийнх нь дарааллаар илчлэгдэх ирээдүйн үйл явдлуудыг төлөөлдөг гэж хэлдэг. Тэрхүү төгс биелэл нь 2023 онд ирсэн анхны илчлэлтүүдийн нэг байсан үнэний хүрээ дотор байрлуулсан юм. Эхэндэх урам хугаралт нь омега урам хугаралтыг төлөөлж байсан бөгөөд дунд нь Exeter-ийн хуарангийн цуглаан байсан бөгөөд тэнд мэргэн ба мунхаг хүмүүс захиасын “тос”-ноос шалтгаалан тусгаарлагдсан юм.</w:t>
      </w:r>
    </w:p>
    <w:p>
      <w:pPr>
        <w:pStyle w:val="ArticleBody"/>
        <w:jc w:val="left"/>
      </w:pPr>
      <w:r>
        <w:rPr>
          <w:rFonts w:ascii="Times New Roman" w:hAnsi="Times New Roman" w:eastAsia="Times New Roman" w:cs="Times New Roman"/>
        </w:rPr>
        <w:t>Миллерчүүдийн сүм урам хугарал бүрээс урам хугарал руу байгуулагдсан; үүгээр нэг зуун дөчин дөрвөн мянгын сүм нь 2020 оны 7 дугаар сарын 18-наас эхлэн, үлгэрт хаалга хаагддаг удахгүй болох Ням гаргийн хууль хүртэл байгуулагдаж буйг, яг л 1844 оны 10 дугаар сарын 22-нд болсон шиг, тодорхойлж байна. Долоон аянгаар төлөөлөгдсөн түүх бол Даниел арван хоёрын гэрэлд төлөөлөгдсөн тэрхүү л түүх мөн. Даниел арван хоёр дахь мянга хоёр зуун ерэн өдөртэй холбоотой гэрэл нь арван нэгдүгээр эшлэлд төлөөлөгдсөн гучин жилийн хугацаатай шууд холбогддог. Энэ нь мөн сонгогдсон ард түмэнтэй байгуулсан гэрээний анхны төлөөлөгч болон махбодын Израилиас сүнслэг Израиль руу гэрээний харилцаа өөрчлөгдсөнийг тодорхойлохоор өргөгдөн гарсан эш үзүүлэгчээр ялгагдсан тэрхүү гучин жилтэй холбогддог. Левит хорин гуравын хүрээний дундах 30 өдөр нь Абрахамын Бурхантай байгуулсан гурван талт гэрээний эхний алхмын мөнөөх гучин жил мөн. Арван нэгдүгээр эшлэл дэх 508-аас 538 он хүртэлх гучин жил нь нэг зуун дөчин дөрвөн мянгын санваартны бэлгэдэл юм.</w:t>
      </w:r>
    </w:p>
    <w:p>
      <w:pPr>
        <w:pStyle w:val="ArticleBody"/>
        <w:jc w:val="left"/>
      </w:pPr>
      <w:r>
        <w:rPr>
          <w:rFonts w:ascii="Times New Roman" w:hAnsi="Times New Roman" w:eastAsia="Times New Roman" w:cs="Times New Roman"/>
        </w:rPr>
        <w:t>Левит 23-ын бүтцэд буй 30 өдөр нь Христ тэнгэрт халин одох хүртлээ Өөрийн шавь нартай нүүр тулан заасан дөчин өдрийн нэг хэсэг юм. Гучин тоо нь санваартнууд гучин наснаасаа үйлчлэлээ эхэлдэг байсны бэлгэдэл мөн. 508-аас 538 он хүртэлх гучин жил нь харь Ромоос папын Ром руу шилжилтийг тодорхойлдог бөгөөд ингэснээрээ зуун дөчин дөрвөн мянгын Лаодикийн санваарлал зуун дөчин дөрвөн мянгын Филадельфийн санваарлал руу шилжсэнийг мөн тодорхойлдог. Энэхүү шилжилт нь “өдөр тутмын” нь зайлуулагдсан 508 он, 533 онд Юстинианы зарлиг, үүний дараа 538 оны Ням гаргийн хууль гэсэн гурван алхмаар явагдаж, шилжилт эцэслэн гүйцэлдсэн юм.</w:t>
      </w:r>
    </w:p>
    <w:p>
      <w:pPr>
        <w:pStyle w:val="ArticleBody"/>
        <w:jc w:val="left"/>
      </w:pPr>
      <w:r>
        <w:rPr>
          <w:rFonts w:ascii="Times New Roman" w:hAnsi="Times New Roman" w:eastAsia="Times New Roman" w:cs="Times New Roman"/>
        </w:rPr>
        <w:t>Тэр гучин жил нь 1989 оноос Ням гарагийн хууль хүртэлх хугацааг төлөөлдөг бөгөөд тэр үед Бурханаар тамгалагдсан Филаделфийн ард түмэн Түүний сүм болохын хувьд бүх дэлхийд харагдахаар өргөгдөнө. Тэгээд дэлхий ертөнц Христийн хамт тэнгэрлэг газруудад сууж, тиймээс Бурханы сүмд байдаг Өөрийн ард түмнээр төлөөлөгдсөн Христийн хооронд, эсвэл Бурханы сүмд сууж, өөрийгөө Бурхан мөн хэмээн үзүүлдэг нүглийн хүний талд шүүн тунгаах болно. Удахгүй ирэх Ням гарагийн хуулийн үед арван нэгдүгээр цагийн ажилчид, мөн агуу олон түмэн болох тэд, суурь шалгалттай тулгарах болно. Долоо дахь өдрийн Амралтын өдөр Бурханы Амралтын өдөр мөн үү, эсвэл нарны өдөр Бурханы Амралтын өдөр мөн үү.</w:t>
      </w:r>
    </w:p>
    <w:p>
      <w:pPr>
        <w:pStyle w:val="ArticleScripture"/>
        <w:jc w:val="left"/>
      </w:pPr>
      <w:r>
        <w:rPr>
          <w:rFonts w:ascii="Times New Roman" w:hAnsi="Times New Roman" w:eastAsia="Times New Roman" w:cs="Times New Roman"/>
        </w:rPr>
        <w:t>“Тэгээд түүний өмнө өөр нэгэн үзэгдэл өнгөрөн өнгөрөв. Өөрийг нь Эцгийнх нь хуулийг хүндэтгэж байна хэмээн тунхаглах атлаа Христийг эсэргүүцэн няцаахад иудейчүүдийг Сатан хэрхэн удирдан хүргэснийг түүнд үзүүлсэн байлаа. Одоо тэр Бурханы хуулийг няцаах атлаа Христийг хүлээн зөвшөөрч байна хэмээн тунхаглаж буйгаар үүнтэй адил мэхлэлтэд орсон Христийн ертөнцийг харлаа. Тэр санваартнууд болон ахлагчдын галзуурсан хашхирааныг, ‘Түүнийг зайлуул!’ ‘Цовдол, цовдол Түүнийг!’ хэмээн сонссон; харин эдүгээ Христэд итгэдэг хэмээн нэрлэгддэг багш нарын амнаас, ‘Хуулийг зайлуул!’ гэх дууг сонсов. Тэр Амралтын өдрийг хөл дор гишгэлэгдэн, түүний оронд хуурамч байгуулал тогтоогдсоныг харлаа. Дахин Мосе гайхшрал ба айдас жихүүдэст дүүрэв. Христэд итгэдэг хүмүүс Түүний Өөрийн дуу хоолойгоор ариун уулан дээр айлдсан хуулийг хэрхэн няцааж чадах билээ? Бурханаас эмээгч нэгэн нь тэнгэр ба газрын доторх Түүний засаглалын суурь болсон хуулийг яаж хойш тавьж чадах билээ? Мосе Бурханы хууль цөөн хэдэн үнэнч хүмүүсээр одоо ч хүндлэгдэж, өргөмжлөгдсөнийг баяртайгаар харлаа. Тэр Бурханы хуулийг сахигчдыг устгахын тулд газрын хүчнүүдийн хийх эцсийн агуу тэмцлийг үзлээ. Тэр Бурхан газрын оршин суугчдыг өөрсдийн гэм буруугийн төлөө шийтгэхээр босох цагийг урагш харсан бөгөөд Түүний нэрээс эмээгчид Түүний уур хилэнгийн өдөр халхлагдан, нуугдах болно. Тэр Бурхан Өөрийн ариун орших газраасаа дуу хоолойгоо гаргаж, тэнгэр ба газар донсолж байх үед Түүний хуулийг сахисан хүмүүстэй байгуулсан амар тайвны гэрээг сонсов. Тэр Христийн алдартайгаар дахин ирэхийг, зөв шударга үхэгсэд үл үхэх аминд амилуулагдахыг, амьд ариун хүмүүс үхлийг үзэлгүйгээр хувиргагдан, хамтдаа баярын дуу дуулсаар Бурханы хот өөд өгсөн гарахыг харлаа.” Эцэг өвгөд ба эш үзүүлэгчид, 476.</w:t>
      </w:r>
    </w:p>
    <w:p>
      <w:pPr>
        <w:pStyle w:val="ArticleBody"/>
        <w:jc w:val="left"/>
      </w:pPr>
      <w:r>
        <w:rPr>
          <w:rFonts w:ascii="Times New Roman" w:hAnsi="Times New Roman" w:eastAsia="Times New Roman" w:cs="Times New Roman"/>
        </w:rPr>
        <w:t>Харь үндэстнүүд бөгөөд нэг цагийн хөлсний ажилчид болох агуу олон түмэн суурийн шалгалтаар шалгагдах бөгөөд үүний дараа тэр даруй сүмийн шалгалт дагалдана. Нүглийн хүнтэй хамт орших Ромын хүний сүм нь та нарын итгэлийг дээр нь байгуулдаг хад байх уу, эсвэл элс байх уу? Эсвэл энэ нь Бурханы чанар ба хүний чанар нэгдсэн биежилтийн сүм мөн үү, тэр нь Петрийн “сүнслэг өргөө” хэмээн нэрлэдэг нэг зуун дөчин дөрвөн мянгын сүм мөн үү? Суурь ба сүмийн тэр шалгалтын үед хавчлага нь гурав дахь алхмын лакмусын сорилыг гүйцэлдүүлж, улмаар хүний сорилтын хугацаа хаагдана.</w:t>
      </w:r>
    </w:p>
    <w:p>
      <w:pPr>
        <w:pStyle w:val="ArticleBody"/>
        <w:jc w:val="left"/>
      </w:pPr>
      <w:r>
        <w:rPr>
          <w:rFonts w:ascii="Times New Roman" w:hAnsi="Times New Roman" w:eastAsia="Times New Roman" w:cs="Times New Roman"/>
        </w:rPr>
        <w:t>Иуда овгийн Арслан одоо дөчдүгээр эшлэлийн далд түүхийг нөхөн дүүргэж байгаа бөгөөд Кир, Нерон, Трампын гурван хоёр зуун тавин жилийн зөгнөлөөр бүр ч илүү гэрлийг танилцуулсан; мөн Тэр үүнийг Нэшвиллийн засварлагдсан мэдээг тунхаглах ажлыг онцлон тэмдэглэсэн яг тэр үед хийсэн юм. Нероны шугам нь АНУ-д, улмаар дэлхийд араатны дүрийг эцэслэн босгон тогтоох үйл явцын хүрээг өгдөг. МЭӨ 457 оны Кирийн шугам нь Рафиа ба Паниумын хоорондох түүхийг, өөрөөр хэлбэл удахгүй ирэх Ням гаргийн хуулийн үед Паниум Актиумтай нэгдэхэд эхлэх Гуравдугаар дэлхийн дайны өмнөх, Украины дайн ба Гуравдугаар дэлхийн дайны хоорондох түүхийг тодорхойлдог. Трампын шугам энэ жил 7 дугаар сарын 4-нд төгсөнө.</w:t>
      </w:r>
    </w:p>
    <w:p>
      <w:pPr>
        <w:pStyle w:val="ArticleBody"/>
        <w:jc w:val="left"/>
      </w:pPr>
      <w:r>
        <w:rPr>
          <w:rFonts w:ascii="Times New Roman" w:hAnsi="Times New Roman" w:eastAsia="Times New Roman" w:cs="Times New Roman"/>
        </w:rPr>
        <w:t>Нерон бол хавчлагын бэлгэдэл мөн; Смирнагийн сүм нь 250 жилийн дараа Пергамын сүм ба эвлэрэлд хүрч, хавчлага төгсөх хүртэл үргэлжлэх түүхийг заан тодорхойлдог. Тэрхүү шугам нь дүрийг босгон байгуулахыг тодорхойлж байгаа бөгөөд иймээс Христийн дүр Түүний сүмд босгон байгуулагдаж буй үеийн түүхтэй нийцэж байна. “Зарлиг” нь анхны Ням гаргийн хуулинд хүргэх эхлэл цэг бөгөөд түүний дараа зүүн ба баруун, мэргэн ба мунхаг, буудай ба зэрлэг өвс, аврагдагс ба мөхөгсдийн хоорондох хуваагдлын хаалттай хаалга дагалдана. Энэ хугацааг эхлүүлдэг “зарлиг” нь мөн дэлхийн хувьд тэрхүү сорилтын адил хугацааг эхлүүлдэг “зарлиг” мөн. Иймээс “зарлиг” нь эхнийх бөгөөд мөн сүүлчийнх юм. Нероны арван долоон жилийн шугамын замын тэмдэг бүр нь “зарлиг”-аар эхэлдэг Ням гаргийн хуулийн хямралын өсөн нэмэгдэж буй хавчлагыг тодорхойлж байгаа бөгөөд энэ нь ерөнхийлөгчийн “гүйцэтгэх захирамж”-тай адил төрлийн зүйл юм.</w:t>
      </w:r>
    </w:p>
    <w:p>
      <w:pPr>
        <w:pStyle w:val="ArticleBody"/>
        <w:jc w:val="left"/>
      </w:pPr>
      <w:r>
        <w:rPr>
          <w:rFonts w:ascii="Times New Roman" w:hAnsi="Times New Roman" w:eastAsia="Times New Roman" w:cs="Times New Roman"/>
        </w:rPr>
        <w:t>МЭӨ 457 оны Кирусын гурван зарлиг нь төгсгөлдөө гурван замын тэмдэгтэй арван долоон жилийн хугацааг тодорхойлдог бөгөөд энэ нь Нероны шугамтай адил, мөн 1798 оноос 1844 он хүртэлх хугацаанд эхний, хоёр дахь, гурав дахь тэнгэрэлчдийн ирэлтээр төгссөн Кирусын нөгөө шугамтай ч адил юм. Кирусын гурван алхам нь Рафийн тулалдаан, дараа нь хоёр дахь алхам хүртэлх арван жил, түүнээс хойш Паниумын тулалдаан хүртэлх долоон жил юм. Эхлэл ба төгсгөл хоёулаа тулалдаанууд тул Альфа ба Омегагийн тэмдгийг агуулдаг. Эхний арван жилийн хугацаа нь 2014 онд Украины дайнаар эхэлсэн сорилтын үеийг төлөөлдөг бөгөөд хоёр дахь хугацаа нь долоон жилийн дараа Паниумын тулалдаанаар төгсөнө.</w:t>
      </w:r>
    </w:p>
    <w:p>
      <w:pPr>
        <w:pStyle w:val="ArticleHeading"/>
        <w:jc w:val="left"/>
      </w:pPr>
      <w:r>
        <w:rPr>
          <w:rFonts w:ascii="Arial" w:hAnsi="Arial" w:eastAsia="Arial" w:cs="Arial"/>
        </w:rPr>
        <w:t>Палмони</w:t>
      </w:r>
    </w:p>
    <w:p>
      <w:pPr>
        <w:pStyle w:val="ArticleBody"/>
        <w:jc w:val="left"/>
      </w:pPr>
      <w:r>
        <w:rPr>
          <w:rFonts w:ascii="Times New Roman" w:hAnsi="Times New Roman" w:eastAsia="Times New Roman" w:cs="Times New Roman"/>
        </w:rPr>
        <w:t>Палмони эхний ба хоёр дахь тэнгэрэлчийн түүхэн дэх Миллерчүүдэд цаг хугацааны мэдээг нээсэн бөгөөд Тэрээр гурав дахь тэнгэрэлчийн түүх болох нэг зуун дөчин дөрвөн мянгын түүхэнд тоонуудын мэдээг мөн нээж байна.</w:t>
      </w:r>
    </w:p>
    <w:p>
      <w:pPr>
        <w:pStyle w:val="ArticleBody"/>
        <w:jc w:val="left"/>
      </w:pPr>
      <w:r>
        <w:rPr>
          <w:rFonts w:ascii="Times New Roman" w:hAnsi="Times New Roman" w:eastAsia="Times New Roman" w:cs="Times New Roman"/>
        </w:rPr>
        <w:t>Маккавейн бослогоор төлөөлөгдсөн 1776 оноос 1798 он хүртэлх хорин хоёр жил зэрэг бэлгэдэлт эш үзүүллэгийн түүхүүд нь зургаа дахь хаанчлалын эхлэлийн шалтгаан, мөн тав дахь хаанчлалын төгсгөлийн шалтгааныг тодорхойлдог. Хорин хоёр дахь ерөнхийлөгч Гровер Кливленд нь дараалсан бус хоёр хугацаанд алба хашсан цорын ганц хоёр ерөнхийлөгчийн нэг байснаараа Дональд Трамп хэмээх омега ерөнхийлөгчийг хэв шинжээр илэрхийлсэн ерөнхийлөгчдийн альфа байсан. Трамп бол өмнөх ерөнхийлөгчийн бүрэн эрхийн хугацаанд орлон гарч ирсэн бусад ерөнхийлөгчдийг, мөн өөрсдөө хоёр дахь хугацаандаа ялсан ерөнхийлөгчдийг хамтатган тоолбол, хоёр дахь хугацаанд ялсан хорин хоёр дахь ерөнхийлөгч мөн. Библийн эш үзүүллэгийн зургаа дахь хаанчлал нь Тусгаар тогтнолын Тунхаглалаас хойших хорин хоёр жилийн дараа, 1798 онд эхэлсэн. 1798 оноос 2026 он хүртэлх хугацаа нь альфа огноонд 22, омега огноонд 22-оор төлөөлөгдөнө.</w:t>
      </w:r>
    </w:p>
    <w:p>
      <w:pPr>
        <w:pStyle w:val="ArticleBody"/>
        <w:jc w:val="left"/>
      </w:pPr>
      <w:r>
        <w:rPr>
          <w:rFonts w:ascii="Times New Roman" w:hAnsi="Times New Roman" w:eastAsia="Times New Roman" w:cs="Times New Roman"/>
        </w:rPr>
        <w:t>Арван нэгдүгээр бүлгээс эхэлж хорин хоёрдугаар бүлгээр төгсөх, тус бүр арван нэгэн бүлгээс бүрдэх гурван шугам бий. Эдгээр гурван арван нэгэн бүлгийн шугам тус бүр яг төв цэгтэй бөгөөд тэр нь гурван эшлэлээр илэрхийлэгддэг. Эхлэл номд “хөвч хөндөх ёслол” сонгогдсон ард түмэнтэй байгуулсан гэрээт харилцааны бэлгэ тэмдэг болгон хэзээ өгөгдсөнийг тогтоодог. Энэ нь сонгогдсон ард түмэнд гэрээт ардыг төлөөлөх тэмдэг анх удаа өгөгдсөн хэрэг байсан бөгөөд Матай номд төвийн тэрхүү гурван эшлэл Христ Өөрийн чуулганыг барих Хадыг тодорхойлдог. Тэдгээр эшлэл Симон Баржонагийн нэр Петр болж өөрчлөгдсөн үеийг заадаг бөгөөд энэ нь нэг зуун дөчин дөрвөн мянгатай дүйцнэ. Илчлэлт дэх шугамын төв нь үхлийн гэрээг тодорхойлж, папын засгийг долоон толгойн дундаас гарсан найм дахь толгой хэмээн зааснаараа илэрхийлдэг. Хүсэлт Эрмэлзлийн арван нэгдүгээр бүлэгт Иохан Баптистын мэдээг тодорхойлж, харин хорин хоёрдугаар бүлэгт Иоханы үхлийг тодорхойлдог нь ямар утга агуулгатай гэж та бодож байна вэ?</w:t>
      </w:r>
    </w:p>
    <w:p>
      <w:pPr>
        <w:pStyle w:val="ArticleBody"/>
        <w:jc w:val="left"/>
      </w:pPr>
      <w:r>
        <w:rPr>
          <w:rFonts w:ascii="Times New Roman" w:hAnsi="Times New Roman" w:eastAsia="Times New Roman" w:cs="Times New Roman"/>
        </w:rPr>
        <w:t>Тэдгээр бүлгүүдийн дунд хэсэг нь таныг 168-р хуудсанд хүргэнэ. Тэнд “Никодем” нэртэй бүлэг эхэлнэ. Арван нэгдүгээр бүлэг “Баптисм” гэсэн гарчигтай бөгөөд хорин хоёрдугаар бүлэг “Иоханы шоронд хоригдолт ба үхэл” гэсэн гарчигтай. Арван нэгдүгээр бүлэг нь үхэл, оршуулга, амилалтын бэлгэдэл мөн; түүнчлэн арван долоодугаар бүлэг, “Никодем” мөн, Иоханы үхэл ч мөн адил тийм билээ.</w:t>
      </w:r>
    </w:p>
    <w:p>
      <w:pPr>
        <w:pStyle w:val="ArticleBody"/>
        <w:jc w:val="left"/>
      </w:pPr>
      <w:r>
        <w:rPr>
          <w:rFonts w:ascii="Times New Roman" w:hAnsi="Times New Roman" w:eastAsia="Times New Roman" w:cs="Times New Roman"/>
        </w:rPr>
        <w:t>Бид эдгээр зүйлсийг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Хорин хоёр дугаар</dc:title>
  <dc:subject>2023 оны 12 дугаар сарын 31</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