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Зэрэгцээ сэрэмжлүүлгүүд - Хоёр дахь нь</w:t>
      </w:r>
    </w:p>
    <w:p>
      <w:pPr>
        <w:pStyle w:val="ArticleSubtitle"/>
        <w:jc w:val="left"/>
      </w:pPr>
      <w:r>
        <w:rPr>
          <w:rFonts w:ascii="Arial" w:hAnsi="Arial" w:eastAsia="Arial" w:cs="Arial"/>
        </w:rPr>
        <w:t>Зөгнөлийн хээ угалзыг дэлгэн илрүүлэх нь: Илчлэл 14-ийн мэдээг Миллерчүүдийн түүхэнд болон өнөө үед тайлан тайлбарлах нь</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Body"/>
        <w:jc w:val="left"/>
      </w:pPr>
      <w:r>
        <w:rPr>
          <w:rFonts w:ascii="Times New Roman" w:hAnsi="Times New Roman" w:eastAsia="Times New Roman" w:cs="Times New Roman"/>
        </w:rPr>
        <w:t>Арван охины тухай сургаалт зүйрлэл Миллеритын түүхэнд биелэхдээ хоёр дахь тэнгэрэлчийн мэдээний үед биелсэн юм. Хоёр дахь тэнгэрэлчийн мэдээ нь хамарч буй цаг хугацааны хүрээний хувьд ч, мөн уг мэдээний чиглэсэн сонсогчдын хувьд ч ялгаатай хоёр тусдаа мэдээг төлөөлдөг. Хоёр дахь тэнгэрэлчийн мэдээ нь саяхан Ром руу буцаж, Вавилоны охид болсон протестант сүмүүдэд хандсан байв. Харин Шөнө дундын Хашхираан нь нойрсож байсан Миллеритуудад хандсан байлаа. Эхний мэдээ нь Миллеритуудаас гадна чиглэсэн бол, хоёр дахь нь дотор нь чиглэсэн байв. Энэ нь бидний үед үг үсэгчлэн биелэх болно.</w:t>
      </w:r>
    </w:p>
    <w:p>
      <w:pPr>
        <w:pStyle w:val="ArticleBody"/>
        <w:jc w:val="left"/>
      </w:pPr>
      <w:r>
        <w:rPr>
          <w:rFonts w:ascii="Times New Roman" w:hAnsi="Times New Roman" w:eastAsia="Times New Roman" w:cs="Times New Roman"/>
        </w:rPr>
        <w:t>Бидний өдрүүдэд дахин давтагдаж буй зүйл дотор анхаарах шаардлагатай ялгаа нь гэвэл, Адвентизмийн эхэнд хоёр дахь тэнгэрэлчийн мэдээ эхлээд Миллерчүүдийн гадна хүрч, дараа нь уг мэдээний хоёр дахь хэсэг Миллерчүүдийн дотор орсон явдал юм. Адвентизмийн төгсгөлд, үлгэр дахин давтагдах үед, хоёр дахь тэнгэрэлчийн мэдээ мөн адил давтагдана. Энэ тухай бидэнд цөөн хэдэн удаа бус, шууд байдлаар хэлсэн байдаг. Гэвч мэдээний хоёр үе шаттай шинж чанар төгсгөлд урвуу болж хувирдаг. Эхний мэдээ Адвентизмд очиж, хоёр дахь нь Адвентизмийн гаднах хүмүүст очдог. Илчлэлт арван наймын тэнгэрэлчээр төлөөлөгдсөн ажил ба мэдээ нь хоёр дахь тэнгэрэлчийн мэдээний давталт мөн хэмээн бидэнд хэлдэг.</w:t>
      </w:r>
    </w:p>
    <w:p>
      <w:pPr>
        <w:pStyle w:val="ArticleScripture"/>
        <w:jc w:val="left"/>
      </w:pPr>
      <w:r>
        <w:rPr>
          <w:rFonts w:ascii="Times New Roman" w:hAnsi="Times New Roman" w:eastAsia="Times New Roman" w:cs="Times New Roman"/>
        </w:rPr>
        <w:t>“Эш үзүүлэгч ийн хэлдэг: ‘Би тэнгэрээс бууж ирж буй өөр нэгэн тэнгэрэлчийг харлаа. Тэр их эрх мэдэлтэй байсан бөгөөд газар дэлхий түүний алдраар гэрэлтэв. Тэр хүчирхэг дуугаар чанга хашхирч, Агуу Вавилон уналаа, уналаа, чөтгөрүүдийн орших газар болсон’ (Илчлэлт 18:1, 2). Энэ нь хоёр дахь тэнгэрэлчийн өгсөн мөнөөх л мэдээ юм. Вавилон унасан; ‘учир нь тэр өөрийн садар самууны хилэнгийн дарсаар бүх үндэстнүүдийг уулгасан’ (Илчлэлт 14:8). Тэр дарс нь юу вэ?—Түүний хуурамч сургаалууд юм. Тэрээр дөрөв дэх тушаалын Амралтын өдрийн оронд хуурамч амралтын өдрийг дэлхийд өгч, мөн Эденд Сатан Евад анх хэлсэн худал үгийг—сүнсний төрөлх үхэшгүй мөнхийн тухай сургаалыг—давтан хэлсээр ирсэн. Тэрээр үүнтэй төрөл нэгтэй олон эндүүрлийг алс хол, өргөн дэлгэр тарааж, ‘хүмүүсийн тушаалуудыг сургаал болгон зааж’ байна (Матай 15:9).”</w:t>
      </w:r>
    </w:p>
    <w:p>
      <w:pPr>
        <w:pStyle w:val="ArticleScripture"/>
        <w:jc w:val="left"/>
      </w:pPr>
      <w:r>
        <w:rPr>
          <w:rFonts w:ascii="Times New Roman" w:hAnsi="Times New Roman" w:eastAsia="Times New Roman" w:cs="Times New Roman"/>
        </w:rPr>
        <w:t>“Есүс Өөрийн олон нийтийн үйлчлэлийг эхлэхдээ Ариун сүмийг түүний ариун бус гутаан доромжлолоос цэвэрлэсэн. Түүний үйлчлэлийн сүүлчийн үйлсийн нэг нь Ариун сүмийг дахин цэвэрлэсэн явдал байв. Үүнчлэн дэлхийд өгөх сэрэмжлүүлгийн эцсийн ажилд чуулгануудад хоёр тусгай дуудлага хандуулагддаг. Хоёр дахь тэнгэрэлчийн мэдээ нь: ‘Их хот Вавилон унасан, унасан, учир нь тэр өөрийн завхайрлын хилэнгийн дарсыг бүх үндэстнүүдэд уулгасан’ (Илчлэл 14:8) гэдэг. Харин гурав дахь тэнгэрэлчийн мэдээний хүчтэй хашхираанд тэнгэрээс нэгэн дуу ийн хэлэх нь сонсогддог: ‘Миний ард түмэн, та нар түүний нүглүүдэд оролцогч болохгүйн тулд, мөн түүний гай гамшгуудаас хүртэхгүйн тулд түүнээс гар. Учир нь түүний нүглүүд тэнгэрт хүрсэн бөгөөд Бурхан түүний гэм нүглүүдийг санасан юм’ (Илчлэл 18:4, 5).” Сонгомол мэдээнүүд, 2-р дэвтэр, 118.</w:t>
      </w:r>
    </w:p>
    <w:p>
      <w:pPr>
        <w:pStyle w:val="ArticleBody"/>
        <w:jc w:val="left"/>
      </w:pPr>
      <w:r>
        <w:rPr>
          <w:rFonts w:ascii="Times New Roman" w:hAnsi="Times New Roman" w:eastAsia="Times New Roman" w:cs="Times New Roman"/>
        </w:rPr>
        <w:t>Адвентизмийн эхэн үе дэх хоёр дахь тэнгэрэлчийн мэдээ нь Илчлэлт арван наймдугаар бүлгийн тэнгэрэлчээр дүрслэгдсэн мэдээтэй адил бөгөөд, тэрхүү сэрэмжлүүлэг дотор мэдээг тунхагладаг хоёр дуу хоолой байдаг. Эхний дуу хоолой нь газар дэлхий түүний алдраар гэрэлтэх үед тунхаглагддаг бөгөөд дөрөвдүгээр зүйлд Иохан өөр нэгэн дуу хоолой ийнхүү хэлэхийг сонсов: “Түүнээс гарцгаа.”</w:t>
      </w:r>
    </w:p>
    <w:p>
      <w:pPr>
        <w:pStyle w:val="ArticleBody"/>
        <w:jc w:val="left"/>
      </w:pPr>
      <w:r>
        <w:rPr>
          <w:rFonts w:ascii="Times New Roman" w:hAnsi="Times New Roman" w:eastAsia="Times New Roman" w:cs="Times New Roman"/>
        </w:rPr>
        <w:t>Миллерит хөдөлгөөний түүхэнд Вавилоноос гар гэсэн дуудлага эхэлж ирсэн бөгөөд Миллеритүүдэд хандсан мэдээ дараа нь ирсэн. Илчлэл арван наймдугаар бүлэгт Адвентизмаас гаднах хүмүүст ханддаг нь хоёр дахь дуу хоолой, өөрөөр хэлбэл хоёр дахь мэдээ юм. «Сүмүүдэд хандсан хоёр тусдаа дуудлага байдаг» гэсэн тунхаглалын хамт Христ сүмийг хоёр удаа цэвэрлэсэн нь (Өөрийн үйлчлэлийн эхэнд болон төгсгөлд) мөн Адвентизмын эхлэл ба төгсгөлийн дүрслэл болохыг бид хардаг.</w:t>
      </w:r>
    </w:p>
    <w:p>
      <w:pPr>
        <w:pStyle w:val="ArticleBody"/>
        <w:jc w:val="left"/>
      </w:pPr>
      <w:r>
        <w:rPr>
          <w:rFonts w:ascii="Times New Roman" w:hAnsi="Times New Roman" w:eastAsia="Times New Roman" w:cs="Times New Roman"/>
        </w:rPr>
        <w:t>Адвентизмийн эхлэл нь ажилчдын ариусгалтыг дүрслэн харуулсан бөгөөд энэ нь Уильям Миллерээр байгуулуулсан суурийг босгоход тус болсон юм. Тэрхүү суурь нь хоёр дахь тэнгэрэлчийн мэдээний төгсгөлд гүйцсэн бөгөөд учир нь 1844 оны 10-р сарын 22-нд гурав дахь тэнгэрэлч ирснээр Адвентизмийн суурийг бүрдүүлдэг үнэнүүд сонсоход бэлэн байгаа хүмүүст ойлгогдохоор ил болсон билээ.</w:t>
      </w:r>
    </w:p>
    <w:p>
      <w:pPr>
        <w:pStyle w:val="ArticleBody"/>
        <w:jc w:val="left"/>
      </w:pPr>
      <w:r>
        <w:rPr>
          <w:rFonts w:ascii="Times New Roman" w:hAnsi="Times New Roman" w:eastAsia="Times New Roman" w:cs="Times New Roman"/>
        </w:rPr>
        <w:t>Суурийг байгуулах ажил хоёр дахь тэнгэрэлчийн түүхийн оргил үед, “сүмүүдэд хоёр тусдаа дуудлага өгөгдсөн” тэр үед дууссан юм. Эхний дуудлага нь Миллерчүүдийн гаднах хүмүүст, хоёр дахь нь Миллерчүүдэд зориулагдсан байв. Гэвч Адвентизмын эхлэлтэй нийцэх өөр нэгэн эхлэл нь Христ сүмээ анх удаа ариусгасан үеийн Түүний үйлчлэл мөн юм. Сүм ариусгагдсан тухай эш үзүүллэгийн дүрслэл нь Түүний үйлчлэлийн эхлэл ба төгсгөлд явагдах цэвэршүүлэлтийг тэмдэглэж байгаа бөгөөд энэ нь эргээд Адвентизмын эхлэл ба төгсгөл дэх цэвэршүүлэлтийн хэв шинж болдог. Христийн сүмийг хоёр удаа ариусгасан явдал нь Адвентизмын эхлэл ба төгсгөлтэй нийцдэг боловч Түүний мэдээ нь Бурханаас өөрсдийгөө үүрд салган хагацах үйл явцад байсан зөвхөн Түүний гэрээний ард түмэнд л зориулагдсан байв.</w:t>
      </w:r>
    </w:p>
    <w:p>
      <w:pPr>
        <w:pStyle w:val="ArticleBody"/>
        <w:jc w:val="left"/>
      </w:pPr>
      <w:r>
        <w:rPr>
          <w:rFonts w:ascii="Times New Roman" w:hAnsi="Times New Roman" w:eastAsia="Times New Roman" w:cs="Times New Roman"/>
        </w:rPr>
        <w:t>Адвентизмын эхлэл нь шүүлт эхэлснийг тунхагласан мэдээг илэрхийлж байсан бол, Адвентизмын төгсгөл нь шүүлт дуусаж буйг тунхаглаж байна. Есүс анх удаа сүмийг цэвэрлэж, Өөрийн гэрийг дээрэмчдийн үүр болгосных нь төлөө иудейчүүдийг зэмлэсэн; харин сүмийг хоёр дахь удаа цэвэрлэсэн нь “Түүний үйлчлэлийн хамгийн сүүлчийн үйлүүдийн нэг” байсан. Үйлчлэлийнхээ төгсгөлд Тэр иудейчүүдэд Эцгийнхээ гэрийг дээрэмчдийн үүр болгосон гэж дахин хэлээгүй, харин тэдний гэр “тэдэнд эзгүйрэн орхигдсон” гэж айлдсан.</w:t>
      </w:r>
    </w:p>
    <w:p>
      <w:pPr>
        <w:pStyle w:val="ArticleScripture"/>
        <w:jc w:val="left"/>
      </w:pPr>
      <w:r>
        <w:rPr>
          <w:rFonts w:ascii="Times New Roman" w:hAnsi="Times New Roman" w:eastAsia="Times New Roman" w:cs="Times New Roman"/>
        </w:rPr>
        <w:t>“Энэ хооронд үндэстэн бүрээс ирсэн мөргөгчид Бурханыг шүтэн мөргөхөд зориулагдан ариусгагдсан сүмийг зорин ирдэг байв. Алт, үнэт чулуугаар гялалзсан тэр нь үзэсгэлэн төгөлдөр байдал, сүр жавхлангийн дүр зураг байлаа. Гэвч Ехова тэрхүү үзэсгэлэнт ордонд цаашид оршдоггүй болсон байв. Израиль үндэстнийхээ хувьд өөрийгөө Бурханаас салган, гэрлэлтээ цуцалсан байлаа. Христ Өөрийн газрын дээрх үйлчлэлийн төгсгөлд ойртон, сүмийн дотор талыг эцсийн удаа харахдаа, “Харагтун, танай гэр та нарт эзгүйрэн орхигдлоо” хэмээн айлдав. Матай 23:38. Тэр хүртэл Тэрээр сүмийг Эцгийнхээ гэр хэмээн нэрлэж байсан; харин Бурханы Хүү тэр ханануудын дундаас гарч явахад, Түүний алдрын төлөө баригдсан сүмээс Бурханы оршихуй үүрд татагдан одсон юм.” Элч нарын үйлс, 145.</w:t>
      </w:r>
    </w:p>
    <w:p>
      <w:pPr>
        <w:pStyle w:val="ArticleBody"/>
        <w:jc w:val="left"/>
      </w:pPr>
      <w:r>
        <w:rPr>
          <w:rFonts w:ascii="Times New Roman" w:hAnsi="Times New Roman" w:eastAsia="Times New Roman" w:cs="Times New Roman"/>
        </w:rPr>
        <w:t>Түүний эхэнд нь цэвэрлэсэн сүм нь төгсгөлд нь цэвэрлэсэн сүмээс өөр сүм байв. Эхний сүм нь Түүний Эцгийн өргөө байсан бол, харин хоёр дахь сүм нь иудейчүүдийн өргөө байв. Эзэн эхэндээ Адвентизмтэй гэрээ байгуулсан бөгөөд адвентистууд Түүний сүмд тахилчид болсон. Адвентизмын төгсгөлд тэд дахин тахилчид байхаа больж, тэдний өргөө эзгүйрэн хоцрох болно.</w:t>
      </w:r>
    </w:p>
    <w:p>
      <w:pPr>
        <w:pStyle w:val="ArticleBody"/>
        <w:jc w:val="left"/>
      </w:pPr>
      <w:r>
        <w:rPr>
          <w:rFonts w:ascii="Times New Roman" w:hAnsi="Times New Roman" w:eastAsia="Times New Roman" w:cs="Times New Roman"/>
        </w:rPr>
        <w:t>Хоёр дахь тэнгэрэлч нь хоёр мэдээг төлөөлдөг. Энэ нь уг мэдээг Вавилон хоёр удаа унаж буйгаар дүрслэн үзүүлсний нэг шалтгаан юм. Энэ нь Вавилоны уналтыг хоёр дахин давтан тунхагласны гол шалтгаан биш боловч нэг шалтгаан нь мөн. Ямар учраас энэ нь хоёр мэдээ байдаг вэ?</w:t>
      </w:r>
    </w:p>
    <w:p>
      <w:pPr>
        <w:pStyle w:val="ArticleBody"/>
        <w:jc w:val="left"/>
      </w:pPr>
      <w:r>
        <w:rPr>
          <w:rFonts w:ascii="Times New Roman" w:hAnsi="Times New Roman" w:eastAsia="Times New Roman" w:cs="Times New Roman"/>
        </w:rPr>
        <w:t>Хоёр дахь тэнгэрэлч нь эхний тэнгэрэлчийн мэдээг няцаасны хариуд ирсэн юм. 2300 жилийн эш үзүүллэгийн төгсгөл гэж 1843 оныг тодорхойлсон бүтэлгүй зөгнөл тохиоход, протестант сүмүүд тэрхүү ташаа мэдээг ашиглан Миллерийн мэдээг няцаасан. Миллерийн мэдээ нь эхний тэнгэрэлчийн мэдээ байсан. Түүнийг няцаах үед 1260 гаруй жилийн турш цөлд Бурханы сүм байсаар ирсэн протестант сүмүүд няцаагдаж, Вавилоны охин болсон. Тэр мөчид хоёр дахь тэнгэрэлч өөрийн мэдээтэйгээр ирсэн.</w:t>
      </w:r>
    </w:p>
    <w:p>
      <w:pPr>
        <w:pStyle w:val="ArticleBody"/>
        <w:jc w:val="left"/>
      </w:pPr>
      <w:r>
        <w:rPr>
          <w:rFonts w:ascii="Times New Roman" w:hAnsi="Times New Roman" w:eastAsia="Times New Roman" w:cs="Times New Roman"/>
        </w:rPr>
        <w:t>Бидний авч үзэж буй энэхүү түүхийн янз бүрийн бүрэлдэхүүн хэсгүүдтэй холбоотой маш чухал хэд хэдэн зүйл бий. Ядаж нэг зүйл нь Есүс Христийн Илчлэлийн одоо тайлагдан нээгдэж буй мэдээний ойлголтод тодорхой хувь нэмэр оруулдаг тул аажмаар хөгжүүлэн авч үзэх ёстой. Энэ шалтгааны улмаас би тэрхүү түүхийн талаар маш чухал нэгэн хэсгийг оруулж байна. Миний зааж буй нь хоёр бүлэг боловч, тэдгээр хоёр бүлгийн дунд мөн гурав дахь нэгэн чухал бүлэг бий. Бидний авч үзэх хүрээг хязгаарлахын тулд би үүнийг одоогоор оруулахгүй байна.</w:t>
      </w:r>
    </w:p>
    <w:p>
      <w:pPr>
        <w:pStyle w:val="ArticleBody"/>
        <w:jc w:val="left"/>
      </w:pPr>
      <w:r>
        <w:rPr>
          <w:rFonts w:ascii="Times New Roman" w:hAnsi="Times New Roman" w:eastAsia="Times New Roman" w:cs="Times New Roman"/>
        </w:rPr>
        <w:t>Уншиж байхдаа аль тэнгэрэлчид хандан ярьж байгааг анзаарагтун; туршилтын үйл явц хэрхэн үе шаттайгаар урагшилж байгааг ажиглагтун; эхний догол мөрөнд Илчлэл арван наймын тэнгэрэлчийн эш үзүүллэгийн шинжүүд нь мөн эхний тэнгэрэлчийн шинжүүд болохыг тэмдэглэгтүн. Мессежүүдийн нэгийг цовдлох нь Христийг цовдлохтой адил болохыг анзаарагтун; мөн гурван тэнгэрэлчийг бүгдийг нь нэг нэгэн тэнгэрэлч байдлаар үзүүлсэн боловч, Хар шөнийн хашхирааны мэдээ нь олон тэнгэрэлчийн цуглаан болохыг анзаарагтун.</w:t>
      </w:r>
    </w:p>
    <w:p>
      <w:pPr>
        <w:pStyle w:val="ArticleScripture"/>
        <w:jc w:val="left"/>
      </w:pPr>
      <w:r>
        <w:rPr>
          <w:rFonts w:ascii="Times New Roman" w:hAnsi="Times New Roman" w:eastAsia="Times New Roman" w:cs="Times New Roman"/>
        </w:rPr>
        <w:t>“Тэнгэр бүхэлдээ газар дэлхий дээр өрнөж байсан ажилд ямар их анхаарал тавьж байсныг надад үзүүлсэн. Есүс хүчирхэг, сүр жавхлант тэнгэрэлчид газарт бууж, дэлхийн оршин суугчдад Өөрийнх нь хоёр дахь ирэлтэд бэлтгэхийг анхааруул хэмээн даалгасан. Би тэр хүчирхэг тэнгэрэлч Есүсийн тэнгэр дэх оршихуйгаас яван одохыг харсан. Түүний өмнө туйлын тод, алдартай гэрэл явж байв. Түүний үүрэг нь Өөрийн алдар суугаар дэлхийг гэрэлтүүлж, Бурханы ирэх уур хилэнгийн талаар хүнд анхааруулах явдал гэж надад хэлсэн. Үй олон хүн тэр гэрлийг хүлээн авсан. Зарим нь машид хүндэтгэлт байдалтай мэт санагдаж, харин бусад нь баясгалантай, догдлон хөөрсөн байв. Гэрэл бүгдэд туссан боловч зарим нь зөвхөн тэр гэрлийн нөлөөнд орсон төдий бөгөөд түүнийг чин сэтгэлээсээ хүлээн аваагүй. Харин түүнийг хүлээн авсан бүхэн нүүрээ дээш, тэнгэр өөд хандуулж, Бурханыг алдаршуулсан. Олон хүн асар их уур хилэнгээр дүүрсэн. Үйлчлэгчид ба ард олон бузар хүмүүстэй нэгдэн, тэр хүчирхэг тэнгэрэлчийн тусгасан гэрлийг эрс шийдэмгий эсэргүүцсэн. Гэвч түүнийг хүлээн авсан бүхэн ертөнцөөс тусгаарлагдан гарч, хоорондоо нягт нэгдсэн.”</w:t>
      </w:r>
    </w:p>
    <w:p>
      <w:pPr>
        <w:pStyle w:val="ArticleScripture"/>
        <w:jc w:val="left"/>
      </w:pPr>
      <w:r>
        <w:rPr>
          <w:rFonts w:ascii="Times New Roman" w:hAnsi="Times New Roman" w:eastAsia="Times New Roman" w:cs="Times New Roman"/>
        </w:rPr>
        <w:t>“Сатан ба түүний тэнгэрэлчүүд өөрсдийн чадахын хэрээр аль болох олон хүний оюун санааг гэрлээс холдуулахын тулд идэвхтэйгээр зүтгэж байлаа. Тэрхүү гэрлийг няцаасан бүлэг нь харанхуйд үлдсэн юм. Би тэнгэрээс гаралтай мэдээ тэдэнд танилцуулагдах үед өөрсдөд нь илэрч байсан зан чанарыг тэмдэглэн бичихээр Бурханыг хүлээн зөвшөөрдөг ард түмнийг тэнгэрэлч хамгийн гүн сонирхолтойгоор ажиглаж байгааг харсан. Есүсийг хайрладаг хэмээн өөрсдийгөө тунхаглагч маш олон хүн тэнгэрийн мэдээнээс жигшил, доог тохуу, үзэн ядалтаар нүүр буруулахад, гартаа хуйлмал бичиг барьсан нэгэн тэнгэрэлч тэрхүү ичгүүрт тэмдэглэлийг үйлдсэн. Есүс Өөрийнх нь дагалдагч хэмээн өөрсдийгөө нэрлэгчдээр үл тоомсорлогдсон тул бүх тэнгэр уур хилэнгээр дүүрсэн байлаа.”</w:t>
      </w:r>
    </w:p>
    <w:p>
      <w:pPr>
        <w:pStyle w:val="ArticleScripture"/>
        <w:jc w:val="left"/>
      </w:pPr>
      <w:r>
        <w:rPr>
          <w:rFonts w:ascii="Times New Roman" w:hAnsi="Times New Roman" w:eastAsia="Times New Roman" w:cs="Times New Roman"/>
        </w:rPr>
        <w:t>“Итгэгчдийн урам хугарсныг би үзэв. Тэд Эзэнээ хүлээсэн цагт нь хараагүй. Ирээдүйг нуун далдлах, Өөрийн ардыг шийдвэр гаргах цэгт хүргэх нь Бурханы зорилго байв. Энэ цаг хугацааны цэггүйгээр Бурханы зориуд тогтоосон ажил биелэхгүй байх байлаа. Сатан маш олны оюун бодлыг ирээдүй рүү хэт түрүүлэн хөтөлж байв. Христийн ирэлтийн тухай тунхаглагдсан хугацаа нь оюун санааг одоогийн бэлтгэлийг чин сэтгэлээсээ эрж хайхад хүргэх учиртай байв. Цаг өнгөрөхөд, тэнгэрийн элчийн гэрлийг бүрэн хүлээн аваагүй хүмүүс тэнгэрийн мэдээг жигшин үл ойшоосон хүмүүстэй нэгдэж, урам хугарсан хүмүүсийг дооглон дайрав. Тэнгэр дэх тэнгэрэлчүүд Есүстэй зөвлөлдөж байгааг би үзэв. Тэд Христийг дагагч хэмээн өөрсдийгөө нэрлэгчдийн байдлыг ажигласан байв. Тодорхой хугацаа өнгөрсөн нь тэднийг сорьж, илчилсэн бөгөөд маш олон нь жинлүүр дээр жигнэгдээд дутагдалтай нь тогтоогдов. Тэд бүгд өөрсдийгөө Христэд итгэгч хэмээн чанга дуугаар тунхагласан атлаа Христийг бараг бүх талаар нь дагаж чадсангүй. Сатан Христийн дагалдагч хэмээн нэрлэгчдийн байдлыг хараад баясан хөөрөв. Тэр тэднийг урхиндаа оруулсан байв. Тэр олонхыг шулуун замаас гарган хөтөлж, тэд өөр замаар тэнгэр өөд авирахыг оролдож байв. Тэнгэрэлчүүд Сион дахь гэмтнүүд болон ертөнцийг хайрлагч хоёр нүүртнүүдийн дунд цэвэр, ариун, гэгээн хүмүүс бүгд холилдсоныг үзэв. Тэд Есүсийн жинхэнэ хайрлагчдыг харгалзан хамгаалж байсан; харин завхарсан хүмүүс ариун хүмүүст нөлөөлж байв.”</w:t>
      </w:r>
    </w:p>
    <w:p>
      <w:pPr>
        <w:pStyle w:val="ArticleScripture"/>
        <w:jc w:val="left"/>
      </w:pPr>
      <w:r>
        <w:rPr>
          <w:rFonts w:ascii="Times New Roman" w:hAnsi="Times New Roman" w:eastAsia="Times New Roman" w:cs="Times New Roman"/>
        </w:rPr>
        <w:t>“Зүрх сэтгэл нь Есүсийг үзэх хүслээр, халуун тэмүүллээр дүрэлзэж байсан хүмүүсийг, өөрсдийгөө ах дүүс нь хэмээн нэрлэгчид Түүний ирэлтийн тухай ярихыг хориглож байв. Тэнгэрэлчүүд энэ бүх байдлыг бүхэлд нь ажиглан, Есүсийн илрэлтийг хайрладаг үлдэгдэлтэй хамтран энэрч байлаа. Өөр нэгэн хүчирхэг тэнгэрэлчийг газар дэлхийд буулгахаар томилов. Есүс түүний гарт нэгэн бичиг өгсөн бөгөөд тэрээр газар дэлхийд ирэхдээ: Вавилон нуран унав! Нуран унав! хэмээн хашхирав. Тэгээд би урам нь хугарсан хүмүүс дахин цовоо цайлган болж, нүдээ тэнгэр өөд өргөн, Эзэнийхээ илрэлтийг итгэл ба найдвараар хүлээн харж байгааг үзэв. Гэвч олон нь унтаж буй мэт ухаангүй байдалд хэвээр үлдсэн мэт санагдсан; гэсэн ч би тэдний царай төрхөн дээр гүн уй гашууны ул мөр байгааг харж байлаа. Урам нь хугарсан хүмүүс Библиэс өөрсдийгөө саатлын хугацаанд байгааг, мөн үзэгдлийн биеллийг тэвчээртэйгээр хүлээх ёстойгоо олж харсан. Тэднийг 1843 онд Эзэнээ хүлээн харахад хүргэсэн тэр л нотолгоо, 1844 онд ч Түүнийг хүсэн хүлээхэд хүргэв. Би олонхид нь 1843 онд тэдний итгэлийг онцолж байсан тэр эрч хүч байгаагүйг харсан. Тэдний урам хугаралт итгэлийг нь мохоосон байв. Харин урам нь хугарсан хүмүүс хоёр дахь тэнгэрэлчийн хашхираанд нэгдэхэд, тэнгэрийн цэргүүд хамгийн гүн анхаарлаар ажиглан, тэр мэдээний нөлөөг тэмдэглэн харж байлаа. Тэд Христэд итгэгчдийн нэрийг зүүгчид урам нь хугарсан хүмүүс рүү доог тохуу, басамжлалаар хандаж байгааг харсан. “Та нар одоо хүртэл дээш гараагүй л байна!” гэсэн үгс элэглэгчийн уруулаас унахад, нэгэн тэнгэрэлч түүнийг бичиж тэмдэглэв. Тэнгэрэлч: “Тэд Бурхныг дооглож байна” гэв.”</w:t>
      </w:r>
    </w:p>
    <w:p>
      <w:pPr>
        <w:pStyle w:val="ArticleScripture"/>
        <w:jc w:val="left"/>
      </w:pPr>
      <w:r>
        <w:rPr>
          <w:rFonts w:ascii="Times New Roman" w:hAnsi="Times New Roman" w:eastAsia="Times New Roman" w:cs="Times New Roman"/>
        </w:rPr>
        <w:t>“Би Елиагийн өргөгдөн одсоныг дахин харуулав. Түүний нөмрөг Елишад унасан бөгөөд хорон хүүхдүүд (эсвэл залуус) түүнийг даган явж, элэглэн тохуурхаж, «Халзан толгойт оо, өгсөж яв! Халзан толгойт оо, өгсөж яв!» хэмээн хашхирч байв. Тэд Бурханыг тохуурхсан тул тэндээ шийтгэлээ амссан. Тэд үүнийг эцэг эхээсээ сурсан байв. Мөн гэгээнтнүүдийн дээш аваачигдах тухай ойлголтыг шоолж, элэглэн тохуурхсан хүмүүс Бурханы гай гамшгаар шийтгэгдэх бөгөөд Түүнтэй тоглон наадах нь өчүүхэн зүйл биш гэдгийг ойлгох болно.</w:t>
      </w:r>
    </w:p>
    <w:p>
      <w:pPr>
        <w:pStyle w:val="ArticleScripture"/>
        <w:jc w:val="left"/>
      </w:pPr>
      <w:r>
        <w:rPr>
          <w:rFonts w:ascii="Times New Roman" w:hAnsi="Times New Roman" w:eastAsia="Times New Roman" w:cs="Times New Roman"/>
        </w:rPr>
        <w:t>“Есүс Өөрийн ард түмний бөхийсөн итгэлийг сэргээж, хүчирхэгжүүлэхийн тулд, мөн тэднийг хоёр дахь тэнгэрэлчийн мэдээ болон удахгүй тэнгэрт хийгдэх гэж байсан чухал үйл явдлыг ойлгоход бэлтгэхийн тулд бусад тэнгэрэлч нарт хурдан нисэн очих үүрэг өгсөн юм. Би эдгээр тэнгэрэлч нарыг Есүсээс агуу хүч ба гэрэл хүлээн авч, хоёр дахь тэнгэрэлчийн ажлыг дэмжихээр өөрсдөд нь даалгасан үүргийг гүйцэтгэхийн тулд газар дэлхий рүү түргэн нисэн бууж байгааг харсан. Тэнгэрэлч нар: Харагтун, Сүйт залуу ирж байна, Түүнтэй уулзахаар гарцгаа хэмээн хашхирахад Бурханы ард түмэн дээр агуу гэрэл тусав. Тэгээд би урам хугарсан байсан хүмүүсийг босож, хоёр дахь тэнгэрэлчтэй нэгэн аялгуугаар: Харагтун, Сүйт залуу ирж байна, Түүнтэй уулзахаар гарцгаа хэмээн тунхаглаж байгааг харсан. Тэнгэрэлч нараас гарсан гэрэл харанхуйг хаа сайгүй нэвтэлсэн. Сатан болон түүний тэнгэрэлч нар энэ гэрэл тархаж, зориулагдсан үр нөлөөгөө үзүүлэхэд нь саад хийхийг эрэлхийлсэн. Тэд Бурханы тэнгэрэлч нартай тэмцэж, Бурхан ард түмнийг мэхэлсэн бөгөөд өөрсдийнх нь бүх гэрэл ба хүч чадлаар ч хүмүүсийг Есүс ирж байна гэдэгт итгүүлж чадахгүй гэж тэдэнд хэлсэн. Бурханы тэнгэрэлч нар ажлаа үргэлжлүүлсэн бөгөөд Сатан замыг хааж, хүмүүсийн оюун бодлыг гэрлээс холдуулахыг чармайж байв. Түүнийг хүлээн авсан хүмүүс маш баяр хөөртэй харагдсан. Тэд нүдээ дээш, тэнгэр өөд тогтоож, Есүсийн илрэн ирэхийг хүсэн тэмүүлж байв. Зарим нь ихэд шаналж, уйлж, залбирч байлаа. Тэдний нүд өөрсөд дээрээ тогтсон мэт санагдаж, дээш харахаас зүрхлэхгүй байв.”</w:t>
      </w:r>
    </w:p>
    <w:p>
      <w:pPr>
        <w:pStyle w:val="ArticleScripture"/>
        <w:jc w:val="left"/>
      </w:pPr>
      <w:r>
        <w:rPr>
          <w:rFonts w:ascii="Times New Roman" w:hAnsi="Times New Roman" w:eastAsia="Times New Roman" w:cs="Times New Roman"/>
        </w:rPr>
        <w:t>Тэнгэрээс ирсэн үнэт гэрэл тэднийг нөмөрсөн харанхуйг зайлуулж, цөхрөнгүйгээр өөрсөд дээрээ чиглүүлж байсан тэдний нүд дээш хандан эргэж, харин талархал болон ариун баясал нь тэдний нүүр царай бүр дээр илэрхийлэгдэж байв. Есүс болон бүх тэнгэрэлчийн цэрэг тэдгээр итгэлтэй, хүлээн хүлээгчдийг таалалтайгаар харж байлаа.</w:t>
      </w:r>
    </w:p>
    <w:p>
      <w:pPr>
        <w:pStyle w:val="ArticleScripture"/>
        <w:jc w:val="left"/>
      </w:pPr>
      <w:r>
        <w:rPr>
          <w:rFonts w:ascii="Times New Roman" w:hAnsi="Times New Roman" w:eastAsia="Times New Roman" w:cs="Times New Roman"/>
        </w:rPr>
        <w:t>“Нэгдүгээр тэнгэрэлчийн мэдээний гэрлийг няцааж, түүний эсрэг боссон хүмүүс хоёрдугаар мэдээний гэрлийг алдсан бөгөөд «Харагтун, Сүйт залуу ирж байна» гэсэн мэдээг дагалдан ирсэн хүч чадал ба сүр жавхаагаас ямар ч ашиг хүртэж чадсангүй. Есүс тэднээс хөмсгөө зангидан нүүр буруулсан. Тэд Түүнийг үл ойшоож, няцаасан байв. Харин мэдээг хүлээн авсан хүмүүс алдрын үүлэнд умбан байлаа. Тэд Бурханы хүслийг мэдэхийн тулд хүлээн, харж, залбирч байв. Тэд Түүнийг гомдоохоос үлэмжхэн эмээж байлаа. Би Сатан болон түүний тэнгэрэлчүүд энэ тэнгэрлэг гэрлийг Бурханы хүмүүсээс хаахыг эрмэлзэж байгааг харсан; гэвч хүлээгчид тэрхүү гэрлийг нандигнан хадгалж, нүдээ газраас Есүс рүү өргөн байсаар байсан цагт Сатан тэднийг энэ эрхэм гэрлээс салгах ямар ч хүчгүй байв. Тэнгэрээс өгөгдсөн мэдээ Сатан болон түүний тэнгэрэлчүүдийг уур хилэнд автуулсан бөгөөд Есүсийг хайрладаг гэж өөрсдийгөө тунхаглагч атлаа Түүний ирэлтийг үл тоомсорлогсод итгэлтэй, найдсан хүмүүсийг басамжилж, дооглон, доромжилж байлаа. Гэвч тэнгэрэлч нэг бүрчлэн доромжлол, үл ойшоолт, хүчирхийлэл болгоныг, тэдний өөрсдийгөө ах дүүс нь хэмээн нэрлэгчдээсээ хүлээн авсан бүхнийг тэмдэглэж байв. Маш олон хүн «Харагтун, Сүйт залуу ирж байна» хэмээн хашхирахаар дуу хоолойгоо өргөж, Есүсийн үзэгдэхийг хайрлаагүй, мөн Түүний хоёр дахь ирэлтийн талаар тэднийг өгүүлэхийг тэвчээгүй ах дүүсээ орхин гарсан. Би Есүс Өөрийн ирэлтийг няцааж, үл тоомсорлогсдоос нүүрээ буруулахыг харсан бөгөөд дараа нь Тэр Өөрийн хүмүүсийг бузар хүмүүсийн дундаас гарган удирдуулахыг тэнгэрэлчүүдэд тушаасан, ингэснээр тэд бузартагдахгүй байхын тулд юм. Мэдээнүүдэд дуулгавартай байсан хүмүүс эрх чөлөөтэй, нэгдмэл байдалтайгаар тусгаар зогсож байв. Ариун бөгөөд гайхамшигт гэрэл тэдэн дээр тусаж байлаа. Тэд ертөнцөөс татгалзаж, түүнд хандсан сэтгэлээ таслан, газар дээрх ашиг сонирхлоо золиосолсон. Тэд газар дэлхийн эрдэнэсээ орхиж, хайртай Аврагчаа үзнэ хэмээн найдан тэнгэр өөд түгшүүрт харцаа чиглүүлж байв. Тэдний царай төрх дээр ариун, гэгээн баяр баясал гэрэлтэн цацарч, дотор нь ноёрхож буй амар тайван ба баяр хөөрийг илэрхийлж байлаа. Есүс тэдний сорилтын цаг ойртож байсан тул тэнгэрэлчүүддээ очиж тэднийг хүчирхэгжүүлэхийг тушаасан. Би эдгээр хүлээгчид хараахан зайлшгүй туулах ёстойгоороо соригдоогүй байгааг харсан. Тэд эндүүрлээс чөлөөлөгдөөгүй байв. Мөн газрын хүмүүсийг сэрэмжлүүлэх сануулга, тэднийг тодорхой цагийн цэгт хүргэхийн тулд, өөрсдийгөө хичээнгүйлэн шинжихэд хөтлөхийн тулд, харь үндэстнүүд болон папистуудаас уламжлан ирсэн эндүүрлүүдээсээ ангижрахын тулд давтан мэдээнүүдийг илгээсэн Бурханы өршөөл ба сайн сайхныг би харсан. Эдгээр мэдээнүүдээр дамжуулан Бурхан Өөрийн ард түмнийг Өөрийнх нь төлөө илүү агуу хүчээр ажиллаж болох газар уруу гаргаж ирсэн бөгөөд тэнд тэд Түүний бүх тушаалыг сахиж чадах юм....”</w:t>
      </w:r>
    </w:p>
    <w:p>
      <w:pPr>
        <w:pStyle w:val="ArticleScripture"/>
        <w:jc w:val="left"/>
      </w:pPr>
      <w:r>
        <w:rPr>
          <w:rFonts w:ascii="Times New Roman" w:hAnsi="Times New Roman" w:eastAsia="Times New Roman" w:cs="Times New Roman"/>
        </w:rPr>
        <w:t>“Есүс Ариун газарт үйлчлэлээ өндөрлөж, Хамгийн Ариун газарт орон, Бурханы хуулийг агуулсан авдрын өмнө зогсох үедээ, тэрээр гурав дахь мэдээтэй өөр нэгэн хүчирхэг тэнгэрэлчийг дэлхий рүү илгээв. Тэр тэнгэрэлчийн гарт нэгэн илгэн хуудсыг тавьсан бөгөөд тэнгэрэлч сүр жавхлан, хүч чадалтайгаар дэлхийд бууж ирэхдээ, хүнд төрөлхтөнд урьд өмнө хүргэгдэж байгаагүй хамгийн аймшигт заналхийллийг агуулсан, айн сүрдмээр анхааруулгыг тунхаглав. Энэ мэдээ нь Бурханы хүүхдүүдийг сэрэмжтэй байлгаж, тэдний өмнө буй сорилт ба зовлонгийн цагийг харуулахад зориулагдсан байв. Тэнгэрэлч ийн өгүүлэв: Тэд араатан болон түүний дүрстэй нүүр тулсан ширүүн тэмцэлд орох болно. Тэдний мөнх амийн цорын ганц найдвар нь тууштай хэвээр үлдэхэд оршино. Амь нь аюулд өртсөн хэдий ч тэд үнэнийг бат барих ёстой. Гурав дахь тэнгэрэлч мэдээгээ эдгээр үгээр төгсгөдөг: Энд ариун хүмүүсийн тэвчээр байна; энд Бурханы тушаалуудыг сахидаг, Есүсийн итгэлийг баримтлагчид байна. Тэрээр эдгээр үгийг давтан хэлэхдээ тэнгэр дэх Ариун Сүм рүү заав. Энэ мэдээг хүлээн авсан бүхний оюун санаа Есүс авдрын өмнө зогсон, нигүүлсэл нь одоо ч хэвээр буй бүхний төлөө, мөн Бурханы хуулийг мэдлэггүйгээр зөрчсөн хүмүүсийн төлөө эцсийн зуучлалаа үйлдэж буй Хамгийн Ариун газар луу чиглэгддэг. Энэхүү эвлэрүүлэл нь зөвт амь үрэгдэгсдийн төлөө төдийгүй, зөвт амьд хүмүүсийн төлөө ч хийгддэг. Есүс Бурханы тушаалуудын тухай гэрлийг хүлээн аваагүйгээр нас барж, мэдлэггүйгээр нүгэл үйлдсэн хүмүүсийн төлөө эвлэрүүллийг үйлддэг.”</w:t>
      </w:r>
    </w:p>
    <w:p>
      <w:pPr>
        <w:pStyle w:val="ArticleScripture"/>
        <w:jc w:val="left"/>
      </w:pPr>
      <w:r>
        <w:rPr>
          <w:rFonts w:ascii="Times New Roman" w:hAnsi="Times New Roman" w:eastAsia="Times New Roman" w:cs="Times New Roman"/>
        </w:rPr>
        <w:t>“Есүс Хамгийн Ариун газрын үүдийг нээсний дараа Амралтын өдрийн гэрэл үзэгдсэн бөгөөд Бурхан эрт цагт Израилийн хөвгүүдийг сорин шалгасан шигээ Өөрийн хуулийг сахих эсэхийг нь харахаар Бурханы ард түмэн соригдон шалгагдах ёстой байв. Би гурав дахь тэнгэрэлч дээш заан, урам нь хугарсан хүмүүст тэнгэрийн Ариун Сүмийн Хамгийн Ариун газарт хүрэх замыг зааж байгааг харсан. Тэд итгэлээр Есүсийг даган Хамгийн Ариун газарт орсон. Тэд Есүсийг дахин олсон бөгөөд баяр хөөр, найдвар шинээр бадарчээ. Би тэднийг өнгөрснийг эргэн харж, Есүсийн хоёр дахь ирэлтийн тунхаглалаас эхлэн 1844 онд хугацаа өнгөрөх хүртэлх замналыг нь сөхөн үзэж байгааг харсан. Тэд өөрсдийн урам хугарлыг тайлбарлагдсаныг харж, баяр хөөр ба итгэлтэй байдал нь дахин сэргэж байна. Гурав дахь тэнгэрэлч өнгөрсөн, одоо, ирээдүйг гэрэлтүүлсэн бөгөөд тэд Бурхан үнэхээр Өөрийн нууцлаг оролцоогоор тэднийг удирдсан гэдгийг мэддэг.”</w:t>
      </w:r>
    </w:p>
    <w:p>
      <w:pPr>
        <w:pStyle w:val="ArticleScripture"/>
        <w:jc w:val="left"/>
      </w:pPr>
      <w:r>
        <w:rPr>
          <w:rFonts w:ascii="Times New Roman" w:hAnsi="Times New Roman" w:eastAsia="Times New Roman" w:cs="Times New Roman"/>
        </w:rPr>
        <w:t>“Үлдэгдэл нь Есүсийг даган Хамгийн Ариун газарт орж, гэрээний авдар, нигүүлслийн тагийг харж, тэдгээрийн сүр жавхланд автсаныг надад үзүүлсэн. Есүс авдрын тагийг өргөхөд, харагтун! дээр нь Арван Тушаал бичигдсэн чулуун хавтангууд байлаа. Тэд амьтай айлдваруудыг нэгбүрчлэн даган уншсан; гэвч арван ариун тушаалын дунд дөрөвдэх тушаал амьдран байгааг хараад тэд чичрэн ухарчээ. Учир нь бусад есөн тушаалаас илүү тод гэрэл түүн дээр тусаж, алдар сууны туяа түүнийг бүхэлд нь хүрээлж байв. Тэнд Амралтын өдөр хүчингүй болсон, эсвэл долоо хоногийн эхний өдөр болгон өөрчлөгдсөн гэж тэдэнд мэдүүлэх юу ч олдсонгүй. Энэ нь Бурхан Өөрийн амаар уулан дээр сүр жавхлант, айдас төрүүлэм сүр хүчтэйгээр айлдсан үеийнхээрээ, цахилгаан цахилж, аянга нижигнэж байсан тэр мөчийнхөөрөө, мөн Өөрийн ариун хуруугаар чулуун хавтан дээр бичсэн байдлаараа уншигдаж байв. “Зургаан өдөр хөдөлмөрлөж, бүх ажлаа үйлд; харин долоо дахь өдөр бол чиний Бурхан ЭЗЭНий Амралтын өдөр мөн.” Арван Тушаалыг ямар их анхаарал халамжтайгаар хамгаалж байгааг тэд хараад гайхширчээ. Тэдгээрийг Еховагийн дэргэд ойрхон байрлуулж, Түүний ариун байдлаар халхлагдан хамгаалагдаж байгааг тэд харсан. Тэд арван тушаалын дөрөвдэх тушаалыг гишгэлэн зөрчиж ирснээ, мөн Еховагийн ариусгасан өдрийн оронд харь үндэстнүүд болон папистуудаас уламжлагдан ирсэн өдрийг сахиж байснаа ойлгов. Тэд Бурханы өмнө өөрсдийгөө даруу болгож, өнгөрсөн зөрчлүүдийнхээ төлөө гашууджээ.</w:t>
      </w:r>
    </w:p>
    <w:p>
      <w:pPr>
        <w:pStyle w:val="ArticleScripture"/>
        <w:jc w:val="left"/>
      </w:pPr>
      <w:r>
        <w:rPr>
          <w:rFonts w:ascii="Times New Roman" w:hAnsi="Times New Roman" w:eastAsia="Times New Roman" w:cs="Times New Roman"/>
        </w:rPr>
        <w:t>Би хүжний саванд байсан хүж Есүс тэдний нүглээ наминчилсан нь болон залбирлуудыг Өөрийн Эцэгт өргөхөд уугиж байгааг харсан. Тэр нь дээш хөөрөхөд нэгэн хурц гэрэл Есүс дээр, мөн энэрлийн ширээний дээр тусав; Бурханы хуулийг зөрчигчид мөн гэдгээ өөрсдөө мэдсэнээсээ болж сэтгэл нь түгшсэн, чин сэтгэлээсээ залбирч байсан хүмүүс ерөөгдөж, тэдний нүүр царай найдвар ба баяр хөөрөөр гэрэлтэн туяарсан. Тэд гурав дахь тэнгэрэлчийн ажлын хамт нэгдэж, дуу хоолойгоо өргөн, тэрхүү сүр жавхлант анхааруулгыг тунхаглав. Гэвч эхэндээ уг мэдээг хүлээн авсан нь цөөн байв; гэвч тэд анхааруулгыг тунхаглахдаа эрч хүчтэйгээр үргэлжлүүлсээр байлаа. Дараа нь би олон хүн гурав дахь тэнгэрэлчийн мэдээг хүлээн авч, анхлан анхааруулгыг тунхагласан хүмүүсийн дуу хоолойтой нэгдэн, Бурханы ариусгасан Амралтын өдрийг сахин мөрдөх замаар Бурханыг өргөмжилж, Түүнийг алдаршуулж байгааг харсан.</w:t>
      </w:r>
    </w:p>
    <w:p>
      <w:pPr>
        <w:pStyle w:val="ArticleScripture"/>
        <w:jc w:val="left"/>
      </w:pPr>
      <w:r>
        <w:rPr>
          <w:rFonts w:ascii="Times New Roman" w:hAnsi="Times New Roman" w:eastAsia="Times New Roman" w:cs="Times New Roman"/>
        </w:rPr>
        <w:t>“Гурав дахь мэдээг хүлээн авсан олон хүн өмнөх хоёр мэдээнд туршлагажиж амжаагүй байв. Сатан үүнийг ойлгож, тэднийг унагахаар өөрийн хорон нүдийг тэдэн дээр тогтоож байлаа; харин гурав дахь тэнгэрэлч тэднийг Хамгийн Ариун газарт зааж байсан бөгөөд өмнөх мэдээнүүдэд туршлагатай байсан хүмүүс тэнгэрийн Ариун Сүм рүү хүрэх замыг тэдэнд зааж байв. Олон хүн тэнгэрэлч нарын мэдээнүүд доторх үнэний төгс гинжин холбоог харж, түүнийг баяртайгаар хүлээн авсан. Тэд тэдгээрийг дарааллаар нь хүлээн авч, итгэлээр Есүсийг даган тэнгэрийн Ариун Сүмд орсон. Эдгээр мэдээ нь биеийг бат барьж тогтоох зангуу мэт надад үзүүлэгдсэн. Хүмүүс тэдгээрийг хүлээн авч, ойлгох тусам Сатаны олон мэхлэлээс хамгаалагддаг.”</w:t>
      </w:r>
    </w:p>
    <w:p>
      <w:pPr>
        <w:pStyle w:val="ArticleScripture"/>
        <w:jc w:val="left"/>
      </w:pPr>
      <w:r>
        <w:rPr>
          <w:rFonts w:ascii="Times New Roman" w:hAnsi="Times New Roman" w:eastAsia="Times New Roman" w:cs="Times New Roman"/>
        </w:rPr>
        <w:t>1844 оны агуу урам хугарлын дараа Сатан ба түүний тэнгэрэлч нар чуулганы итгэлийг ганхуулах урхи зангыг тавих ажилд шаргуу оролцож байв. Тэр эдгээр зүйлд хувийн туршлагатай байсан зарим хүмүүсийн оюун санаанд нөлөөлж байлаа. Тэдэнд даруу байдлын дүр төрх байсан. Тэд эхний болон хоёр дахь мэдээг өөрчилж, тэдгээрийн биеллийг ирээдүй рүү заан тайлбарлаж байхад, өөр зарим нь тэд аль хэдийн алс өнгөрсөн үед биелсэн хэмээн мэдэгдэж байв. Эдгээр хүмүүс туршлагагүйчүүдийн бодол санааг өөр тийш нь татаж, тэдний итгэлийг тогтворгүй болгож байлаа. Зарим нь Библийг судлан, чуулганаас ангид, өөрсдийн гэсэн итгэлийг байгуулахыг оролдож байв. Сатан энэ бүхэнд баясан хөөрч байлаа. Учир нь тэр зангуунаас тасран хөндийрөгсдөд янз бүрийн төөрөгдлөөр нөлөөлж, сургаалын салхиар энд тэнд хийсгэн туугдуулж чадна гэдгээ мэдэж байв. Эхний болон хоёр дахь мэдээнд тэргүүлж явсан олон хүн тэдгээрийг үгүйсгэж, хагарал ба тарамдал чуулганы даяар тархсан байв. Тэгээд би Wm. Miller-ийг харсан. Тэр ихэд түгшсэн байдалтай харагдаж, ард олныхоо төлөө гуниг, зовнилд бөхийсөн байв. Тэр 1844 онд нэгдмэл, хайр дүүрэн байсан хүмүүс бие биедээ байсан хайраа алдаж, харилцан эсэргүүцэж байгааг харсан. Тэр тэднийг хүйтэн, ухарсан байдал руу буцан унахыг харсан. Уй гашуу түүний хүчийг барав. Би тэргүүлэх хүмүүс Wm. Miller-ийг ажиглан, түүнийг гурав дахь тэнгэрэлчийн мэдээ болон Бурханы тушаалуудыг хүлээн зөвшөөрчих вий хэмээн эмээж байгааг харсан. Тэгээд тэр тэнгэрээс ирэх гэрэл рүү хэлбийх бүрд, эдгээр хүмүүс түүний оюун санааг өөр тийш нь татах ямар нэгэн төлөвлөгөө зохиодог байв. Түүний оюун санааг харанхуйд байлгаж, өөрсдийн дунд түүний нөлөөг хадгалахын тулд хүний нөлөө үйлчилж байгааг би харсан. Эцэст нь Wm. Miller тэнгэрээс ирэх гэрлийн эсрэг дуу хоолойгоо өргөв. Тэр өөрийн урам хугарлыг бүрэн тайлбарлаж, өнгөрсөн дээр гэрэл ба алдрыг тусган, түүний туйлдсан хүчийг сэргээж, найдлагыг нь гэрэлтүүлэн, Бурханыг алдаршуулахад нь хөтлөх байсан тэр мэдээг хүлээн аваагүйгээрээ алдсан. Харин тэр бурханлаг мэргэн ухаанаас илүү хүний мэргэн ухаанд түшиглэсэн бөгөөд Эзэнийхээ үйл хэрэгт чармайн зүтгэснээс, бас нас ахиснаас болж мохож доройтсон тул, түүнийг үнэнээс холдуулсан хүмүүс шиг тийм хэмжээгээр хариуцлага хүлээх хүн байгаагүй. Хариуцлага тэдэнд ногдоно, мөн нүгэл нь тэдний дээр байна. Хэрэв Wm. Miller гурав дахь мэдээний гэрлийг харж чадсан бол түүнд харанхуй, нууцлаг мэт санагдаж байсан олон зүйл тайлбарлагдах байсан. Ах дүүс нь түүнд тийм гүн хайр, анхаарал тавьж байгаагаа илэрхийлж байсан тул, тэр өөрийгөө тэднээс таслан салгаж чадахгүй гэж боджээ. Түүний зүрх үнэн рүү тэмүүлэх авч, дараа нь тэр ах дүүс рүүгээ хардаг байв. Тэд үүнийг эсэргүүцэж байлаа. Тэр Есүсийн ирэлтийг тунхаглахад өөртэй нь мөр зэрэгцэн, мөр мөрөө түшин зогсож байсан хүмүүсээсээ салж чадах байсан гэж үү? Тэр тэд лав түүнийг төөрөгдүүлэхгүй гэж бодож байв.</w:t>
      </w:r>
    </w:p>
    <w:p>
      <w:pPr>
        <w:pStyle w:val="ArticleScripture"/>
        <w:jc w:val="left"/>
      </w:pPr>
      <w:r>
        <w:rPr>
          <w:rFonts w:ascii="Times New Roman" w:hAnsi="Times New Roman" w:eastAsia="Times New Roman" w:cs="Times New Roman"/>
        </w:rPr>
        <w:t>“Бурхан түүнийг Сатаны эрхшээлд орохыг, үхлийг түүний дээр ноёрхохыг зөвшөөрсөн. Тэрээр түүнийг булшинд, түүнийг Бурханаас байнга холдуулж байсан хүмүүсээс зайдуу нуусан. Мосе амлагдсан нутагт орохын даваан дээр алдаа гаргасан. Түүнчлэн, би Wm. Miller-ийг тэнгэрлэг Канаанд удахгүй орох гэж байхдаа өөрийн нөлөөг үнэний эсрэг үйлчлэхэд хүргэснээр алдаа гаргасныг харсан. Бусад хүмүүс түүнийг үүнд хүргэсэн. Үүний төлөө бусад нь хариуцлага хүлээх ёстой. Харин тэнгэрэлчүүд Бурханы энэ зарцын үнэт тоосыг харж хамгаалж байдаг бөгөөд тэрээр эцсийн бүрээ дуугарах үед гарч ирнэ.</w:t>
      </w:r>
    </w:p>
    <w:p>
      <w:pPr>
        <w:pStyle w:val="ArticleScripture"/>
        <w:jc w:val="left"/>
      </w:pPr>
      <w:r>
        <w:rPr>
          <w:rFonts w:ascii="Times New Roman" w:hAnsi="Times New Roman" w:eastAsia="Times New Roman" w:cs="Times New Roman"/>
        </w:rPr>
        <w:t>“Би сайн хамгаалагдсан, бат зогсож байсан нэгэн бүлэг хүмүүсийг харсан бөгөөд тэд биеийн тогтсон итгэлийг ганхуулахыг оролдогсдод огт дэмжлэг үзүүлэхгүй байв. Бурхан тэднийг таалалтайгаар харж байлаа. Надад гурван алхамыг үзүүлсэн—нэг, хоёр, гурав—эхний, хоёр дахь, гурав дахь тэнгэрэлчийн мэдээнүүдийг. Тэнгэрэлч ийн хэлэв: Эдгээр мэдээнүүдэд нэг ч чулууг хөдөлгөх, нэг ч штифтийг ганхуулах хүнд гаслан ирэх болтугай. Эдгээр мэдээнүүдийн жинхэнэ ойлголт нь амин чухал ач холбогдолтой. Сүнснүүдийн хувь тавилан тэдгээрийг хэрхэн хүлээн авахаас шалтгаална. Би дахин эдгээр мэдээнүүдээр доош авчрагдаж, Бурханы ард түмэн өөрсдийн туршлагаа ямар үнээр олж авсныг харсан. Энэ нь их зовлон, ширүүн тэмцлээр олдсон байв. Алхам алхмаар Бурхан тэднийг дагуулсаар, эцэст нь бат бөх, хөдөлшгүй тавцан дээр байрлуулсан байлаа. Дараа нь би хүмүүсийг уг тавцанд ойртон ирэхдээ, дээр нь гарахаасаа өмнө суурийг нь шалгаж байхыг харсан. Зарим нь баяр хөөртэйгээр тэр даруй дээр нь гарч байв. Бусад нь тавцангийн суурийг тавьсан байдлаас өө сэв эрж эхлэв. Тэд сайжруулалт хийхийг хүсэж байсан бөгөөд тэгвэл тавцан илүү төгс болж, хүмүүс ч илүү аз жаргалтай байх болно гэж үзэж байлаа. Зарим нь тавцангаас бууж, түүнийг шалгасныхаа дараа буруу тавигдсан хэмээн мэдэгдэн, түүнээс өө сэв олж байв. Бараг бүгд тавцан дээр бат зогсож, түүнээс буусан хүмүүст гомдоллохоосоо болихыг ятгаж байгааг би харсан. Учир нь Бурхан бол ерөнхий барилгачин бөгөөд тэд Түүний эсрэг тэмцэж байлаа. Тэд өөрсдийг нь энэ бат тавцанд хүргэсэн Бурханы гайхамшигт үйл хэргийг дурсан ярьж, бараг бүгд нэгдмэлээр нүдээ тэнгэр өөд өргөн, чанга дуугаар Бурханыг алдаршуулсан. Энэ нь гомдоллож, тавцангаас буусан заримд нөлөөлж, тэд дахин даруу төрхтэйгээр түүн дээр гарсан юм.</w:t>
      </w:r>
    </w:p>
    <w:p>
      <w:pPr>
        <w:pStyle w:val="ArticleScripture"/>
        <w:jc w:val="left"/>
      </w:pPr>
      <w:r>
        <w:rPr>
          <w:rFonts w:ascii="Times New Roman" w:hAnsi="Times New Roman" w:eastAsia="Times New Roman" w:cs="Times New Roman"/>
        </w:rPr>
        <w:t>“Би Христийн анхны ирэлтийг тунхагласан тэр мэдээнд дахин анхаарлаа хандуулахад хүргэгдэв. Иохан Есүсийн ирэх замыг бэлтгэхийн тулд Елиагийн сүнс ба хүчээр илгээгдсэн билээ. Иоханы гэрчлэлийг няцаасан хүмүүс Есүсийн сургаалаас ямар ч ашиг тус хүртээгүй. Түүний анхны ирэлтийг тунхагласан мэдээнд тэдний эсэргүүцэл нь тэднийг Түүнийг Мессиа мөн гэдгийн хамгийн хүчтэй нотолгоог шууд хүлээн авах боломжгүй байдалд оруулсан. Сатан Иоханы мэдээг няцаасан хүмүүсийг цааш улам лавшруулан, Есүсийг ч бас няцааж, цовдлоход хүргэсэн. Үүгээрээ тэд өөрсдийгөө Пентекостын өдөр ирэх ерөөлийг хүлээн авч чадахгүй байдалд оруулсан бөгөөд тэр ерөөл нь тэдэнд тэнгэрийн Ариун Сүмд хүрэх замыг заах байсан. Сүмийн хөшиг урагдсан явдал нь иудейчүүдийн тахил ба тогтоолууд цаашид хүлээн авагдахгүй болохыг харуулсан. Агуу Тахил өргөгдөж, хүлээн авагдсан бөгөөд Пентекостын өдөр бууж ирсэн Ариун Сүнс шавь нарын оюун бодлыг газрын Ариун Сүмээс тэнгэрийн Ариун Сүм рүү хандуулсан бөгөөд тэнд Есүс Өөрийн цусаар орж, Өөрийн цагаатгалын үр шимийг шавь нар дээрээ асгасан юм. Иудейчүүд бүрэн төөрөгдөл болон туйлын харанхуйд үлдсэн. Тэд авралын төлөвлөгөөний талаар авч болох байсан бүх гэрлийг алдсан атлаа, ашиггүй болсон тахил ба өргөлүүддээ итгэсээр байв. Тэд Ариун газарт дахь Христийн зуучлалаас ашиг хүртэж чадаагүй. Тэнгэрийн Ариун Сүм газар дээрхийг орлон эзэлсэн боловч тэд тэнгэрийнх рүү хүрэх замын талаар ямар ч мэдлэггүй байлаа.”</w:t>
      </w:r>
    </w:p>
    <w:p>
      <w:pPr>
        <w:pStyle w:val="ArticleScripture"/>
        <w:jc w:val="left"/>
      </w:pPr>
      <w:r>
        <w:rPr>
          <w:rFonts w:ascii="Times New Roman" w:hAnsi="Times New Roman" w:eastAsia="Times New Roman" w:cs="Times New Roman"/>
        </w:rPr>
        <w:t>“Олон хүн Есүсийг няцаан, Түүнийг цовдлохдоо иудейчүүдийн баримталсан явцыг айдас жигшилтэйгээр хардаг. Тэгээд Түүний хэрцгий, ичгүүрт доромжлолын түүхийг уншихдаа, өөрсдийгөө Христийг хайрладаг, Петр шиг Түүнийг үгүйсгэхгүй, эсвэл иудейчүүд шиг цовдлохгүй байсан гэж боддог. Харин Өөрийн Хүүд илэрхийлсэн тэдний энэрэнгүй хандлагыг харсан Бурхан тэднийг шалгаж, Есүстэй холбоотойгоор өөрсдийнх нь тунхагласан тэр хайрыг сорилтод оруулсан юм.”</w:t>
      </w:r>
    </w:p>
    <w:p>
      <w:pPr>
        <w:pStyle w:val="ArticleScripture"/>
        <w:jc w:val="left"/>
      </w:pPr>
      <w:r>
        <w:rPr>
          <w:rFonts w:ascii="Times New Roman" w:hAnsi="Times New Roman" w:eastAsia="Times New Roman" w:cs="Times New Roman"/>
        </w:rPr>
        <w:t>“Тэнгэр бүхэлдээ энэ мэдээг хүлээн авах явдлыг хамгийн гүн сонирхлоор ажиглаж байв. Гэвч Есүсийг хайрладаг хэмээн өөрсдийгөө тунхаглагч олон хүн, мөн загалмайн түүхийг уншихдаа нулимс унагадаг атлаа, энэ мэдээг баяр хөөртэйгээр хүлээн авахын оронд уур хилэнгээр хөдөлж, Есүсийн ирэлтийн сайн мэдээг тохуурхан, түүнийг төөрөгдөл хэмээн зарлаж байлаа. Тэд Түүний үзэгдэхийг хайрлагчидтай нөхөрлөхийг хүссэнгүй, харин тэднийг үзэн ядаж, сүмүүдээсээ хасав. Эхний мэдээг няцаасан хүмүүс хоёр дахь мэдээгээр ашиг хүртэж чадаагүй бөгөөд тэднийг итгэлээр Есүстэй хамт тэнгэрийн Ариун газрын Хамгийн Ариун хэсэгт ороход бэлтгэх ёстой байсан шөнө дундын хашхираанаас ч ашиг хүртсэнгүй. Урьдын хоёр мэдээг няцааснаар тэд Хамгийн Ариун хэсэгт хүрэх замыг харуулдаг гурав дахь тэнгэрэлчийн мэдээн доторх ямар ч гэрлийг харж чадахгүй болжээ. Би нэр төдий сүмүүд Еврейчүүд Есүсийг цовдолсонтой адил эдгээр мэдээг цовдолсныг харсан; иймийн тул тэд тэнгэрт хийгдсэн хөдөлгөөний талаар ч, Хамгийн Ариун хэсэгт хүрэх замын талаар ч мэдлэггүй бөгөөд тэндэх Есүсийн зуучлалаас ашиг хүртэж чадахгүй юм. Ашиггүй тахилуудаа өргөж байсан Еврейчүүдийн адил, тэд Есүсийн орхисон тасалгаанд хэрэггүй залбирлуудаа өргөдөг; мөн Христийн дагалдагч хэмээн өөрсдийгөө тунхаглагчдын төөрөгдөлд баяссан Сатан тэднийг өөрийн урхинд бат хавчуулж, шашны дүр төрхийг өөртөө авч, эдгээр нэр төдий Христэд итгэгчдийн оюун санааг өөртөө татан, өөрийн хүч, тэмдгүүд, худал гайхамшгуудаараа үйлчилдэг. Заримыг нь тэр нэг аргаар, нөгөөг нь өөр аргаар мэхэлдэг. Янз бүрийн оюун санаанд нөлөөлөхөөр тэр янз бүрийн төөрөгдлүүдийг бэлтгэсэн байдаг. Зарим нь нэгэн төөрөгдлийг аймшигтайгаар жигшин хардаг атлаа, нөгөөг нь амархан хүлээн авдаг. Сатан заримыг нь Спиритизмээр мэхэлдэг. Тэр мөн гэрлийн тэнгэрэлчийн дүрээр ирж, нутаг даяар өөрийн нөлөөг түгээдэг. Би хаа сайгүй хуурамч шинэчлэлтүүдийг харсан. Сүмүүд хөөрөн баясаж, Бурхан тэдний төлөө гайхамшигтайгаар ажиллаж байна гэж үзэж байсан ч, үнэндээ тэр нь өөр нэгэн сүнс байв. Тэр нь аажмаар замхран алга болж, ертөнц ба сүмийг өмнөхөөс нь илүү дор байдалд орхино.”</w:t>
      </w:r>
    </w:p>
    <w:p>
      <w:pPr>
        <w:pStyle w:val="ArticleScripture"/>
        <w:jc w:val="left"/>
      </w:pPr>
      <w:r>
        <w:rPr>
          <w:rFonts w:ascii="Times New Roman" w:hAnsi="Times New Roman" w:eastAsia="Times New Roman" w:cs="Times New Roman"/>
        </w:rPr>
        <w:t>“Нэр төдий Адвентистуудын дунд болон унасан чуулгануудын дунд Бурханы чин үнэнч хүүхдүүд байдгийг би харсан; мөн тахлууд асгарахаас өмнө эдгээр чуулгануудаас үйлчлэгчид ба ард олон дуудагдан гарч ирэх бөгөөд тэд үнэнийг баяртайгаар хүлээн авах болно. Сатан үүнийг мэддэг; тиймээс гурав дахь тэнгэрэлчийн чанга хашхираан гарахаас өмнө эдгээр шашны байгууллагуудын дунд нэгэн хөөрөл хөдөлгөөнийг өдөөдөг бөгөөд ингэснээр үнэнийг няцаасан хүмүүс Бурхан тэдэнтэй хамт байна гэж бодох болно. Тэрээр чин үнэнч хүмүүсийг мэхэлж, Бурхан одоо ч чуулгануудын төлөө ажиллаж байна гэж тэднээр бодогдуулахыг найддаг. Гэвч гэрэл гэрэлтэх бөгөөд чин үнэнч хүн бүр унасан чуулгануудаас гарч, үлдэгдэлтэй хамт байр сууриа эзлэх болно.” Spiritual Gifts, volume 1, 151–172.</w:t>
      </w:r>
    </w:p>
    <w:p>
      <w:pPr>
        <w:pStyle w:val="ArticleBody"/>
        <w:jc w:val="left"/>
      </w:pPr>
      <w:r>
        <w:rPr>
          <w:rFonts w:ascii="Times New Roman" w:hAnsi="Times New Roman" w:eastAsia="Times New Roman" w:cs="Times New Roman"/>
        </w:rPr>
        <w:t>Энэ хэсэгт маш олон чухал үнэн агуулагдаж байгаа боловч, Миллерийн хөдөлгөөний түүхэн дэх мэдээний зарим онцлогийг ялган авч, тэдгээр нь бидний түүхийг хэрхэн хэв шинжээр илэрхийлж байгааг ойлгохын тулд би энэ хэсгийг ашиглаж байна. Илчлэл арван дөрөвдүгээр бүлгийн гурван тэнгэр элч бүгд гартаа нэгэн мэдээг барьж байдаг. Хоёр дахь болон гурав дахь тэнгэр элч нь өөрсдийн мэдээтэй хамт бууж ирэхдээ “илгэн бичиг” барьж буй хэмээн тодорхойлогддог. Тэнгэр элч бүр нэгэн мэдээг төлөөлдөг бөгөөд мэдээ бүрийн ирэлт нь тодорхой нэг нөлөөг авчирдаг.</w:t>
      </w:r>
    </w:p>
    <w:p>
      <w:pPr>
        <w:pStyle w:val="ArticleBody"/>
        <w:jc w:val="left"/>
      </w:pPr>
      <w:r>
        <w:rPr>
          <w:rFonts w:ascii="Times New Roman" w:hAnsi="Times New Roman" w:eastAsia="Times New Roman" w:cs="Times New Roman"/>
        </w:rPr>
        <w:t>Бид энэ сэдвийг дараагийн өгүүлэлд үргэлжлүүлэн авч үзэх болно.</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Зэрэгцээ сэрэмжлүүлгүүд - Хоёр дахь нь</dc:title>
  <dc:subject>Зөгнөлийн хээ угалзыг дэлгэн илрүүлэх нь: Илчлэл 14-ийн мэдээг Миллерчүүдийн түүхэнд болон өнөө үед тайлан тайлбарлах нь</dc:subject>
  <dc:creator>Jeff Pippenger</dc:creator>
  <cp:keywords/>
  <dc:description>Generated by ArticleDigger from parallel_warnings\02_parallel_warnings.json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