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Есүс Христийн Илчлэлт - Нэгдүгээр дугаар</w:t>
      </w:r>
    </w:p>
    <w:p>
      <w:pPr>
        <w:pStyle w:val="ArticleSubtitle"/>
        <w:jc w:val="left"/>
      </w:pPr>
      <w:r>
        <w:rPr>
          <w:rFonts w:ascii="Arial" w:hAnsi="Arial" w:eastAsia="Arial" w:cs="Arial"/>
        </w:rPr>
        <w:t>Илчлэлийн үрнүүд: Сургаалт зүйрлэлүүдээс Эцсийн анхааруулга хүртэлх эш үзүүллэгийн нэхээсийг нээхүй</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2023-07-29</w:t>
      </w:r>
    </w:p>
    <w:p>
      <w:pPr>
        <w:pStyle w:val="ArticleBody"/>
        <w:jc w:val="left"/>
      </w:pPr>
      <w:r>
        <w:rPr>
          <w:rFonts w:ascii="Times New Roman" w:hAnsi="Times New Roman" w:eastAsia="Times New Roman" w:cs="Times New Roman"/>
        </w:rPr>
        <w:t>Америкийн Нэгдсэн Улсыг Библид тодорхойлон тэмдэглэсэн байдаг. Дэлхийн төгсгөлийн үед Америкийн Нэгдсэн Улсыг онцгойлон заан илэрхийлдэг библийн хэд хэдэн эшлэл бий. Илчлэлт номын арван гуравдугаар бүлэгт Америкийн Нэгдсэн Улс нь газраас гарч ирдэг хоёр дахь, өөрөөр хэлбэл хоёр эвэрт араатан бөгөөд араатны тамгагүй бол бүх дэлхийг худалдаж авах, худалдахыг хориглодог гэж дүрслэгдсэн байдаг.</w:t>
      </w:r>
    </w:p>
    <w:p>
      <w:pPr>
        <w:pStyle w:val="ArticleScripture"/>
        <w:jc w:val="left"/>
      </w:pPr>
      <w:r>
        <w:rPr>
          <w:rFonts w:ascii="Times New Roman" w:hAnsi="Times New Roman" w:eastAsia="Times New Roman" w:cs="Times New Roman"/>
        </w:rPr>
        <w:t>Тэгээд би газраас гарч ирж буй өөр нэгэн араатныг үзэв; тэр нь хурга мэт хоёр эвэртэй бөгөөд луу мэт ярьж байв. Тэр нь өмнөх араатны бүх эрх мэдлийг түүний өмнө хэрэгжүүлж, үхлийн шарх нь эдгэсэн тэрхүү анхны араатанд газар дэлхий болон түүн дээр оршин суугчдаар мөргүүлдэг байлаа. Тэр агуу гайхамшгуудыг үйлдэж, хүний нүдэн дээр тэнгэрээс газарт гал буулгадаг байв. Мөн тэр араатны өмнө үйлдэх эрх мэдэл авсан гайхамшгуудынхаа улмаас газар дээр оршин суугчдыг мэхэлж, илдний шарх авсан боловч амьд үлдсэн араатанд зориулан хөрөг дүр бүтээхийг тэдэнд хэлэв. Тэрээр араатны хөрөг дүрд амь оруулах эрх мэдэлтэй байсан тул араатны хөрөг дүр нь ярьж чадах бөгөөд тэрхүү араатны хөрөг дүрд мөргөхгүй хэдий хүмүүсийг алуулахад хүргэдэг байв. Мөн тэрээр бага, их, баян, ядуу, чөлөөт, боол гэлгүй бүгдэд нь баруун гар дээр нь, эсвэл духан дээр нь нэгэн тэмдэг тавиулдаг байлаа. Ингэснээр тэр тэмдэг, эсвэл араатны нэр, эсвэл түүний нэрийн тоог эзэмшигчээс өөр хэн ч худалдаж авах, худалдах боломжгүй болов.</w:t>
      </w:r>
    </w:p>
    <w:p>
      <w:pPr>
        <w:pStyle w:val="ArticleScripture"/>
        <w:jc w:val="left"/>
      </w:pPr>
      <w:r>
        <w:rPr>
          <w:rFonts w:ascii="Times New Roman" w:hAnsi="Times New Roman" w:eastAsia="Times New Roman" w:cs="Times New Roman"/>
        </w:rPr>
        <w:t>Энд мэргэн ухаан байна. Ухааралтай нь араатны тоог тоологтун. Учир нь энэ нь хүний тоо бөгөөд түүний тоо нь зургаан зуун жаран зургаа мөн. Илчлэлт 13:11–18.</w:t>
      </w:r>
    </w:p>
    <w:p>
      <w:pPr>
        <w:pStyle w:val="ArticleBody"/>
        <w:jc w:val="left"/>
      </w:pPr>
      <w:r>
        <w:rPr>
          <w:rFonts w:ascii="Times New Roman" w:hAnsi="Times New Roman" w:eastAsia="Times New Roman" w:cs="Times New Roman"/>
        </w:rPr>
        <w:t>Энэ хэсэгт хоёр эвэртэй газрын араатантай холбогдох эш үзүүллэгийн үндсэн долоон шинж байдаг. Тэр өөрөөс нь өмнө байсан араатны эрх мэдлийг хэрэгжүүлдэг; тэр дэлхий даяарх бүх хүнийг өөрөөс нь өмнө байсан араатанд мөргүүлэхэд хүргэдэг; тэр бүх хүний нүдэн дээр агуу гайхамшгуудыг үйлддэг; тэр бүх дэлхийг мэхэлж, өөрөөс нь өмнө байсан араатны дүрсийг бүтээхийг дэлхийд тушаадаг; тэр араатны дүрсэнд амь өгдөг бөгөөд тэр дүрс нь ярьдаг; тэр үхлийн ял шийтгэлийн сүрдүүлгээр бүх дэлхийг араатны дүрсэнд мөргүүлэхэд хүргэдэг; мөн тэр бүх дэлхийг араатны тэмдэг, эсвэл түүний нэр, эсвэл түүний тоог аваагүй хүмүүст худалдаж авах, худалдахыг хориглон, тэмдгийг духан дээрээ эсвэл гартаа авахыг албаддаг.</w:t>
      </w:r>
    </w:p>
    <w:p>
      <w:pPr>
        <w:pStyle w:val="ArticleBody"/>
        <w:jc w:val="left"/>
      </w:pPr>
      <w:r>
        <w:rPr>
          <w:rFonts w:ascii="Times New Roman" w:hAnsi="Times New Roman" w:eastAsia="Times New Roman" w:cs="Times New Roman"/>
        </w:rPr>
        <w:t>Арван нэгдүгээр эшлэлд “газраас гарч ирдэг” араатны үйлддэг мэхлэлийн ажил нь тийм их төөрөгдүүлэм, хүчтэй тул “газар дээр оршин суугчдыг мэхэлдэг.” Бүх дэлхий Нэгдсэн Улсад мэхлэгдэх болно. Өөрөөр хэлбэл, Бурханы чуулганаас бусад нь—бүх дэлхий антихристийн тэмдгийг хүлээн авахад мэхлэгдэх учиртай. Энэхүү дэлхий дахины мэхлэлийн өмнө явагдах эш үзүүллэгийн үйл явдлууд аль хэдийн эхлээд байна.</w:t>
      </w:r>
    </w:p>
    <w:p>
      <w:pPr>
        <w:pStyle w:val="ArticleBody"/>
        <w:jc w:val="left"/>
      </w:pPr>
      <w:r>
        <w:rPr>
          <w:rFonts w:ascii="Times New Roman" w:hAnsi="Times New Roman" w:eastAsia="Times New Roman" w:cs="Times New Roman"/>
        </w:rPr>
        <w:t>Хүмүүсийн ихэнх нь Библийн түүхүүдийн заримыг, ядаж өнгөц түвшинд бол мэддэг. Мосе ба Фараон, Даниел ба Небухаднезар, эсвэл Есүс ба Пилат нарын хоорондын тулгаралтуудын талаар ихэнх нь сонссон байдаг. Хүмүүс эдгээр Библийн түүхийг ойлголтын янз бүрийн түвшинд мэддэг боловч Библийн эш үзүүллэгүүд хаад болон хаанчлалуудыг шууд бөгөөд маш тодорхойгоор нэрлэн заадаг гэдгийг тэр бүр таньж мэддэггүй. Мосе, Даниел, мөн Христийн хувьд ч үнэхээр тийм байсан. Египет, Вавилон, Ром гурав нь өөрсдийн тус тусын хаанчлалын тухай зөгнөлүүдийг түүхэнд биелүүлэхээс нь өмнө Библийн эш үзүүллэгт тусгайлан тодорхойлогдсон байсан. Бурхан хэзээ ч өөрчлөгддөггүй.</w:t>
      </w:r>
    </w:p>
    <w:p>
      <w:pPr>
        <w:pStyle w:val="ArticleScripture"/>
        <w:jc w:val="left"/>
      </w:pPr>
      <w:r>
        <w:rPr>
          <w:rFonts w:ascii="Times New Roman" w:hAnsi="Times New Roman" w:eastAsia="Times New Roman" w:cs="Times New Roman"/>
        </w:rPr>
        <w:t>Учир нь Би ЭЗЭН мөн, Би өөрчлөгддөггүй; тиймийн тулд, Иаковын хөвгүүд ээ, та нар сүйрэн үгүй болоогүй юм. Малахи 3:6.</w:t>
      </w:r>
    </w:p>
    <w:p>
      <w:pPr>
        <w:pStyle w:val="ArticleScripture"/>
        <w:jc w:val="left"/>
      </w:pPr>
      <w:r>
        <w:rPr>
          <w:rFonts w:ascii="Times New Roman" w:hAnsi="Times New Roman" w:eastAsia="Times New Roman" w:cs="Times New Roman"/>
        </w:rPr>
        <w:t>Есүс Христ өчигдөр, өнөөдөр, мөн үүрд адил. Еврей 13:8.</w:t>
      </w:r>
    </w:p>
    <w:p>
      <w:pPr>
        <w:pStyle w:val="ArticleBody"/>
        <w:jc w:val="left"/>
      </w:pPr>
      <w:r>
        <w:rPr>
          <w:rFonts w:ascii="Times New Roman" w:hAnsi="Times New Roman" w:eastAsia="Times New Roman" w:cs="Times New Roman"/>
        </w:rPr>
        <w:t>Бурхан хэзээ ч өөрчлөгддөггүй гэдэг баримт нь Илчлэл номын арван гуравдугаар бүлгийн хоёр эвэрт газрын араатны талаар авч үзэхдээ энгийн нэгэн логикийг хэрэглэх боломжийг бидэнд олгодог. Бурхан Египет, Вавилон, Ромын хаант улсуудыг Өөрийн сүмтэй харилцаж, түүнийг хавчин мөшгөж байсан үед нь шууд тодорхойлон заасан эш үзүүллэгүүдийг өгснийг бид мэддэг тул Илчлэл номын арван гуравдугаар бүлгийн газрын араатны талаар зарим баримтыг тогтоож чадна. Газрын араатан нь Египет, Вавилон, Ромын адил, тэр үндэстний тухай эш үзүүллэг түүхэнд биелэхээс өмнө Библийн эш үзүүллэгт шууд тодорхойлогдсон байх болно. Би энэ баримтыг тогтоож чадна гэж хэлж буй нь маш энгийн атлаа чухал нэгэн библийн дүрэмд үндэслэж байгаа юм. Тэр дүрэм нь үнэн хоёрын гэрчлэл дээр тогтоогддог болохыг тодорхойлдог.</w:t>
      </w:r>
    </w:p>
    <w:p>
      <w:pPr>
        <w:pStyle w:val="ArticleScripture"/>
        <w:jc w:val="left"/>
      </w:pPr>
      <w:r>
        <w:rPr>
          <w:rFonts w:ascii="Times New Roman" w:hAnsi="Times New Roman" w:eastAsia="Times New Roman" w:cs="Times New Roman"/>
        </w:rPr>
        <w:t>Үхэх ялд зохистой хүн нь хоёр гэрчийн, эсвэл гурван гэрчийн аман дээр үхүүлэх болой; харин нэг гэрчийн аман дээр түүнийг үхүүлэх ёсгүй. Дэд хууль 17:6.</w:t>
      </w:r>
    </w:p>
    <w:p>
      <w:pPr>
        <w:pStyle w:val="ArticleScripture"/>
        <w:jc w:val="left"/>
      </w:pPr>
      <w:r>
        <w:rPr>
          <w:rFonts w:ascii="Times New Roman" w:hAnsi="Times New Roman" w:eastAsia="Times New Roman" w:cs="Times New Roman"/>
        </w:rPr>
        <w:t>Хүний үйлдсэн аливаа гэм буруу, ямар ч нүглийн талаар нэг гэрч дангаараа түүний эсрэг босох ёсгүй; харин хоёр гэрчийн амаар, эсвэл гурван гэрчийн амаар хэрэг тогтоогдоно. Дэд хууль 19:15.</w:t>
      </w:r>
    </w:p>
    <w:p>
      <w:pPr>
        <w:pStyle w:val="ArticleScripture"/>
        <w:jc w:val="left"/>
      </w:pPr>
      <w:r>
        <w:rPr>
          <w:rFonts w:ascii="Times New Roman" w:hAnsi="Times New Roman" w:eastAsia="Times New Roman" w:cs="Times New Roman"/>
        </w:rPr>
        <w:t>Би та нар уруу гурав дахь удаагаа очих гэж байна. Хоёр буюу гурван гэрчийн амаар аливаа үг батлагдана. 2 Коринт 13:1.</w:t>
      </w:r>
    </w:p>
    <w:p>
      <w:pPr>
        <w:pStyle w:val="ArticleScripture"/>
        <w:jc w:val="left"/>
      </w:pPr>
      <w:r>
        <w:rPr>
          <w:rFonts w:ascii="Times New Roman" w:hAnsi="Times New Roman" w:eastAsia="Times New Roman" w:cs="Times New Roman"/>
        </w:rPr>
        <w:t>Ахлагчийн эсрэг ял тулгалтыг хоёр буюу гурван гэрчийн өмнө биш аваас бүү хүлээн ав. 1 Тимот 5:19.</w:t>
      </w:r>
    </w:p>
    <w:p>
      <w:pPr>
        <w:pStyle w:val="ArticleBody"/>
        <w:jc w:val="left"/>
      </w:pPr>
      <w:r>
        <w:rPr>
          <w:rFonts w:ascii="Times New Roman" w:hAnsi="Times New Roman" w:eastAsia="Times New Roman" w:cs="Times New Roman"/>
        </w:rPr>
        <w:t>Библийн эш үзүүллэг Бурхан Египетийн тэрслүү Фараонтой тооцоо хийх үед эртний Египетийн мөхлийг урьдчилан зөгнөсөн. Библийн эш үзүүллэг Вавилоны тэрслүү хаадтай мөн тооцоо хийж байхдаа эртний Вавилоны мандах ба унахыг урьдчилан зөгнөсөн. Библийн эш үзүүллэг харь Ромын эзэнт гүрний мандах ба унахыг урьдчилан зөгнөж, Ромын завхарсан төлөөлөгчдийг илрүүлэн тэдэнтэй тооцоо хийсэн. Хэзээ ч өөрчлөгддөггүй Бурханы зан чанарын тууштай байдал нь Библийн эш үзүүллэгт дурдагдсан хамгийн чухал хаанчлал болох Илчлэл арван гурав дахь газрын араатан Библийн эш үзүүллэгээр гарцаагүй танигдана гэдгийг тодорхойлдог.</w:t>
      </w:r>
    </w:p>
    <w:p>
      <w:pPr>
        <w:pStyle w:val="ArticleBody"/>
        <w:jc w:val="left"/>
      </w:pPr>
      <w:r>
        <w:rPr>
          <w:rFonts w:ascii="Times New Roman" w:hAnsi="Times New Roman" w:eastAsia="Times New Roman" w:cs="Times New Roman"/>
        </w:rPr>
        <w:t>Илчлэлт номын арван гуравдугаар бүлгийн газрын араатны тухай зөгнөл биелэх үед Бурханы сүм Мосе, Даниел болон Христээр эш үзүүллэгийн байдлаар дүрслэгдсэнчлэн газрын араатны улс төрийн болон шашны удирдлагатай сөргөлдөөнд орох болно. Дэлхийн төгсгөлийн үед АНУ-ын эш үзүүллэгийн үүрэг бол Библийн зөгнөлийн үндсэн сэдвүүдийн нэг мөн. Бид Библийн зөгнөл доторх АНУ-ын үүргийг тодорхойлдог библийн мэдээллийг тайлбарлан хөгжүүлэхдээ Библийн дотор байдаг дүрмүүдийг хэрэглэх болно. Учир нь Бурханы Үгэнд хүний тодорхойлолт хэрэггүй. Эртний Израильд ёслолын хууль, эрүүл мэндийн хууль, ёс суртахууны арван хууль, газар тариалангийн тухай хууль гээд цааш үргэлжилсэн олон хууль өгөгдсөн. Бурхан эмх журамтай юм.</w:t>
      </w:r>
    </w:p>
    <w:p>
      <w:pPr>
        <w:pStyle w:val="ArticleScripture"/>
        <w:jc w:val="left"/>
      </w:pPr>
      <w:r>
        <w:rPr>
          <w:rFonts w:ascii="Times New Roman" w:hAnsi="Times New Roman" w:eastAsia="Times New Roman" w:cs="Times New Roman"/>
        </w:rPr>
        <w:t>Бүх юмсыг зохистой бөгөөд эмх журамтайгаар үйлдэгтүн. 1 Коринт 14:40.</w:t>
      </w:r>
    </w:p>
    <w:p>
      <w:pPr>
        <w:pStyle w:val="ArticleBody"/>
        <w:jc w:val="left"/>
      </w:pPr>
      <w:r>
        <w:rPr>
          <w:rFonts w:ascii="Times New Roman" w:hAnsi="Times New Roman" w:eastAsia="Times New Roman" w:cs="Times New Roman"/>
        </w:rPr>
        <w:t>Бурханаас өгөгдсөн дүрмүүдийг зүгээр л үл ойшоосноор хүн ерөөгдөнө гэж үзүүлэх ямар ч гэрчлэлийг Библийн тэмдэглэл өгдөггүй. Зөгнөлийн судалгааны зорилгын үүднээс Библи дотор болон Библиэр тогтоогдсон зөгнөлийг тайлбарлах дүрмүүдийг үл тоомсорловол хэн ерөөгдөхийг хүлээж болох билээ?</w:t>
      </w:r>
    </w:p>
    <w:p>
      <w:pPr>
        <w:pStyle w:val="ArticleScripture"/>
        <w:jc w:val="left"/>
      </w:pPr>
      <w:r>
        <w:rPr>
          <w:rFonts w:ascii="Times New Roman" w:hAnsi="Times New Roman" w:eastAsia="Times New Roman" w:cs="Times New Roman"/>
        </w:rPr>
        <w:t>“Одоо ирэгтүн, хамтдаа учраа олъё гэж ЭЗЭН айлдаж байна: та нарын нүгэл час улаан мэт байсан ч цас шиг цагаан болно; хүрэн улаан мэт байсан ч ноос шиг болно.” Исаиа 1:18.</w:t>
      </w:r>
    </w:p>
    <w:p>
      <w:pPr>
        <w:pStyle w:val="ArticleBody"/>
        <w:jc w:val="left"/>
      </w:pPr>
      <w:r>
        <w:rPr>
          <w:rFonts w:ascii="Times New Roman" w:hAnsi="Times New Roman" w:eastAsia="Times New Roman" w:cs="Times New Roman"/>
        </w:rPr>
        <w:t>Бид Библийн дүрмүүдийг хэрэглэхдээ, тэдгээр дүрэм жинхэнэ эсэх, эсвэл хуурамч эсэхийг Библи өөрөө тогтоож, батлах боломжийг олгох болно. Бурханы бүхий л төрлийн дүрмүүдийн нэгэн адил, тэдгээр дүрэмд үргэлж сатаны хуурамч дуурайл байдаг. Иймээс нэгэн үнэнийг тогтоохын тулд ямар нэг дүрмийг хэрэглэж байгаа тохиолдолд, тогтоогдсон тэр үнэн ч, хэрэглэсэн тэр дүрэм ч хоёулаа шалгагдах нь зайлшгүй шаардлагатай юм.</w:t>
      </w:r>
    </w:p>
    <w:p>
      <w:pPr>
        <w:pStyle w:val="ArticleScripture"/>
        <w:jc w:val="left"/>
      </w:pPr>
      <w:r>
        <w:rPr>
          <w:rFonts w:ascii="Times New Roman" w:hAnsi="Times New Roman" w:eastAsia="Times New Roman" w:cs="Times New Roman"/>
        </w:rPr>
        <w:t>Хайрт хүмүүс ээ, аливаа сүнс бүрд бүү итгэ; харин тэдгээр нь Бурханаас мөн эсэхийг сүнснүүдийг шалга. Учир нь олон хуурамч эш үзүүлэгчид дэлхий уруу гарч ирсэн билээ. 1 Иохан 4:1</w:t>
      </w:r>
    </w:p>
    <w:p>
      <w:pPr>
        <w:pStyle w:val="ArticleBody"/>
        <w:jc w:val="left"/>
      </w:pPr>
      <w:r>
        <w:rPr>
          <w:rFonts w:ascii="Times New Roman" w:hAnsi="Times New Roman" w:eastAsia="Times New Roman" w:cs="Times New Roman"/>
        </w:rPr>
        <w:t>Энэхүү судалгаанд Америкийн Нэгдсэн Улсын эш үзүүллэгийн үүргийг тодорхойлохоос гадна, Есүс энэ онцгой үеийнхэнд хүртэл нууцалсан Илчлэл ном дахь нууц мэдээг илрүүлэх нь өөр нэг зорилго юм.</w:t>
      </w:r>
    </w:p>
    <w:p>
      <w:pPr>
        <w:pStyle w:val="ArticleScripture"/>
        <w:jc w:val="left"/>
      </w:pPr>
      <w:r>
        <w:rPr>
          <w:rFonts w:ascii="Times New Roman" w:hAnsi="Times New Roman" w:eastAsia="Times New Roman" w:cs="Times New Roman"/>
        </w:rPr>
        <w:t>Нууцлаг зүйлс нь бидний Бурхан ЭЗЭНд харьяалагдана; харин илчлэгдсэн зүйлс нь бидэнд болон бидний үр хүүхдэд үүрд харьяалагдана, ингэснээр бид энэ хуулийн бүх үгийг үйлдэхийн тулд. Дэд хууль 29:29.</w:t>
      </w:r>
    </w:p>
    <w:p>
      <w:pPr>
        <w:pStyle w:val="ArticleBody"/>
        <w:jc w:val="left"/>
      </w:pPr>
      <w:r>
        <w:rPr>
          <w:rFonts w:ascii="Times New Roman" w:hAnsi="Times New Roman" w:eastAsia="Times New Roman" w:cs="Times New Roman"/>
        </w:rPr>
        <w:t>Бурханы илчлэгдсэн эш үзүүллэгийн нууцууд нь тэдгээрийг хүлээн авагчдад Түүний хуулийг сахих боломж олгох зорилготой. Хүмүүс Түүний хууль зүрхэнд нь бичигдсэн тохиолдолд л түүнийг сахиж чадна. Илчлэлт номд лац нь тайлагдаж буй нууц нь Ариун Сүнс Бурханы хуулийг бидний дотор эрхтэн болон зүрхэнд бичих үйл явцын нэг хэсэг юм. Бурханы ард түмэнд нээгддэг энэ нууц нь хэзээ, хэрэв итгэлээр хүлээн зөвшөөрөгдвөл, шинэ гэрээг тогтоодог.</w:t>
      </w:r>
    </w:p>
    <w:p>
      <w:pPr>
        <w:pStyle w:val="ArticleScripture"/>
        <w:jc w:val="left"/>
      </w:pPr>
      <w:r>
        <w:rPr>
          <w:rFonts w:ascii="Times New Roman" w:hAnsi="Times New Roman" w:eastAsia="Times New Roman" w:cs="Times New Roman"/>
        </w:rPr>
        <w:t>“Үзэгтүн, өдрүүд ирж байна гэж Эзэн айлдаж байна, тэр цагт Би Израилийн гэртэй, мөн Иудагийн гэртэй шинэ гэрээ байгуулах болно. Энэ нь Би тэдний эцэг өвгөдийг Египетийн нутгаас гаргаж ирэхийн тулд гараас нь хөтөлсөн тэр өдөр тэдэнтэй байгуулсан гэрээний дагуу бус; хэдийгээр Би тэдэнд нөхөр нь байсан боловч, тэд Миний гэрээг зөрчсөн юм гэж Эзэн айлдаж байна. Харин тэр өдрүүдийн дараа Би Израилийн гэртэй байгуулах гэрээ нь энэ мөн гэж Эзэн айлдаж байна: Би Өөрийн хуулийг тэдний дотор тавьж, зүрхэнд нь бичнэ; Би тэдний Бурхан байж, тэд Миний ард түмэн болно.” Иеремиа 31:31–33.</w:t>
      </w:r>
    </w:p>
    <w:p>
      <w:pPr>
        <w:pStyle w:val="ArticleScripture"/>
        <w:jc w:val="left"/>
      </w:pPr>
      <w:r>
        <w:rPr>
          <w:rFonts w:ascii="Times New Roman" w:hAnsi="Times New Roman" w:eastAsia="Times New Roman" w:cs="Times New Roman"/>
        </w:rPr>
        <w:t>“Энэ дэлхийн түүхийн сүүлчийн өдрүүдэд, Бурханы тушаалуудыг сахигч Өөрийн ард түмэнтэй байгуулсан Бурханы гэрээ шинэчлэгдэн батлагдах ёстой.” Review and Herald, 1914 оны 2 дугаар сарын 26.</w:t>
      </w:r>
    </w:p>
    <w:p>
      <w:pPr>
        <w:pStyle w:val="ArticleBody"/>
        <w:jc w:val="left"/>
      </w:pPr>
      <w:r>
        <w:rPr>
          <w:rFonts w:ascii="Times New Roman" w:hAnsi="Times New Roman" w:eastAsia="Times New Roman" w:cs="Times New Roman"/>
        </w:rPr>
        <w:t>Илчлэл 1:1–3 Эцсийн сануулгын мэдээ:</w:t>
      </w:r>
    </w:p>
    <w:p>
      <w:pPr>
        <w:pStyle w:val="ArticleScripture"/>
        <w:jc w:val="left"/>
      </w:pPr>
      <w:r>
        <w:rPr>
          <w:rFonts w:ascii="Times New Roman" w:hAnsi="Times New Roman" w:eastAsia="Times New Roman" w:cs="Times New Roman"/>
        </w:rPr>
        <w:t>Есүс Христийн илчлэл, Бурхан үүнийг Өөрийн зарц нарт удахгүй болох ёстой зүйлсийг үзүүлэхийн тулд Түүнд өгсөн бөгөөд Тэр үүнийг Өөрийн тэнгэрэлчээр дамжуулан Өөрийн зарц Иоханд илгээж, тэмдэглэн мэдүүлсэн юм. Иохан нь Бурханы үгийн тухай, Есүс Христийн гэрчлэлийн тухай, мөн өөрийн харсан бүхний тухай гэрчилсэн билээ. Энэ эш үзүүллэгийн үгсийг уншигч нь, мөн үүнийг сонсогчид ба түүнд бичигдсэн зүйлсийг сахигчид ерөөлтэй еэ. Учир нь цаг ойрхон байна. Илчлэл 1:1–3.</w:t>
      </w:r>
    </w:p>
    <w:p>
      <w:pPr>
        <w:pStyle w:val="ArticleBody"/>
        <w:jc w:val="left"/>
      </w:pPr>
      <w:r>
        <w:rPr>
          <w:rFonts w:ascii="Times New Roman" w:hAnsi="Times New Roman" w:eastAsia="Times New Roman" w:cs="Times New Roman"/>
        </w:rPr>
        <w:t>Илчлэлт номын нэгдүгээр бүлгийн эхний гурван эшлэл нь “Есүс Христийн Илчлэлт” бол хүн төрөлхтөнд хандсан эцсийн мэдээ мөн гэдгийг тодорхойлдог. Энэ нь илтэд нэгэн мэдээ мөн. Учир нь “Есүс Христийн Илчлэлт” нь тэнгэрлэг Эцгээс Түүнд өгөгдөж, Өөрийн боолуудад “удахгүй болох ёстой” зүйлсийг харуулахын тулд өгөгдсөн билээ.</w:t>
      </w:r>
    </w:p>
    <w:p>
      <w:pPr>
        <w:pStyle w:val="ArticleBody"/>
        <w:jc w:val="left"/>
      </w:pPr>
      <w:r>
        <w:rPr>
          <w:rFonts w:ascii="Times New Roman" w:hAnsi="Times New Roman" w:eastAsia="Times New Roman" w:cs="Times New Roman"/>
        </w:rPr>
        <w:t>Бид “зөгнөл өгөгдөхөд ч” мөн “дүрслэгдэн өгүүлэгдсэн үйл явдлуудад ч” “Ариун Сүнс бүхнийг тийнхүү зохицуулсан” хэмээн авч үзэх ёстой гэж бидэнд айлдсан байдаг.</w:t>
      </w:r>
    </w:p>
    <w:p>
      <w:pPr>
        <w:pStyle w:val="ArticleScripture"/>
        <w:jc w:val="left"/>
      </w:pPr>
      <w:r>
        <w:rPr>
          <w:rFonts w:ascii="Times New Roman" w:hAnsi="Times New Roman" w:eastAsia="Times New Roman" w:cs="Times New Roman"/>
        </w:rPr>
        <w:t>“Ариун Сүнс эш үзүүллэгийг өгсөн байдалд ч, тэнд дүрслэгдсэн үйл явдлуудад ч хэргийг тийнхүү зохицуулсан нь хүний төлөөлөгчийг анзаарагдахгүй байлгаж, Христ дотор нуугдуулан, харин тэнгэрийн Эзэн Бурхан болон Түүний хуулийг өргөмжлөх ёстойг сургасанд оршино. Даниелын номыг унш. Тэнд дүрслэгдсэн хаант улсуудын түүхийг нэг бүрчлэн сэргээн сана.” Testimonies to Ministers, 112.</w:t>
      </w:r>
    </w:p>
    <w:p>
      <w:pPr>
        <w:pStyle w:val="ArticleBody"/>
        <w:jc w:val="left"/>
      </w:pPr>
      <w:r>
        <w:rPr>
          <w:rFonts w:ascii="Times New Roman" w:hAnsi="Times New Roman" w:eastAsia="Times New Roman" w:cs="Times New Roman"/>
        </w:rPr>
        <w:t>Илчлэлт номын нэгдүгээр бүлгийн эхний гурван эшлэл дэх “дүрслэн үзүүлсэн үйл явдлууд” мөн “эш үзүүллэгийг өгсөн нь” Бурхан хүмүүстэй хэрхэн шат дараатайгаар харилцан мэдүүлдгийг тодорхой харуулдаг бөгөөд түүнчлэн дамжуулагдаж буй тэрхүү мэдээг “Есүс Христийн Илчлэлт” хэмээн нэрлэдгийг мөн тогтоон заадаг.</w:t>
      </w:r>
    </w:p>
    <w:p>
      <w:pPr>
        <w:pStyle w:val="ArticleBody"/>
        <w:jc w:val="left"/>
      </w:pPr>
      <w:r>
        <w:rPr>
          <w:rFonts w:ascii="Times New Roman" w:hAnsi="Times New Roman" w:eastAsia="Times New Roman" w:cs="Times New Roman"/>
        </w:rPr>
        <w:t>Тэгээд Есүс Христ Бурханаас хүлээн авсан тэр мэдээтэй холбоотой хоёр зүйлийг үйлдсэн. Тэрээр уг мэдээг Өөрийн тэнгэрэлчээр илгээсэн бөгөөд мөн тэр тэнгэрэлчээрээ дамжуулан Өөрийн мэдээг тэмдэг, бэлгэдлээр илэрхийлсэн. Дараа нь түүний тэнгэрэлч уг мэдээг эш үзүүлэгч Иоханд хүргэж өгсөн бөгөөд Иохан үүнийг бичиж тэмдэглэн, та бидний төлөө чуулгануудад илгээсэн. Эхний гурван ишлэл нь “Ариун Сүнсээр” тийнхүү “хэлбэржүүлэгдсэн” бөгөөд ингэснээр аль аль нь, өөрөөр хэлбэл “мэдээ” болон уг мэдээг дамжуулахад оролцсон “харилцааны үйл явц”-ыг онцлон тэмдэглэсэн юм.</w:t>
      </w:r>
    </w:p>
    <w:p>
      <w:pPr>
        <w:pStyle w:val="ArticleBody"/>
        <w:jc w:val="left"/>
      </w:pPr>
      <w:r>
        <w:rPr>
          <w:rFonts w:ascii="Times New Roman" w:hAnsi="Times New Roman" w:eastAsia="Times New Roman" w:cs="Times New Roman"/>
        </w:rPr>
        <w:t>Бидний авч үзэж буй эдгээр гурван ишлэл нь хүн төрөлхтөнд хандсан эцсийн мэдээг толилуулж байна. Гэвч энэ нь зүгээр нэг эцсийн мэдээ төдий бус; бүр ч чухлаар, эдгээр гурван ишлэл нь дэлхий ертөнцөд хандсан эцсийн “сануулгын” мэдээг илэрхийлдэг. Энэхүү мэдээний “сануулга” шинж нь, “энд бичигдсэн зүйлсийг” уншиж, сонсож, сахисныхаа төлөө нэгэн бүлэг хүмүүсийг “ерөөлтэй” хэмээн тодорхойлсноор танигдана. “Есүс Христийн Илчлэл” хэмээн дүрслэгдсэн энэ сануулгыг унших ч үгүй, сонсох ч үгүй нэгэн бүлэг хүмүүс бий. Тэд ерөөл хүртэх боломжгүй. Хэрэв бичигдсэн зүйлсийг уншиж, сонсож, сахисныхаа төлөө ерөөлтэй нэгэн бүлэг байдаг нь илэрхий бол, ерөөлгүй нэгэн бүлэг бас байдаг нь мөн илэрхий. Хүн Есүс Христийн Илчлэлийн мэдээг уншиж, сонсож, сахих уу? Хэрэв тийм бол тэр ерөөгдөнө, үгүй бол хараагдана.</w:t>
      </w:r>
    </w:p>
    <w:p>
      <w:pPr>
        <w:pStyle w:val="ArticleScripture"/>
        <w:jc w:val="left"/>
      </w:pPr>
      <w:r>
        <w:rPr>
          <w:rFonts w:ascii="Times New Roman" w:hAnsi="Times New Roman" w:eastAsia="Times New Roman" w:cs="Times New Roman"/>
        </w:rPr>
        <w:t>“Эш үзүүлэгч ийнхүү хэлдэг: ‘Уншигч нь ерөөлтэй еэ’—уншихгүй хүмүүс бий; ерөөл тэдэнд хамаарахгүй. ‘Мөн сонсогчид’—эш үзүүллэгүүдийн талаар юу ч сонсохоос татгалздаг зарим хүмүүс бас бий; ерөөл энэ ангид ч хамаарахгүй. ‘Тэнд бичигдсэн зүйлсийг сахигчид’—Илчлэлт номд агуулагдсан анхааруулга ба зааврыг үл хайхардаг хүн олон; тэдний хэн нь ч амлагдсан ерөөлийг нэхэмжилж үл чадна. Эш үзүүллэгийн сэдвүүдийг элэглэн дооглодог бүх хүн, энд сүр жавхлантайгаар өгөгдсөн бэлгэдлүүдийг шоолон тохуурхдаг бүх хүн, амьдралаа шинэчлэхээс болон Хүний Хүүгийн ирэлтэд бэлтгэхээс татгалздаг бүх хүн ерөөлгүй байх болно.” Агуу Тэмцэл, 341.</w:t>
      </w:r>
    </w:p>
    <w:p>
      <w:pPr>
        <w:pStyle w:val="ArticleBody"/>
        <w:jc w:val="left"/>
      </w:pPr>
      <w:r>
        <w:rPr>
          <w:rFonts w:ascii="Times New Roman" w:hAnsi="Times New Roman" w:eastAsia="Times New Roman" w:cs="Times New Roman"/>
        </w:rPr>
        <w:t>Гуравдугаар эшлэл дэх “цаг ойрхон байна” гэсэн хэллэг нь түүхэнд эцсийн анхааруулгын мэдээ ирэх тодорхой нэгэн цаг байдгийг зааж байна. “Цаг” — (тодорхой нэгэн цаг) “ойрхон байна.” Тодорхой нэгэн цаг айсуй; учир нь тэр нь ойрхон байгаа бөгөөд Бурханы ард түмэн (Иоханаар төлөөлүүлэгдсэн) тэрхүү “цаг” ирэхээс өмнө энэ мэдээг ойлгодог. Иохан Илчлэлт номыг нэгдүгээр зууны төгсгөл орчимд бичсэн боловч, эдгээр эшлэл нь 100 оны дараахан бус, түүнээс нэлээд хойших түүхийн нэгэн мөчид эцсийн анхааруулгын мэдээ тунхаглагдах болно гэдгийг зааж байна. Тэрхүү “цаг” “ойрхон” болох үед “удахгүй болох ёстой зүйлс”-ийг тодорхойлон илэрхийлдэг мэдээ Бурханы зарц нарт илчлэгдэх болно.</w:t>
      </w:r>
    </w:p>
    <w:p>
      <w:pPr>
        <w:pStyle w:val="ArticleBody"/>
        <w:jc w:val="left"/>
      </w:pPr>
      <w:r>
        <w:rPr>
          <w:rFonts w:ascii="Times New Roman" w:hAnsi="Times New Roman" w:eastAsia="Times New Roman" w:cs="Times New Roman"/>
        </w:rPr>
        <w:t>Энэхүү цуврал өгүүллүүдэд, бид эш татах Библийн хэсгүүдийн тайлбарыг бататган хамгаалахын тулд Библи болон Эллен Уайтын бичвэрүүдийг эрх мэдэлт эх сурвалж болгон ашиглана.</w:t>
      </w:r>
    </w:p>
    <w:p>
      <w:pPr>
        <w:pStyle w:val="ArticleBody"/>
        <w:jc w:val="left"/>
      </w:pPr>
      <w:r>
        <w:rPr>
          <w:rFonts w:ascii="Times New Roman" w:hAnsi="Times New Roman" w:eastAsia="Times New Roman" w:cs="Times New Roman"/>
        </w:rPr>
        <w:t>Бид мөн Уильям Миллерийн эмхэтгэн нэгтгэсэн эш үзүүллэгийг тайлбарлах дүрмүүдэд, мөн *Prophetic Keys* нэртэй эмхэтгэлд тодорхойлсон дүрмүүдэд хандана. Түүнчлэн бид *Habakkuk’s Tables* хэмээх эш үзүүллэгийн судалгааг ашиглана.</w:t>
      </w:r>
    </w:p>
    <w:p>
      <w:pPr>
        <w:pStyle w:val="ArticleBody"/>
        <w:jc w:val="left"/>
      </w:pPr>
      <w:r>
        <w:rPr>
          <w:rFonts w:ascii="Times New Roman" w:hAnsi="Times New Roman" w:eastAsia="Times New Roman" w:cs="Times New Roman"/>
        </w:rPr>
        <w:t>Бид хэрэглэж буй дүрэм бүрийг нэг бүрчлэн тодорхойлохыг зорьж байгаа биш. Товч байдлыг эрхэмлэн, тухайн дүрмийн илүү дэлгэрэнгүй нотолгоог уншихыг хүсэгч хэн боловч хандаж болох эш үзүүллэгийн Түлхүүрүүдийн эмхэтгэлийг бид зүгээр л иш татах болно. “Хабаккукийн Хүснэгтүүд” цувралын хүрээнд, бид товчхон хөндөх зарим сэдэв илүү гүнзгий авч үзэгдсэн байдаг тодорхой тайлбаруудыг заан тэмдэглэхийг зорьж байна.</w:t>
      </w:r>
    </w:p>
    <w:p>
      <w:pPr>
        <w:pStyle w:val="ArticleBody"/>
        <w:jc w:val="left"/>
      </w:pPr>
      <w:r>
        <w:rPr>
          <w:rFonts w:ascii="Times New Roman" w:hAnsi="Times New Roman" w:eastAsia="Times New Roman" w:cs="Times New Roman"/>
        </w:rPr>
        <w:t>Илчлэл номын судалгааг хамтдаа явуулах зуур бид олон нийтийн хариу өгүүллийг дэмжиж байна. Гэвч бид зөвхөн үргэлжилж буй энэхүү судалгаанд хувь нэмэр оруулах санал, мэдээлэлд л хариу өгөх болно. Бидний хэлэлцүүлгийн хүрээ нь одоогийн цуврал илтгэлүүд, бидний баримталж буй эш үзүүллэгийн дүрмүүд, мөн Хабаккукийн Хүснэгтүүдэд агуулагдсан мэдээллийг хамрах болно.</w:t>
      </w:r>
    </w:p>
    <w:p>
      <w:pPr>
        <w:pStyle w:val="ArticleScripture"/>
        <w:jc w:val="left"/>
      </w:pPr>
      <w:r>
        <w:rPr>
          <w:rFonts w:ascii="Times New Roman" w:hAnsi="Times New Roman" w:eastAsia="Times New Roman" w:cs="Times New Roman"/>
        </w:rPr>
        <w:t>Есүс Христийн илчлэлт, үүнийг Бурхан түүнд өгсөн нь удалгүй болох ёстой зүйлсийг Өөрийн боолуудад үзүүлэхийн тулд бөгөөд Тэр үүнийг Өөрийн тэнгэрэлчээр дамжуулан илгээж, Өөрийн боол Иоханд мэдүүлсэн юм. Тэр нь Бурханы үг болон Есүс Христийн гэрчлэлийн тухай, мөн харсан бүхнийхээ тухай гэрчилсэн билээ. Энэхүү эш үзүүлгийн үгсийг уншигч нь, мөн тэдгээрийг сонсогчид бөгөөд түүнд бичигдсэн зүйлсийг сахигчид ерөөлтэй еэ. Учир нь цаг ойрхон байна. Илчлэлт 1:1–3.</w:t>
      </w:r>
    </w:p>
    <w:p>
      <w:pPr>
        <w:pStyle w:val="ArticleBody"/>
        <w:jc w:val="left"/>
      </w:pPr>
      <w:r>
        <w:rPr>
          <w:rFonts w:ascii="Times New Roman" w:hAnsi="Times New Roman" w:eastAsia="Times New Roman" w:cs="Times New Roman"/>
        </w:rPr>
        <w:t>“Илэрхийлсэн” гэж орчуулсан Грек үг нь “заах”, “илтгэх” гэсэн утгатай. Тэрхүү мэдээг Тэр “Өөрийн” тэнгэрэлчээр илгээсэн бөгөөд мөн үүнийг “Өөрийн” тэнгэрэлчээр илэрхийлсэн. “Өөрийн” тэнгэрэлч нь Габриел юм.</w:t>
      </w:r>
    </w:p>
    <w:p>
      <w:pPr>
        <w:pStyle w:val="ArticleScripture"/>
        <w:jc w:val="left"/>
      </w:pPr>
      <w:r>
        <w:rPr>
          <w:rFonts w:ascii="Times New Roman" w:hAnsi="Times New Roman" w:eastAsia="Times New Roman" w:cs="Times New Roman"/>
        </w:rPr>
        <w:t>“Бурханы өмнө зогсдог би бол Габриел мөн” гэсэн тэнгэрэлчийн үг нь түүнийг тэнгэрийн ордонд дээд хүндэтгэлийн байр суурь эзэлдгийг харуулдаг. Тэр Даниелд мэдээ авчрахдаа, “Эдгээр зүйлд надтай хамт бат зогсогч нь та нарын Ноён Майкл [Христ] -аас өөр хэн ч үгүй” гэж хэлсэн. Даниел 10:21. Аврагч Илчлэлт номд Габриелын талаар, “Тэр Өөрийн тэнгэрэлчээр дамжуулан үүнийг Өөрийн зарц Иоханд илгээж, тэмдэглэн мэдүүлсэн” хэмээн айлдсан. Илчлэлт 1:1.” Христийн амьдрал, 99.</w:t>
      </w:r>
    </w:p>
    <w:p>
      <w:pPr>
        <w:pStyle w:val="ArticleBody"/>
        <w:jc w:val="left"/>
      </w:pPr>
      <w:r>
        <w:rPr>
          <w:rFonts w:ascii="Times New Roman" w:hAnsi="Times New Roman" w:eastAsia="Times New Roman" w:cs="Times New Roman"/>
        </w:rPr>
        <w:t>Тэнгэрэлч Габриел мэдээг хүргэхээр илгээгддэг бөгөөд мөн тэнгэрэлч Габриел өөрөө тэр мэдээг төлөөлдөг. Хүн төрөлхтөн түүхийн явцад төгсгөлийн сэрэмжлүүлгийн мэдээг тунхаглахад “цаг нь ойртсон” тэр мөчид хүрэхэд, тэр эцсийн мэдээ нь тэнгэрэлчээр төлөөлөгддөг. Илчлэлт номд “мэдээнүүд” нь олонтаа тэнгэрэлч нараар төлөөлөгддөг бөгөөд мэдээж Илчлэлтэд “тэнгэрэлч” хэмээн орчуулагдсан грек үг нь элч, өөрөөр хэлбэл мэдээ хүргэгч гэсэн утгатай.</w:t>
      </w:r>
    </w:p>
    <w:p>
      <w:pPr>
        <w:pStyle w:val="ArticleBody"/>
        <w:jc w:val="left"/>
      </w:pPr>
      <w:r>
        <w:rPr>
          <w:rFonts w:ascii="Times New Roman" w:hAnsi="Times New Roman" w:eastAsia="Times New Roman" w:cs="Times New Roman"/>
        </w:rPr>
        <w:t>Түүхийн явцад ирсэн Бурханы үнэний илчлэл бүхэн гарцаагүй Есүс Христийн илчлэл мөн; харин Илчлэлт номын нэгдүгээр бүлэгт гардаг Есүс Христийн Илчлэл нь хүн төрөлхтөнд өгөгдөх эцсийн анхааруулга бөгөөд энэ нь “цаг” хэмээн дүрслэгдсэн тодорхой мөчид тохиолддог. Илчлэлт номд Иохан “цаг ойрхон байна” хэмээн дурдсан өөр нэгэн хэсэг бий. Тэрхүү өөр хэсэг нь миний нэгээс гуравдугаар ишлэлийн талаар дэвшүүлсэн анхны мэдэгдлүүдийг шалган батлах хоёр дахь гэрч болдог.</w:t>
      </w:r>
    </w:p>
    <w:p>
      <w:pPr>
        <w:pStyle w:val="ArticleScripture"/>
        <w:jc w:val="left"/>
      </w:pPr>
      <w:r>
        <w:rPr>
          <w:rFonts w:ascii="Times New Roman" w:hAnsi="Times New Roman" w:eastAsia="Times New Roman" w:cs="Times New Roman"/>
        </w:rPr>
        <w:t>Тэр надад хандан өгүүлрүүн: “Эдгээр үгс үнэн бөгөөд итгэмжит мөн. Ариун эш үзүүлэгчдийн Эзэн Бурхан Өөрийн тэнгэрэлчийг зарц нартаа удахгүй болох ёстой зүйлсийг үзүүлэхээр илгээв. Болгоогтун, Би удахгүй ирнэ. Энэ номын эш үзүүллэгийн үгсийг сахин биелүүлэгч хүн ерөөлтэй еэ.”</w:t>
      </w:r>
    </w:p>
    <w:p>
      <w:pPr>
        <w:pStyle w:val="ArticleScripture"/>
        <w:jc w:val="left"/>
      </w:pPr>
      <w:r>
        <w:rPr>
          <w:rFonts w:ascii="Times New Roman" w:hAnsi="Times New Roman" w:eastAsia="Times New Roman" w:cs="Times New Roman"/>
        </w:rPr>
        <w:t>Би, Иохан, эдгээрийг үзэж, сонсов. Үүнийг сонсож, үзсэнийхээ дараа би надад эдгээрийг үзүүлсэн тэнгэрэлчийн хөлийн өмнө мөргөхөөр сөхрөн унав.</w:t>
      </w:r>
    </w:p>
    <w:p>
      <w:pPr>
        <w:pStyle w:val="ArticleScripture"/>
        <w:jc w:val="left"/>
      </w:pPr>
      <w:r>
        <w:rPr>
          <w:rFonts w:ascii="Times New Roman" w:hAnsi="Times New Roman" w:eastAsia="Times New Roman" w:cs="Times New Roman"/>
        </w:rPr>
        <w:t>Тэгээд тэр надад ийнхүү айлдав: «Үүнийг бүү үйлдэгтүн. Учир нь би бол чиний хамтран боол, мөн чиний ах дүү эш үзүүлэгчдийн болон энэ номын үгсийг сахигчдын нэг мөн. Бурханд мөргө.»</w:t>
      </w:r>
    </w:p>
    <w:p>
      <w:pPr>
        <w:pStyle w:val="ArticleScripture"/>
        <w:jc w:val="left"/>
      </w:pPr>
      <w:r>
        <w:rPr>
          <w:rFonts w:ascii="Times New Roman" w:hAnsi="Times New Roman" w:eastAsia="Times New Roman" w:cs="Times New Roman"/>
        </w:rPr>
        <w:t>Тэгээд тэр надад: «Энэ номын эш үзүүллэгийн үгсийг бүү лацад; учир нь цаг нь ойрхон байна. Шударга бус нь цаашид ч шударга бус хэвээр байг; бузартсан нь цаашид ч бузартсан хэвээр байг; зөвт нь цаашид ч зөвт хэвээр байг; ариун нь цаашид ч ариун хэвээр байг» хэмээн айлдав. Илчлэл 22:6–11.</w:t>
      </w:r>
    </w:p>
    <w:p>
      <w:pPr>
        <w:pStyle w:val="ArticleBody"/>
        <w:jc w:val="left"/>
      </w:pPr>
      <w:r>
        <w:rPr>
          <w:rFonts w:ascii="Times New Roman" w:hAnsi="Times New Roman" w:eastAsia="Times New Roman" w:cs="Times New Roman"/>
        </w:rPr>
        <w:t>Илчлэл номын төгсгөлд бид Илчлэлийн эхэнд гардагтай адилхан сэдвийг олж хардаг. “Эзэн Бурхан” Өөрийн зарц нартаа “удахгүй болох ёстой зүйлсийг” үзүүлэхээр “Өөрийн тэнгэрэлчийг илгээсэн” хэмээн өгүүлэгдэхэд, дамжуулалтын үйл явц ба мэдээ дахин нэгэнтээ дурдагддаг. Мөн зарц нарт “удахгүй болох ёстой зүйлсийг” тодорхойлон харуулсан мэдээ үзүүлэгдмэгц, Христ Өөрөө удахгүй ирнэ гэдгээ тунхагладаг. Энэ бол Христийн хоёр дахь ирэлтийг урьдаас зарладаг мэдээ бөгөөд тиймээс энэ нь эцсийн анхааруулгын мэдээ мөн—яг л нэгдүгээр бүлгийн нэгдүгээр зүйлд “Есүс Христийн Илчлэл” хэмээн дүрслэгдсэн тэр л мэдээ юм. Илчлэлийн эхний гурван зүйлд амлагдсан ерөөл нь “энэ номын эш үзүүллэгийн үгсийг сахигч ерөөлтэй еэ” гэсэн тунхаглалаар дахин давтагддаг.</w:t>
      </w:r>
    </w:p>
    <w:p>
      <w:pPr>
        <w:pStyle w:val="ArticleBody"/>
        <w:jc w:val="left"/>
      </w:pPr>
      <w:r>
        <w:rPr>
          <w:rFonts w:ascii="Times New Roman" w:hAnsi="Times New Roman" w:eastAsia="Times New Roman" w:cs="Times New Roman"/>
        </w:rPr>
        <w:t>Эдгээр эшлэлүүдээс бид нэгдүгээр бүлэгт өгүүлэгдсэн харилцааны үйл явцын дэлгэрэнгүйг олж хардаг. Учир нь Габриел мэдээг Иоханд хүргэсний дараа Иохан тэрхүү мэдээнд тийнхүү автсан тул Габриелд мөргөхийг завдсан бөгөөд тэгэхэд Габриел Иоханы энэ ташаарлыг ашиглан, тэнгэрийн тэнгэрэлчүүд, газрын эш үзүүлэгчид, мөн тэрхүү мэдээний үгсийг сахидаг бүгдээрээ Бүтээгч-Бурханд мөргөх ёстой “хамтран зүтгэгч боолууд” болохоос, Бурханы бүтээлд биш гэдгийг тодорхойлон хэлдэг.</w:t>
      </w:r>
    </w:p>
    <w:p>
      <w:pPr>
        <w:pStyle w:val="ArticleBody"/>
        <w:jc w:val="left"/>
      </w:pPr>
      <w:r>
        <w:rPr>
          <w:rFonts w:ascii="Times New Roman" w:hAnsi="Times New Roman" w:eastAsia="Times New Roman" w:cs="Times New Roman"/>
        </w:rPr>
        <w:t>Эдгээр эшлэлүүд нь бидний нэгдүгээр бүлэгт авч үзэж буй тэр л үйл явдлууд болон мэдээг дүрслэн өгч байна. Эдгээр нь Бурханы зарц нарт тун удалгүй хийгдэх ёстой зүйлсийг харуулдаг итгэмжит бөгөөд үнэн үгсийг дахин давтан өгүүлж байна. Энэ мэдээ дахин нэгэнтээ Бурхан ба Өөрийнх нь зарц нарын хоорондох харилцаа дамжуулалтын үйл явцын хүрээнд тавигдсан байна. Хорин хоёрдугаар бүлэгт, уг мэдээ нь эцсийн анхааруулах мэдээ мөн болохын илүү олон нотолгоог бид олж харна. Учир нь “ойрхон” байгаа гэж тэмдэглэгдсэн “цаг” нь хүний авралын сорилтын хугацаа хаагдахын яг өмнө тохиолдохоор заагдсан байдаг. Яагаад гэвэл “хилэнцэт нь цаашид ч хилэнцэт хэвээр байг; бузартсан нь цаашид ч бузартсан хэвээр байг; зөвт нь цаашид ч зөвт хэвээр байг; ариун нь цаашид ч ариун хэвээр байг” гэсэн тунхаглал нь авралын сорилтын хугацааны төгсгөлийг тэмдэглэдэг бөгөөд ингэснээр долоон сүүлчийн гай гамшгийн эхлэлийг тэмдэглэж, тэдгээр нь эргээд Христийн Хоёр дахь Ирэлтээр төгсөнө.</w:t>
      </w:r>
    </w:p>
    <w:p>
      <w:pPr>
        <w:pStyle w:val="ArticleScripture"/>
        <w:jc w:val="left"/>
      </w:pPr>
      <w:r>
        <w:rPr>
          <w:rFonts w:ascii="Times New Roman" w:hAnsi="Times New Roman" w:eastAsia="Times New Roman" w:cs="Times New Roman"/>
        </w:rPr>
        <w:t>“‘Тэр цагт чиний ард түмний хөвгүүдийн төлөө зогсогч агуу Ноён Михаил босно; мөн тэр цагт үндэстэн буй болсноос хойш тэр цаг хүртэл хэзээ ч байгаагүй зовлонгийн цаг ирнэ; харин тэр цагт номд бичигдсэнээрээ олдох хүн бүр, чиний ард түмэн аврагдах болно.’ Даниел 12:1.”</w:t>
      </w:r>
    </w:p>
    <w:p>
      <w:pPr>
        <w:pStyle w:val="ArticleScripture"/>
        <w:jc w:val="left"/>
      </w:pPr>
      <w:r>
        <w:rPr>
          <w:rFonts w:ascii="Times New Roman" w:hAnsi="Times New Roman" w:eastAsia="Times New Roman" w:cs="Times New Roman"/>
        </w:rPr>
        <w:t>“Гурав дахь тэнгэрэлчийн мэдээ төгсөхөд, өршөөл нигүүлсэл дэлхийн гэмт оршин суугчдын төлөө цаашид гуйлт хийхээ болино. Бурханы ард түмэн ажлаа гүйцээсэн байна. Тэд ‘хожмын бороо’-г, ‘Эзэний оршихуйгаас ирэх сэргээн тэнхрүүлэлт’-ийг хүлээн авсан бөгөөд өөрсдийн өмнө буй сорилтын цагт бэлтгэгдсэн байна. Тэнгэрт тэнгэрэлчүүд нааш цааш яаран хөдөлж байна. Дэлхийгээс буцан ирж буй нэгэн тэнгэрэлч өөрийн ажил дууссаныг зарлан мэдэгдэнэ; эцсийн шалгалт дэлхий дээр ирүүлэгдсэн бөгөөд тэнгэрлэг зарлигуудад үнэнч гэдгээ нотолсон бүх хүн ‘амьд Бурханы тамга’-ыг хүлээн авсан байна. Тэгээд Есүс дээрх ариун сүмд Өөрийн зуучлалыг зогсооно. Тэр Өөрийн гараа өргөж, чанга дуугаар: ‘Гүйцлээ’ гэж айлдана; мөн Тэр ёслол төгөлдөр энэ тунхаглалыг хийхэд бүх тэнгэрэлчийн цэрэг титмээ авцгаана: ‘Зүй бусыг үйлдэгч нь цаашид ч зүй бусыг үйлдэг; бузартсан нь цаашид ч бузартсан хэвээр байг; зөвт нь цаашид ч зөвт байг; ариун нь цаашид ч ариун хэвээр байг.’ Илчлэл 22:11. Тохиолдол бүр амь эсвэл үхлийн төлөө шийдэгдсэн байна.” Агуу тэмцэл, 613.</w:t>
      </w:r>
    </w:p>
    <w:p>
      <w:pPr>
        <w:pStyle w:val="ArticleBody"/>
        <w:jc w:val="left"/>
      </w:pPr>
      <w:r>
        <w:rPr>
          <w:rFonts w:ascii="Times New Roman" w:hAnsi="Times New Roman" w:eastAsia="Times New Roman" w:cs="Times New Roman"/>
        </w:rPr>
        <w:t>Илчлэлт номын эхэнд ч, Илчлэлт номын төгсгөлд ч нэгэн ижил түүхийг толилуулсан байдаг. Эдгээр хоёр хэсгийг нэгтгэн үзэхэд “Есүс Христийн Илчлэлт” нь Христийн Хоёр дахь ирэлтээс өмнөх хүн төрөлхтөнд өгөгдөх эцсийн сэрэмжлүүлэх мэдээ мөн болохыг ойлгох боломжтой. Энэ мэдээ нь нигүүлслийн хугацаа хаагдахын яг өмнө ирдэг тэнгэрэлчээр бэлгэдэн дүрслэгдсэн байдаг. “Цаг ойрхон” байх үед, өөрөөр хэлбэл нигүүлслийн хугацаа хаагдахын яг өмнө лац нь нээгддэг энэ мэдээг уншдаг, сонсдог, сахидаг эсэхэд нь үндэслэн уг мэдээ хүн төрөлхтнийг хоёр ангид хуваадаг.</w:t>
      </w:r>
    </w:p>
    <w:p>
      <w:pPr>
        <w:pStyle w:val="ArticleScripture"/>
        <w:jc w:val="left"/>
      </w:pPr>
      <w:r>
        <w:rPr>
          <w:rFonts w:ascii="Times New Roman" w:hAnsi="Times New Roman" w:eastAsia="Times New Roman" w:cs="Times New Roman"/>
        </w:rPr>
        <w:t>“Бид энэ дэлхийн түүхийн төгсгөлд улам ойртох тусам, эцсийн өдрүүдтэй холбоотой эш үзүүллэгүүд ялангуяа бидний судлалтыг шаарддаг. Шинэ Гэрээний сүүлчийн ном нь бидний ойлгох шаардлагатай үнэнээр дүүрэн байдаг. Сатан олон хүний оюун ухааныг сохолсон тул тэд Илчлэл номыг судлахгүй байх ямар ч шалтагт дуртайяа зууралдсаар ирсэн.”</w:t>
      </w:r>
    </w:p>
    <w:p>
      <w:pPr>
        <w:pStyle w:val="ArticleScripture"/>
        <w:jc w:val="left"/>
      </w:pPr>
      <w:r>
        <w:rPr>
          <w:rFonts w:ascii="Times New Roman" w:hAnsi="Times New Roman" w:eastAsia="Times New Roman" w:cs="Times New Roman"/>
        </w:rPr>
        <w:t>“Илчлэл ном нь Даниелын номтой холбоотойгоор нарийн нягт судлал шаарддаг. Бурханаас эмээгч багш бүр Аврагч маань Өөрийн зарц Иоханд биеэр ирж мэдүүлсэн Сайн мэдээг аль болох хамгийн тодорхой ойлгон ухаарч, дамжуулан хүргэхийн тулд хэрхэн хичээх ёстойгоо бодогтун,—‘Есүс Христийн илчлэл, үүнийг Бурхан Түүнд өгсөн нь удахгүй болох учиртай зүйлсийг Өөрийн зарц нарт үзүүлэхийн тулд юм.’ Илчлэл номонд буй нууцлаг мэт санагдах бэлгэдлүүдийн улмаас хэн ч түүнийг судлахдаа мохох ёсгүй. ‘Хэрэв та нарын хэн нэгэнд мэргэн ухаан дутагдвал, бүгдэд өгөөмрөөр өгдөг бөгөөд зэмлэлгүй өгдөг Бурханаас гуйг.’ ‘Энэ эш үзүүллэгийн үгсийг уншигч нь ерөөлтэй, түүнийг сонсогчид болон түүнд бичигдсэн зүйлсийг сахигчид ерөөлтэй; учир нь цаг ойрхон байна.’ Бид Илчлэл номд агуулагдсан агуу бөгөөд сүр жавхлант үнэнүүдийг дэлхийд тунхаглах ёстой. Эдгээр үнэн нь Бурханы чуулганы байгуулалт, зарчмуудын гүн рүү нэвтрэх учиртай. Энэ номыг илүү ойр, илүү чармайлттайгаар судлах, түүнд агуулагдсан үнэнүүдийг илүү чин сэтгэлээс танилцуулах ёстой, эдгээр үнэн нь энэ эцсийн өдрүүдэд амьдарч буй бүх хүнд хамаатай билээ. Эзэнтэйгээ уулзахаар бэлтгэж буй бүхэн энэ номыг чин үнэнч судлал ба залбирлын сэдэв болгох ёстой. Энэ нь яг нэр нь илтгэж буй зүйл мөн,—энэ дэлхийн түүхийн эцсийн өдрүүдэд болох ёстой хамгийн чухал үйл явдлуудын илчлэл юм. Иохан Бурханы үг болон Христийн гэрчлэлд үнэнчээр найдсаны учир Патмос арал руу цөлөгдсөн. Гэвч түүний цөллөг түүнийг Христээс салгаагүй. Эзэн Өөрийн үнэнч зарцыг цөллөгт нь эргэн ирж, дэлхий дээр юу тохиох тухай түүнд сургамж өгсөн юм.”</w:t>
      </w:r>
    </w:p>
    <w:p>
      <w:pPr>
        <w:pStyle w:val="ArticleScripture"/>
        <w:jc w:val="left"/>
      </w:pPr>
      <w:r>
        <w:rPr>
          <w:rFonts w:ascii="Times New Roman" w:hAnsi="Times New Roman" w:eastAsia="Times New Roman" w:cs="Times New Roman"/>
        </w:rPr>
        <w:t>“Энэхүү заавар бидний хувьд туйлын чухал ач холбогдолтой; учир нь бид энэ дэлхийн түүхийн эцсийн өдрүүдэд амьдарч байна. Удахгүй бид Христийн Иоханд тохиолдох ёстой хэмээн үзүүлсэн үйл явдлуудын биелэлд орох болно. Эзэний элч нар эдгээр сүр жавхлант үнэнүүдийг тунхаглахдаа, өөрсдийнх нь гарт мөнхийн ач холбогдол бүхий сэдвүүд байгааг ухаарах ёстой бөгөөд тэд өөрсдийн үгийг бус, харин Бурханы тэдэнд өгсөн үгийг айлдахын тулд Ариун Сүнсний баптисмыг эрэлхийлэх ёстой.”</w:t>
      </w:r>
    </w:p>
    <w:p>
      <w:pPr>
        <w:pStyle w:val="ArticleScripture"/>
        <w:jc w:val="left"/>
      </w:pPr>
      <w:r>
        <w:rPr>
          <w:rFonts w:ascii="Times New Roman" w:hAnsi="Times New Roman" w:eastAsia="Times New Roman" w:cs="Times New Roman"/>
        </w:rPr>
        <w:t>“Илчлэлт номыг ард түмэнд нээж өгөх ёстой. Олон хүнд үүнийг лацдан битүүмжилсэн ном хэмээн заасан байдаг, гэвч энэ нь зөвхөн үнэн ба гэрлийг няцаагчдад л лацдан битүүмжилсэн байдаг. Түүнд агуулагдах үнэнүүдийг тунхаглах ёстой, ингэснээр хүмүүс тун удахгүй тохиолдох үйл явдлуудад бэлтгэх боломжтой болох юм. Үхэж мөхөж буй дэлхийн авралын цорын ганц найдвар болох Гурав дахь Тэнгэрэлчийн Мэдээг толилуулах ёстой.”</w:t>
      </w:r>
    </w:p>
    <w:p>
      <w:pPr>
        <w:pStyle w:val="ArticleScripture"/>
        <w:jc w:val="left"/>
      </w:pPr>
      <w:r>
        <w:rPr>
          <w:rFonts w:ascii="Times New Roman" w:hAnsi="Times New Roman" w:eastAsia="Times New Roman" w:cs="Times New Roman"/>
        </w:rPr>
        <w:t>“Эцсийн өдрүүдийн аюул занал бидний дээр ирээд байна. Бид үйлчлэлдээ хүмүүст тэдний буй байгаа аюулын талаар сэрэмжлүүлэх ёстой. Зөгнөлөөр илчлэгдсэн, удахгүй тохиолдох тэрхүү сүр жавхлант бөгөөд ёслол төгөлдөр үзэгдлүүдийг хөндөхгүй орхиж үл болох билээ. Бид Бурханы элч нар бөгөөд алдах цаг бидэнд үгүй. Эзэн Есүс Христтэй хамтран зүтгэгч байхыг хүсэгчид энэ номд буй үнэнүүдэд гүн гүнзгий анхаарал тавих болно. Тэд үзэг болон дуу хоолойгоороо Христийн тэнгэрээс ирж илчлэхээр ирсэн гайхамшигт зүйлсийг тодорхой болгохын төлөө чармайх болно.” Signs of the Times, 1906 оны 7 дугаар сарын 4.</w:t>
      </w:r>
    </w:p>
    <w:p>
      <w:pPr>
        <w:pStyle w:val="ArticleBody"/>
        <w:jc w:val="left"/>
      </w:pPr>
      <w:r>
        <w:rPr>
          <w:rFonts w:ascii="Times New Roman" w:hAnsi="Times New Roman" w:eastAsia="Times New Roman" w:cs="Times New Roman"/>
        </w:rPr>
        <w:t>Зуу гаруй жилийн өмнө, 1906 онд, бидэнд удахгүй “бид Христ Иоханд болох ёстой гэж үзүүлсэн үйл явдлуудын биелэлд орох болно” хэмээн мэдүүлсэн юм. 1906 онд энэ мэдээ хараахан лацтай хэвээр байсан. Есүс Христийн Илчлэлтийн мэдээ үйл явдлууд болохын яг өмнөхөн Бурханы ард түмэнд нээгддэг гэдгийг ойлгох нь чухал юм. Илчлэлт ном “нэр нь илэрхийлж буйтайгаа яг адилхан,—энэ дэлхийн түүхийн сүүлчийн өдрүүдэд болох хамгийн чухал үйл явдлуудын илчлэл мөн” хэмээн бидэнд хэлэгдсэн байдаг.</w:t>
      </w:r>
    </w:p>
    <w:p>
      <w:pPr>
        <w:pStyle w:val="ArticleBody"/>
        <w:jc w:val="left"/>
      </w:pPr>
      <w:r>
        <w:rPr>
          <w:rFonts w:ascii="Times New Roman" w:hAnsi="Times New Roman" w:eastAsia="Times New Roman" w:cs="Times New Roman"/>
        </w:rPr>
        <w:t>Бурханы ард түмэн сэрэмжлүүлгийг тунхаглаж, ингэснээр уг сэрэмжлүүлгийг сонсож буй хүмүүс “тун удахгүй тохиолдох үйл явдлуудад бэлтгэх боломжтой” байхын тулд тэдгээр нь нээгддэг. Иохан нь энэ мэдээ тунхаглагдах ёстой түүхэн үедэх Бурханы ард түмнийг төлөөлдөг тул, Иохан өөрийг нь хавчин мөшгөсөн хоёр асуудлыг тодорхойлсныг тэмдэглэх нь зүйтэй. Тэрээр “Бурханы үгэнд итгэлтэйгээр найдсаны учир, мөн Христийн гэрчлэлийн учир” “Патмос арал руу цөлөгдсөн” юм. Тэрээр Библи болон “Есүсийн гэрчлэл” болох Зөгнөлийн Сүнсийг хоёуланг нь хүлээн зөвшөөрсөн учраас цөлөгдсөн билээ.</w:t>
      </w:r>
    </w:p>
    <w:p>
      <w:pPr>
        <w:pStyle w:val="ArticleScripture"/>
        <w:jc w:val="left"/>
      </w:pPr>
      <w:r>
        <w:rPr>
          <w:rFonts w:ascii="Times New Roman" w:hAnsi="Times New Roman" w:eastAsia="Times New Roman" w:cs="Times New Roman"/>
        </w:rPr>
        <w:t>Тэгээд би түүнд мөргөхөөр хөлд нь унав. Харин тэр надад, “Үүнийг бүү үйлд; би бол чиний хамтран үйлчлэгч мөн, мөн Есүсийн гэрчлэлийг агуулдаг ах дүүсийн чинь нэг нь юм. Бурханд мөргө; учир нь Есүсийн гэрчлэл бол эш үзүүллэгийн сүнс мөн” гэв. Илчлэлт 19:10.</w:t>
      </w:r>
    </w:p>
    <w:p>
      <w:pPr>
        <w:pStyle w:val="ArticleBody"/>
        <w:jc w:val="left"/>
      </w:pPr>
      <w:r>
        <w:rPr>
          <w:rFonts w:ascii="Times New Roman" w:hAnsi="Times New Roman" w:eastAsia="Times New Roman" w:cs="Times New Roman"/>
        </w:rPr>
        <w:t>Иохан нь ертөнцийн төгсгөлийн үед Есүс Христийн Илчлэлийн мэдээг ойлгодог, мөн Библи болон эш үзүүллэгийн Сүнсийг хоёуланг нь баримтлан хамгаалсныхаа төлөө хавчигддаг ард түмнийг төлөөлж байна.</w:t>
      </w:r>
    </w:p>
    <w:p>
      <w:pPr>
        <w:pStyle w:val="ArticleBody"/>
        <w:jc w:val="left"/>
      </w:pPr>
      <w:r>
        <w:rPr>
          <w:rFonts w:ascii="Times New Roman" w:hAnsi="Times New Roman" w:eastAsia="Times New Roman" w:cs="Times New Roman"/>
        </w:rPr>
        <w:t>Нэгдүгээр бүлгийн эхний гурван эшлэлд Бурхан Эцэг ба Түүний зарц нарын хоорондох харилцааны үйл явцыг онцлон тэмдэглэсэн байдаг. Хорин хоёрдугаар бүлэг харилцааны үйл явцын тухай өгүүлэмжид нэмж өгдөг. Эдгээр хоёр хэсэг нь Илчлэлт номын эхлэл ба төгсгөлийг төлөөлдөг бөгөөд хамтад нь Иоханы эш үзүүллэгийн дүрслэл дэх үүргийг тодорхойлон харуулдаг. Тэрээр зөвхөн Илчлэлтийн үгсийг бичсэн нэгэн төдий бус, харин дэлхийн төгсгөлд эцсийн сэрэмжлүүлгийн мэдээг дамжуулдаг хүмүүсийг мөн төлөөлдөг юм.</w:t>
      </w:r>
    </w:p>
    <w:p>
      <w:pPr>
        <w:pStyle w:val="ArticleScripture"/>
        <w:jc w:val="left"/>
      </w:pPr>
      <w:r>
        <w:rPr>
          <w:rFonts w:ascii="Times New Roman" w:hAnsi="Times New Roman" w:eastAsia="Times New Roman" w:cs="Times New Roman"/>
        </w:rPr>
        <w:t>Эзэн үгийг айлдсан; түүнийг тунхаглагчдын чуулган агуу байв. Дуулал 68:11</w:t>
      </w:r>
    </w:p>
    <w:p>
      <w:pPr>
        <w:pStyle w:val="ArticleBody"/>
        <w:jc w:val="left"/>
      </w:pPr>
      <w:r>
        <w:rPr>
          <w:rFonts w:ascii="Times New Roman" w:hAnsi="Times New Roman" w:eastAsia="Times New Roman" w:cs="Times New Roman"/>
        </w:rPr>
        <w:t>Иохан захиасыг бүрдүүлж буй “зүйлс”-ийг “харж”, “сонссон” бөгөөд тэрхүү захиасыг бичиж, чуулгануудад илгээх тушаалыг хүлээн авсан.</w:t>
      </w:r>
    </w:p>
    <w:p>
      <w:pPr>
        <w:pStyle w:val="ArticleScripture"/>
        <w:jc w:val="left"/>
      </w:pPr>
      <w:r>
        <w:rPr>
          <w:rFonts w:ascii="Times New Roman" w:hAnsi="Times New Roman" w:eastAsia="Times New Roman" w:cs="Times New Roman"/>
        </w:rPr>
        <w:t>“Би бол Альфа ба Омега, эхлэл ба төгсгөл, анхны ба сүүлчийнх мөн” хэмээн айлдаад, “Чиний харж буйгаа номонд бичиж, Ази дахь долоон чуулганд — Ефес, Смирна, Пергам, Тиатира, Сардис, Филаделфи, Лаодикея уруу илгээ” гэв. Илчлэлт 1:19.</w:t>
      </w:r>
    </w:p>
    <w:p>
      <w:pPr>
        <w:pStyle w:val="ArticleBody"/>
        <w:jc w:val="left"/>
      </w:pPr>
      <w:r>
        <w:rPr>
          <w:rFonts w:ascii="Times New Roman" w:hAnsi="Times New Roman" w:eastAsia="Times New Roman" w:cs="Times New Roman"/>
        </w:rPr>
        <w:t>Түүний “сонссон” болон “харсан” зүйлийг бичиж, Бага Азийн долоон чуулганд илгээхийг түүнд тушаасан; харин тус тусын чуулгануудад хандах үед Есүс захиасуудыг Иоханд шууд айлдан өгсөн, учир нь долоон чуулган тус бүрд хандсан захиас бүр “... дахь чуулганы тэнгэрэлчид бич” гэсэн хэллэгээр эхэлдэг. Есүс чуулгануудад хандсан тус тусын захиасуудыг айлдан өгсөн.</w:t>
      </w:r>
    </w:p>
    <w:p>
      <w:pPr>
        <w:pStyle w:val="ArticleBody"/>
        <w:jc w:val="left"/>
      </w:pPr>
      <w:r>
        <w:rPr>
          <w:rFonts w:ascii="Times New Roman" w:hAnsi="Times New Roman" w:eastAsia="Times New Roman" w:cs="Times New Roman"/>
        </w:rPr>
        <w:t>Есүс Иоханд айлдан хэлсэн бөгөөд мөн Есүс Иоханд өөрийн харсан, сонссоныг бичихийг тушаасан, харин нэгэнтээ Есүс Иоханд сонссоноо бичихгүй байхыг хэлсэн.</w:t>
      </w:r>
    </w:p>
    <w:p>
      <w:pPr>
        <w:pStyle w:val="ArticleScripture"/>
        <w:jc w:val="left"/>
      </w:pPr>
      <w:r>
        <w:rPr>
          <w:rFonts w:ascii="Times New Roman" w:hAnsi="Times New Roman" w:eastAsia="Times New Roman" w:cs="Times New Roman"/>
        </w:rPr>
        <w:t>Тэгээд арслан архирах мэт чанга дуугаар хашхирав; тэр ийнхүү хашхирахад долоон аянга өөрсдийн дуу хоолойг гаргав. Долоон аянга дуу хоолойгоо гаргасны дараа би бичих гэж байтал, тэнгэрээс надад хандан, “Долоон аянгын айлдсан зүйлсийг битүүмжил, тэдгээрийг бүү бич” хэмээн өгүүлэх нэгэн дуу хоолойг сонсов. Илчлэлт 10:3, 4.</w:t>
      </w:r>
    </w:p>
    <w:p>
      <w:pPr>
        <w:pStyle w:val="ArticleBody"/>
        <w:jc w:val="left"/>
      </w:pPr>
      <w:r>
        <w:rPr>
          <w:rFonts w:ascii="Times New Roman" w:hAnsi="Times New Roman" w:eastAsia="Times New Roman" w:cs="Times New Roman"/>
        </w:rPr>
        <w:t>Иоханд долоон аянгын өгүүлснийг лацдан битүүмжлэхийг тушаасан бөгөөд ингэснээр тэрээр долоон аянгын мэдээг лацдан битүүмжилсэн юм. Яг үүнчлэн, төгсгөлийн цаг хүртэл өөрийн номыг лацдан битүүмжлэхийг Даниелд тушаасан билээ.</w:t>
      </w:r>
    </w:p>
    <w:p>
      <w:pPr>
        <w:pStyle w:val="ArticleScripture"/>
        <w:jc w:val="left"/>
      </w:pPr>
      <w:r>
        <w:rPr>
          <w:rFonts w:ascii="Times New Roman" w:hAnsi="Times New Roman" w:eastAsia="Times New Roman" w:cs="Times New Roman"/>
        </w:rPr>
        <w:t>Харин чи, ай Даниел аа, эдгээр үгсийг хааж, номыг эцсийн цаг хүртэл лацдан битүүмжил; олон хүн ийш тийш явж, мэдлэг арвижих болно.... Тэрээр: Замдаа яв, Даниел аа; учир нь эдгээр үгс эцсийн цаг хүртэл хаалттай бөгөөд лацдан битүүмжлэгдсэн юм гэв. Даниел 12:4, 9.</w:t>
      </w:r>
    </w:p>
    <w:p>
      <w:pPr>
        <w:pStyle w:val="ArticleScripture"/>
        <w:jc w:val="left"/>
      </w:pPr>
      <w:r>
        <w:rPr>
          <w:rFonts w:ascii="Times New Roman" w:hAnsi="Times New Roman" w:eastAsia="Times New Roman" w:cs="Times New Roman"/>
        </w:rPr>
        <w:t>“Эдгээр долоон аянга дуу хоолойгоо гаргасны дараа, бяцхан номын талаар Даниелд өгөгдсөнтэй адил тушаал Иоханд ирэв: ‘Долоон аянгын айлдсан зүйлсийг лацдан битүүмжил.’” Seventh-day Adventist Bible Commentary, 7-р боть, 971.</w:t>
      </w:r>
    </w:p>
    <w:p>
      <w:pPr>
        <w:pStyle w:val="ArticleBody"/>
        <w:jc w:val="left"/>
      </w:pPr>
      <w:r>
        <w:rPr>
          <w:rFonts w:ascii="Times New Roman" w:hAnsi="Times New Roman" w:eastAsia="Times New Roman" w:cs="Times New Roman"/>
        </w:rPr>
        <w:t>Бидний тодорхойлж буй зүйл бол Илчлэлт номын төгсгөлд ч, эхэнд ч нэгэн мэдээ тодорхойлогдсон байдаг явдал мөн. Тэрхүү мэдээг дамжуулах үйл явц ч мөн тодорхойлогдсон байдаг. Уг мэдээг дамжуулахад Иоханы гүйцэтгэсэн үүрэг онцгойлон авч үзэгддэг. Заримдаа тэрээр үзсэн, сонссоноо зүгээр л бичсэн. Өөр бусад үед түүнд айлдан хэлүүлж байсан бөгөөд нэгэнтээ тэрээр сонссоноо бичихгүй байхыг тушаагдсан. Есүс Христийн Илчлэлтийн мэдээ нь Эцгээс өгөгдөж, Есүст, Габриелд, улмаар тэрхүү мэдээг бичиж сүмүүдэд илгээх хариуцлага хүлээсэн эш үзүүлэгч Иоханд хүрдэг.</w:t>
      </w:r>
    </w:p>
    <w:p>
      <w:pPr>
        <w:pStyle w:val="ArticleScripture"/>
        <w:jc w:val="left"/>
      </w:pPr>
      <w:r>
        <w:rPr>
          <w:rFonts w:ascii="Times New Roman" w:hAnsi="Times New Roman" w:eastAsia="Times New Roman" w:cs="Times New Roman"/>
        </w:rPr>
        <w:t>Чиний үзсэн зүйлсийг, мөн эдүгээ байгаа зүйлсийг, цаашид болох зүйлсийг бичигтүн. Илчлэл 1:19.</w:t>
      </w:r>
    </w:p>
    <w:p>
      <w:pPr>
        <w:pStyle w:val="ArticleBody"/>
        <w:jc w:val="left"/>
      </w:pPr>
      <w:r>
        <w:rPr>
          <w:rFonts w:ascii="Times New Roman" w:hAnsi="Times New Roman" w:eastAsia="Times New Roman" w:cs="Times New Roman"/>
        </w:rPr>
        <w:t>Ишлэлийг унших атлаа Иоханд бичихийг тушаасан тушаал дотор илэрхийлэгдсэн эш үзүүллэгийн зарчмыг танихгүй өнгөрөх боломжтой байж болно. Үзсэн, сонссон “юмсуудыг” бичиж тэмдэглэнэ гэдэг нь тухайн үеийн түүхийг тэмдэглэх явдал мөн; учир нь Иоханы цаг үед тэдгээр “юмс” оршиж байсан. Одоогийн түүхийг тэмдэглэж, тийнхүү нэгэн зэрэг ирээдүйд байх зүйлсийг бичиж тэмдэглэх нь Илчлэл номын эш үзүүллэгийн үндсэн дүрэм мөн. Иоханыг яг тэрхүү зарчим болон түүний чухлыг онцлон харуулж, тайлбарлахад ашигласан; учир нь түүнд үндсэндээ “байгаа зүйлсийг” бич, тийнхүү үйлдэхдээ чи “цаашид байх зүйлсийг” бичиж байх болно гэж айлдсан юм, учир нь түүх давтагддаг. Энэхүү эш үзүүллэгийн аргачлал нь Есүсийн гарын үсэг мөн; учир нь гарын үсэг бол нэр, харин Илчлэл номын нэгдүгээр бүлэгт Түүний нэр нь Альфа ба Омега юм. Тэрээр төгсгөлийг эхлэлтэй адилтган тодорхойлдог.</w:t>
      </w:r>
    </w:p>
    <w:p>
      <w:pPr>
        <w:pStyle w:val="ArticleBody"/>
        <w:jc w:val="left"/>
      </w:pPr>
      <w:r>
        <w:rPr>
          <w:rFonts w:ascii="Times New Roman" w:hAnsi="Times New Roman" w:eastAsia="Times New Roman" w:cs="Times New Roman"/>
        </w:rPr>
        <w:t>Бид “Есүс Христийн Илчлэл” хэмээх судлалыг дөнгөж эхэлж байгаа бөгөөд одоогоор нэгдүгээр бүлгийн эхний гурван эшлэлийг авч үзэж байна. “Есүс Христийн Илчлэл” хэмээн нэрлэгдсэн эцсийн анхааруулгын мэдээ нь тэнгэрлэг Эцгээс Есүст, Есүсээс Габриелд, Габриелаас Иоханд уламжлагдан ирж, Иохан үүнийг чуулгануудад илгээхийн тулд нэгэн номд бичиж тэмдэглэдэг. Энэ мэдээ ийнхүү маш шууд “Есүс Христийн Илчлэл” хэмээн нэрлэгдсэн учраас, Христийг илчилдэг онгодоор өдөөгдсөн Үгээр дамжин хүмүүст бичигдсэн бүх зүйлсийн дотроос Есүс хэн болох, мөн Тэр юу болохын нэгэн онцлог шинж нь Иоханы энэ мэдээг бичиж тэмдэглэсэн үйл ажиллагаанд дүрслэгдсэн байдгийг тэмдэглэх нь чухал юм. Тэрээр тухайн үед байсан зүйлсийг бичихдээ, мөн хараахан болох зүйлсийг ч бас бичиж байсан юм.</w:t>
      </w:r>
    </w:p>
    <w:p>
      <w:pPr>
        <w:pStyle w:val="ArticleBody"/>
        <w:jc w:val="left"/>
      </w:pPr>
      <w:r>
        <w:rPr>
          <w:rFonts w:ascii="Times New Roman" w:hAnsi="Times New Roman" w:eastAsia="Times New Roman" w:cs="Times New Roman"/>
        </w:rPr>
        <w:t>Түүх давтагддаг үнэнийг Иохан өөрийн цаг үеийнхэнд зориулсан сануулгыг бичихдээ, тэр нь мөн ирээдүйн нэгэн цаг үеийн сануулга байхаар илэрхийлсэн байдаг. Иохан Христийн сүмийн эхэн үед долоон чуулганд бичихдээ, мөн дэлхийн төгсгөлийн үеийн Христийн сүмд зориулсан сануулгыг ч бичиж байсан юм. Христийн зан чанарын энэ шинжийг Христийг Альфа ба Омега, эсвэл эхлэл ба төгсгөл, эсвэл анхны ба эцсийн хэмээн нэрлэдгээр төлөөлүүлэн илэрхийлдэг. Үнэндээ, Христийн зан чанарын энэ шинж нь Түүнийг цорын ганц Бурхан мөн болохыг нотолдог зүйл хэмээн Библи тодорхойлон үзүүлдэг.</w:t>
      </w:r>
    </w:p>
    <w:p>
      <w:pPr>
        <w:pStyle w:val="ArticleBody"/>
        <w:jc w:val="left"/>
      </w:pPr>
      <w:r>
        <w:rPr>
          <w:rFonts w:ascii="Times New Roman" w:hAnsi="Times New Roman" w:eastAsia="Times New Roman" w:cs="Times New Roman"/>
        </w:rPr>
        <w:t>Илчлэлтийн эхний бүлэгт Есүс Өөрийгөө Альфа ба Омега хэмээн тодорхойлж буйг бид олж хардаг.</w:t>
      </w:r>
    </w:p>
    <w:p>
      <w:pPr>
        <w:pStyle w:val="ArticleScripture"/>
        <w:jc w:val="left"/>
      </w:pPr>
      <w:r>
        <w:rPr>
          <w:rFonts w:ascii="Times New Roman" w:hAnsi="Times New Roman" w:eastAsia="Times New Roman" w:cs="Times New Roman"/>
        </w:rPr>
        <w:t>Эзэний өдөр би Сүнсэнд байхад, ар талд минь бүрээ мэт агуу дуу сонсогдов. Тэр дуу ийнхүү өгүүлэв: Би бол Альфа ба Омега, эхний ба эцсийн Нэгэн мөн. Чиний харж буйгаа номд бичиж, Азид буй долоон чуулганд илгээ: Ефес, Смирна, Пергам, Тиатира, Сардис, Филаделфи, Лаодики дахь чуулгануудад илгээ.</w:t>
      </w:r>
    </w:p>
    <w:p>
      <w:pPr>
        <w:pStyle w:val="ArticleScripture"/>
        <w:jc w:val="left"/>
      </w:pPr>
      <w:r>
        <w:rPr>
          <w:rFonts w:ascii="Times New Roman" w:hAnsi="Times New Roman" w:eastAsia="Times New Roman" w:cs="Times New Roman"/>
        </w:rPr>
        <w:t>Тэгээд надтай ярьж буй дуу хоолойг харахаар би эргэв. Эргээд харахад, би долоон алтан дэнлүүний суурь үзэв; мөн тэрхүү долоон дэнлүүний суурийн дунд Хүний Хүүтэй адил Нэгэн байлаа. Тэрээр хөл хүрсэн урт хувцас өмсөж, цээжээрээ алтан бүс бүсэлсэн байв. Түүний толгой болон үс нь ноос мэт, цас мэт цагаан; нүд нь галын дөл мэт; хөл нь зууханд хайлуулсан мэт гялалзсан гууль адил; дуу нь их усны шуугиан мэт байлаа. Тэрээр баруун гартаа долоон од барьж байсан бөгөөд амнаас нь хоёр иртэй хурц илд гарч байв; төрх байдал нь хүч чадалдаа гэрэлтэх нар мэт байлаа.</w:t>
      </w:r>
    </w:p>
    <w:p>
      <w:pPr>
        <w:pStyle w:val="ArticleScripture"/>
        <w:jc w:val="left"/>
      </w:pPr>
      <w:r>
        <w:rPr>
          <w:rFonts w:ascii="Times New Roman" w:hAnsi="Times New Roman" w:eastAsia="Times New Roman" w:cs="Times New Roman"/>
        </w:rPr>
        <w:t>Түүнийг хараад би үхсэн мэт Түүний хөлд унав. Тэр баруун гараа над дээр тавин, надад айлдсан нь: Бүү ай; Би бол эхнийх бөгөөд эцсийнх мөн. Илчлэлт 1:10–17.</w:t>
      </w:r>
    </w:p>
    <w:p>
      <w:pPr>
        <w:pStyle w:val="ArticleBody"/>
        <w:jc w:val="left"/>
      </w:pPr>
      <w:r>
        <w:rPr>
          <w:rFonts w:ascii="Times New Roman" w:hAnsi="Times New Roman" w:eastAsia="Times New Roman" w:cs="Times New Roman"/>
        </w:rPr>
        <w:t>Эдгээр ишлэл дотор маш их үнэн агуулагдаж байна. Гэвч энд би зөвхөн үүнийг онцлон тэмдэглэхийг хүсэж байна: Иохан Христийн бүрээ мэт дуу хоолойг сонсоод, өөртэй нь хэн ярьсныг харахаар эргэхэд, тэрээр Есүс Христийг тэнгэрийн ариун газрын доторх тэнгэрлэг ариун сүмд үйлчилж буй Тэргүүн Тахилчийн дүрээр харсан юм. Дараа нь Есүс Өөрийгөө Альфа ба Омега, мөн эхний бөгөөд эцсийн Нэгэн гэж тодорхойлсон. Мэдээ болон түүний дамжуулалтын эхний гурван ишлэлд бид Илчлэл номын төгсгөл дэх үнэний шугамтай тохирох нэгэн үнэний шугамыг олж харсан. Альфа ба Омега болох Есүс төгсгөлийг эхлэлтэй, эцсийг эхнийтэй холбон үзүүлдэг. Илчлэл номын төгсгөлд, эхэнд байсанчлан, Тэр дахин нэгэнтээ Өөрийгөө Альфа ба Омега хэмээн тодорхойлдог.</w:t>
      </w:r>
    </w:p>
    <w:p>
      <w:pPr>
        <w:pStyle w:val="ArticleScripture"/>
        <w:jc w:val="left"/>
      </w:pPr>
      <w:r>
        <w:rPr>
          <w:rFonts w:ascii="Times New Roman" w:hAnsi="Times New Roman" w:eastAsia="Times New Roman" w:cs="Times New Roman"/>
        </w:rPr>
        <w:t>Тэр надад — Эдгээр үгс итгэмжит бөгөөд үнэн юм; ариун эш үзүүлэгчдийн Эзэн Бурхан боолоо удахгүй болох ёстой зүйлсийг үзүүлэхээр Өөрийн тэнгэрэлчийг илгээсэн билээ — гэж айлдав. Харагтун, Би удахгүй ирнэ. Энэ номын эш үзүүллэгийн үгсийг сахигч ерөөлтэй еэ.</w:t>
      </w:r>
    </w:p>
    <w:p>
      <w:pPr>
        <w:pStyle w:val="ArticleScripture"/>
        <w:jc w:val="left"/>
      </w:pPr>
      <w:r>
        <w:rPr>
          <w:rFonts w:ascii="Times New Roman" w:hAnsi="Times New Roman" w:eastAsia="Times New Roman" w:cs="Times New Roman"/>
        </w:rPr>
        <w:t>Би Иохан эдгээр зүйлсийг үзэж, сонсов. Тэгээд би сонсож, үзсэнийхээ дараа надад эдгээрийг үзүүлсэн тэнгэрэлчийн хөлд мөргөхөөр сөхрөн унав. Харин тэр надад, «Үүнийг бүү үйлдэгтүн. Учир нь би чиний хамтран үйлчлэгч бөгөөд чиний ах дүү эш үзүүлэгчдийн, мөн энэ номын үгсийг сахигчдын нэг мөн. Бурханд мөргө» гэж айлдав.</w:t>
      </w:r>
    </w:p>
    <w:p>
      <w:pPr>
        <w:pStyle w:val="ArticleScripture"/>
        <w:jc w:val="left"/>
      </w:pPr>
      <w:r>
        <w:rPr>
          <w:rFonts w:ascii="Times New Roman" w:hAnsi="Times New Roman" w:eastAsia="Times New Roman" w:cs="Times New Roman"/>
        </w:rPr>
        <w:t>Тэр надад: «Энэ номын эш үзүүллэгийн үгсийг бүү битүүмжил, учир нь цаг ойрхон байна» хэмээн айлдав.</w:t>
      </w:r>
    </w:p>
    <w:p>
      <w:pPr>
        <w:pStyle w:val="ArticleScripture"/>
        <w:jc w:val="left"/>
      </w:pPr>
      <w:r>
        <w:rPr>
          <w:rFonts w:ascii="Times New Roman" w:hAnsi="Times New Roman" w:eastAsia="Times New Roman" w:cs="Times New Roman"/>
        </w:rPr>
        <w:t>Зүй бус нэгэн нь цаашид ч зүй бус хэвээр байг; бузар нэгэн нь цаашид ч бузар хэвээр байг; зөвт нэгэн нь цаашид ч зөвт хэвээр байг; ариун нэгэн нь цаашид ч ариун хэвээр байг.</w:t>
      </w:r>
    </w:p>
    <w:p>
      <w:pPr>
        <w:pStyle w:val="ArticleScripture"/>
        <w:jc w:val="left"/>
      </w:pPr>
      <w:r>
        <w:rPr>
          <w:rFonts w:ascii="Times New Roman" w:hAnsi="Times New Roman" w:eastAsia="Times New Roman" w:cs="Times New Roman"/>
        </w:rPr>
        <w:t>“Харагтун, Би удалгүй ирнэ; хүн бүрт үйлсийнх нь дагуу өгөхөөр Миний шагнал Надтай хамт байна. Би бол Альфа ба Омега, эхлэл ба төгсгөл, анхны бөгөөд эцсийнх мөн.” Илчлэлт 22:7–13.</w:t>
      </w:r>
    </w:p>
    <w:p>
      <w:pPr>
        <w:pStyle w:val="ArticleBody"/>
        <w:jc w:val="left"/>
      </w:pPr>
      <w:r>
        <w:rPr>
          <w:rFonts w:ascii="Times New Roman" w:hAnsi="Times New Roman" w:eastAsia="Times New Roman" w:cs="Times New Roman"/>
        </w:rPr>
        <w:t>Илчлэлт номд Иохан захиасыг тэмдэглэн бичих үед, тэрхүү захиас нь эхлэл төгсгөлийг дүрслэн үзүүлэх зарчимд тулгуурлахыг маш нягттайгаар тайлбарласан байдаг. Тэрхүү захиас нь Илчлэлт номд нээгддэг анхны үнэн мөн бөгөөд мөнөөх л тэр үнэн нь номын төгсгөлд хэлэгдэх эцсийн үнэн юм. Илчлэлт номын эхлэл дэх болон төгсгөл дэх гэрчлэлд Есүс Өөрийгөө Альфа ба Омега, эхлэл ба төгсгөл, анхны ба эцсийн Нэгэн хэмээн тодорхойлдог.</w:t>
      </w:r>
    </w:p>
    <w:p>
      <w:pPr>
        <w:pStyle w:val="ArticleBody"/>
        <w:jc w:val="left"/>
      </w:pPr>
      <w:r>
        <w:rPr>
          <w:rFonts w:ascii="Times New Roman" w:hAnsi="Times New Roman" w:eastAsia="Times New Roman" w:cs="Times New Roman"/>
        </w:rPr>
        <w:t>Илчлэлт номын эхний гурван эшлэл нь хүн төрөлхтөнд өгөгдөх эцсийн анхааруулгын мэдээг тодорхойлдог. Энэ нь долоон сүүлчийн гамшиг болон Христийн Хоёр дахь ирэлтийн өмнө өгөгдөх анхааруулга юм. Есүс Христийн Илчлэлтийн мэдээ нь “Өөрийн тэнгэрэлчээр” “илгээгдэн тэмдэгтээр илэрхийлэгдсэн” байв.</w:t>
      </w:r>
    </w:p>
    <w:p>
      <w:pPr>
        <w:pStyle w:val="ArticleBody"/>
        <w:jc w:val="left"/>
      </w:pPr>
      <w:r>
        <w:rPr>
          <w:rFonts w:ascii="Times New Roman" w:hAnsi="Times New Roman" w:eastAsia="Times New Roman" w:cs="Times New Roman"/>
        </w:rPr>
        <w:t>Тэрхүү адил анхааруулгын мэдээ нь Илчлэлт номын сүүлчийн эшлэлд мөн адил тодорхойлогддог бөгөөд Илчлэлт арван дөрөвт гардаг гурав дахь тэнгэрэлчээр ч мөн дүрслэгдсэн байдаг.</w:t>
      </w:r>
    </w:p>
    <w:p>
      <w:pPr>
        <w:pStyle w:val="ArticleScripture"/>
        <w:jc w:val="left"/>
      </w:pPr>
      <w:r>
        <w:rPr>
          <w:rFonts w:ascii="Times New Roman" w:hAnsi="Times New Roman" w:eastAsia="Times New Roman" w:cs="Times New Roman"/>
        </w:rPr>
        <w:t>Тэгээд гурав дахь тэнгэрэлч тэдний араас даган, чанга дуугаар ийн хэлэв: Хэрэв хэн нэгэн араатан хийгээд түүний хөрөгт мөргөж, духан дээрээ эсвэл гар дээрээ түүний тэмдгийг хүлээн авбал, тэр нь Бурханы хилэнгийн аяган дотор шингэлэлгүйгээр юүлэгдсэн Түүний уур хилэнгийн дарсыг уух болно; мөн тэрээр ариун тэнгэрэлч нарын өмнө, Хурганы өмнө гал ба хүхрээр тарчилгагдах болно. Тэдний тарчлалын утаа үүрд мөнхөд дээш суунаглана; араатан хийгээд түүний хөрөгт мөргөдөг, мөн түүний нэрийн тэмдгийг хүлээн авагч хэн боловч өдөр шөнөгүй амралт үгүй. Илчлэлт 14:9–11.</w:t>
      </w:r>
    </w:p>
    <w:p>
      <w:pPr>
        <w:pStyle w:val="ArticleBody"/>
        <w:jc w:val="left"/>
      </w:pPr>
      <w:r>
        <w:rPr>
          <w:rFonts w:ascii="Times New Roman" w:hAnsi="Times New Roman" w:eastAsia="Times New Roman" w:cs="Times New Roman"/>
        </w:rPr>
        <w:t>Эцсийн сэрэмжлүүлгийн мэдээ нь гурав дахь тэнгэрэлчээр төлөөлөгдөн дүрслэгдсэн тэрхүү мэдээ юм. Энэ нь хүн төрөлхтөнд өгөх эцсийн сэрэмжлүүлэг мөн, учир нь энэ нь тэдний өмнө тавигдах сүүлчийн шалгалтыг шууд тодорхойлон заадаг. Үүний дараа гурав дахь тэнгэрэлчийг даган нэгддэг өөр нэг тэнгэрэлч бий бөгөөд тэр тэнгэрэлчийн мэдээ мөн эцсийн сэрэмжлүүлгийн мэдээ юм.</w:t>
      </w:r>
    </w:p>
    <w:p>
      <w:pPr>
        <w:pStyle w:val="ArticleScripture"/>
        <w:jc w:val="left"/>
      </w:pPr>
      <w:r>
        <w:rPr>
          <w:rFonts w:ascii="Times New Roman" w:hAnsi="Times New Roman" w:eastAsia="Times New Roman" w:cs="Times New Roman"/>
        </w:rPr>
        <w:t>Үүний дараа би өөр нэгэн тэнгэрэлчийг тэнгэрээс бууж ирэхийг харлаа. Тэрээр агуу эрх мэдэлтэй байсан бөгөөд түүний алдраар газар дэлхий гэрэлтэв. Тэр хүчтэй дуугаар чанга хашхиран, —Агуу Вавилон уналаа, уналаа, чөтгөрүүдийн орших газар, бузар бүх сүнсний хоргодох байр, бохир бөгөөд жигшүүрт бүх шувуудын тор болжээ. Учир нь бүх үндэстэн түүний садар самууны уур хилэнгийн дарснаас уусан бөгөөд газрын хаад түүнтэй садарлан завхайрч, газрын худалдаачид түүний тансаг хэрэглээний элбэгшлээс баян болсон гэж хэлэв.</w:t>
      </w:r>
    </w:p>
    <w:p>
      <w:pPr>
        <w:pStyle w:val="ArticleScripture"/>
        <w:jc w:val="left"/>
      </w:pPr>
      <w:r>
        <w:rPr>
          <w:rFonts w:ascii="Times New Roman" w:hAnsi="Times New Roman" w:eastAsia="Times New Roman" w:cs="Times New Roman"/>
        </w:rPr>
        <w:t>Тэгээд би тэнгэрээс өөр нэгэн дуу хоолойг сонсов. Тэр нь: Миний ард түмэн ээ, та нар түүний нүглүүдэд оролцогч болохгүйн тулд, мөн түүний гай гамшгуудаас хүртэхгүйн тулд түүнээс гарцгаа. Учир нь түүний нүглүүд тэнгэрт хүрсэн бөгөөд Бурхан түүний гэм бурууг санан дурсав гэж айлдав. Илчлэл 18:1–5.</w:t>
      </w:r>
    </w:p>
    <w:p>
      <w:pPr>
        <w:pStyle w:val="ArticleBody"/>
        <w:jc w:val="left"/>
      </w:pPr>
      <w:r>
        <w:rPr>
          <w:rFonts w:ascii="Times New Roman" w:hAnsi="Times New Roman" w:eastAsia="Times New Roman" w:cs="Times New Roman"/>
        </w:rPr>
        <w:t>Есүс Христийн Илчлэл болох энэ мэдээ нь нэгдүгээр бүлэг, арван дөрөвдүгээр бүлэг, арван наймдугаар бүлэг, мөн хорин хоёрдугаар бүлэгт дүрслэгдсэн байдаг. Уг мэдээ нь Илчлэл номын эхний болон сүүлчийн эшлэлд Габриел тэнгэрэлч хэмээн тодорхойлогдсон нэгэн тэнгэрэлчээр бэлгэдэгддэг бөгөөд дараа нь арван дөрөвдүгээр болон арван наймдугаар бүлгүүдэд уг мэдээ нь тэнгэрт нисэж буй эсвэл тэнгэрээс бууж ирж буй тэнгэрэлчээр бэлгэдлийн байдлаар дүрслэгддэг.</w:t>
      </w:r>
    </w:p>
    <w:p>
      <w:pPr>
        <w:pStyle w:val="ArticleBody"/>
        <w:jc w:val="left"/>
      </w:pPr>
      <w:r>
        <w:rPr>
          <w:rFonts w:ascii="Times New Roman" w:hAnsi="Times New Roman" w:eastAsia="Times New Roman" w:cs="Times New Roman"/>
        </w:rPr>
        <w:t>Арван наймдугаар бүлэгт тэнгэрээс бууж ирдэг тэр тэнгэрэлчийг, өмнө нь аравдугаар бүлэгт нэг тэнгэрэлч бууж ирээд нэг хөлөө газар дээр, нөгөөг нь далай дээр тавьдаг дүрслэлээр урьдчилан хэв шинжлэн үзүүлсэн байдаг. Тэр тэнгэрэлчид Иоханд идэхийг тушаасан, аманд нь чихэр мэт атлаа гэдсэнд нь гашуун болгодог нэгэн ном бий. Иоханы идсэн тэр ном бол мэдээ бөгөөд, тэр жижиг номоор төлөөлөгдсөн мэдээ нь Илчлэлт арван наймдугаар бүлгийн тэнгэрэлчийн мэдээг хэв шинжлэн илэрхийлдэг тул энэ нь мөн эцсийн анхааруулгын мэдээний төлөөлөл юм.</w:t>
      </w:r>
    </w:p>
    <w:p>
      <w:pPr>
        <w:pStyle w:val="ArticleBody"/>
        <w:jc w:val="left"/>
      </w:pPr>
      <w:r>
        <w:rPr>
          <w:rFonts w:ascii="Times New Roman" w:hAnsi="Times New Roman" w:eastAsia="Times New Roman" w:cs="Times New Roman"/>
        </w:rPr>
        <w:t>Бурханы мэдээ тэнгэрэлчээр илгээгдэж, бэлгэдэгдсэн гэж бидэнд айлдсан байдаг. Илчлэл номонд дүрслэгдсэн эцсийн сэрэмжлүүлгийн мэдээг анхааралтай ажиглан үзэхэд, тэнгэрэлч эцсийн сэрэмжлүүлгийн мэдээг долоон удаа бэлгэдэн илэрхийлж байгааг бид олж хардаг. Эхний болон сүүлчийн тохиолдолд энэ нь тэнгэрэлч Габриел байсан. Дараа нь Илчлэл арван бүлэгт гартаа жижиг ном барьсан нэгэн тэнгэрэлч доош бууж ирдэг. Илчлэл арван дөрвөн бүлэгт бид эцсийн сэрэмжлүүлгийн мэдээг бүгд төлөөлж буй өөр гурван тэнгэрэлчийг үздэг. Тэгээд Илчлэл арван найман бүлэгт яг тэрхүү адил эцсийн сэрэмжлүүлгийн мэдээг төлөөлсөн өөр нэгэн тэнгэрэлч гарч ирдэг. Эцсийн сэрэмжлүүлгийн долоон мэдээ тэнгэрэлчээр төлөөлөгдсөн байдаг. Эхний ба сүүлчийнх нь тэнгэрэлч Габриел бөгөөд эхний ба сүүлчийнхийн дундах таван тэнгэрэлч нь бэлгэдлийн тэнгэрэлч нар юм.</w:t>
      </w:r>
    </w:p>
    <w:p>
      <w:pPr>
        <w:pStyle w:val="ArticleBody"/>
        <w:jc w:val="left"/>
      </w:pPr>
      <w:r>
        <w:rPr>
          <w:rFonts w:ascii="Times New Roman" w:hAnsi="Times New Roman" w:eastAsia="Times New Roman" w:cs="Times New Roman"/>
        </w:rPr>
        <w:t>Мэдээж, долоон чуулган тус бүрт мөн тэнгэрэлч бий. Гэвч тэд чуулгануудад мэдээ хүргэж байгаа бол, харин бидний хэлэлцэж ирсэн эцсийн анхааруулгын мэдээ нь бүх дэлхийг сонсогчдоо багтаасан мэдээ мөн.</w:t>
      </w:r>
    </w:p>
    <w:p>
      <w:pPr>
        <w:pStyle w:val="ArticleBody"/>
        <w:jc w:val="left"/>
      </w:pPr>
      <w:r>
        <w:rPr>
          <w:rFonts w:ascii="Times New Roman" w:hAnsi="Times New Roman" w:eastAsia="Times New Roman" w:cs="Times New Roman"/>
        </w:rPr>
        <w:t>Эцсийн анхааруулгын мэдээг төлөөлөх долоон эш үзүүллэгийн шугам бүрийг хооронд нь нягтлан үнэлж, харилцан уялдуулах ёстой. Гэвч энэ мөчид би Альфа ба Омегагийн нэгэн суурь зарчмыг зүгээр л тодорхойлохыг хүсэж байна. Бурханы Үгэнд ямар нэгэн сэдэв анх удаа дурдагдах нь хамгийн чухал эшлэл болдог. Библид “үр” анх удаа Эхлэл 1:11-д дурдагддаг бөгөөд тэнд үр нь “өөрийн төрлөөр” бий болгоно гэж бидэнд хэлсэн байдаг. Үрийн тухай анхны дурдалт нь үр өөрийгөө дахин бий болгоход шаардлагатай ДНХ-тай гэдгийг онцолдог. Есүс Бурханы Үгийг үр хэмээн тодорхойлсон.</w:t>
      </w:r>
    </w:p>
    <w:p>
      <w:pPr>
        <w:pStyle w:val="ArticleScripture"/>
        <w:jc w:val="left"/>
      </w:pPr>
      <w:r>
        <w:rPr>
          <w:rFonts w:ascii="Times New Roman" w:hAnsi="Times New Roman" w:eastAsia="Times New Roman" w:cs="Times New Roman"/>
        </w:rPr>
        <w:t>Тэр өдөр Есүс гэрээс гарч, тэнгисийн эрэг дээр суув. Түүний дэргэд асар олон хүн цугларсан тул Тэр завин дээр гарч суухад, бүх олон түмэн эрэг дээр зогсож байв. Тэгээд Тэр тэдэнд үлгэрээр олон зүйлийг айлдан хэлэхдээ,</w:t>
      </w:r>
    </w:p>
    <w:p>
      <w:pPr>
        <w:pStyle w:val="ArticleScripture"/>
        <w:jc w:val="left"/>
      </w:pPr>
      <w:r>
        <w:rPr>
          <w:rFonts w:ascii="Times New Roman" w:hAnsi="Times New Roman" w:eastAsia="Times New Roman" w:cs="Times New Roman"/>
        </w:rPr>
        <w:t>Харагтун, үр цацагч үр цацахаар гарав. Тэр үр цацахад, зарим нь замын хажууд уналаа; тэгтэл шувууд ирж, тэдгээрийг идэж орхив. Зарим нь хөрс шороо багатай чулуутай газарт уналаа; газрын гүн байхгүй тул тэр даруй соёолон ургав. Харин нар мандахад тэд халж түлэгдэн, үндэсгүй байсан учир хатан гандав. Зарим нь өргөст ургамлын дунд уналаа; тэгтэл өргөс урган гарч, тэдгээрийг боомилов. Харин өөр зарим нь сайн хөрсөнд уналаа; тэгээд ургац өгч, нэг нь зуу дахин, нөгөө нь жаран дахин, бас нэг нь гучин дахин үр жимс гаргав. Сонсох чихтэй нь сонсогтун.</w:t>
      </w:r>
    </w:p>
    <w:p>
      <w:pPr>
        <w:pStyle w:val="ArticleScripture"/>
        <w:jc w:val="left"/>
      </w:pPr>
      <w:r>
        <w:rPr>
          <w:rFonts w:ascii="Times New Roman" w:hAnsi="Times New Roman" w:eastAsia="Times New Roman" w:cs="Times New Roman"/>
        </w:rPr>
        <w:t>Шавь нар Түүн дээр ирээд, Тэрээр тэдэнд яагаад сургаалт зүйрлэлээр айлддаг юм бэ? гэж хэлэв.</w:t>
      </w:r>
    </w:p>
    <w:p>
      <w:pPr>
        <w:pStyle w:val="ArticleScripture"/>
        <w:jc w:val="left"/>
      </w:pPr>
      <w:r>
        <w:rPr>
          <w:rFonts w:ascii="Times New Roman" w:hAnsi="Times New Roman" w:eastAsia="Times New Roman" w:cs="Times New Roman"/>
        </w:rPr>
        <w:t>Тэр тэдэнд хариулж айлдсан нь: Та нарт тэнгэрийн хаанчлалын нууцуудыг мэдэх нь өгөгдсөн, харин тэдэнд өгөгдөөгүй. Учир нь хэнд байна, түүнд өгөгдөж, тэр элбэг арвинтай болно; харин хэнд байхгүй, түүнээс өөрт нь байгаа нь хүртэл авагдана. Иймийн учир Би тэдэнд сургаалт зүйрлэлээр ярьдаг; учир нь тэд хардаг атлаа үздэггүй, сонсдог атлаа сонсдоггүй, бас ойлгодоггүй. Тийнхүү Исаиагийн эш үзүүллэг тэдний дотор биелж байна. Тэрээр ийнхүү айлдсан: Та нар сонссоор байх боловч ойлгохгүй; үзсээр байх боловч мэдрэхгүй. Учир нь энэ ард түмний зүрх хатуурч, чих нь мохсон, нүдээ тэд анисан; эс тэгвээс тэд нүдээрээ үзэж, чихээрээ сонсож, зүрхээрээ ойлгон, эргэн ирж, Би тэднийг эдгээхсэн.</w:t>
      </w:r>
    </w:p>
    <w:p>
      <w:pPr>
        <w:pStyle w:val="ArticleScripture"/>
        <w:jc w:val="left"/>
      </w:pPr>
      <w:r>
        <w:rPr>
          <w:rFonts w:ascii="Times New Roman" w:hAnsi="Times New Roman" w:eastAsia="Times New Roman" w:cs="Times New Roman"/>
        </w:rPr>
        <w:t>Харин та нарын нүд хардаг тул ерөөлтэй, та нарын чих сонсдог тул ерөөлтэй. Учир нь үнэнээр Би та нарт хэлье, олон эш үзүүлэгчид ба зөвт хүмүүс та нарын харж буйг үзэхийг хүсэн мөрөөдсөн боловч үзээгүй, та нарын сонсож буйг сонсохыг хүсэн мөрөөдсөн боловч сонсоогүй юм.</w:t>
      </w:r>
    </w:p>
    <w:p>
      <w:pPr>
        <w:pStyle w:val="ArticleScripture"/>
        <w:jc w:val="left"/>
      </w:pPr>
      <w:r>
        <w:rPr>
          <w:rFonts w:ascii="Times New Roman" w:hAnsi="Times New Roman" w:eastAsia="Times New Roman" w:cs="Times New Roman"/>
        </w:rPr>
        <w:t>Тиймээс таригчийн тухай сургаалт зүйрлэлийг сонсогтун.</w:t>
      </w:r>
    </w:p>
    <w:p>
      <w:pPr>
        <w:pStyle w:val="ArticleScripture"/>
        <w:jc w:val="left"/>
      </w:pPr>
      <w:r>
        <w:rPr>
          <w:rFonts w:ascii="Times New Roman" w:hAnsi="Times New Roman" w:eastAsia="Times New Roman" w:cs="Times New Roman"/>
        </w:rPr>
        <w:t>Хэн нэгэн хаанчлалын үгийг сонсоод түүнийг ойлгохгүй бол, хорон муу нэгэн ирж, түүний зүрхэнд таригдсан зүйлийг булаан авдаг. Замын хажууд үр хүлээн авсан нь энэ юм.</w:t>
      </w:r>
    </w:p>
    <w:p>
      <w:pPr>
        <w:pStyle w:val="ArticleScripture"/>
        <w:jc w:val="left"/>
      </w:pPr>
      <w:r>
        <w:rPr>
          <w:rFonts w:ascii="Times New Roman" w:hAnsi="Times New Roman" w:eastAsia="Times New Roman" w:cs="Times New Roman"/>
        </w:rPr>
        <w:t>Харин үрийг чулуурхаг газар хүлээн авсан нэгэн нь үгийг сонсоод, тэр даруйдаа баяртайгаар хүлээн авдаг хүн мөн. Гэвч өөрийн дотор үндэсгүй тул түр зуур л тогтдог; учир нь үгийн улмаас зовлон эсвэл хавчлага тохиолдоход тэр даруйдаа бүдрэн унадаг.</w:t>
      </w:r>
    </w:p>
    <w:p>
      <w:pPr>
        <w:pStyle w:val="ArticleScripture"/>
        <w:jc w:val="left"/>
      </w:pPr>
      <w:r>
        <w:rPr>
          <w:rFonts w:ascii="Times New Roman" w:hAnsi="Times New Roman" w:eastAsia="Times New Roman" w:cs="Times New Roman"/>
        </w:rPr>
        <w:t>Өргөсөн дунд үр хүлээн авсан нь үгийг сонсдог боловч энэ ертөнцийн санаа зовнил, эд баялгийн мэхлэл үгийг боомилсноор тэр үр жимсгүй болдог хүн мөн.</w:t>
      </w:r>
    </w:p>
    <w:p>
      <w:pPr>
        <w:pStyle w:val="ArticleScripture"/>
        <w:jc w:val="left"/>
      </w:pPr>
      <w:r>
        <w:rPr>
          <w:rFonts w:ascii="Times New Roman" w:hAnsi="Times New Roman" w:eastAsia="Times New Roman" w:cs="Times New Roman"/>
        </w:rPr>
        <w:t>Харин сайн хөрсөнд үр хүлээн авсан нь үгийг сонсож, түүнийг ойлгодог нэгэн мөн; тэр мөн үр жимс гаргаж, зарим нь зуу дахин, зарим нь жар дахин, зарим нь гуч дахин ургац өгдөг. Матай 13:1–23.</w:t>
      </w:r>
    </w:p>
    <w:p>
      <w:pPr>
        <w:pStyle w:val="ArticleBody"/>
        <w:jc w:val="left"/>
      </w:pPr>
      <w:r>
        <w:rPr>
          <w:rFonts w:ascii="Times New Roman" w:hAnsi="Times New Roman" w:eastAsia="Times New Roman" w:cs="Times New Roman"/>
        </w:rPr>
        <w:t>Бурханы Үг болох нэгэн үр нь бүрэн гүйцэд ургамал бий болгоход шаардлагатай бүхий л ДНХ-ийг өөртөө агуулдаг. Бурханы Үгэн дэх аливаа сэдвийн анхны дурдлага нь тухайн сэдвийн бүхий л бүрэлдэхүүнийг багтаадаг. Энэ зарчим нь “анхны дурдлагын дүрэм” хэмээн тодорхойлогддог. Энэ дүрмийг хэдий чинээ нягтлан шинжилнэ, төдий чинээ баттай нь илэрхий болдог.</w:t>
      </w:r>
    </w:p>
    <w:p>
      <w:pPr>
        <w:pStyle w:val="ArticleBody"/>
        <w:jc w:val="left"/>
      </w:pPr>
      <w:r>
        <w:rPr>
          <w:rFonts w:ascii="Times New Roman" w:hAnsi="Times New Roman" w:eastAsia="Times New Roman" w:cs="Times New Roman"/>
        </w:rPr>
        <w:t>Бид Альфа ба Омега болон Бурханы Үгийг үр гэж тодорхойлсон тайлбараа цааш үргэлжлүүлэхээс өмнө, Матайгаас сая иш татсан тэр хэсгээс Илчлэлийн номыг авч үзэхдээ хамаарах зарим чухал зүйлийг авч үзэх нь зүйтэй. Бүх эш үзүүлэгчид ертөнцийн төгсгөлийн тухай ярьж байна.</w:t>
      </w:r>
    </w:p>
    <w:p>
      <w:pPr>
        <w:pStyle w:val="ArticleScripture"/>
        <w:jc w:val="left"/>
      </w:pPr>
      <w:r>
        <w:rPr>
          <w:rFonts w:ascii="Times New Roman" w:hAnsi="Times New Roman" w:eastAsia="Times New Roman" w:cs="Times New Roman"/>
        </w:rPr>
        <w:t>“Эртний эш үзүүлэгчид тус бүр өөрсдийн цаг үеийнхний төлөө бус, харин бидний төлөө илүүтэйгээр айлдсан тул тэдний эш үзүүллэг бидний хувьд хүчинтэй байна. ‘Эдгээр бүх зүйл тэдэнд сургамж болгон тохиолдсон бөгөөд ертөнцийн төгсгөлийн үе хүрч ирсэн бидэнд сануулга болгохоор бичигдсэн юм.’ 1 Corinthians 10:11. ‘Тэд өөрсдөдөө бус, харин та нарт үйлчилж байсан нь илчлэгдсэн; эдгээр зүйлсийг одоо тэнгэрээс илгээгдсэн Ариун Сүнсээр сайн мэдээг та нарт тунхаглагчдаар дамжуулан та нарт мэдүүлсэн бөгөөд эдгээрийг тэнгэрэлчүүд хүртэл шагайж үзэхийг хүсдэг.’ 1 Peter 1:12....”</w:t>
      </w:r>
    </w:p>
    <w:p>
      <w:pPr>
        <w:pStyle w:val="ArticleScripture"/>
        <w:jc w:val="left"/>
      </w:pPr>
      <w:r>
        <w:rPr>
          <w:rFonts w:ascii="Times New Roman" w:hAnsi="Times New Roman" w:eastAsia="Times New Roman" w:cs="Times New Roman"/>
        </w:rPr>
        <w:t>“Библи энэ эцсийн үеийнхэнд зориулагдан өөрийн эрдэнэсүүдийг хуримтлуулж, нэгтгэн хадгалсан юм. Хуучин Гэрээний түүхэн дэх бүх агуу үйл явдал болон сүр жавхлант, ноцтой үйл хэрэг нь эдгээр эцсийн өдрүүдэд сүмд давтагдаж ирсэн бөгөөд одоо ч давтагдсаар байна.” Selected Messages, book 3, 338, 339.</w:t>
      </w:r>
    </w:p>
    <w:p>
      <w:pPr>
        <w:pStyle w:val="ArticleBody"/>
        <w:jc w:val="left"/>
      </w:pPr>
      <w:r>
        <w:rPr>
          <w:rFonts w:ascii="Times New Roman" w:hAnsi="Times New Roman" w:eastAsia="Times New Roman" w:cs="Times New Roman"/>
        </w:rPr>
        <w:t>Энэ хэсэг нь бүх эш үзүүлэгчид дэлхийн төгсгөлийн тухай өгүүлж байгааг гэрчилсэн гурван гэрчийг (Паул, Петр, Эллен Уайт) толилуулж байна; энэ нь Илчлэлт ном дахь нууц тайлагдах яг тэр цаг мөн. Иймээс Матай арван гуравт Есүс: “Та нарын нүд харж байгаа учраас, та нарын чих сонсож байгаа учраас ерөөлтэй еэ. Учир нь үнэнээр Би та нарт хэлье, олон эш үзүүлэгчид болон зөвт хүмүүс та нарын харж буйг харахыг хүссэн боловч хараагүй, та нарын сонсож буйг сонсохыг хүссэн боловч сонсоогүй юм” хэмээн айлдахдаа, Илчлэлт номын нэгдүгээр бүлгийн эхний гурван зүйлд тэмдэглэгдсэн тэрхүү адислалыг мөн илэрхийлж байсан юм.</w:t>
      </w:r>
    </w:p>
    <w:p>
      <w:pPr>
        <w:pStyle w:val="ArticleScripture"/>
        <w:jc w:val="left"/>
      </w:pPr>
      <w:r>
        <w:rPr>
          <w:rFonts w:ascii="Times New Roman" w:hAnsi="Times New Roman" w:eastAsia="Times New Roman" w:cs="Times New Roman"/>
        </w:rPr>
        <w:t>Энэ эш үзүүллэгийн үгсийг уншдаг нь ерөөлтэй еэ; мөн тэдгээрийг сонсож, түүнд бичигдсэн зүйлсийг сахин биелүүлдэг хүмүүс ч ерөөлтэй. Учир нь цаг нь ойрхон байна. Илчлэл 1:3.</w:t>
      </w:r>
    </w:p>
    <w:p>
      <w:pPr>
        <w:pStyle w:val="ArticleBody"/>
        <w:jc w:val="left"/>
      </w:pPr>
      <w:r>
        <w:rPr>
          <w:rFonts w:ascii="Times New Roman" w:hAnsi="Times New Roman" w:eastAsia="Times New Roman" w:cs="Times New Roman"/>
        </w:rPr>
        <w:t>Есүс Үр цацагчийн тухай сургаалт зүйрлэлийг айлдсан бөгөөд дараа нь шавь нар нь уг зүйрлэлийн талаар Түүнтэй ярилцахад хөтлөгдөн орж ирсэн юм. Харин тэднийг Есүстэй харилцан ярианд орохоос нь өмнө Тэрээр тэдэнд, түүнээс ч илүүтэйгээр бидэнд хандан, “Сонсох чихтэй нь сонсог” хэмээн айлдав.</w:t>
      </w:r>
    </w:p>
    <w:p>
      <w:pPr>
        <w:pStyle w:val="ArticleBody"/>
        <w:jc w:val="left"/>
      </w:pPr>
      <w:r>
        <w:rPr>
          <w:rFonts w:ascii="Times New Roman" w:hAnsi="Times New Roman" w:eastAsia="Times New Roman" w:cs="Times New Roman"/>
        </w:rPr>
        <w:t>Есүс энэ сургаалт зүйрлэлийг өгч, сонсох чихтэй хүмүүсийг анхааруулсан сануулгаар төгсгөдөг. Дараа нь шавь нар нь хэлэлцүүлэгт хөтлөгдөн орж, тэнд Есүс дор хаяж гурван чухал санааг хөндөн өгүүлдэг. Тэрээр сонсогчдын хоёр ангиллын хоорондын ялгааг тодорхойлж, ингэхдээ Исаиа номын нэгэн хэсгийг иш татан, сонсогчдын хоёр ангиллын тухай хоёр дахь гэрчийг гаргаж ирдэг (учир нь бүх зүйл сонсох хүмүүсийн хүрээнд тавигдсан гэдгийг сана). Түүний дэвшүүлж буй гурав дахь санаа нь, сонсогчдын хоёр ангилал болон Исаиа номыг хоёр дахь гэрч болгон тавьснаас гадна, Бурханы Үг бол үр мөн гэсэн баримт юм. Иймд Бурханы Үг үр мөн гэсэн энэ баримт нь Илчлэлт номын нэгдүгээр бүлэгт буй Есүс Христийн Илчлэлтийг сонсдог хүмүүсийн сонсох ёстой зүйлийн нэг хэсэг мөн. Эхний гурван эшлэлд хоёр сонсогч байдгийн адил, Матай арван гуравдугаар бүлэгт ч мөн сонсогчдын хоёр ангилал бий. Матай арван гурав нь зүгээр л сонсохоос татгалздаг хүмүүс сонсохгүй байхаар хэрхэн сонголт хийдгийг янз бүрийн байдлаар тодруулан ойлгуулдаг. Харин Исаиагийн гэрчлэл нь бидний сонсох ёстой мэдээнд бүр ч илүүг нэмж өгдөг.</w:t>
      </w:r>
    </w:p>
    <w:p>
      <w:pPr>
        <w:pStyle w:val="ArticleScripture"/>
        <w:jc w:val="left"/>
      </w:pPr>
      <w:r>
        <w:rPr>
          <w:rFonts w:ascii="Times New Roman" w:hAnsi="Times New Roman" w:eastAsia="Times New Roman" w:cs="Times New Roman"/>
        </w:rPr>
        <w:t>Уззиа хаан нас барсан тэр жил би Эзэнийг сэнтийн дээр заларч байхыг харсан; Тэр өндөрт өргөмжлөгдсөн байсан бөгөөд Түүний өмсгөлийн хормой сүмийг дүүргэж байв. Түүний дээгүүр серафууд зогсож байлаа; тус бүр нь зургаан жигүүртэй ажээ: хоёроороо нүүрээ халхалж, хоёроороо хөлөө халхалж, хоёроороо нисэж байв. Тэгээд нэг нь нөгөөдөө хандан хашхирч, —Ариун, ариун, ариун бол түмэн цэргийн ЭЗЭН; бүх дэлхий Түүний алдраар дүүрэн байна, гэжээ. Хашхирч буй нэгний дуунаар үүдний тотго хөдөлж, өргөө утаагаар дүүрэв.</w:t>
      </w:r>
    </w:p>
    <w:p>
      <w:pPr>
        <w:pStyle w:val="ArticleScripture"/>
        <w:jc w:val="left"/>
      </w:pPr>
      <w:r>
        <w:rPr>
          <w:rFonts w:ascii="Times New Roman" w:hAnsi="Times New Roman" w:eastAsia="Times New Roman" w:cs="Times New Roman"/>
        </w:rPr>
        <w:t>Тэгэхэд би: Гаслант надад! Учир нь би сүйрлээ; яагаад гэвэл би бузарт уруултай хүн бөгөөд бузарт уруултай ард түмний дунд оршин суудаг. Учир нь миний нүд Түмэн цэргийн ЭЗЭН болох Хааныг харлаа, гэв.</w:t>
      </w:r>
    </w:p>
    <w:p>
      <w:pPr>
        <w:pStyle w:val="ArticleScripture"/>
        <w:jc w:val="left"/>
      </w:pPr>
      <w:r>
        <w:rPr>
          <w:rFonts w:ascii="Times New Roman" w:hAnsi="Times New Roman" w:eastAsia="Times New Roman" w:cs="Times New Roman"/>
        </w:rPr>
        <w:t>Тэгтэл серафуудын нэг нь гарандаа тахилын ширээнээс хавчуураар авсан дүрэлзсэн нүүрс барин над уруу нисэн ирэв. Тэрээр түүнийг аман дээр минь хүргээд, —Харагтун, энэ нь чиний уруулд хүрлээ; чиний гэм буруу зайлуулагдаж, чиний нүгэл ариусгагдлаа, —гэв.</w:t>
      </w:r>
    </w:p>
    <w:p>
      <w:pPr>
        <w:pStyle w:val="ArticleScripture"/>
        <w:jc w:val="left"/>
      </w:pPr>
      <w:r>
        <w:rPr>
          <w:rFonts w:ascii="Times New Roman" w:hAnsi="Times New Roman" w:eastAsia="Times New Roman" w:cs="Times New Roman"/>
        </w:rPr>
        <w:t>Түүнчлэн би Эзэний дуу хоолойг сонсов. Тэр ийн айлдав: Хэнийг Би илгээх вэ, хэн Бидний төлөө явах вэ? Тэгэхэд би: Би энд байна; намайг илгээгээч, хэмээн өгүүлэв.</w:t>
      </w:r>
    </w:p>
    <w:p>
      <w:pPr>
        <w:pStyle w:val="ArticleScripture"/>
        <w:jc w:val="left"/>
      </w:pPr>
      <w:r>
        <w:rPr>
          <w:rFonts w:ascii="Times New Roman" w:hAnsi="Times New Roman" w:eastAsia="Times New Roman" w:cs="Times New Roman"/>
        </w:rPr>
        <w:t>Тэрээр айлдсан нь: «Явж, энэ ард түмэнд хэлэгтүн: Та нар үнэхээр сонсоно, гэвч ойлгохгүй; үнэхээр харна, гэвч ухаарахгүй. Энэ ард түмний зүрхийг мохоо болгож, чихийг нь дүлийрүүлж, нүдийг нь ань; эс тэгвээс тэд нүдээрээ харж, чихээрээ сонсож, зүрхээрээ ухан ойлгож, эргэн ирж, эдгэх болно».</w:t>
      </w:r>
    </w:p>
    <w:p>
      <w:pPr>
        <w:pStyle w:val="ArticleScripture"/>
        <w:jc w:val="left"/>
      </w:pPr>
      <w:r>
        <w:rPr>
          <w:rFonts w:ascii="Times New Roman" w:hAnsi="Times New Roman" w:eastAsia="Times New Roman" w:cs="Times New Roman"/>
        </w:rPr>
        <w:t>Тэгэхэд би: Эзэн минь, хэдий хүртэл вэ? хэмээн асуув. Тэрээр хариулахдаа: хотууд оршин суугчгүйгээр эзгүйрч, байшингууд хүнгүй болж, газар нутаг бүрмөсөн хоосрон цөлжтөл; мөн ЭЗЭН хүмүүсийг хол зайлуулж, тэр газрын дунд агуу орхигдол бий болтлоо гэв. Гэвч түүн дотор аравны нэг нь үлдэх бөгөөд тэр нь дахин эргэн ирж, идэгдэнэ. Навчаа гөвсөн үедээ мөн чанараа өөртөө хадгалдаг теребинт мод болон царс мэт, ариун үр нь түүний мөн чанар нь байх болно. Исаиа 6:1–13.</w:t>
      </w:r>
    </w:p>
    <w:p>
      <w:pPr>
        <w:pStyle w:val="ArticleBody"/>
        <w:jc w:val="left"/>
      </w:pPr>
      <w:r>
        <w:rPr>
          <w:rFonts w:ascii="Times New Roman" w:hAnsi="Times New Roman" w:eastAsia="Times New Roman" w:cs="Times New Roman"/>
        </w:rPr>
        <w:t>Мэдээж хэрэг, Исаиагаас авсан энэ хэсэг нь авч үзэж буй эш үзүүллэгийн сэдвүүдийнхээ гүн гүнзгий байдлаараа үнэхээр гайхамшигтай юм. Эдгээр сэдвийн олныг нь «Хабаккукийн Хүснэгтүүд»-д олонтаа хэлэлцсэн тул бид Есүс Өөрийн үгийг үртэй зүйрлэн хэлсэнд хамаарах бидний авч үзэж буй санааг дэмжих уг хэсгийн гол санаануудыг товчхон нэгтгэн өгье.</w:t>
      </w:r>
    </w:p>
    <w:p>
      <w:pPr>
        <w:pStyle w:val="ArticleBody"/>
        <w:jc w:val="left"/>
      </w:pPr>
      <w:r>
        <w:rPr>
          <w:rFonts w:ascii="Times New Roman" w:hAnsi="Times New Roman" w:eastAsia="Times New Roman" w:cs="Times New Roman"/>
        </w:rPr>
        <w:t>Энд Исаиа уг хэсэгт эш үзүүлэгчийг, улмаар төгсгөлийн үед байх Бурханы ардыг төлөөлдөг нь тогтоогдсон билээ. Бидний авч үзэж буй санаанд илүү чухал нь, Исаиа Бурханы сүмийн дотор үйлчилж байсан атлаа нүгэл дунд амьдарч байсан ардыг төлөөлж байна. Исаиа Бурханы алдрын илчлэлийг хүлээн авах хүртлээ өөрийн нүгэлт байдлыг таньж мэдээгүй. Тэр Лаодике байв; тэр сохор байв.</w:t>
      </w:r>
    </w:p>
    <w:p>
      <w:pPr>
        <w:pStyle w:val="ArticleScripture"/>
        <w:jc w:val="left"/>
      </w:pPr>
      <w:r>
        <w:rPr>
          <w:rFonts w:ascii="Times New Roman" w:hAnsi="Times New Roman" w:eastAsia="Times New Roman" w:cs="Times New Roman"/>
        </w:rPr>
        <w:t>“Исаиа бусдын нүглийг зэмлэн буруушааж байсан; харин эдүгээ тэр өөрөө тэдний дээр тунхагласан тэрхүү ялд мөн илчлэгдэн өртөж байгаагаа харжээ. Бурханд мөргөхдөө тэр хүйтэн, амьгүй ёслолд сэтгэл ханасан байв. Эзэний үзэгдэл түүнд өгөгдөх хүртэл тэр үүнийг мэдээгүй байжээ. Одоо ариун газрын ариун чанар ба сүр жавхланг харахад түүний мэргэн ухаан, авьяас чадвар нь хэчнээн өчүүхэн мэт санагдсан бол оо. Тэр ямар зохисгүй байв аа! Ариун үйлчлэлд ямар нийцэшгүй байв аа! Түүний өөрийнхөө тухай үзэл нь элч Паулын үгээр илэрхийлэгдэж болох байлаа: ‘Би ямар золгүй хүн бэ! Энэ үхлийн биеэс намайг хэн чөлөөлөх вэ?’”</w:t>
      </w:r>
    </w:p>
    <w:p>
      <w:pPr>
        <w:pStyle w:val="ArticleScripture"/>
        <w:jc w:val="left"/>
      </w:pPr>
      <w:r>
        <w:rPr>
          <w:rFonts w:ascii="Times New Roman" w:hAnsi="Times New Roman" w:eastAsia="Times New Roman" w:cs="Times New Roman"/>
        </w:rPr>
        <w:t>“Гэвч түүний зовлон дунд Исаиад тусламж илгээгдэв. ‘Тэгтэл серафимуудын нэг нь тахилын ширээнээс хавчуураар авсан дүрэлзсэн нүүрсийг гартаа барьсаар над уруу нисэн ирэв. Тэр үүнийг миний аманд хүргээд, —Харагтун, энэ нь чиний уруулд хүрлээ; чиний гэм буруу зайлуулагдаж, чиний нүгэл цэвэрлэгдэв гэж хэлэв.’ Исаиа 6:6, 7.”</w:t>
      </w:r>
    </w:p>
    <w:p>
      <w:pPr>
        <w:pStyle w:val="ArticleScripture"/>
        <w:jc w:val="left"/>
      </w:pPr>
      <w:r>
        <w:rPr>
          <w:rFonts w:ascii="Times New Roman" w:hAnsi="Times New Roman" w:eastAsia="Times New Roman" w:cs="Times New Roman"/>
        </w:rPr>
        <w:t>Исаиа-д өгөгдсөн үзэгдэл нь эцсийн өдрүүд дэх Бурханы ард түмний байдлыг дүрслэн харуулдаг. Тэд тэнгэрийн ариун сүмд урагшлан явагдаж буй ажлыг итгэлээр харах онцгой эрхтэй. “Тэгээд тэнгэр дэх Бурханы сүм нээгдэж, Түүний сүм доторх гэрээний авдар харагдав.” Тэд итгэлээр ариун газрын ариунаас ариун хэсэг рүү харж, тэнгэрийн ариун сүм дэх Христийн ажлыг үзэхдээ, өөрсдийгөө бузар уруултай ард түмэн,—уруул нь олонтаа хий хоосныг өгүүлж байсан, авьяас чадвар нь ариусгагдан Бурханы алдрын төлөө хэрэглэгдээгүй ард түмэн гэдгээ ухаардаг. Тэд өөрсдийн сул дорой байдал, зохисгүй чанарыг Христийн алдар суут зан чанарын цэвэр ариун байдал, гоо сайхантай харьцуулахдаа цөхрөх нь зүй ёсны хэрэг мөн. Гэвч хэрэв тэд Исаиа шиг, Эзэний зүрх сэтгэл дээр үлдээхээр зорьсон сэтгэгдлийг хүлээн авч, хэрэв тэд Бурханы өмнө сэтгэлээ даруу болговол, тэдний хувьд найдвар бий. Амлалтын солонго сэнтийн дээгүүр байна, Исаиад хийгдсэн ажил тэдний дотор ч мөн хийгдэх болно. Бурхан гэмшсэн зүрхнээс өргөгдөх гуйлтуудад хариулах болно.</w:t>
      </w:r>
    </w:p>
    <w:p>
      <w:pPr>
        <w:pStyle w:val="ArticleScripture"/>
        <w:jc w:val="left"/>
      </w:pPr>
      <w:r>
        <w:rPr>
          <w:rFonts w:ascii="Times New Roman" w:hAnsi="Times New Roman" w:eastAsia="Times New Roman" w:cs="Times New Roman"/>
        </w:rPr>
        <w:t>“Бурханы энэхүү агуу бөгөөд сүр жавхлант ажлын зорилго нь тэнгэрлэг амбаарт хураахаар боодлуудыг цуглуулахад оршино; учир нь дэлхий Эзэний алдраар дүүрэх ёстой. Тэгвэл зонхилон ноёрхож буй бузар мууг харж, бузар уруулнаас гарч буй үгсийг сонсоод хэн ч бүү мохог. Харанхуйн хүчнүүд Бурханы ард түмний эсрэг жагсан босох үед; Сатан эцсийн агуу тэмцэлд хүчнүүдээ цуглуулан, түүний хүч агуу бөгөөд бараг дийлдэхийн аргагүй мэт санагдах үед, [тэр үед] амлалтын солонгоор хүрээлэгдсэн, өндөрт өргөгдсөн сэнтийн дээрх тэнгэрлэг алдрын тод үзэгдэл нь тайтгарал, бат итгэл, амар амгаланг өгөх болно.” Review and Herald, December 22, 1896.</w:t>
      </w:r>
    </w:p>
    <w:p>
      <w:pPr>
        <w:pStyle w:val="ArticleBody"/>
        <w:jc w:val="left"/>
      </w:pPr>
      <w:r>
        <w:rPr>
          <w:rFonts w:ascii="Times New Roman" w:hAnsi="Times New Roman" w:eastAsia="Times New Roman" w:cs="Times New Roman"/>
        </w:rPr>
        <w:t>Энэхүү үзэгдэл нь “эцсийн өдрүүд дэх Бурханы ард түмний байдлыг илэрхийлдэг.” Эцсийн өдрүүд дэх Бурханы ард түмэн бол Лаодикейчууд мөн.</w:t>
      </w:r>
    </w:p>
    <w:p>
      <w:pPr>
        <w:pStyle w:val="ArticleScripture"/>
        <w:jc w:val="left"/>
      </w:pPr>
      <w:r>
        <w:rPr>
          <w:rFonts w:ascii="Times New Roman" w:hAnsi="Times New Roman" w:eastAsia="Times New Roman" w:cs="Times New Roman"/>
        </w:rPr>
        <w:t>Лаодикийн чуулганы тэнгэрэлчид бичигтүн: Амен, итгэмжит бөгөөд үнэн гэрч, Бурханы бүтээлийн эхлэл ийнхүү айлдаж байна; Би чиний үйлсийг мэднэ, чи хүйтэн ч биш, халуун ч биш байна. Чамайг хүйтэн эсвэл халуун байгаасай гэж Би хүснэ. Тиймээс чи бүлээн бөгөөд хүйтэн ч биш, халуун ч биш учраас Би чамайг Өөрийн амнаасаа бөөлжин гаргана. Учир нь чи, “Би баян, эд хөрөнгөөр арвижсан, надад юугаар ч гачигдах зүйл үгүй” гэж хэлдэг атлаа өөрөө зовлонтой, өрөвдөлтэй, ядуу, сохор, нүцгэн гэдгээ мэддэггүй. Чи баян болохын тулд галаар шалгагдсан алтыг Надаас худалдаж ав; хувцаслагдахын тулд, мөн чиний нүцгэн байдлын ичгүүр илчлэгдэхгүй байхын тулд цагаан хувцас худалдаж ав; мөн харахын тулд нүдэндээ түрхэх тосоор нүдээ тосол.</w:t>
      </w:r>
    </w:p>
    <w:p>
      <w:pPr>
        <w:pStyle w:val="ArticleScripture"/>
        <w:jc w:val="left"/>
      </w:pPr>
      <w:r>
        <w:rPr>
          <w:rFonts w:ascii="Times New Roman" w:hAnsi="Times New Roman" w:eastAsia="Times New Roman" w:cs="Times New Roman"/>
        </w:rPr>
        <w:t>Би хайрладаг бүхнээ зэмлэж, сахилгажуулдаг. Тиймээс хичээнгүй байж, гэмшигтүн. Харагтун, Би үүдэнд зогсон тогшиж байна. Хэрэв хэн нэгэн Миний дуу хоолойг сонсоод үүдээ нээвэл, Би түүн уруу орж, түүнтэй хамт зоог барина, тэр ч Надтай хамт зоог барина. Ялагчид Би Өөрийн сэнтийд Надтай хамт суухыг соёрхоно. Учир нь Би ч мөн ялж, Эцэгийнхээ сэнтийд Түүнтэй хамт заларсан билээ.</w:t>
      </w:r>
    </w:p>
    <w:p>
      <w:pPr>
        <w:pStyle w:val="ArticleScripture"/>
        <w:jc w:val="left"/>
      </w:pPr>
      <w:r>
        <w:rPr>
          <w:rFonts w:ascii="Times New Roman" w:hAnsi="Times New Roman" w:eastAsia="Times New Roman" w:cs="Times New Roman"/>
        </w:rPr>
        <w:t>Чихтэй нь Сүнс чуулгануудад юу айлдаж буйг сонсогтун. Илчлэлт 3:14–22.</w:t>
      </w:r>
    </w:p>
    <w:p>
      <w:pPr>
        <w:pStyle w:val="ArticleScripture"/>
        <w:jc w:val="left"/>
      </w:pPr>
      <w:r>
        <w:rPr>
          <w:rFonts w:ascii="Times New Roman" w:hAnsi="Times New Roman" w:eastAsia="Times New Roman" w:cs="Times New Roman"/>
        </w:rPr>
        <w:t>“Лаодикийн чуулганд хандсан мэдээ нь цочирдом зэмлэл бөгөөд өнөөгийн цаг үеийн Бурханы хүмүүст хамаарахуйц юм.</w:t>
      </w:r>
    </w:p>
    <w:p>
      <w:pPr>
        <w:pStyle w:val="ArticleScripture"/>
        <w:jc w:val="left"/>
      </w:pPr>
      <w:r>
        <w:rPr>
          <w:rFonts w:ascii="Times New Roman" w:hAnsi="Times New Roman" w:eastAsia="Times New Roman" w:cs="Times New Roman"/>
        </w:rPr>
        <w:t>“Лаодикейн чуулганы тэнгэрэлчид ийн бичигтүн: Амен, итгэмжит бөгөөд үнэн Гэрч, Бурханы бүтээлийн эхлэл нь ийн айлдаж байна: Би чиний үйлсийг мэднэ; чи хүйтэн ч биш, халуун ч биш. Чи хүйтэн эсвэл халуун байгаасай гэж Би хүснэ. Иймд чи бүлээн бөгөөд хүйтэн ч биш, халуун ч биш тул Би чамайг Өөрийн амнаас бөөлжүүлэн гаргана. Учир нь чи, ‘Би баян, эд хөрөнгөөр арвижсан, надад юугаар ч дутахгүй’ гэж хэлдэг атлаа өөрийгөө золгүй, өрөвдөлтэй, ядуу, сохор, нүцгэн гэдгээ мэддэггүй.”</w:t>
      </w:r>
    </w:p>
    <w:p>
      <w:pPr>
        <w:pStyle w:val="ArticleScripture"/>
        <w:jc w:val="left"/>
      </w:pPr>
      <w:r>
        <w:rPr>
          <w:rFonts w:ascii="Times New Roman" w:hAnsi="Times New Roman" w:eastAsia="Times New Roman" w:cs="Times New Roman"/>
        </w:rPr>
        <w:t>“Энд Эзэн Өөрийн ард түмэнд сэрэмжлүүлэг хүргэхээр Өөрийн дуудсан үйлчлэгчдээр дамжуулан авчрах ёстой мэдээ нь амар тайван, аюулгүй байдлын тухай мэдээ биш гэдгийг бидэнд харуулж байна. Энэ нь зөвхөн онолын төдий бус, харин бүх талаар практик шинжтэй юм. Бурханы ард түмэн Лаодикейнханд хандсан мэдээнд махан биеийн аюулгүй байдалд орсон байр суурьтайгаар дүрслэгдсэн байдаг. Тэд тав тухтай байж, өөрсдийгөө сүнслэг ололт амжилтын өндөр байдалд хүрсэн гэж итгэдэг. ‘Учир нь чи: Би баян, эд хөрөнгөөр арвижсан, надад юу ч хэрэггүй гэж хэлдэг; гэтэл чи өөрийгөө хөөрхий, өрөвдмөөр, ядуу, сохор, нүцгэн гэдгээ мэддэггүй.’”</w:t>
      </w:r>
    </w:p>
    <w:p>
      <w:pPr>
        <w:pStyle w:val="ArticleScripture"/>
        <w:jc w:val="left"/>
      </w:pPr>
      <w:r>
        <w:rPr>
          <w:rFonts w:ascii="Times New Roman" w:hAnsi="Times New Roman" w:eastAsia="Times New Roman" w:cs="Times New Roman"/>
        </w:rPr>
        <w:t>“Хүн төрөлхтний оюун санаанд бүгдээрээ туйлын буруу атлаа өөрсдийгөө зөв гэж итгэхээс илүү агуу мэхлэлт юу ирж чадах билээ! Үнэн Гэрчийн мэдээ Бурханы ард түмнийг гунигт мэхлэлтэд автсан байдалтайгаар олдог, гэвч тэд тэрхүү мэхлэлтдээ үнэнч байдаг. Өөрсдийнх нь байдал Бурханы мэлмийд хэчнээн хөөрхийлөлтэй болохыг тэд мэддэггүй. Хандагдсан хүмүүс өөрсдийгөө сүнслэг байдлын хувьд өргөмжлөгдсөн нөхцөлд байна хэмээн сайшаан бодож байх зуур, Үнэн Гэрчийн мэдээ тэдний аюулгүй мэт итгэлийг сүнслэг сохрол, ядуурал, өрөвдөлтэй байдлын тухай тэдний жинхэнэ нөхцөлийг цочирдом зэмлэлээр няцалдаг. Ийнхүү огцом, хатуу энэхүү гэрчлэл алдаа байж үл чадна, учир нь ярьж буй Нэгэн нь Үнэн Гэрч мөн бөгөөд Түүний гэрчлэл заавал зөв байх ёстой.”</w:t>
      </w:r>
    </w:p>
    <w:p>
      <w:pPr>
        <w:pStyle w:val="ArticleScripture"/>
        <w:jc w:val="left"/>
      </w:pPr>
      <w:r>
        <w:rPr>
          <w:rFonts w:ascii="Times New Roman" w:hAnsi="Times New Roman" w:eastAsia="Times New Roman" w:cs="Times New Roman"/>
        </w:rPr>
        <w:t>“Өөрсдийн ололт амжилтад найдан тайвширч, өөрсдийгөө сүнслэг мэдлэгээр баян хэмээн үздэг хүмүүст, өөрсдийгөө мэхлэгдсэн бөгөөд сүнслэг нигүүлсэл бүрээр дутагдаж буйгаа тунхагласан энэ мэдээг хүлээн авах нь бэрх байдаг. Ариусгагдаагүй зүрх нь ‘бүхнээс илүү хуурамч бөгөөд туйлын завхарсан’ юм. Надад олон хүн өөрсдийгөө сайн Христэд итгэгчид хэмээн өөрсдөдөө долигоноцгоож байгааг үзүүлсэн; гэтэл тэдэнд Есүсээс ирэх гэрлийн өчүүхэн ч туяа үгүй байв. Тэдэнд тэнгэрлэг амийн дотор өөрсдөдөө хамаарах амьд туршлага үгүй. Сүнсний үнэт нигүүлслүүдийг олж авахын тулд чин үнэнч, цөхрөлтгүй хичээл зүтгэлийн жинхэнэ хэрэгцээгээ мэдэрч эхлэхээсээ өмнө, тэд Бурханы өмнө өөрсдийгөө гүн гүнзгий бөгөөд бүрэн даруусгах ажлыг туулах шаардлагатай.” Testimonies, volume 3, 252, 253.</w:t>
      </w:r>
    </w:p>
    <w:p>
      <w:pPr>
        <w:pStyle w:val="ArticleBody"/>
        <w:jc w:val="left"/>
      </w:pPr>
      <w:r>
        <w:rPr>
          <w:rFonts w:ascii="Times New Roman" w:hAnsi="Times New Roman" w:eastAsia="Times New Roman" w:cs="Times New Roman"/>
        </w:rPr>
        <w:t>Исаиа Лаодикийн байдлаасаа хөрвөн гарсны дараа тэрээр эцсийн анхааруулгын мэдээг дэлхийд хүргэхээр сайн дураараа урагш гарсан. Зургаадугаар бүлгийн гуравдугаар эшлэл нь Исаиагийн эш үзүүллэгийн түүхийг, тэнгэрэлч бууж ирэн, сүр жавхлангаараа дэлхийг гэрэлтүүлдэг Илчлэл арван наймын эш үзүүллэгийн түүхтэй холбож өгдөг.</w:t>
      </w:r>
    </w:p>
    <w:p>
      <w:pPr>
        <w:pStyle w:val="ArticleScripture"/>
        <w:jc w:val="left"/>
      </w:pPr>
      <w:r>
        <w:rPr>
          <w:rFonts w:ascii="Times New Roman" w:hAnsi="Times New Roman" w:eastAsia="Times New Roman" w:cs="Times New Roman"/>
        </w:rPr>
        <w:t>Үүний дараа би тэнгэрээс бууж ирж буй өөр нэгэн тэнгэрэлчийг харлаа. Тэр агуу эрх мэдэлтэй байсан бөгөөд дэлхий түүний алдраар гэрэлтэв. Илчлэлт 18:1.</w:t>
      </w:r>
    </w:p>
    <w:p>
      <w:pPr>
        <w:pStyle w:val="ArticleBody"/>
        <w:jc w:val="left"/>
      </w:pPr>
      <w:r>
        <w:rPr>
          <w:rFonts w:ascii="Times New Roman" w:hAnsi="Times New Roman" w:eastAsia="Times New Roman" w:cs="Times New Roman"/>
        </w:rPr>
        <w:t>Исаиа нь Илчлэлт арван наймын тэнгэрэлч бууж ирэх үеийн Бурханы ардыг төлөөлж байна. Учир нь тэрээр тэнгэрийн ариун сүмд аваачигдахдаа серафимууд: “Ариун, ариун, ариун, түмэн цэргийн ЭЗЭН; бүх дэлхий Түүний алдраар дүүрэн байна” хэмээн тунхаглаж байгааг сонссон юм. Исаиа, Илчлэлт дэх Иохантай адил, эцсийн анхааруулгын мэдээг тунхагладаг Бурханы ардыг төлөөлдөг. Иохан Бурханы ардыг “үлдэгдэл” гэж нэрлэсэн бол Исаиа тэднийг “аравны нэг”, өөрөөр хэлбэл аравны хувь гэж нэрлэсэн. Еврей хэлний уг язгуур үг нь “аравны нэгийг өргөх” гэсэн утгатай.</w:t>
      </w:r>
    </w:p>
    <w:p>
      <w:pPr>
        <w:pStyle w:val="ArticleBody"/>
        <w:jc w:val="left"/>
      </w:pPr>
      <w:r>
        <w:rPr>
          <w:rFonts w:ascii="Times New Roman" w:hAnsi="Times New Roman" w:eastAsia="Times New Roman" w:cs="Times New Roman"/>
        </w:rPr>
        <w:t>Исаиагийн асуусан “хэр удаан?” гэсэн эш үзүүллийн асуулт Бурханы үгэнд дахин дахин тавигддаг (мөн товчхон хэлбэл, “хэр удаан?” гэсэн асуултын хариулт нь АНУ-д үндэсний Ням гаргийн хууль хэрэгжиж эхлэх үеийг заадаг.) Эллен Уайтын хэлснээр, тэр үед “үндэсний тэрслэлт нь үндэсний сүйрлээр дагалдана”; харин Исаиагийн хэлснээр, тэр нь “хотууд оршин суугчгүйгээр эзгүйрч, байшингууд хүнгүй болж, газар орон бүрэн хоосрон цөлжиж, ЭЗЭН хүмүүсийг хол зайлуулан, газрын дунд асар их хаягдал орхигдолт бий болох” үе юм. “Газрын дунд асар их хаягдал орхигдолт” гэдэг нь Даниел 11:41-ийн дагуу Ням гаргийн хуулийн үед унаган сүйрүүлэгдэх “олон” хүнийг хэлнэ. Эдгээр нь Исаиа 6 болон Матай 13-т нүдтэй атлаа хардаггүй, чихтэй атлаа сонсдоггүй хүмүүс мөн бөгөөд, мөн Илчлэлт 3-т Лаодикийн чуулганд өгсөн зөвлөгөөг хүлээн авахаас татгалздаг хүмүүс юм.</w:t>
      </w:r>
    </w:p>
    <w:p>
      <w:pPr>
        <w:pStyle w:val="ArticleScripture"/>
        <w:jc w:val="left"/>
      </w:pPr>
      <w:r>
        <w:rPr>
          <w:rFonts w:ascii="Times New Roman" w:hAnsi="Times New Roman" w:eastAsia="Times New Roman" w:cs="Times New Roman"/>
        </w:rPr>
        <w:t>Тэр мөн сүр жавхлант нутагт орж, олон улс орон сүйрэн унана. Харин эдгээр нь түүний гараас мултрах болно: Едом, Моаб, мөн Аммоны хөвгүүдийн тэргүүн хэсэг. Даниел 11:41</w:t>
      </w:r>
    </w:p>
    <w:p>
      <w:pPr>
        <w:pStyle w:val="ArticleBody"/>
        <w:jc w:val="left"/>
      </w:pPr>
      <w:r>
        <w:rPr>
          <w:rFonts w:ascii="Times New Roman" w:hAnsi="Times New Roman" w:eastAsia="Times New Roman" w:cs="Times New Roman"/>
        </w:rPr>
        <w:t>Илчлэл дэх Иоханы адил Исаиа Есүс Христийг Өөрийн ариун сүмд үзэгдлээр харсан билээ. Исаиа нь “эргэн ирдэг” бөгөөд мод мэт “идэгдэх” “аравны нэг”-ийг, өөрөөр хэлбэл аравны нэгийн өргөлийг төлөөлдөг. “Идэгдэх” хэмээн орчуулсан еврей үг нь галаар шатаан устгахыг гэсэн утгатай. Гэвч тэр “аравны нэг”-д галын идэш болгодоггүй нэгэн “мөн чанар” дотор нь байдаг. Тэгвэл үлдсэн есөн аравны нэгэнд тэрхүү мөн чанар байгаагүй нь илт байна уу? Тэйл болон царс модыг идэж, шатаан устгаж буйгаар дүрслэгдсэн гал нь Малахи номд Өөрийн сүмд гэнэт ирдэг Гэрээний Элчийн гал мөн.</w:t>
      </w:r>
    </w:p>
    <w:p>
      <w:pPr>
        <w:pStyle w:val="ArticleScripture"/>
        <w:jc w:val="left"/>
      </w:pPr>
      <w:r>
        <w:rPr>
          <w:rFonts w:ascii="Times New Roman" w:hAnsi="Times New Roman" w:eastAsia="Times New Roman" w:cs="Times New Roman"/>
        </w:rPr>
        <w:t>Харагтун, Би Өөрийн элчийг илгээнэ, тэр Миний өмнө замыг бэлтгэнэ. Та нарын эрэн хайж буй Эзэн Өөрийн сүмд гэнэт ирнэ; та нарын баясан хүлээдэг гэрээний Элч мөн ирнэ. Харагтун, Тэр ирнэ гэж түмэн цэргийн ЭЗЭН айлдаж байна.</w:t>
      </w:r>
    </w:p>
    <w:p>
      <w:pPr>
        <w:pStyle w:val="ArticleScripture"/>
        <w:jc w:val="left"/>
      </w:pPr>
      <w:r>
        <w:rPr>
          <w:rFonts w:ascii="Times New Roman" w:hAnsi="Times New Roman" w:eastAsia="Times New Roman" w:cs="Times New Roman"/>
        </w:rPr>
        <w:t>Харин Түүний ирэх өдрийг хэн тэсвэрлэж чадах вэ? Тэр үзэгдэхэд хэн бат зогсож чадах вэ? Учир нь Тэр хайлуулагчийн гал мэт, мөн угаагчдын шүлт мэт юм. Тэр мөнгийг хайлуулж, цэвэршүүлэгч нэгэн адил сууж, Левийн хөвгүүдийг цэвэршүүлэн, тэднийг алт мөнгө мэт шүүн ариусгах болно. Ингэснээр тэд ЭЗЭНд зөвт байдлын өргөлийг өргөх болно. Тэгээд Иуда ба Иерусалимын өргөл нь эртний өдрүүдэд байсан шиг, өнгөрсөн жилүүдийн адил, ЭЗЭНд тааламжтай байх болно. Малахи 3:1–4.</w:t>
      </w:r>
    </w:p>
    <w:p>
      <w:pPr>
        <w:pStyle w:val="ArticleBody"/>
        <w:jc w:val="left"/>
      </w:pPr>
      <w:r>
        <w:rPr>
          <w:rFonts w:ascii="Times New Roman" w:hAnsi="Times New Roman" w:eastAsia="Times New Roman" w:cs="Times New Roman"/>
        </w:rPr>
        <w:t>Исаиагийн аравны нэг нь (өөрөөр хэлбэл аравны нэгийн өргөл) мөн Малахийн хэлсэн “зөвт байдлын доторх өргөл” юм. Малахийн өргөл бол Бурханы ард түмэн бөгөөд тэд “Левийн хөвгүүд” хэмээн төлөөлөгдөн, “зөвт байдлын доторх өргөл”-ийг гарган авахын тулд галаар ариусгагддаг; харин Исаиагийн гэрчлэлд галд “идэгддэг” хүмүүс нь аравны нэг, өөрөөр хэлбэл аравны нэгийн өргөл мөн.</w:t>
      </w:r>
    </w:p>
    <w:p>
      <w:pPr>
        <w:pStyle w:val="ArticleScripture"/>
        <w:jc w:val="left"/>
      </w:pPr>
      <w:r>
        <w:rPr>
          <w:rFonts w:ascii="Times New Roman" w:hAnsi="Times New Roman" w:eastAsia="Times New Roman" w:cs="Times New Roman"/>
        </w:rPr>
        <w:t>Надад өгөгдсөн Бурханы нигүүлслийн дагуу, ухаалаг ерөнхий барилгачин мэтээр би суурийг тавьсан бөгөөд өөр нэгэн түүн дээр нь барьж байна. Харин хүн бүр түүний дээр хэрхэн барьж байгаагаа анхаараг. Учир нь тавигдсан тэр сууриас өөр суурийг хэн ч тавьж үл чадна; тэр нь Есүс Христ мөн. Хэрэв хэн нэгэн энэ суурин дээр алт, мөнгө, үнэт чулуу, мод, өвс, сүрлээр баривал, хүн бүрийн ажил ил болно. Учир нь тэр өдөр үүнийг тунхаглах болно, яагаад гэвэл энэ нь галаар илчлэгдэх бөгөөд гал нь хүн бүрийн ажлыг ямар чанартай болохыг шалгана. 1 Коринт 3:10–13.</w:t>
      </w:r>
    </w:p>
    <w:p>
      <w:pPr>
        <w:pStyle w:val="ArticleBody"/>
        <w:jc w:val="left"/>
      </w:pPr>
      <w:r>
        <w:rPr>
          <w:rFonts w:ascii="Times New Roman" w:hAnsi="Times New Roman" w:eastAsia="Times New Roman" w:cs="Times New Roman"/>
        </w:rPr>
        <w:t>Паул энд хүн бүрийн үйлс “галаар” илчлэгдэнэ хэмээн тунхаглаж байна. Малахи дахь гал нь хольцыг шатаан арилгадаг. Исаиад “аравны нэг”-ийн ариусгал нь тэд навчаа гөвөн хаях “үед” явагддаг. Навч нь Адам, Ева хоёрын гэрчлэн харуулснаар нуугдмал нүгэл, дүр эсгэлт, бардам зоригийн бэлгэдэл мөн.</w:t>
      </w:r>
    </w:p>
    <w:p>
      <w:pPr>
        <w:pStyle w:val="ArticleBody"/>
        <w:jc w:val="left"/>
      </w:pPr>
      <w:r>
        <w:rPr>
          <w:rFonts w:ascii="Times New Roman" w:hAnsi="Times New Roman" w:eastAsia="Times New Roman" w:cs="Times New Roman"/>
        </w:rPr>
        <w:t>Исаиагийн “аравны нэг”-д шатаж үгүй болох боломжгүй мөн чанар байдаг бөгөөд тэрхүү мөн чанар нь “ариун үр” юм. Тэдний дотор алдрын найдвар болох Христ оршдог. Исаиа өөрөө мөн “ариун үр” бөгөөд түүнчлэн өөрийн тодорхойлдог “аравны нэг” мөн. “Ариун үр” ч, “аравны нэг” ч хоёулаа Түүний ариун сүм дэх Есүс Христийн Илчлэлтээр дамжин Лаодикейн байдлаас Филаделфийн байдалд эргэн ирдэг.</w:t>
      </w:r>
    </w:p>
    <w:p>
      <w:pPr>
        <w:pStyle w:val="ArticleBody"/>
        <w:jc w:val="left"/>
      </w:pPr>
      <w:r>
        <w:rPr>
          <w:rFonts w:ascii="Times New Roman" w:hAnsi="Times New Roman" w:eastAsia="Times New Roman" w:cs="Times New Roman"/>
        </w:rPr>
        <w:t>Бурханы алдрын үзэгдэл Исаиаг “би мөхөв” хэмээн хашхирахад хүргэж, өөрийгөө бузар, уучлал хэрэгтэй нүгэлтэн хүн мөн гэж хүлээн зөвшөөрүүлэх тэр үйл явдал нь модод навчаа гөвөх үед тэнгэрийн ариун газарт болдог. “Гөвөх” гэсэн үг нь “гадагш шидэх”, эсвэл модыг “тайрах” гэсэн утгатай. Лаодикийг хөөн гаргах явдлыг энд дүрсэлжээ. “Аравны нэг” буюу үлдэгдэл нь Малахын Гэрээний Элчээр авчируулагдсан цэвэршүүлэх “гал”-аар дамжин өнгөрч, ингэснээр тэдний хүний үйлс сүнслэг утгаараа шатаж үгүй болж, улмаар шатаж үл чадах ганцхан “мөн чанар” болох “Ариун Үр” л үлдэнэ. Сонсохоос татгалздаг хүмүүс үхсэн хатсан навчис мэт гөвөгдөн хаягдах, эсвэл Эзэний амнаас бөөлжигдөн гаргах болно.</w:t>
      </w:r>
    </w:p>
    <w:p>
      <w:pPr>
        <w:pStyle w:val="ArticleBody"/>
        <w:jc w:val="left"/>
      </w:pPr>
      <w:r>
        <w:rPr>
          <w:rFonts w:ascii="Times New Roman" w:hAnsi="Times New Roman" w:eastAsia="Times New Roman" w:cs="Times New Roman"/>
        </w:rPr>
        <w:t>Есүс бол ариун Үр мөн бөгөөд үр нь бүхэл бүтэн ургамлыг бий болгоход шаардлагатай бүх ДНХ-ийг өөртөө агуулдаг. Бурханы Үг бол үр мөн; тиймээс Бурханы Үгэнд ямар нэг зүйлийн тухай анх дурдагдсан байдал нь, хэрэв зөвөөр ойлгогдвол, тэр сэдвийг итгэгчийн дотор бүрэн төлөвшилд хүргэхэд шаардлагатай бүх мэдээллийг өөртөө агуулдаг.</w:t>
      </w:r>
    </w:p>
    <w:p>
      <w:pPr>
        <w:pStyle w:val="ArticleBody"/>
        <w:jc w:val="left"/>
      </w:pPr>
      <w:r>
        <w:rPr>
          <w:rFonts w:ascii="Times New Roman" w:hAnsi="Times New Roman" w:eastAsia="Times New Roman" w:cs="Times New Roman"/>
        </w:rPr>
        <w:t>Исаиа номын зургаадугаар бүлэгт, Есүс Христийн Илчлэлтийн мэдээгээр ерөөгдөхийн тулд заавал “сонсох” учиртай тэр цаг үед “сонсохгүй” байх нэгэн ард түмнийг тодорхойлсон байдаг. Есүсийн хэлсэн тэр хүмүүс нь Бурханы сонгогдсон ард түмэн байсан; тэд Түүний эхнэр, Түүний гэрээний ард түмэн, эртний Израиль байсан юм.</w:t>
      </w:r>
    </w:p>
    <w:p>
      <w:pPr>
        <w:pStyle w:val="ArticleBody"/>
        <w:jc w:val="left"/>
      </w:pPr>
      <w:r>
        <w:rPr>
          <w:rFonts w:ascii="Times New Roman" w:hAnsi="Times New Roman" w:eastAsia="Times New Roman" w:cs="Times New Roman"/>
        </w:rPr>
        <w:t>Эртний Израиль буюу анхны Израиль нь орчин үеийн Израиль буюу сүүлчийн Израилийн дүр төрх болдог. Ертөнцийн төгсгөлд байгаа Бурханы ард түмэн нь Долоо дахь өдрийн Адвентистууд мөн; тэд бол Түүний сонгогдсон ард түмэн, Түүний эхнэр, Түүний гэрээний ард түмэн—орчин үеийн Израиль юм. Исаиагийн түүхийн гэрчлэл нь Христийн түүхтэй хамтран, ертөнцийн төгсгөлд Долоо дахь өдрийн Адвентизм нь Лаодикид өгөгдсөн мэдээнд дүрслэгдсэн авралгүй бөгөөд аврагдах боломжгүй “байдал”-д байх болно гэдгийг тогтоодог хоёр гэрчийг бүрдүүлдэг.</w:t>
      </w:r>
    </w:p>
    <w:p>
      <w:pPr>
        <w:pStyle w:val="ArticleBody"/>
        <w:jc w:val="left"/>
      </w:pPr>
      <w:r>
        <w:rPr>
          <w:rFonts w:ascii="Times New Roman" w:hAnsi="Times New Roman" w:eastAsia="Times New Roman" w:cs="Times New Roman"/>
        </w:rPr>
        <w:t>Тэд үнэндээ огт аврагдах боломжгүй хүмүүс биш, харин зөвхөн Лаодикейн байдалдаа байх үедээ л аврагдах боломжгүй байдаг; Исаиа өөрийн тэрхүү туршлагаас өмнө тийм байсанчлан, мөн Христийн цаг үеийн иудейчүүд ч тийм байсан юм.</w:t>
      </w:r>
    </w:p>
    <w:p>
      <w:pPr>
        <w:pStyle w:val="ArticleBody"/>
        <w:jc w:val="left"/>
      </w:pPr>
      <w:r>
        <w:rPr>
          <w:rFonts w:ascii="Times New Roman" w:hAnsi="Times New Roman" w:eastAsia="Times New Roman" w:cs="Times New Roman"/>
        </w:rPr>
        <w:t>Лаодикей хүн “сонсох” ёстой зүйлсийн нэг нь Үр Суугчийн тухай сургаалт зүйрлэл мөн. Тэрээр уг сургаалт зүйрлэлд Бурханы Үг нь “үр”, ариун үр мөн гэдгийг “сонсох” ёстой. Үүнийг “сонссон” цагт Илчлэлийн нууц мэдээг нээж эхлэх суурь тавигдана. Учир нь тэрхүү мэдээ нь Есүс бол Альфа ба Омега, Эхний ба Сүүлчийн, Эхлэл ба Төгсгөл мөн гэсэн гүн гүнзгий танин мэдэлт дотор агуулагдсан байдаг. Төгсгөлийн эхлэлтэй харьцах холбоог ойлгоно гэдэг нь Есүс бол Үг мөн бөгөөд Тэр бол Үр мөн гэдгийг ойлгохыг хамарна.</w:t>
      </w:r>
    </w:p>
    <w:p>
      <w:pPr>
        <w:pStyle w:val="ArticleScripture"/>
        <w:jc w:val="left"/>
      </w:pPr>
      <w:r>
        <w:rPr>
          <w:rFonts w:ascii="Times New Roman" w:hAnsi="Times New Roman" w:eastAsia="Times New Roman" w:cs="Times New Roman"/>
        </w:rPr>
        <w:t>Эхэнд Үг байсан бөгөөд Үг Бурхантай хамт байсан, Үг нь Бурхан байсан. Тэрээр эхэнд Бурхантай хамт байсан. Бүх юмс Түүгээр бүтээгдсэн; Түүнгүйгээр бүтээгдсэн нэг ч зүйл бүтээгдээгүй. Түүний дотор амь байсан; тэрхүү амь нь хүмүүсийн гэрэл байсан. Гэрэл харанхуйд гэрэлтдэг; харин харанхуй түүнийг ухаарсангүй. Иохан 1:1–5.</w:t>
      </w:r>
    </w:p>
    <w:p>
      <w:pPr>
        <w:pStyle w:val="ArticleScripture"/>
        <w:jc w:val="left"/>
      </w:pPr>
      <w:r>
        <w:rPr>
          <w:rFonts w:ascii="Times New Roman" w:hAnsi="Times New Roman" w:eastAsia="Times New Roman" w:cs="Times New Roman"/>
        </w:rPr>
        <w:t>Харин амлалтууд Абрахамд болон түүний үр удамд өгөгдсөн юм. Тэрээр “үр удамнуудад” гэж, олон хүний тухай мэт хэлээгүй, харин нэгний тухай мэт “чиний үр удамд” гэж хэлсэн бөгөөд тэр нь Христ мөн. Галат 3:16.</w:t>
      </w:r>
    </w:p>
    <w:p>
      <w:pPr>
        <w:pStyle w:val="ArticleBody"/>
        <w:jc w:val="left"/>
      </w:pPr>
      <w:r>
        <w:rPr>
          <w:rFonts w:ascii="Times New Roman" w:hAnsi="Times New Roman" w:eastAsia="Times New Roman" w:cs="Times New Roman"/>
        </w:rPr>
        <w:t>Төгсгөл ба эхлэлийн хоорондын хамаарлыг ойлгохын тулд “анхны дурдлын дүрэм”-ийг ойлгох шаардлагатай. Анхны дурдлын дүрэм нь аливаа сэдвийн эхлэл нь хамгийн чухал эшлэл болохыг тогтоодог; учир нь энэ нь бүх түүхийг өөртөө агуулдаг, яагаад гэвэл Бурханы Үгийн хувьд энэ нь үр юм. Сүүлчийн эшлэл нь ач холбогдлоороо дараагийнх байдаг бөгөөд учир нь тэнд л түүхийн бүх бүрэлдэхүүн хэсгүүд хоорондоо зангилагдаж, тайлагдаагүй үлдэх зүйлгүй болдог. Харин аливаа сэдвийн тухай дундах эшлэлүүд нь түүхэнд хүч чадал, тодорхой байдлыг нэмдэг бөгөөд энэ утгаараа дундах хэсэг нь эхлэл буюу төгсгөлийн адил зайлшгүй чухал юм.</w:t>
      </w:r>
    </w:p>
    <w:p>
      <w:pPr>
        <w:pStyle w:val="ArticleBody"/>
        <w:jc w:val="left"/>
      </w:pPr>
      <w:r>
        <w:rPr>
          <w:rFonts w:ascii="Times New Roman" w:hAnsi="Times New Roman" w:eastAsia="Times New Roman" w:cs="Times New Roman"/>
        </w:rPr>
        <w:t>Энэ сэдвийн талаар авч үзэх зүйл үлэмж олон байгаа боловч Матай арван гуравдугаар бүлгийн тухайн хэсэгт эргэн очвол, Есүс сонсдог эсвэл сонсдоггүй хүмүүсийн хоёр ангийг тодорхойлон нэрлэснийг бид анзаарч болно. Тэр сонсохгүй байх нэгээс илүү хэлбэрийг тодорхойлсон боловч, үүний дараа сонсдог хүмүүсийн дээр ерөөлийг тунхагласан юм.</w:t>
      </w:r>
    </w:p>
    <w:p>
      <w:pPr>
        <w:pStyle w:val="ArticleScripture"/>
        <w:jc w:val="left"/>
      </w:pPr>
      <w:r>
        <w:rPr>
          <w:rFonts w:ascii="Times New Roman" w:hAnsi="Times New Roman" w:eastAsia="Times New Roman" w:cs="Times New Roman"/>
        </w:rPr>
        <w:t>Харин та нарын нүд ерөөлтэй, учир нь тэд хардаг; мөн та нарын чих ерөөлтэй, учир нь тэд сонсдог. Учир нь үнэнээр Би та нарт хэлье, та нарын харж буй зүйлсийг үзэхийг олон эш үзүүлэгчид ба зөвт хүмүүс хүсэн мөрөөдсөн боловч үзээгүй; мөн та нарын сонсож буй зүйлсийг сонсохыг хүсэн мөрөөдсөн боловч сонсоогүй юм. Иймд та нар үр цацагчийн сургаалт зүйрлэлийг сонсогтун. Матай 13:16–18.</w:t>
      </w:r>
    </w:p>
    <w:p>
      <w:pPr>
        <w:pStyle w:val="ArticleBody"/>
        <w:jc w:val="left"/>
      </w:pPr>
      <w:r>
        <w:rPr>
          <w:rFonts w:ascii="Times New Roman" w:hAnsi="Times New Roman" w:eastAsia="Times New Roman" w:cs="Times New Roman"/>
        </w:rPr>
        <w:t>Эш үзүүлэгчийн утгаар бол энэ “ерөөл” нь Илтгэл 1:3-т буй ерөөлтэй яг адилхан ерөөл мөн:</w:t>
      </w:r>
    </w:p>
    <w:p>
      <w:pPr>
        <w:pStyle w:val="ArticleScripture"/>
        <w:jc w:val="left"/>
      </w:pPr>
      <w:r>
        <w:rPr>
          <w:rFonts w:ascii="Times New Roman" w:hAnsi="Times New Roman" w:eastAsia="Times New Roman" w:cs="Times New Roman"/>
        </w:rPr>
        <w:t>Энэхүү эш үзүүллэгийн үгсийг уншигч нь, мөн түүнийг сонсогчид бөгөөд түүнд бичигдсэн зүйлсийг сахигчид ерөөлтэй еэ. Учир нь цаг нь ойрхон байна.</w:t>
      </w:r>
    </w:p>
    <w:p>
      <w:pPr>
        <w:pStyle w:val="ArticleBody"/>
        <w:jc w:val="left"/>
      </w:pPr>
      <w:r>
        <w:rPr>
          <w:rFonts w:ascii="Times New Roman" w:hAnsi="Times New Roman" w:eastAsia="Times New Roman" w:cs="Times New Roman"/>
        </w:rPr>
        <w:t>Матай арван гуравдугаар бүлэгт Есүсийн Исаиа зургаад хандсан ишлэл нь, Эллен Уайтын бичвэрүүдтэй уялдан үзвэл, ертөнцийн төгсгөлд үзэгдэж, сонсогдох тийм агуу зүйлс байдаг бөгөөд эцсийн анхааруулгын мэдээ лацнаас гарч нээгдэх тэр цаг үед амьдрахыг олон зөвт хүн, эш үзүүлэгчид хүсэн тэмүүлж байсан, мөн хүмүүс тэдгээрийг тэр үед “харж”, “сонсох” байсан гэдгийг баталж байна.</w:t>
      </w:r>
    </w:p>
    <w:p>
      <w:pPr>
        <w:pStyle w:val="ArticleBody"/>
        <w:jc w:val="left"/>
      </w:pPr>
      <w:r>
        <w:rPr>
          <w:rFonts w:ascii="Times New Roman" w:hAnsi="Times New Roman" w:eastAsia="Times New Roman" w:cs="Times New Roman"/>
        </w:rPr>
        <w:t>Аравдугаар бүлэгт “Долоон Аянга”-ын айлдсаныг лацдан хаахыг Иоханд тушаасан бөгөөд хорин хоёрдугаар бүлэгт “Энэ номын эш үзүүллэгийн үгсийг бүү лацдан хаа. Учир нь цаг ойрхон байна” гэсэн тунхаглал өгөгддөг. Дараагийн ишлэл нь хүний сорилтын хугацаа хаагдахыг тодорхойлдог. Сорилтын хугацаа хаагдахын яг өмнө “Долоон Аянга”-ыг нээх тухай тунхаглал гардаг бөгөөд тэр үед Илчлэл номонд лацдан хаагдсан цорын ганц хэсэг нь энэ юм. “Долоон Аянга”-ын тухайд тэдгээр нь Адвентизмийн эхлэл ба төгсгөлийг төлөөлдөг гэж бидэнд мэдүүлсэн байдаг.</w:t>
      </w:r>
    </w:p>
    <w:p>
      <w:pPr>
        <w:pStyle w:val="ArticleScripture"/>
        <w:jc w:val="left"/>
      </w:pPr>
      <w:r>
        <w:rPr>
          <w:rFonts w:ascii="Times New Roman" w:hAnsi="Times New Roman" w:eastAsia="Times New Roman" w:cs="Times New Roman"/>
        </w:rPr>
        <w:t>“Долоон аянганд илэрхийлэгдсэн бөгөөд Иоханд өгөгдсөн онцгой гэрэл нь нэгдүгээр болон хоёрдугаар тэнгэрэлчийн мэдээний дор тохиох үйл явдлуудын дүрслэл байсан юм....”</w:t>
      </w:r>
    </w:p>
    <w:p>
      <w:pPr>
        <w:pStyle w:val="ArticleScripture"/>
        <w:jc w:val="left"/>
      </w:pPr>
      <w:r>
        <w:rPr>
          <w:rFonts w:ascii="Times New Roman" w:hAnsi="Times New Roman" w:eastAsia="Times New Roman" w:cs="Times New Roman"/>
        </w:rPr>
        <w:t>“Эдгээр долоон аянга дуу хоолойгоо гаргасны дараа, бяцхан номын талаар Даниелд өгөгдсөнтэй адил тушаал Иоханд ирэв: ‘Долоон аянгын айлдсан зүйлсийг битүүмжил.’ Эдгээр нь ирээдүйн үйл явдлуудтай холбоотой бөгөөд тэдгээр нь өөрсдийн дарааллын дагуу илчлэгдэх болно.” Долоо дахь өдрийн Адвентист Библийн тайлбар, 7-р боть, 971.</w:t>
      </w:r>
    </w:p>
    <w:p>
      <w:pPr>
        <w:pStyle w:val="ArticleBody"/>
        <w:jc w:val="left"/>
      </w:pPr>
      <w:r>
        <w:rPr>
          <w:rFonts w:ascii="Times New Roman" w:hAnsi="Times New Roman" w:eastAsia="Times New Roman" w:cs="Times New Roman"/>
        </w:rPr>
        <w:t>Долоон аянга нь 1798 оноос 1844 оны 10-р сарын 22 хүртэлх хугацаанд эхний болон хоёр дахь тэнгэрэлчийн мэдээний түүхэн дэх Адвентизмийн эхлэл үеийн үйл явдлуудыг төлөөлдөг бөгөөд дээр дурдсан мөнөөх өгүүлэлд Долоон аянга нь “өөрсдийн дарааллаар илчлэгдэх ирээдүйн үйл явдлуудтай холбоотой” хэмээн бидэнд мэдэгддэг. Адвентизмийн эхэн үеийн түүх нь Адвентизмийн төгсгөлийг дүрслэн харуулдаг. Учир нь Есүс Христ Альфа ба Омега мөн тул Адвентизмийн бүхэл түүхэн дээр Өөрийн гарын үсгийг тавьдаг; энэ түүх нь эртний Израилийн түүх ямар ариун байсан шиг тийм л ариун түүх мөн.</w:t>
      </w:r>
    </w:p>
    <w:p>
      <w:pPr>
        <w:pStyle w:val="ArticleBody"/>
        <w:jc w:val="left"/>
      </w:pPr>
      <w:r>
        <w:rPr>
          <w:rFonts w:ascii="Times New Roman" w:hAnsi="Times New Roman" w:eastAsia="Times New Roman" w:cs="Times New Roman"/>
        </w:rPr>
        <w:t>Матай арван гуравт буй Есүсийн үгийн дагуу эдгээр үйл явдлууд нь эш үзүүлэгчдийн үзэхийг хүсэмжилж байсан зүйл бөгөөд шавь нар нь тэдгээрийг мэдсэнээр ерөөл хүртсэн юм. Тэдгээр шавь нар нь ертөнцийн төгсгөл дэх Бурханы ардыг төлөөлдөг бөгөөд тэд үзэж, сонсож буй зүйлийнхээ төлөө ерөөлтэй байдаг. Тэдний үзэж, сонсож буй зүйл нь Есүс Христийн Илчлэлийн мэдээ бөгөөд энэ нь мөн Долоон Аянгын мэдээгээр төлөөлөгдөж, Миллеритийн түүхийг ч, мөн зуун дөчин дөрвөн мянгын түүхийг ч хоёуланг нь илэрхийлдэг.</w:t>
      </w:r>
    </w:p>
    <w:p>
      <w:pPr>
        <w:pStyle w:val="ArticleScripture"/>
        <w:jc w:val="left"/>
      </w:pPr>
      <w:r>
        <w:rPr>
          <w:rFonts w:ascii="Times New Roman" w:hAnsi="Times New Roman" w:eastAsia="Times New Roman" w:cs="Times New Roman"/>
        </w:rPr>
        <w:t>“1840–1844 онуудад өгөгдсөн бүх мэдээг эдүгээ хүчтэйгээр тунхаглах ёстой. Учир нь өөрсдийн чиг баримжаагаа алдсан олон хүн бий. Эдгээр мэдээ бүх сүмүүдэд хүрэх ёстой.</w:t>
      </w:r>
    </w:p>
    <w:p>
      <w:pPr>
        <w:pStyle w:val="ArticleScripture"/>
        <w:jc w:val="left"/>
      </w:pPr>
      <w:r>
        <w:rPr>
          <w:rFonts w:ascii="Times New Roman" w:hAnsi="Times New Roman" w:eastAsia="Times New Roman" w:cs="Times New Roman"/>
        </w:rPr>
        <w:t>“Христ: ‘Хардаг тул та нарын нүд ерөөлтэй; сонсдог тул та нарын чих ерөөлтэй. Учир нь, үнэнээр Би та нарт хэлье, та нарын харж буй зүйлсийг үзэхийг олон эш үзүүлэгчид ба зөвт хүмүүс хүсэн хүсэвч үзээгүй, та нарын сонсож буй зүйлсийг сонсохыг хүсэвч сонсоогүй юм’ гэж айлдсан [Matthew 13:16, 17]. 1843, 1844 онд үзэгдсэн зүйлсийг харсан нүд ерөөлтэй бөлгөө.”</w:t>
      </w:r>
    </w:p>
    <w:p>
      <w:pPr>
        <w:pStyle w:val="ArticleScripture"/>
        <w:jc w:val="left"/>
      </w:pPr>
      <w:r>
        <w:rPr>
          <w:rFonts w:ascii="Times New Roman" w:hAnsi="Times New Roman" w:eastAsia="Times New Roman" w:cs="Times New Roman"/>
        </w:rPr>
        <w:t>“Мэдээ өгөгдсөн. Цаг үеийн тэмдгүүд биелж байгаа учраас энэ мэдээг дахин давтан тунхаглахад ямар ч саатал байж болохгүй; төгсгөлийн ажил хийгдэх ёстой. Богино хугацаанд агуу ажил хийгдэх болно. Удахгүй Бурханы томилолтоор нэгэн мэдээ өгөгдөж, улмаар чанга хашхираа болон өргөжинө. Тэгээд Даниел өөрийн хувь тавилангийн газарт зогсож, өөрийн гэрчлэлийг өгнө.” Manuscript Releases, 21-р боть, 437.</w:t>
      </w:r>
    </w:p>
    <w:p>
      <w:pPr>
        <w:pStyle w:val="ArticleBody"/>
        <w:jc w:val="left"/>
      </w:pPr>
      <w:r>
        <w:rPr>
          <w:rFonts w:ascii="Times New Roman" w:hAnsi="Times New Roman" w:eastAsia="Times New Roman" w:cs="Times New Roman"/>
        </w:rPr>
        <w:t>Эллен Уайт зөвт хүмүүсийн үзэхийг хүсэж байсан түүх хэмээн Христийн тодорхойлсон түүхийг 1840 оноос 1844 он хүртэлх Миллерчүүдийн түүх мөн гэж тодорхойлж, дараа нь “Бурханы томилолтоор тун удахгүй өгөгдөх бөгөөд чанга хашхираан болон өргөжин тэлэх мэдээ өгөгдөнө” хэмээн хэлдэг. “Чанга хашхираан” нь гурав дахь тэнгэрэлчийн эцсийн сануулгыг бэлгэддэг бөгөөд тэрхүү мэдээ өгөгдөх үед Адвентизмийн эхлэлийн түүхийг дахин давтах болно. Эцсийн сануулгын мэдээ нь “бүх чуулгануудад очих ёстой” “мэдээнүүд” мөн бөгөөд 1840–1844 онд өгөгдсөн “бүх мэдээнүүдийг одоо хүчтэйгээр тунхаглах ёстой.”</w:t>
      </w:r>
    </w:p>
    <w:p>
      <w:pPr>
        <w:pStyle w:val="ArticleBody"/>
        <w:jc w:val="left"/>
      </w:pPr>
      <w:r>
        <w:rPr>
          <w:rFonts w:ascii="Times New Roman" w:hAnsi="Times New Roman" w:eastAsia="Times New Roman" w:cs="Times New Roman"/>
        </w:rPr>
        <w:t>Альфа ба Омега нь төгсгөлийг эхлэлтэй нь хамт дүрслэн харуулдаг. Эллен Уайт “мэдээнүүд бүх чуулгануудад очих ёстой” хэмээн өгүүлсэн бөгөөд Есүс Иоханд “Би бол Альфа ба Омега, эхний бөгөөд эцсийн Нэг мөн. Чи юу үзсэнээ номд бичээд Азид байгаа долоон чуулганд, Ефес, Смирна, Пергам, Тиатира, Сардис, Филаделфи, Лаодикея уруу илгээ” гэж айлдсан.</w:t>
      </w:r>
    </w:p>
    <w:p>
      <w:pPr>
        <w:pStyle w:val="ArticleBody"/>
        <w:jc w:val="left"/>
      </w:pPr>
      <w:r>
        <w:rPr>
          <w:rFonts w:ascii="Times New Roman" w:hAnsi="Times New Roman" w:eastAsia="Times New Roman" w:cs="Times New Roman"/>
        </w:rPr>
        <w:t>1840-өөс 1844 он хүртэлх мэдээнүүд нь чуулгануудад илгээгдэх ёстой зүйлийн нэг хэсэг мөн.</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Есүс Христийн Илчлэлт - Нэгдүгээр дугаар</dc:title>
  <dc:subject>Илчлэлийн үрнүүд: Сургаалт зүйрлэлүүдээс Эцсийн анхааруулга хүртэлх эш үзүүллэгийн нэхээсийг нээхүй</dc:subject>
  <dc:creator>Jeff Pippenger</dc:creator>
  <cp:keywords/>
  <dc:description>Generated by ArticleDigger from revelation\01_revelation.json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