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Тавдугаар дугаар</w:t>
      </w:r>
    </w:p>
    <w:p>
      <w:pPr>
        <w:pStyle w:val="ArticleSubtitle"/>
        <w:jc w:val="left"/>
      </w:pPr>
      <w:r>
        <w:rPr>
          <w:rFonts w:ascii="Arial" w:hAnsi="Arial" w:eastAsia="Arial" w:cs="Arial"/>
        </w:rPr>
        <w:t>Исаиа Дөч: Тайтгаруул, тайтгаруул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Исаиа дөчдүгээр бүлгийн эхний арван долоон зүйлд зуун дөчин дөрвөн мянганыг эш үзүүллэгээр гурван өдөр хагасын төгсгөлд, дэлхий баярлан хөөрч байх зуур тэд гудамжинд үхдэл мэт хэвтэж байсан тэр цагт байрлуулан үзүүлсэн байдаг. Бүх эш үзүүлэгчид хоорондоо санал нэгтэй байдаг бөгөөд тэдний толилуулсан эш үзүүллэгийн үйл явдлууд нь бусад эш үзүүлэгчдийнхтэй үргэлж нийцдэг. Учир нь Бурхан бол эмх замбараагүй байдлын зохиогч биш юм.</w:t>
      </w:r>
    </w:p>
    <w:p>
      <w:pPr>
        <w:pStyle w:val="ArticleScripture"/>
        <w:jc w:val="left"/>
      </w:pPr>
      <w:r>
        <w:rPr>
          <w:rFonts w:ascii="Times New Roman" w:hAnsi="Times New Roman" w:eastAsia="Times New Roman" w:cs="Times New Roman"/>
        </w:rPr>
        <w:t>Мөн эш үзүүлэгчдийн сүнс эш үзүүлэгчдэд захирагддаг. Учир нь Бурхан бол эмх замбараагүй байдлын бус, харин амар тайвны Бурхан мөн; ариун хүмүүсийн бүх чуулгануудад ч ийм байдаг. 1 Коринт 14:32, 33.</w:t>
      </w:r>
    </w:p>
    <w:p>
      <w:pPr>
        <w:pStyle w:val="ArticleBody"/>
        <w:jc w:val="left"/>
      </w:pPr>
      <w:r>
        <w:rPr>
          <w:rFonts w:ascii="Times New Roman" w:hAnsi="Times New Roman" w:eastAsia="Times New Roman" w:cs="Times New Roman"/>
        </w:rPr>
        <w:t>Есүс Өөрийн байхгүй үед илгээхээр амласан Тайтгаруулагчийг Исаиагийн төгсгөлийн эш үзүүллэгийн өгүүлэмжийг бүрдүүлдэг хорин зургаан бүлгийн хамгийн эхний бүлгийн хамгийн эхний эшлэлийн хамгийн эхний үгсэд байрлуулсан байдаг. “Тайтгаруул, тайтгаруул Миний ард түмнийг, гэж та нарын Бурхан айлдаж байна.” Анх дурдагдах зарчим нь дараах хорин зургаан бүлгийг Тайтгаруулагчийн ирэлтийн төгс бөгөөд эцсийн биелэлтэй холбон ойлгох ёстойг онцолдог.</w:t>
      </w:r>
    </w:p>
    <w:p>
      <w:pPr>
        <w:pStyle w:val="ArticleScripture"/>
        <w:jc w:val="left"/>
      </w:pPr>
      <w:r>
        <w:rPr>
          <w:rFonts w:ascii="Times New Roman" w:hAnsi="Times New Roman" w:eastAsia="Times New Roman" w:cs="Times New Roman"/>
        </w:rPr>
        <w:t>Би Эцэгээс гуйхад, Тэр та нарт өөр нэг Тайтгаруулагчийг өгнө; Тэр та нартай үүрд хамт байхын тулд юм. ... Харин Эцэг Миний нэрээр илгээх Тайтгаруулагч, өөрөөр хэлбэл Ариун Сүнс, Тэр та нарт бүхнийг зааж, Би та нарт юу хэлсэн бүгдийг та нарын сануулгад авчирна. Иохан 14:16, 26.</w:t>
      </w:r>
    </w:p>
    <w:p>
      <w:pPr>
        <w:pStyle w:val="ArticleBody"/>
        <w:jc w:val="left"/>
      </w:pPr>
      <w:r>
        <w:rPr>
          <w:rFonts w:ascii="Times New Roman" w:hAnsi="Times New Roman" w:eastAsia="Times New Roman" w:cs="Times New Roman"/>
        </w:rPr>
        <w:t>Миллеритуудын түүхэн дэх дундын шөнийн хашхираан нь нэг зуун дөчин дөрвөн мянгын түүхэнд дахин давтагдана.</w:t>
      </w:r>
    </w:p>
    <w:p>
      <w:pPr>
        <w:pStyle w:val="ArticleScripture"/>
        <w:jc w:val="left"/>
      </w:pPr>
      <w:r>
        <w:rPr>
          <w:rFonts w:ascii="Times New Roman" w:hAnsi="Times New Roman" w:eastAsia="Times New Roman" w:cs="Times New Roman"/>
        </w:rPr>
        <w:t>“Хорон муу ёр дотор, мэхлэл ба төөрөгдөл дунд, бүр үхлийн сүүдэрт хэвтэн буй нэгэн ертөнц байна,—нойрсож, нойрсож байна. Тэднийг сэрээхийн төлөө сэтгэлийн шаналал эдэлж буй нь хэн билээ? Ямар дуу хоолой тэдэнд хүрч чадах вэ? Миний оюун ухаан ирээдүй рүү аваачигдсан бөгөөд дохио өгөх цаг ирнэ. ‘Харагтун, Сүйт залуу ирж байна; түүнийг угтан гарагтун.’ Гэвч зарим нь дэнгээ дүүргэх тосыг олж авахыг хойшлуулсан байх бөгөөд тосоор төлөөлөгдөж буй зан чанар шилжүүлэн өгөгдөх боломжгүйг тэд хэтэрхий орой мэдэх болно.” Review and Herald, 1896 оны 2 дугаар сарын 11.</w:t>
      </w:r>
    </w:p>
    <w:p>
      <w:pPr>
        <w:pStyle w:val="ArticleBody"/>
        <w:jc w:val="left"/>
      </w:pPr>
      <w:r>
        <w:rPr>
          <w:rFonts w:ascii="Times New Roman" w:hAnsi="Times New Roman" w:eastAsia="Times New Roman" w:cs="Times New Roman"/>
        </w:rPr>
        <w:t>“Унтаж” буй хүмүүсийг ямар “дуу хоолой” “сэрээж” чадах вэ?” гэсэн асуулт тавигддаг. Исаиа номын дөчдүгээр бүлэгт тэднийг сэрээдэг “дуу хоолой” нь “цөлд” “хашхирч” буй “дуу хоолой” мөн.</w:t>
      </w:r>
    </w:p>
    <w:p>
      <w:pPr>
        <w:pStyle w:val="ArticleScripture"/>
        <w:jc w:val="left"/>
      </w:pPr>
      <w:r>
        <w:rPr>
          <w:rFonts w:ascii="Times New Roman" w:hAnsi="Times New Roman" w:eastAsia="Times New Roman" w:cs="Times New Roman"/>
        </w:rPr>
        <w:t>Иерусалимд тайвшруулан айлдаж, түүнд хандан хашхиран тунхаглагтун: түүний дайчилгаа дууссан, гэм нүгэл нь уучлагдсан; учир нь тэрээр өөрийн бүх нүглийнхээ төлөө ЭЗЭНий мутраас давхар хариуг хүлээн авсан. Цөлд хашхирагчийн “дуу хоолой”.... Исаиа 40:2, 3.</w:t>
      </w:r>
    </w:p>
    <w:p>
      <w:pPr>
        <w:pStyle w:val="ArticleBody"/>
        <w:jc w:val="left"/>
      </w:pPr>
      <w:r>
        <w:rPr>
          <w:rFonts w:ascii="Times New Roman" w:hAnsi="Times New Roman" w:eastAsia="Times New Roman" w:cs="Times New Roman"/>
        </w:rPr>
        <w:t>Шөнө дундын хашхирааны мэдээ нь мөн хожмын борооны мэдээ мөн.</w:t>
      </w:r>
    </w:p>
    <w:p>
      <w:pPr>
        <w:pStyle w:val="ArticleScripture"/>
        <w:jc w:val="left"/>
      </w:pPr>
      <w:r>
        <w:rPr>
          <w:rFonts w:ascii="Times New Roman" w:hAnsi="Times New Roman" w:eastAsia="Times New Roman" w:cs="Times New Roman"/>
        </w:rPr>
        <w:t>“Та нар Эзэний ирэлтийг хэт холдуулан үзэж байна. Сүүлчийн бороо нь шөнө дундын хашхираан шиг [гэнэтхэн] ирж, арав дахин их хүчтэй байхыг би харсан.” Spalding and Magan, 5.</w:t>
      </w:r>
    </w:p>
    <w:p>
      <w:pPr>
        <w:pStyle w:val="ArticleBody"/>
        <w:jc w:val="left"/>
      </w:pPr>
      <w:r>
        <w:rPr>
          <w:rFonts w:ascii="Times New Roman" w:hAnsi="Times New Roman" w:eastAsia="Times New Roman" w:cs="Times New Roman"/>
        </w:rPr>
        <w:t>Бурханы Үгэнд байдаг, хожуугийн борооны мэдээг илэрхийлдэг олон бэлгэдлийн нэг нь үгс эсвэл хэллэгүүдийн давхардлаар танигддаг бэлгэдэл юм. Үгсийн, эсвэл хэллэгүүдийн давхардал нь эцсийн өдрүүд дэх Дунд шөнийн хашхираан, эсвэл хожуугийн борооны мэдээний бэлгэдэл мөн. “Тайтгаруул, тайтгаруул” хэмээх давхардлын бэлгэдэл нь Исаиа номын дөчдүгээр бүлгийн эхлэлийг, арван охины сургаалт зүйрлэл дэх Дунд шөнийн хашхираанаар төлөөлөгдсөн мэдээг таньж, улмаар тунхаглах ёстой саатлын цаг үед байрлуулдаг. Тэр үед Христ унтаж буй охидыг сэрээхийн тулд Тайтгаруулагчийг илгээдэг бөгөөд тэдгээр нь эш үзүүллэгийн утгаар унтаж буйгаар, мөн зарим эш үзүүллэгийн хэсгүүдэд үхлийн нойроор унтаж буйгаар дүрслэгдсэн байдаг. Исаиа номын дөчдүгээр бүлгийн эхний эшлэл нь 2020 оны 7 дугаар сарын 18-ны урам хугарлын ‘дараах’ бэлгэдэлт гурав хагас өдрийн үед эш үзүүллэгийн хувьд байрладаг. Учир нь унтаж буй хүмүүсийг сэрээхийн тулд Тайтгаруулагч тэр үед илгээгддэг. Гурав хагас өдөр нь цөлийн бэлгэдэл бөгөөд “дуу хоолой” тэндээс “хашхирч” эхэлдэг.</w:t>
      </w:r>
    </w:p>
    <w:p>
      <w:pPr>
        <w:pStyle w:val="ArticleBody"/>
        <w:jc w:val="left"/>
      </w:pPr>
      <w:r>
        <w:rPr>
          <w:rFonts w:ascii="Times New Roman" w:hAnsi="Times New Roman" w:eastAsia="Times New Roman" w:cs="Times New Roman"/>
        </w:rPr>
        <w:t>Илчлэл арван нэг, Езекиел гучин долоо, Матай хорин тав, мөн Миллерчүүдийн түүх (түүнчлэн шинэчлэлийн бүх хөдөлгөөнд тохиолддог Миллерчүүдийн түүхийн адил замын тэмдгүүд) нь унтаж буй онгон охидыг сэрээх “онцгой үйл явц”-ыг тодорхойлон харуулдаг. Энэ үйл явц нь урам хугарлын үед онгон охид унтсанаар эхэлдэг. Урам хугарлаар эхэлсэн саатлын хугацаа эцэстээ саатлын хугацаа мөн болох нь танигддаг. Саатлын хугацааны сүүлчийн хэсэг нь Шөнийн дунд хашхирааны мэдээний хөгжил юм. Мэдээ тогтоогдсоны дараа тэр нь өөрийн оргил үе болох шүүлт хүртэл тунхаглагддаг.</w:t>
      </w:r>
    </w:p>
    <w:p>
      <w:pPr>
        <w:pStyle w:val="ArticleBody"/>
        <w:jc w:val="left"/>
      </w:pPr>
      <w:r>
        <w:rPr>
          <w:rFonts w:ascii="Times New Roman" w:hAnsi="Times New Roman" w:eastAsia="Times New Roman" w:cs="Times New Roman"/>
        </w:rPr>
        <w:t>Исаиад гардаг “дуу хоолой” хэмээн дүрслэгдсэн элч, тунхаглагдах ёстой мэдээ юу болохыг асуув. Түүнд бэлгэдэлт хэлээр Исламын мэдээг толилуулахыг хэлсэн. Исламын эш үзүүллэгт мэдээ нь удахгүй гарах Ням гаргийн хуультай салангид байж үл чадна. Учир нь Ислам бол бүрээний хүч бөгөөд Илчлэл дэх долоон бүрээ нь Ням гаргийн хууль тогтоодог эрх мэдлүүдэд буулгах Бурханы шүүлтийг төлөөлдөг. Тэдгээр эрх мэдэл нь 321 онд луугийн бэлгэдэл болсон харь Ром, 538 онд араатны бэлгэдэл болсон папын Ром, мөн хуурамч эш үзүүлэгчийн бэлгэдэл болсон Америкийн Нэгдсэн Улсад удахгүй гарах Ням гаргийн хууль юм.</w:t>
      </w:r>
    </w:p>
    <w:p>
      <w:pPr>
        <w:pStyle w:val="ArticleBody"/>
        <w:jc w:val="left"/>
      </w:pPr>
      <w:r>
        <w:rPr>
          <w:rFonts w:ascii="Times New Roman" w:hAnsi="Times New Roman" w:eastAsia="Times New Roman" w:cs="Times New Roman"/>
        </w:rPr>
        <w:t>Цөлд хашхирч байсан “дуу хоолой” юу тунхаглах ёстой тэрхүү мэдээний тодорхойлолттой холбогдон, Бурханы үг хэзээ ч бүтэлгүйтдэггүй гэсэн амлалт өгөгдсөн байдаг. Бурханы үг хэзээ ч бүтэлгүйтдэггүй гэсэн тэрхүү “амлалт ба баталгаа” нь Хабаккук номын хоёрдугаар бүлгийн гуравдугаар зүйлд: “Эцэст нь энэ нь өгүүлэх бөгөөд худал хэлэхгүй; удаашрах мэт боловч түүнийг хүлээ; учир нь энэ нь гарцаагүй ирнэ, саатахгүй” хэмээн илэрхийлэгдсэнтэй адил эш үзүүллэгийн нөхцөл байдалд байрладаг. Исламын мэдээ хэзээ ч бүтэлгүйтэхгүй, гарцаагүй ирнэ. Исаиа номын дөчдүгээр бүлгийн сүүлчийн зүйл нь Хабаккук дахь үзэгдлийг хүлээгчдэд ханддаг.</w:t>
      </w:r>
    </w:p>
    <w:p>
      <w:pPr>
        <w:pStyle w:val="ArticleScripture"/>
        <w:jc w:val="left"/>
      </w:pPr>
      <w:r>
        <w:rPr>
          <w:rFonts w:ascii="Times New Roman" w:hAnsi="Times New Roman" w:eastAsia="Times New Roman" w:cs="Times New Roman"/>
        </w:rPr>
        <w:t>Харин ЭЗЭНийг хүлээгчид хүчээ сэлбэнэ; тэд бүргэд мэт жигүүрлэн хөөрнө; тэд гүйх боловч ядрахгүй; тэд алхах боловч цуцлахгүй. Исаиа 40:31.</w:t>
      </w:r>
    </w:p>
    <w:p>
      <w:pPr>
        <w:pStyle w:val="ArticleBody"/>
        <w:jc w:val="left"/>
      </w:pPr>
      <w:r>
        <w:rPr>
          <w:rFonts w:ascii="Times New Roman" w:hAnsi="Times New Roman" w:eastAsia="Times New Roman" w:cs="Times New Roman"/>
        </w:rPr>
        <w:t>Одоо лац нь тайлагдаж буй долоон аянгын “нуугдмал түүх” нь урам хугаралтаар эхэлж, урам хугаралтаар төгсөх гурван тэмдэглэгээг тодорхойлдог. Тэрхүү бэлгэдлийн түүхэнд хоёр хугацааны үеэр тусгаарлагдсан гурван тэмдэглэгээ бий. Урам хугаралт нь саатлын хугацааг эхлүүлдэг. Саатлын хугацаа нь Шөнийн дунд Хашхирааны залруулсан мэдээ ба эш үзүүлгийг авчирдаг. Шөнийн дунд Хашхирааны мэдээ нь Шөнийн дунд Хашхирааны мэдээг тунхаглах нэгэн хугацааг эхлүүлдэг бөгөөд энэ нь шүүлтээр төлөөлөгдсөн хоёр дахь урам хугаралт руу хүргэдэг. Хоёр хугацааны үеэр тусгаарлагдсан тэрхүү гурван алхам нь еврей хэлний “үнэн” хэмээх үгэнд бүтээгдсэн Альфа ба Омегаг төлөөлдөг.</w:t>
      </w:r>
    </w:p>
    <w:p>
      <w:pPr>
        <w:pStyle w:val="ArticleBody"/>
        <w:jc w:val="left"/>
      </w:pPr>
      <w:r>
        <w:rPr>
          <w:rFonts w:ascii="Times New Roman" w:hAnsi="Times New Roman" w:eastAsia="Times New Roman" w:cs="Times New Roman"/>
        </w:rPr>
        <w:t>Езекиелийн гучин долоодугаар бүлэгт Езекиел мөн Исаиа дөчдүгээр бүлгийн “дуу хоолой”-г төлөөлдөг. Исаиа дөчдүгээр бүлэг дэх тэрхүү дуу хоолой, “Би юуг хашхирах вэ?” гэж асуудаг. Тэгвэл Езекиелийн гучин долоодугаар бүлгийн долоодугаар эшлэл дэх “дуу хоолой” нь өөрт нь “тушаагдсаны дагуу” “эш үзүүлэв.”</w:t>
      </w:r>
    </w:p>
    <w:p>
      <w:pPr>
        <w:pStyle w:val="ArticleScripture"/>
        <w:jc w:val="left"/>
      </w:pPr>
      <w:r>
        <w:rPr>
          <w:rFonts w:ascii="Times New Roman" w:hAnsi="Times New Roman" w:eastAsia="Times New Roman" w:cs="Times New Roman"/>
        </w:rPr>
        <w:t>Тийнхүү би тушаагдсанаар эш үзүүлэв; намайг эш үзүүлж байхад нэгэн чимээ гарч, болгоогтун, нэгэн доргилт болж, яснууд тус бүр өөрийн ястайгаа нийлэв. Тэгээд би харж байтал, болгоогтун, тэдний дээр шөрмөс ба мах урган гарч, арьс тэднийг дээрээс нь бүрхэв; харин тэдний дотор амьсгал байсангүй. Езекиел 37:7, 8.</w:t>
      </w:r>
    </w:p>
    <w:p>
      <w:pPr>
        <w:pStyle w:val="ArticleBody"/>
        <w:jc w:val="left"/>
      </w:pPr>
      <w:r>
        <w:rPr>
          <w:rFonts w:ascii="Times New Roman" w:hAnsi="Times New Roman" w:eastAsia="Times New Roman" w:cs="Times New Roman"/>
        </w:rPr>
        <w:t>Езекиелийн эхний эш үзүүллэг нь ясуудыг махбодтой нь нэгтгэсэн боловч тэд хараахан амьд болоогүй байв. Иймээс Езекиел хоёр дахь удаагаа өөрт нь “тушааснаар” “эш үзүүлэв.” Хоёр дахь эш үзүүллэг нь бие махбодыг амилуулсан юм. Эдгээр хоёр эш үзүүллэг нь Адамыг бүтээсэн үйл явдлаар бэлгэдэгдсэн байдаг.</w:t>
      </w:r>
    </w:p>
    <w:p>
      <w:pPr>
        <w:pStyle w:val="ArticleScripture"/>
        <w:jc w:val="left"/>
      </w:pPr>
      <w:r>
        <w:rPr>
          <w:rFonts w:ascii="Times New Roman" w:hAnsi="Times New Roman" w:eastAsia="Times New Roman" w:cs="Times New Roman"/>
        </w:rPr>
        <w:t>Тэгээд Эзэн Бурхан газрын шорооноос хүнийг бүтээж, түүний хамрын нүхэнд амийн амьсгалыг үлээв; тийнхүү хүн амьд сүнс болов. Эхлэл 2:7.</w:t>
      </w:r>
    </w:p>
    <w:p>
      <w:pPr>
        <w:pStyle w:val="ArticleBody"/>
        <w:jc w:val="left"/>
      </w:pPr>
      <w:r>
        <w:rPr>
          <w:rFonts w:ascii="Times New Roman" w:hAnsi="Times New Roman" w:eastAsia="Times New Roman" w:cs="Times New Roman"/>
        </w:rPr>
        <w:t>Үхсэн хуурай ясыг амьдруулах хоёр шаттай үйл явц анх Адамыг бүтээсэн явдалд дурдагддаг бөгөөд ингэснээр Бурханы эш үзүүллийн Үг нь мөн Түүний бүтээх хүч мөн болохыг онцолдог. Бурхан эхлээд Адамыг “бүрэлдүүлсэн”, мөн Езекиелийн эхний эш үзүүллэг яс, биеийг хооронд нь нэгтгэсэн; дараа нь Бурхан “түүний хамар луу амийн амьсгалыг үлээж, хүн амьд сүнс болсон билээ.”</w:t>
      </w:r>
    </w:p>
    <w:p>
      <w:pPr>
        <w:pStyle w:val="ArticleBody"/>
        <w:jc w:val="left"/>
      </w:pPr>
      <w:r>
        <w:rPr>
          <w:rFonts w:ascii="Times New Roman" w:hAnsi="Times New Roman" w:eastAsia="Times New Roman" w:cs="Times New Roman"/>
        </w:rPr>
        <w:t>Езекиелийн хоёр дахь эш үзүүллэг нь яснуудад бус, харин “салхинд” хандсан байв. Учир нь түүнд “салхинд хэл” гэж айлдан, “Ай амьсгал аа, дөрвөн салхинаас ирж, эдгээр алагдагсдын дээр үлээ, тэгвэл тэд амьдрах болно” гэжээ. Үхэгсэдийн биеийг хүчирхэг их цэрэг болгон амилуулдаг Езекиелийн хоёр дахь эш үзүүллэг нь үхэгсдийн биед бус, харин салхинд хандсан байв. Энэ нь биесийн дээр үлээхийг салхинд тушаасан тушаал байлаа. “Амьсгал” хэмээх үг Бурханы Үгэнд анх дурдагдсан нь Адамыг бүтээсэн явдал бөгөөд тэнд энэ нь амийн амьсгал хэмээн тодорхойлогдсон байдаг. Үхэгсдийн биед амийг авчирдаг зүйл нь дөрвөн салхинаас ирдэг юм.</w:t>
      </w:r>
    </w:p>
    <w:p>
      <w:pPr>
        <w:pStyle w:val="ArticleScripture"/>
        <w:jc w:val="left"/>
      </w:pPr>
      <w:r>
        <w:rPr>
          <w:rFonts w:ascii="Times New Roman" w:hAnsi="Times New Roman" w:eastAsia="Times New Roman" w:cs="Times New Roman"/>
        </w:rPr>
        <w:t>“Тэнгэрэлч нар дөрвөн салхийг тогтоон барьж байна. Тэдгээр нь уур хилэнтэй, уяанаасаа тасран мултарч, бүх дэлхийн гадаргуу дээгүүр давхин одохоор тэмүүлэн, зам мөрдөө сүйрэл ба үхлийг авч яваа морь мэт дүрслэгдсэн юм.</w:t>
      </w:r>
    </w:p>
    <w:p>
      <w:pPr>
        <w:pStyle w:val="ArticleScripture"/>
        <w:jc w:val="left"/>
      </w:pPr>
      <w:r>
        <w:rPr>
          <w:rFonts w:ascii="Times New Roman" w:hAnsi="Times New Roman" w:eastAsia="Times New Roman" w:cs="Times New Roman"/>
        </w:rPr>
        <w:t>“Бид мөнхийн ертөнцийн яг ирмэг дээр унтсаар байх уу? Бид мохоо, хөрсөн, үхмэл хэвээр байх уу? Өө, Бурхан Өөрийн ард түмэнд Өөрийн Сүнс ба амийг үлээж өгч, тэд хөл дээрээ зогсон амьдрахын тулд энэ нь манай чуулгануудад байгаасай.” Manuscript Releases, volume 20, 217.</w:t>
      </w:r>
    </w:p>
    <w:p>
      <w:pPr>
        <w:pStyle w:val="ArticleBody"/>
        <w:jc w:val="left"/>
      </w:pPr>
      <w:r>
        <w:rPr>
          <w:rFonts w:ascii="Times New Roman" w:hAnsi="Times New Roman" w:eastAsia="Times New Roman" w:cs="Times New Roman"/>
        </w:rPr>
        <w:t>Эндхүү хоёр асуулт нь: бид унтах уу, мөн бид үхсэн байх уу?… нэгэн ижил эш үзүүллэгийн байдлыг илэрхийлсэн хоёр нэр томьёо юм. Тэнгэрэлчүүдээр саатуулагдаж буй дөрвөн салхины тухай мэдээ нь Бурханы амийг үхэгсдийн дотор оруулж, тэднийг босгон амьдруулдаг мэдээ юм. Дөрвөн салхины тухай мэдээ нь Исламын уурт морины тухай мэдээ мөн. Илчлэлт ном дахь дөрвөн салхины тухай мэдээ нь тамгалах мэдээ юм. Илчлэлт 7:1–3 дахь тамгалах мэдээ нь Бурханы зарц нар тамгалагдах хүртэл дөрвөн салхи саатуулагдаж байгааг тодорхойлдог мэдээ юм.</w:t>
      </w:r>
    </w:p>
    <w:p>
      <w:pPr>
        <w:pStyle w:val="ArticleScripture"/>
        <w:jc w:val="left"/>
      </w:pPr>
      <w:r>
        <w:rPr>
          <w:rFonts w:ascii="Times New Roman" w:hAnsi="Times New Roman" w:eastAsia="Times New Roman" w:cs="Times New Roman"/>
        </w:rPr>
        <w:t>Эдгээрийн дараа би газрын дөрвөн өнцөгт зогсож, газрын дөрвөн салхийг барин, салхи нь газар дээр ч, тэнгист ч, ямар ч модон дээр ч үлээхгүй байлгаж буй дөрвөн тэнгэрэлчийг үзэв. Тэгээд би амьд Бурханы тамгыг эзэмшсэн өөр нэгэн тэнгэрэлч зүүнээс өгсөн гарч ирэхийг үзэв. Тэрээр газар ба тэнгист гай учруулах эрх өгөгдсөн тэр дөрвөн тэнгэрэлчид чанга дуугаар хашхиран, “Бид Бурханыхаа зарц нарыг духан дээр нь тамгалах хүртэл газар ч бүү, тэнгис ч бүү, модод ч бүү гэмтээгтүн” хэмээн айлдав. Илчлэлт 7:1–3.</w:t>
      </w:r>
    </w:p>
    <w:p>
      <w:pPr>
        <w:pStyle w:val="ArticleBody"/>
        <w:jc w:val="left"/>
      </w:pPr>
      <w:r>
        <w:rPr>
          <w:rFonts w:ascii="Times New Roman" w:hAnsi="Times New Roman" w:eastAsia="Times New Roman" w:cs="Times New Roman"/>
        </w:rPr>
        <w:t>Езекиелийн хоёр дахь эш үзүүллэг салхинд чиглэгдсэн бөгөөд салхины биед хүргэсэн амь нь дөрвөн салхины мэдээнээс ирсэн юм. Езекиел гучин долоогийн наймаас аравдугаар эшлэлд “салхи” эсвэл “амьсгал” хэмээн гарч буй үг нь тохиол бүрд нэгэн ижил еврей үг юм. Бурхан Адамд амийн амьсгалыг үлээсэн бөгөөд Езекиелд амийн амьсгал нь дөрвөн салхинаас ирдэг нэг зуун дөчин дөрвөн мянгыг тамгалах мэдээ юм. Тэрхүү мэдээ нь эхний мэдээгээр үхлийн хөндийд цуглуулан авчирсан биед Бурханы бүтээлч хүчийг хүргэдэг. Дөрвөн салхины мэдээ бол Ням гаргийн хуулийн улмаас Америкийн Нэгдсэн Улсад шүүлт авчирч буй Исламын тухай мэдээ мөн. Энэ бол Шөнийн Дунд Хашхирааны мэдээ юм.</w:t>
      </w:r>
    </w:p>
    <w:p>
      <w:pPr>
        <w:pStyle w:val="ArticleBody"/>
        <w:jc w:val="left"/>
      </w:pPr>
      <w:r>
        <w:rPr>
          <w:rFonts w:ascii="Times New Roman" w:hAnsi="Times New Roman" w:eastAsia="Times New Roman" w:cs="Times New Roman"/>
        </w:rPr>
        <w:t>Долоон аянгын нууцлаг түүх нь саатлын хугацааг эхлүүлдэг нэгэн урам хугаралтаас эхэлдэг. Илчлэл арван нэгдүгээр бүлэгт, 2020 оны 7 дугаар сарын 18-нд хоёр эш үзүүлэгч алагдах үед саатлын хугацаа эхэлсэн. Эзэн, гудамжинд үхсэн хэвтэж буй хоёр гэрч амьдарч чадах эсэхийг Езекиелээс асуух үед Езекиел үхэгсдийн дунд байсан.</w:t>
      </w:r>
    </w:p>
    <w:p>
      <w:pPr>
        <w:pStyle w:val="ArticleScripture"/>
        <w:jc w:val="left"/>
      </w:pPr>
      <w:r>
        <w:rPr>
          <w:rFonts w:ascii="Times New Roman" w:hAnsi="Times New Roman" w:eastAsia="Times New Roman" w:cs="Times New Roman"/>
        </w:rPr>
        <w:t>ЭЗЭНий мутар миний дээр байж, ЭЗЭНий Сүнсээр намайг гарган авч одоод, ясаар дүүрэн байсан хөндийн голд намайг буулгав. Тэр намайг тэдгээрийн эргэн тойронд явуулав. Харагтун, задгай хөндийд маш олон яс байлаа; мөн харагтун, тэдгээр нь маш хатаж гандсан байв. Тэгээд Тэр надад, Хүний хүү, эдгээр яс амь орж чадах уу? гэж айлдав. Би хариуд нь, Эзэн БУРХАН, Та мэднэ хэмээв. Езекиел 37:1–3.</w:t>
      </w:r>
    </w:p>
    <w:p>
      <w:pPr>
        <w:pStyle w:val="ArticleBody"/>
        <w:jc w:val="left"/>
      </w:pPr>
      <w:r>
        <w:rPr>
          <w:rFonts w:ascii="Times New Roman" w:hAnsi="Times New Roman" w:eastAsia="Times New Roman" w:cs="Times New Roman"/>
        </w:rPr>
        <w:t>Долоодугаар эшлэлд, Езекиел хоёр эш үзүүллэгийн эхнийхийг айлдахдаа өгүүлсэн мэдээ нь ердөө: “Өө, хатсан яснууд аа, ЭЗЭНий үгийг сонсогтун” гэсэн байв. Илчлэлт номд Иохан: “энэ номын эш үзүүллэгийн үгсийг сонсогчид ерөөлтэй” хэмээн тэмдэглэсэн байдаг. Езекиел ЭЗЭНий Үгийг сонсох тухай Езекиелийн тушаалыг сонсдог, ерөөлтэй тэдгээр хүмүүсийг үхсэн хатсан яснуудаар төлөөлүүлдэг бөгөөд Түүний Үг бол Үнэн мөн. Езекиелийн хоёрдугаар бүлэгт Бурханы үгийг сонсогсдын туршлагыг дүрслэн өгүүлсэн байдаг.</w:t>
      </w:r>
    </w:p>
    <w:p>
      <w:pPr>
        <w:pStyle w:val="ArticleScripture"/>
        <w:jc w:val="left"/>
      </w:pPr>
      <w:r>
        <w:rPr>
          <w:rFonts w:ascii="Times New Roman" w:hAnsi="Times New Roman" w:eastAsia="Times New Roman" w:cs="Times New Roman"/>
        </w:rPr>
        <w:t>Тэр надад, “Хүний хүү, хөл дээрээ бос; Би чамд айлдъя” гэв. Тэр надад айлдах үед сүнс миний дотор орж, намайг хөл дээр минь босгов; тэгээд би надад айлдаж буй Нэгэнийг сонсов. Езекиел 2:1, 2.</w:t>
      </w:r>
    </w:p>
    <w:p>
      <w:pPr>
        <w:pStyle w:val="ArticleBody"/>
        <w:jc w:val="left"/>
      </w:pPr>
      <w:r>
        <w:rPr>
          <w:rFonts w:ascii="Times New Roman" w:hAnsi="Times New Roman" w:eastAsia="Times New Roman" w:cs="Times New Roman"/>
        </w:rPr>
        <w:t>Илчлэлт номын арван нэгдүгээр бүлэгт үхсэн цогцсууд Эзэний Үгийг сонсоход Тайтгаруулагч тэдний дотор орж, тэд хөл дээрээ босдог. Тэднийг хөл дээр нь босгодог Нэгэн нь Тайтгаруулагч мөн.</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мөн тэднийг харсан хүмүүсийн дээр агуу их айдас нөмрөв. Илчлэл 11:11.</w:t>
      </w:r>
    </w:p>
    <w:p>
      <w:pPr>
        <w:pStyle w:val="ArticleBody"/>
        <w:jc w:val="left"/>
      </w:pPr>
      <w:r>
        <w:rPr>
          <w:rFonts w:ascii="Times New Roman" w:hAnsi="Times New Roman" w:eastAsia="Times New Roman" w:cs="Times New Roman"/>
        </w:rPr>
        <w:t>Үхэгсдийн босон зогсох нь тэднийг булшнаас нь өндийлгөн, Ням гарагийн хуулийн шүүлтийн үед өргөгдөх туг тэмдэг болгох хоёр үе шаттай үйл явцын эхний алхам мөн. Тэд арван нэгдүгээр бүлэгт босон зогсоход, тэднийг харсан хүмүүсийн дээр “их айдас” буудаг.</w:t>
      </w:r>
    </w:p>
    <w:p>
      <w:pPr>
        <w:pStyle w:val="ArticleScripture"/>
        <w:jc w:val="left"/>
      </w:pPr>
      <w:r>
        <w:rPr>
          <w:rFonts w:ascii="Times New Roman" w:hAnsi="Times New Roman" w:eastAsia="Times New Roman" w:cs="Times New Roman"/>
        </w:rPr>
        <w:t>Тэр айсандаа өөрийн бэхлэлт уруу өнгөрөн одох бөгөөд түүний ноёд туг тэмдгээс айн эмээх болно гэж Сионд гал нь, Иерусалимд зуух нь байдаг ЭЗЭН айлдаж байна. Исаиа 31:9.</w:t>
      </w:r>
    </w:p>
    <w:p>
      <w:pPr>
        <w:pStyle w:val="ArticleBody"/>
        <w:jc w:val="left"/>
      </w:pPr>
      <w:r>
        <w:rPr>
          <w:rFonts w:ascii="Times New Roman" w:hAnsi="Times New Roman" w:eastAsia="Times New Roman" w:cs="Times New Roman"/>
        </w:rPr>
        <w:t>Миллеритүүдийн түүхэн дэх Шөнө дундын хашхирааны мэдээ нь хоёр дахь тэнгэрэлчийн мэдээний хоёр дахь хэсэг байсан. Хоёр дахь тэнгэрэлчийн мэдээ нь тухайн үед Вавилоны охид хэмээн тодорхойлогдсон сүмүүдээс Миллеритүүдийг тусгаарласан бөгөөд итгэмжит хүмүүсийг гарч ирж Миллеритүүдтэй хамт зогсохоор дуудсан. Тэр мэдээгээр итгэгчдийн нэгэн “бие” бүрэлдэн тогтсон бөгөөд дараа нь хоёр дахь алхам нь хоёр дахь мэдээтэй нэгдэж түүнд хүч нэмсэн Шөнө дундын хашхирааны мэдээ байв. Тэгээд Миллеритүүд асар хүчирхэг цэрэг болж, тэр мэдээг нутаг даяар түрлэг мэт давалгаалуулан түгээсэн. Тэрхүү хоёр үе шаттай үйл явц нь Илчлэлт арван наймын хоёр дуу хоолой мөн бөгөөд Илчлэлт арван нэгдүгээр бүлгийн гудамжинд алагдсан Езекиел дэх хатсан үхмэл яснуудын амилалтын яг адил үйл явц мөн.</w:t>
      </w:r>
    </w:p>
    <w:p>
      <w:pPr>
        <w:pStyle w:val="ArticleScripture"/>
        <w:jc w:val="left"/>
      </w:pPr>
      <w:r>
        <w:rPr>
          <w:rFonts w:ascii="Times New Roman" w:hAnsi="Times New Roman" w:eastAsia="Times New Roman" w:cs="Times New Roman"/>
        </w:rPr>
        <w:t>“Тэнгэрээс ирсэн хүчирхэг тэнгэрэлчид туслуулахаар тэнгэрэлч нар илгээгдсэн бөгөөд, хаа сайгүй цуурайтах мэт сонсогдох дуу хоолойг би сонсов: Миний ард түмэн, түүний дундаас гарцгаа; ингэснээр та нар түүний нүглүүдэд хамтран оролцогч болохгүй, мөн түүний гай гамшгуудаас хүртэхгүй. Учир нь түүний нүглүүд тэнгэрт хүрсэн бөгөөд Бурхан түүний гэм бурууг санасан юм. Энэ мэдээ нь гурав дахь мэдээнд нэмэгдсэн зүйл мэт санагдаж, 1844 онд шөнийн дундын хашхираан хоёр дахь тэнгэрэлчийн мэдээнд нэгдсэнтэй адил түүнтэй нэгдсэн юм.” Spiritual Gifts, volume 1, 195, 196.</w:t>
      </w:r>
    </w:p>
    <w:p>
      <w:pPr>
        <w:pStyle w:val="ArticleBody"/>
        <w:jc w:val="left"/>
      </w:pPr>
      <w:r>
        <w:rPr>
          <w:rFonts w:ascii="Times New Roman" w:hAnsi="Times New Roman" w:eastAsia="Times New Roman" w:cs="Times New Roman"/>
        </w:rPr>
        <w:t>Долоон аянгын далд түүхэн дэх эхний замын тэмдэг нь саатлын цагийг эхлүүлдэг урам хугаралт мөн. Саатлын цаг нь гурван хагас өдрөөр дүрслэгддэг цаг хугацааны үе бөгөөд энэ нь цөлийн бэлгэдэл юм. Цөлд дөчин жил тэнүүчилсний эцэст Иошуа хүчит их цэргийг Уугуулсан нутаг руу удирдан оруулсан. Гурван хагас өдрийн төгсгөлд Езекиел үхлийн хөндийд аваачигдаж, үхсэн биетүүдэд “ЭЗЭНий үгийг сонсогтун” хэмээн тушаахыг түүнд айлддаг. Езекиел бол цөлд хашхирагч нэгэн “дуу хоолой” юм. ЭЗЭНий Үгийг сонсох тушаал нь биеийн хэсгүүдийг нийлүүлдэг боловч тэд хараахан амь орсон биш, хараахан цэрэг болоогүй, хараахан тамгалагдаагүй байна. Езекиелийн хоёрдугаар бүлэгт хэлсэн “ЭЗЭНий үг” нь Тайтгаруулагч ирэх үед Бурханы ард түмэн ЭЗЭНий Үгийг нэгэн зэрэг сонсохын хамт босон зогсдогийг тодорхойлдог. Христ тэднийг гудамжинд алагдсанаас хойш гурван хагас өдрийн дараа Тайтгаруулагчийг илгээнэ хэмээн амласан билээ.</w:t>
      </w:r>
    </w:p>
    <w:p>
      <w:pPr>
        <w:pStyle w:val="ArticleBody"/>
        <w:jc w:val="left"/>
      </w:pPr>
      <w:r>
        <w:rPr>
          <w:rFonts w:ascii="Times New Roman" w:hAnsi="Times New Roman" w:eastAsia="Times New Roman" w:cs="Times New Roman"/>
        </w:rPr>
        <w:t>Нэгэнт босон зогссоны дараа, “одоогоор амьд болоогүй” байгаа биесэд хоёр дахь эш үзүүллэг өгөгдөнө. Исаиа дахь “цөлд хашхирагч дуу хоолой” өөрийнх нь хашхирах ёстой эш үзүүллэг юу болохыг асуудаг. Езекиел болон Исаиа дөчид буй “дуу хоолой”-д тунхаглахаар тушаагдсан тэрхүү “мэдээ” нь Исламын мэдээ мөн. Тэр эш үзүүллэг тунхаглагдахад “Адам” хүчирхэг цэрэг болон амилна. Тэгээд амьд хоёр гэрч тун удахгүй гарах Ням гаргийн хуулийг баталснаас үүдэн Америкийн Нэгдсэн Улсад буух Исламын шүүлтийн мэдээг тунхаглана. Ням гаргийн хуулийн шүүлт нь долоон аянгын далд түүхийн гурав дахь тэмдэглэл мөн. Тэр нь биелэхэд, тэр цэрэг тэнгэр өөд туг тэмдэг болон өргөгдөж, Илчлэл арван дөрөвт дүрслэгдсэн байдаг.</w:t>
      </w:r>
    </w:p>
    <w:p>
      <w:pPr>
        <w:pStyle w:val="ArticleScripture"/>
        <w:jc w:val="left"/>
      </w:pPr>
      <w:r>
        <w:rPr>
          <w:rFonts w:ascii="Times New Roman" w:hAnsi="Times New Roman" w:eastAsia="Times New Roman" w:cs="Times New Roman"/>
        </w:rPr>
        <w:t>“Би эхний, хоёр дахь, гурав дахь тэнгэрэлчийн мэдээнүүдтэй холбоотой туршлагатай байсан. Эдгээр тэнгэрэлч нарыг тэнгэрийн хаяанд нисэн, дэлхий дахинд сэрэмжлүүлгийн мэдээ тунхаглаж, мөн энэ дэлхийн түүхийн эцсийн өдрүүдэд амьдарч буй ард түмэнд шууд хамааралтай байхаар дүрслэн үзүүлсэн байдаг. Хэн ч эдгээр тэнгэрэлч нарын дуу хоолойг сонсдоггүй. Учир нь тэд тэнгэрийн ертөнцтэй зохицон ажиллаж буй Бурханы ард түмнийг төлөөлөх бэлгэдэл юм. Бурханы Сүнсээр гэгээрүүлэгдэж, үнэнээр ариусгагдсан эрэгтэйчүүд, эмэгтэйчүүд эдгээр гурван мэдээг өөр өөрийн дарааллаар тунхагладаг.” Selected Messages, book 2, 387.</w:t>
      </w:r>
    </w:p>
    <w:p>
      <w:pPr>
        <w:pStyle w:val="ArticleBody"/>
        <w:jc w:val="left"/>
      </w:pPr>
      <w:r>
        <w:rPr>
          <w:rFonts w:ascii="Times New Roman" w:hAnsi="Times New Roman" w:eastAsia="Times New Roman" w:cs="Times New Roman"/>
        </w:rPr>
        <w:t>Өргөгдөн мандуулсан туг нь тэнгэрийн дунд нисэн, хүн төрөлхтнийг араатны тэмдэгийг хүлээн авахаас сэрэмжлүүлж буй гурав дахь тэнгэрэлч мөн. Хүчит цэрэглэл Михаил босож, хүний сорилтын хугацаа хаагдах хүртэл энэ мэдээг дэлхийд үргэлжлүүлэн тунхагласаар байдаг.</w:t>
      </w:r>
    </w:p>
    <w:p>
      <w:pPr>
        <w:pStyle w:val="ArticleBody"/>
        <w:jc w:val="left"/>
      </w:pPr>
      <w:r>
        <w:rPr>
          <w:rFonts w:ascii="Times New Roman" w:hAnsi="Times New Roman" w:eastAsia="Times New Roman" w:cs="Times New Roman"/>
        </w:rPr>
        <w:t>Бид эдгээр бодлыг дараагийн өгүүлэлд үргэлжлүүлэн авч үзнэ.</w:t>
      </w:r>
    </w:p>
    <w:p>
      <w:pPr>
        <w:pStyle w:val="ArticleScripture"/>
        <w:jc w:val="left"/>
      </w:pPr>
      <w:r>
        <w:rPr>
          <w:rFonts w:ascii="Times New Roman" w:hAnsi="Times New Roman" w:eastAsia="Times New Roman" w:cs="Times New Roman"/>
        </w:rPr>
        <w:t>Шөнө дунд хашхирах дуу гарч, Харагтун, сүйт залуу ирж байна; түүнийг угтан авахаар гарцгаа хэмээв. Матай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Тавдугаар дугаар</dc:title>
  <dc:subject>Исаиа Дөч: Тайтгаруул, тайтгаруул</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