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Есүс Христийн Илчлэл — Долоо дахь тоо</w:t>
      </w:r>
    </w:p>
    <w:p>
      <w:pPr>
        <w:pStyle w:val="ArticleSubtitle"/>
        <w:jc w:val="left"/>
      </w:pPr>
      <w:r>
        <w:rPr>
          <w:rFonts w:ascii="Arial" w:hAnsi="Arial" w:eastAsia="Arial" w:cs="Arial"/>
        </w:rPr>
        <w:t>Гурав дахь гай ба долоо дахь хаанчлалын мандалт: Ням гаргийн хуулийн эш үзүүллэгийн ач холбогдол</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2023-10-29</w:t>
      </w:r>
    </w:p>
    <w:p>
      <w:pPr>
        <w:pStyle w:val="ArticleBody"/>
        <w:jc w:val="left"/>
      </w:pPr>
      <w:r>
        <w:rPr>
          <w:rFonts w:ascii="Times New Roman" w:hAnsi="Times New Roman" w:eastAsia="Times New Roman" w:cs="Times New Roman"/>
        </w:rPr>
        <w:t>Илчлэл номын арван нэгдүгээр бүлэгт, “хотын аравны нэг хэсэг” нуран унах яг “тэр цагт” хоёр гэрч тэмдэг болгон тэнгэр өөд өргөгддөг. Тэр цагт “хоёр дахь гай өнгөрөв; харагтун, гурав дахь гай түргэн ирнэ.” Ислам нь Ням гаргийн хуулийн “газар хөдлөлт” болох “цагт” ирдэг долоо дахь бүрээ бөгөөд гурав дахь гай мөн.</w:t>
      </w:r>
    </w:p>
    <w:p>
      <w:pPr>
        <w:pStyle w:val="ArticleScripture"/>
        <w:jc w:val="left"/>
      </w:pPr>
      <w:r>
        <w:rPr>
          <w:rFonts w:ascii="Times New Roman" w:hAnsi="Times New Roman" w:eastAsia="Times New Roman" w:cs="Times New Roman"/>
        </w:rPr>
        <w:t>Тэгээд тэдэнд хандан, “Нааш, дээшээ гар” хэмээн айлдах тэнгэрээс ирэх агуу дуу хоолойг тэд сонсов. Тэгээд тэд үүлэн дотор тэнгэр өөд гарч одов; дайснууд нь тэднийг харлаа. Мөн яг тэр цагт их газар хөдлөлт болж, хотын аравны нэг нь нурж унав, газар хөдлөлтөөр долоон мянган хүн алагдав; харин үлдсэн хүмүүс айн эмээж, тэнгэрийн Бурханд алдрыг өргөв. Хоёр дахь гай өнгөрөв; харин, болгоогтун, гурав дахь гай түргэн ирж байна. Долоо дахь тэнгэрэлч бүрээ үлээв; тэгэхэд тэнгэрт агуу дуу хоолойнууд гарч, “Энэ ертөнцийн хаанчлалууд бидний Эзэний болон Түүний Христийн хаанчлал боллоо; Тэрээр үүрд мөнхөд хаанчлах болно” хэмээн хэлэв. Бурханы өмнө өөрсдийн сэнтий дээр сууж байсан хорин дөрвөн ахлагч нүүрээрээ газар унан, Бурханд мөргөж, ийн хэлэв: “Төгс Хүчит Эзэн Бурхан аа, оршигч, байсан, мөн ирэх Нэгэн ээ, Та Өөрийн агуу хүчийг авч, хаанчилсан учир бид Танд талархлыг өргөнө. Үндэстнүүд уурсав, харин Таны уур хилэн иржээ, мөн үхэгсдийн шүүгдэх цаг, Таны зарц эш үзүүлэгчдэд, гэгээнтнүүдэд, мөн Таны нэрээс эмээгчдэд—бага ихгүй—шагнал өгөх цаг, мөн газрыг сүйтгэгчдийг устгах цаг иржээ.” Тэгээд тэнгэр дэх Бурханы сүм нээгдэж, Түүний сүм доторх гэрээний авдар харагдав; мөн цахилгаан цахилж, дуу хоолойнууд гарч, аянга нижигнэж, газар хөдлөлт болж, их мөндөр буув. Илчлэл 11:12–19.</w:t>
      </w:r>
    </w:p>
    <w:p>
      <w:pPr>
        <w:pStyle w:val="ArticleBody"/>
        <w:jc w:val="left"/>
      </w:pPr>
      <w:r>
        <w:rPr>
          <w:rFonts w:ascii="Times New Roman" w:hAnsi="Times New Roman" w:eastAsia="Times New Roman" w:cs="Times New Roman"/>
        </w:rPr>
        <w:t>Хоёр гэрч үүлэн дунд тэнгэр өөд хөөрдөг бөгөөд энэ нь эш үзүүллэгийн утгаар тэнгэрэлч нарын бүлгийг төлөөлдөг. Эдгээр өгүүллүүдэд өмнө нь эш татагдсанчлан, мөн Хабаккукийн Хүснэгтүүдэд байдагчлан, эгч Уайт хувь хүний мэдээнүүд болох нэгдүгээр, хоёрдугаар, гуравдугаар тэнгэрэлчийн мэдээ эш үзүүллэгийн түүхэнд хүрэлцэн ирэхдээ ганц нэгэн тэнгэрэлчээр дүрслэгддэг, харин Шөнө дундын Хашхирааны мэдээ олон тэнгэрэлчээр дүрслэгддэг болохыг тодорхойлдог. Хоёр гэрч тэнгэрэлч нарын цэргийн хүчээр Шөнө дундын Хашхирааны мэдээг тунхаглах үедээ тэнгэр өөд өргөгддөг; иймийн тул тэд “үүлэн дунд” тэнгэр өөд аваачигддаг.</w:t>
      </w:r>
    </w:p>
    <w:p>
      <w:pPr>
        <w:pStyle w:val="ArticleScripture"/>
        <w:jc w:val="left"/>
      </w:pPr>
      <w:r>
        <w:rPr>
          <w:rFonts w:ascii="Times New Roman" w:hAnsi="Times New Roman" w:eastAsia="Times New Roman" w:cs="Times New Roman"/>
        </w:rPr>
        <w:t>“Хоёр дахь тэнгэрэлчийн мэдээний төгсгөл ойртох үед, тэнгэрээс гарах агуу гэрэл Бурханы ард түмэн дээр тусаж байгааг би үзэв. Тэр гэрлийн цацрагууд нар мэт тод санагдаж байв. Тэгээд би тэнгэрэлчүүдийн дуу хоолой ийнхүү хашхирахыг сонсов: ‘Харагтун, Сүйт залуу ирж байна; Түүнийг угтан авахаар гарцгаа!’”</w:t>
      </w:r>
    </w:p>
    <w:p>
      <w:pPr>
        <w:pStyle w:val="ArticleScripture"/>
        <w:jc w:val="left"/>
      </w:pPr>
      <w:r>
        <w:rPr>
          <w:rFonts w:ascii="Times New Roman" w:hAnsi="Times New Roman" w:eastAsia="Times New Roman" w:cs="Times New Roman"/>
        </w:rPr>
        <w:t>“Энэ нь хоёр дахь тэнгэрэлчийн мэдээнд хүч өгөх ёстой байсан шөнийн дунд гарсан хашхираан мөн байв. Урам нь хугарсан ариун хүмүүсийг сэрээж, тэдний өмнө буй агуу ажилд бэлтгэхээр тэнгэрээс тэнгэрэлч нар илгээгдсэн юм. Хамгийн авьяаслаг хүмүүс энэ мэдээг хамгийн түрүүнд хүлээн аваагүй. Тэнгэрэлч нар даруу, үнэнч хүмүүст илгээгдэж, тэднийг ‘Харагтун, Сүйт залуу ирж байна; Түүнтэй уулзахаар гарцгаа!’ хэмээн хашхирахыг хүчлэн хөдөлгөв. Энэхүү хашхирааныг даалган хүлээлгэсэн хүмүүс яаравчлан, Ариун Сүнсний хүчээр мэдээг тунхаглаж, урам нь хугарсан ах дүүсээ сэрээв. Энэ ажил нь хүмүүсийн мэргэн ухаан, мэдлэгт бус, харин Бурханы хүчинд тулгуурласан бөгөөд хашхирааныг сонссон Түүний ариун хүмүүс түүнийг эсэргүүцэж чадсангүй. Хамгийн сүнслэг хүмүүс энэ мэдээг эхлээд хүлээн авсан бөгөөд урьд нь ажилд тэргүүлж явсан хүмүүс хамгийн сүүлд үүнийг хүлээн авч, ‘Харагтун, Сүйт залуу ирж байна; Түүнтэй уулзахаар гарцгаа!’ хэмээх хашхирааныг улам өргөжүүлэхэд тусалсан юм.” Early Writings, 238.</w:t>
      </w:r>
    </w:p>
    <w:p>
      <w:pPr>
        <w:pStyle w:val="ArticleBody"/>
        <w:jc w:val="left"/>
      </w:pPr>
      <w:r>
        <w:rPr>
          <w:rFonts w:ascii="Times New Roman" w:hAnsi="Times New Roman" w:eastAsia="Times New Roman" w:cs="Times New Roman"/>
        </w:rPr>
        <w:t>Хотын аравны нэг хэсгийг сүйтгэдэг газар хөдлөлтийн тэр цагт долоон мянган хүн алагдана. Энэ газар хөдлөлт нь Америкийн Нэгдсэн Улс дахь Ням гаргийн хууль мөн. Зөгнөлд хот гэдэг нь хаанчлал бөгөөд Америкийн Нэгдсэн Улс нь Илчлэл 17-д гардаг арван хааны хаанчлалын аравны нэг юм. Америкийн Нэгдсэн Улс Ням гаргийн хуулийн газар хөдлөлтөөр түлхэн унагагдаж, Библийн зөгнөлийн зургаа дахь хаанчлал байхаа болино; тэгээд арван хааны тэргүүлэх хаан, Библийн зөгнөлийн долоо дахь хаанчлал болон хувирч, өөрсдийн хаанчлалыг долоон хаадаас гарсан найм дахь нь болох папын эрх мэдэлд өгөхөөр санал нэгдэх болно.</w:t>
      </w:r>
    </w:p>
    <w:p>
      <w:pPr>
        <w:pStyle w:val="ArticleScripture"/>
        <w:jc w:val="left"/>
      </w:pPr>
      <w:r>
        <w:rPr>
          <w:rFonts w:ascii="Times New Roman" w:hAnsi="Times New Roman" w:eastAsia="Times New Roman" w:cs="Times New Roman"/>
        </w:rPr>
        <w:t>Чиний харсан арван эвэр нь одоогоор хаанчлалыг хүлээн аваагүй арван хаад мөн; гэвч араатантай хамт нэгэн цагийн турш хаадын адил эрх мэдэл хүлээн авна. Эдгээр нь нэгэн санаатай бөгөөд өөрсдийн хүч чадал, эрх мэдлээ араатанд өгнө. Эдгээр нь Хургатай дайтах боловч Хурга тэднийг ялан дийлнэ. Учир нь Тэр бол ноёдын Эзэн, хаадын Хаан мөн. Түүнтэй хамт байгчид нь дуудагдсан, сонгогдсон, итгэмжит хүмүүс мөн гэжээ. Тэгээд тэр надад: “Чиний харсан, янхан эмэгтэйн сууж буй уснууд нь ард түмнүүд, үй олон хүн, үндэстнүүд, хэлтнүүд мөн. Чиний араатан дээр харсан арван эвэр нь янхан эмэгтэйг үзэн ядаж, түүнийг хоосруулан нүцгэлж, махыг нь идэж, галаар шатаана. Учир нь Бурханы үгс биелэгдэх хүртэл Түүний хүслийг гүйцэлдүүлж, нэгэн санаатай байж, өөрсдийн хаанчлалыг араатанд өгөхөөр Бурхан тэдний зүрх сэтгэлд хийсэн юм. Чиний харсан эмэгтэй бол газрын хаадын дээр ноёрхдог тэр агуу хот мөн” гэж айлдав. Илчлэлт 17:12–18.</w:t>
      </w:r>
    </w:p>
    <w:p>
      <w:pPr>
        <w:pStyle w:val="ArticleBody"/>
        <w:jc w:val="left"/>
      </w:pPr>
      <w:r>
        <w:rPr>
          <w:rFonts w:ascii="Times New Roman" w:hAnsi="Times New Roman" w:eastAsia="Times New Roman" w:cs="Times New Roman"/>
        </w:rPr>
        <w:t>Нэгдсэн Үндэстний Байгууллагын арван хаад өөрсдийн дэлхий дахины “хаанчлалаа араатанд” өгөхөөр “зөвшилцдөг.” Тэд Дуулал наян гуравт өгүүлснээр “нэгэн санаатай” бөгөөд “нэгэн зөвшилцлөөр хамтран зөвлөлдсөн” байдаг. Ахаб нь Исаиа хорин гуравт гардаг Тирийн янхантай садар самууны хууль бус харилцаанд орсон арван овгийн хаан байв. Ахаб ба Иезебелийн хууль бус харилцаа нь Елиагийн цаг үед Баптисч Иохан хэмээн төлөөлөгдсөн Херод ба Херодиасын хууль бус харилцааны хэв шинж байлаа. Херод нь Ромын эзэнт гүрний төлөөлөгч байсан бөгөөд Даниел долоод Ромын эзэнт гүрэн арван эвэртэйгээр бүрддэг. Арван эвэр нь Ахабын арван овгийн хаанчлалаар хэв шинжлэгдсэн бөгөөд хоёулаа Нэгдсэн Үндэстний Байгууллагын арван хаанд гэрчлэл болдог. Ахаб ба Херод хууль бус харилцаан дахь төрийг төлөөлж байсан тул, тэдний үүрэг нь бэлгэдлийн далан жилийн төгсгөлд дуугаа дуулдаг Тирийн янхны төлөө тэрс үзэлтнүүдийн хавчлагыг хэрэгжүүлэхэд оршиж байв.</w:t>
      </w:r>
    </w:p>
    <w:p>
      <w:pPr>
        <w:pStyle w:val="ArticleScripture"/>
        <w:jc w:val="left"/>
      </w:pPr>
      <w:r>
        <w:rPr>
          <w:rFonts w:ascii="Times New Roman" w:hAnsi="Times New Roman" w:eastAsia="Times New Roman" w:cs="Times New Roman"/>
        </w:rPr>
        <w:t>“Хаад, эрх баригчид, захирагчид өөрсөд дээрээ антихристийн тамгыг тавьсан бөгөөд Бурханы тушаалуудыг сахиж, Есүсийн итгэлийг хадгалдаг ариун хүмүүстэй дайтхаар явдаг луугаар дүрслэгдсэн байна.” Testimonies to Ministers, 38.</w:t>
      </w:r>
    </w:p>
    <w:p>
      <w:pPr>
        <w:pStyle w:val="ArticleBody"/>
        <w:jc w:val="left"/>
      </w:pPr>
      <w:r>
        <w:rPr>
          <w:rFonts w:ascii="Times New Roman" w:hAnsi="Times New Roman" w:eastAsia="Times New Roman" w:cs="Times New Roman"/>
        </w:rPr>
        <w:t>Ням гаргийн хуулийн үед газрын араатан Библийн зөгнөлийн зургаа дахь хаанчлалын хувьд ноёрхохоо болино. Учир нь тэр саяхан Иезебелтэй садарлан завхайрч, улмаар Нэгдсэн Үндэстний Байгууллагын удирдлагыг гартаа авдаг. Дараа нь тэд өмнө нь өөрсдийн үндэстэнд Ням гаргийн хуулийн үед хэрэгжүүлж байсанчлан, тэрээр бүх дэлхийг араатны дүрийг дэлхий даяар босгон байгуулахад албаддаг.</w:t>
      </w:r>
    </w:p>
    <w:p>
      <w:pPr>
        <w:pStyle w:val="ArticleScripture"/>
        <w:jc w:val="left"/>
      </w:pPr>
      <w:r>
        <w:rPr>
          <w:rFonts w:ascii="Times New Roman" w:hAnsi="Times New Roman" w:eastAsia="Times New Roman" w:cs="Times New Roman"/>
        </w:rPr>
        <w:t>Тэрээр араатны өмнө үйлдэх эрх мэдэл өөрт нь өгөгдсөн тэр гайхамшгуудаар дамжуулан газар дэлхий дээр оршин суугчдыг мэхэлж, илдний шарх авсан атлаа амьд үлдсэн тэр араатны дүрийг бүтээхийг газар дэлхий дээр оршин суугчдад айлдав. Мөн тэрээр араатны дүрэнд амь өгөх эрх мэдэлтэй байсан тул араатны дүр нь ярьж, мөн араатны дүрд мөргөхгүй бүхнийг алуулахад хүргэв. Тэрээр бага, их, баян, ядуу, чөлөөт, боол гэлтгүй бүгдэд нь баруун гар дээрээ, эсвэл духан дээрээ тэмдэг авахуулдаг. Ингэснээр тэр тэмдэг, эсвэл араатны нэр, эсвэл түүний нэрийн тоог эзэмшээгүй хэн ч худалдаж авах буюу худалдах боломжгүй болов. Илчлэлт 13:14–17.</w:t>
      </w:r>
    </w:p>
    <w:p>
      <w:pPr>
        <w:pStyle w:val="ArticleBody"/>
        <w:jc w:val="left"/>
      </w:pPr>
      <w:r>
        <w:rPr>
          <w:rFonts w:ascii="Times New Roman" w:hAnsi="Times New Roman" w:eastAsia="Times New Roman" w:cs="Times New Roman"/>
        </w:rPr>
        <w:t>Ахаб, Херод, Ромын эзэнт гүрний арван хаан болон Нэгдсэн Үндэстний Байгууллагын арван хаан нь гэгээнтнүүдтэй дайтахаар оддог лууг төлөөлдөг. Учир нь Иезебелийн тэрс үзэлтэн хэмээн ангилдаг хүмүүсийг хавчин мөрдөх ажлыг ямагт Иезебелийн садар амраг нь гүйцэтгэдэг билээ.</w:t>
      </w:r>
    </w:p>
    <w:p>
      <w:pPr>
        <w:pStyle w:val="ArticleScripture"/>
        <w:jc w:val="left"/>
      </w:pPr>
      <w:r>
        <w:rPr>
          <w:rFonts w:ascii="Times New Roman" w:hAnsi="Times New Roman" w:eastAsia="Times New Roman" w:cs="Times New Roman"/>
        </w:rPr>
        <w:t>“Иймээс луу нь үндсэн утгаараа Сатаныг төлөөлдөг боловч хоёрдогч утгаараа харь шашинт Ромын бэлгэдэл мөн.” Агуу Тэмцэл, 439.</w:t>
      </w:r>
    </w:p>
    <w:p>
      <w:pPr>
        <w:pStyle w:val="ArticleBody"/>
        <w:jc w:val="left"/>
      </w:pPr>
      <w:r>
        <w:rPr>
          <w:rFonts w:ascii="Times New Roman" w:hAnsi="Times New Roman" w:eastAsia="Times New Roman" w:cs="Times New Roman"/>
        </w:rPr>
        <w:t>Ням гаргийн хуулийн газар хөдлөлтийн үед “долоон мянган” хүн “алагддаг.” Даниел 11:41-д “олон хүн сөхөрнө” гэжээ. Ням гаргийн хууль ирэхэд сөхөрдөг хүмүүс бол хямралд бэлтгээгүй Лаодикийн Долдугаар өдрийн Адвентистүүд мөн. “Долоон мянга” гэсэн тоо нь Бурханы ард түмний үлдэгдлийг төлөөлдөг. Кармел уулын хямралын үед, ням гаргийн хуулийн хямралыг төлөөлдөг тэр үед, Баалд өвдөг сөхрөөгүй “Израильд долоон мянга” байгааг Бурхан Елиад хэлсэн. Элч Паул үүнд тайлбар хийдэг.</w:t>
      </w:r>
    </w:p>
    <w:p>
      <w:pPr>
        <w:pStyle w:val="ArticleScripture"/>
        <w:jc w:val="left"/>
      </w:pPr>
      <w:r>
        <w:rPr>
          <w:rFonts w:ascii="Times New Roman" w:hAnsi="Times New Roman" w:eastAsia="Times New Roman" w:cs="Times New Roman"/>
        </w:rPr>
        <w:t>Тэгвэл би ийнхүү хэлье: Бурхан Өөрийн ард түмнийг орхисон гэж үү? Огт үгүй. Учир нь би ч мөн Израиль хүн, Абрахамын үр удам, Бениамины овгийн хүн билээ. Бурхан урьдчилан мэдсэн Өөрийн ард түмнийг орхиогүй. Сударт Елиагийн тухай юу өгүүлдгийг та нар мэдэхгүй гэж үү? Тэр Израилийн эсрэг Бурханд хандан өмгөөлөн гуйж, ийн хэлсэн нь: Эзэн, тэд Таны эш үзүүлэгчдийг алж, Таны тахилын ширээнүүдийг нураасан; би ганцаараа үлдсэн бөгөөд тэд миний амийг хайж байна. Харин Бурханы түүнд өгсөн хариу юу байсан бэ? Би Баалын хөрөгт өвдөг сөхрөөгүй долоон мянган хүнийг Өөртөө үлдээсэн. Үүнчлэн эдүгээ энэ цаг үед ч нигүүлслийн сонголтоор үлдсэн үлдэгдэл бий. Ром 11:1–5.</w:t>
      </w:r>
    </w:p>
    <w:p>
      <w:pPr>
        <w:pStyle w:val="ArticleBody"/>
        <w:jc w:val="left"/>
      </w:pPr>
      <w:r>
        <w:rPr>
          <w:rFonts w:ascii="Times New Roman" w:hAnsi="Times New Roman" w:eastAsia="Times New Roman" w:cs="Times New Roman"/>
        </w:rPr>
        <w:t>“Долоон мянга” гэсэн үгс нь Бурханы ард түмний үлдэгдлийг илэрхийлдэг; гэвч тэдгээр нь бэлгэдлээр тодорхойлогдсон байгаа нөхцөл байдлыг тооцон үзэх ёстой. Ням гаргийн хуулийн үеийн газар хөдлөлтөөр сүйрүүлэгдсэн эрчүүд бол тэнд, тэр үед орчин үеийн сүнслэг Вавилонд олзлогдсон, итгэлгүй Долоо дахь өдрийн Адвентистуудын үлдэгдэл юм. Эртний бодит Израилийн эш үзүүллэгийн түүхэнд Вавилон Иерусалимыг гурван удаагийн хоёр дахь удаад нь сүйтгэн хоосруулах үед “газрын” “хүчит” “долоон мянган” эрсийн үлдэгдэл олзлогдон аваачигдсан юм.</w:t>
      </w:r>
    </w:p>
    <w:p>
      <w:pPr>
        <w:pStyle w:val="ArticleScripture"/>
        <w:jc w:val="left"/>
      </w:pPr>
      <w:r>
        <w:rPr>
          <w:rFonts w:ascii="Times New Roman" w:hAnsi="Times New Roman" w:eastAsia="Times New Roman" w:cs="Times New Roman"/>
        </w:rPr>
        <w:t>Тэрээр Иехоиахиныг Вавилон уруу авч одов; мөн хааны эхийг, хааны эхнэрүүдийг, түүний түшмэдийг, газрын хүчтэн ноёдыг ч Иерусалимаас Вавилон уруу олзлон авч одов. Мөн чадал тэнхээтэй бүх эрсийг, тухайлбал долоон мянгыг, урчууд ба дархчуудыг нэг мянгыг—дайнд хүчирхэг бөгөөд тэнцэхүйц бүх хүнийг—Вавилоны хаан Вавилон уруу олзлон аваачив. Тэгээд Вавилоны хаан түүний оронд эцгийнх нь дүү Маттаниааг хаан болгож, нэрийг нь Зедекиа болгон өөрчилөв. Хаадын дэд 24:15–17.</w:t>
      </w:r>
    </w:p>
    <w:p>
      <w:pPr>
        <w:pStyle w:val="ArticleBody"/>
        <w:jc w:val="left"/>
      </w:pPr>
      <w:r>
        <w:rPr>
          <w:rFonts w:ascii="Times New Roman" w:hAnsi="Times New Roman" w:eastAsia="Times New Roman" w:cs="Times New Roman"/>
        </w:rPr>
        <w:t>Ням гаргийн хуулийн газар хөдлөлтийн үеэр Иерусалимын хүчирхэг хүмүүс унахад, “гурав дахь гай хурдан ирнэ. Тэгээд долоо дахь тэнгэрэлч бүрээ үлээв.” Гурав дахь гай нь долоо дахь тэнгэрэлчийн үлээдэг долоо дахь бүрээ мөн. Ням гаргийн хуулийн “газар хөдлөлт”-ийн “цаг”-т—Ислам цохилт өгнө!</w:t>
      </w:r>
    </w:p>
    <w:p>
      <w:pPr>
        <w:pStyle w:val="ArticleBody"/>
        <w:jc w:val="left"/>
      </w:pPr>
      <w:r>
        <w:rPr>
          <w:rFonts w:ascii="Times New Roman" w:hAnsi="Times New Roman" w:eastAsia="Times New Roman" w:cs="Times New Roman"/>
        </w:rPr>
        <w:t>Эхний ба хоёр дахь гай гамшгийн үе дэх Исламын гол шинжүүдийн нэг нь, тэд эш үзүүллэгийн үүргээ биелүүлсэн түүхэн хугацаанд, тэдний дайтах арга барил нь дайны түүхэнд түгээмэл хэрэглэгдэж ирсэн тактикаас өөр байсан явдал юм. Тэдний дайтах арга нь гэнэт, огт санаандгүйгээр цохилт өгөхөд оршиж байв. “Assassin” хэмээх үг нь түүхийн тэр үеийн Исламын дайчдын үйл ажиллагаанаас үүдэлтэй. Тэдний довтолгоо нь Дэлхийн хоёрдугаар дайны үеийн Японы камиказе дайчдынхтай адил байв. Исламын дайчид байгаа устгахдаа өөрсдөө үхнэ гэж хүлээдэг байсан. Ийм учраас дайчдын дунд, үхлийн айдсыг дарахад туслуулахын тулд довтолгооноосоо өмнө хашиш хэрэглэн мансуурах замаар үхэлд бэлтгэх нь нийтлэг заншил байв. Тэд хохирогчиддоо цохилт өгөхдөө гэнэт, санаандгүйгээр үйлддэг байсан бөгөөд хүссэн сэтгэцийн байдлыг олж авахын тулд хашишид түшиглэдэг байсан нь, нууц довтолгоотой хослон, “assassin” хэмээх үгийн үүсэл зүйн үндсийг бүрдүүлсэн бөгөөд энэ нь hashish хэмээх үгтэй холбоотой юм.</w:t>
      </w:r>
    </w:p>
    <w:p>
      <w:pPr>
        <w:pStyle w:val="ArticleBody"/>
        <w:jc w:val="left"/>
      </w:pPr>
      <w:r>
        <w:rPr>
          <w:rFonts w:ascii="Times New Roman" w:hAnsi="Times New Roman" w:eastAsia="Times New Roman" w:cs="Times New Roman"/>
        </w:rPr>
        <w:t>Гурав дахь гай гамшиг болон долоо дахь бүрээ “түргэн ирнэ.”</w:t>
      </w:r>
    </w:p>
    <w:p>
      <w:pPr>
        <w:pStyle w:val="ArticleBody"/>
        <w:jc w:val="left"/>
      </w:pPr>
      <w:r>
        <w:rPr>
          <w:rFonts w:ascii="Times New Roman" w:hAnsi="Times New Roman" w:eastAsia="Times New Roman" w:cs="Times New Roman"/>
        </w:rPr>
        <w:t>Үүнчлэн, 1844 оны 10-р сарын 22-нд гэрээний элч Өөрийн сүмд “гэнэт” ирсэн. Эгч Уайт гэрээний элчийн ирэлтийн “гэнэт”-ийг Түүний ирэлт “санаандгүй” байсныг илтгэн тодорхойлсон. Тиймээс 1844 оны 10-р сарын 22-нд биелсэн дөрвөн “ирэлт” бүгд санаандгүй бөгөөд гэнэтийн байсан юм.</w:t>
      </w:r>
    </w:p>
    <w:p>
      <w:pPr>
        <w:pStyle w:val="ArticleScripture"/>
        <w:jc w:val="left"/>
      </w:pPr>
      <w:r>
        <w:rPr>
          <w:rFonts w:ascii="Times New Roman" w:hAnsi="Times New Roman" w:eastAsia="Times New Roman" w:cs="Times New Roman"/>
        </w:rPr>
        <w:t>“Ариун газрыг цэвэрлэхийн тулд Христ бидний тэргүүн тахилчаар хамгийн ариун газарт хүрэлцэн ирэх нь, Даниел 8:14-т үзүүлэгдсэнчлэн; Хүний Хүү Эртний Нэгэний өмнө хүрэлцэн ирэх нь, Даниел 7:13-т дүрслэгдсэнчлэн; мөн Их Эзэн Өөрийн сүмдээ ирэх нь, Малахигаар урьдчилан зөгнөгдсөнчлөн, нэгэн ижил үйл явдлын дүрслэлүүд мөн; мөн энэ нь Матай 25 дахь арван охины тухай сургаалт зүйрлэлд Христийн дүрсэлснээр хүргэн гэрлэлтэд ирэхээр мөн төлөөлөгдөнө.” Агуу тэмцэл, 426.</w:t>
      </w:r>
    </w:p>
    <w:p>
      <w:pPr>
        <w:pStyle w:val="ArticleBody"/>
        <w:jc w:val="left"/>
      </w:pPr>
      <w:r>
        <w:rPr>
          <w:rFonts w:ascii="Times New Roman" w:hAnsi="Times New Roman" w:eastAsia="Times New Roman" w:cs="Times New Roman"/>
        </w:rPr>
        <w:t>Арван онгон охины тухай сургаалт зүйрлэл үсэг нэг бүрээрээ дахин давтагдах тул 1844 оны 10 дугаар сарын 22-нд биелсэн бүх дөрвөн “ирэлт” Ням гаргийн хуулийн газар хөдлөлт дээр мөн үсэг нэг бүрээрээ дахин биелэх ёстой. Онгон охидын тухай сургаалт зүйрлэлийг тайлбарлахдаа Эгч Уайт Ням гаргийн хуулийн газар хөдлөлтөөр бэлгэдэгдсэн, Шөнө дундын Хашхирааны төгс биелэл болох тэрхүү гэнэтийн, санаанд оромгүй шинжийг тодорхойлдог гэрчлэлд нэмэрлэн өгүүлдэг.</w:t>
      </w:r>
    </w:p>
    <w:p>
      <w:pPr>
        <w:pStyle w:val="ArticleScripture"/>
        <w:jc w:val="left"/>
      </w:pPr>
      <w:r>
        <w:rPr>
          <w:rFonts w:ascii="Times New Roman" w:hAnsi="Times New Roman" w:eastAsia="Times New Roman" w:cs="Times New Roman"/>
        </w:rPr>
        <w:t>“Зан чанар нь хямралаар илэрдэг. Шөнө дунд чин сэтгэлийн дуу хоолой: ‘Харагтун, хүргэн ирж байна; түүнийг угтахаар гарцгаа’ хэмээн тунхаглахад унтаж байсан онгон охид нойрноосоо сэрж, энэ үйл явдалд хэн бэлтгэл хангасныг харуулсан юм. Хоёр тал хоёулаа гэнэдсэн боловч нэг нь онцгой нөхцөлд бэлэн байсан, нөгөө нь бэлтгэлгүй нь илэрсэн. Зан чанар нь нөхцөл байдлаар илэрдэг. Онцгой байдал нь зан чанарын жинхэнэ чансааг ил гаргадаг. Гэнэтийн бөгөөд төсөөлөөгүй гай гамшиг, хагацал, эсвэл хямрал, санаандгүй өвчин эсвэл шаналал, сүнсийг үхэлтэй нүүр тулган авчирдаг ямар нэгэн зүйл нь зан чанарын жинхэнэ дотоод мөн чанарыг ил гаргана. Бурханы үгийн амлалтуудад жинхэнэ итгэл үнэмшил байгаа эсэх нь ил тод болно. Сэтгэл нь нигүүлслээр түшиглэгдэж байгаа эсэх, дэнгийн хамт саванд тос байгаа эсэх нь ил тод болно.”</w:t>
      </w:r>
    </w:p>
    <w:p>
      <w:pPr>
        <w:pStyle w:val="ArticleScripture"/>
        <w:jc w:val="left"/>
      </w:pPr>
      <w:r>
        <w:rPr>
          <w:rFonts w:ascii="Times New Roman" w:hAnsi="Times New Roman" w:eastAsia="Times New Roman" w:cs="Times New Roman"/>
        </w:rPr>
        <w:t>“Сорилтын үе хүн бүхэнд ирдэг. Бурханы шалгалт, сорилтын дор бид өөрсдийгөө хэрхэн авч явдаг вэ? Бидний дэнлүүнүүд унтардаг уу? Эсвэл бид тэдгээрийг асаалттай хэвээр хадгалсаар байдаг уу? Нигүүлсэл ба үнэнээр дүүрэн Түүнтэй холбоотой байдлаараа бид аливаа онцгой нөхцөл байдалд бэлтгэгдсэн байдаг уу? Таван ухаалаг онгон таван мунхаг онгонд өөрсдийн зан чанарыг дамжуулж өгч чадахгүй байсан. Зан чанарыг хүн нэг бүр өөрөө төлөвшүүлэх ёстой.” Review and Herald, 1895 оны 10 дугаар сарын 17.</w:t>
      </w:r>
    </w:p>
    <w:p>
      <w:pPr>
        <w:pStyle w:val="ArticleBody"/>
        <w:jc w:val="left"/>
      </w:pPr>
      <w:r>
        <w:rPr>
          <w:rFonts w:ascii="Times New Roman" w:hAnsi="Times New Roman" w:eastAsia="Times New Roman" w:cs="Times New Roman"/>
        </w:rPr>
        <w:t>Ням гаргийн хуулийн үеийн газар хөдлөлтийн үед Америкийн Нэгдсэн Улс нь Библийн эш үзүүллэгийн зургаа дахь хаант улс байхаа болино. Хямралд бэлтгэгдээгүй Лаодикийн Адвентистуудын долоон мянган үлдэгдэл нь араатны тэмдэгт бэлтгэгдсэн зан чанарыг илэрхийлэх болно. Тэгээд Ислам гэнэт, санаанд оромгүйгээр ирнэ; учир нь “гурав дахь гай хурдан ирнэ”, “долоо дахь тэнгэрэлч” бүрээ үлээх үед!</w:t>
      </w:r>
    </w:p>
    <w:p>
      <w:pPr>
        <w:pStyle w:val="ArticleBody"/>
        <w:jc w:val="left"/>
      </w:pPr>
      <w:r>
        <w:rPr>
          <w:rFonts w:ascii="Times New Roman" w:hAnsi="Times New Roman" w:eastAsia="Times New Roman" w:cs="Times New Roman"/>
        </w:rPr>
        <w:t>1844 оны 10 дугаар сарын 22-нд бүгд биелсэн дөрвөн “ирэлт” дараа нь дахин давтагдана. Эхний ирэлт нь Даниел 8:14-ийн биелэл болгон шүүлтийн нээлтийг тодорхойлсон. Энэ нь Түүний шүүлтийн “цаг” ирснийг тунхагласан эхний тэнгэрэлчийн мэдээг баталсан юм. Тэрхүү биелэл нь Ням гаргийн хуулиар эхэлдэг газар хөдлөлтийн “цаг”-ийг бэлгэдэн төлөөлдөг бөгөөд Ислам Ням гаргийн хууль батлагдсаны улмаас Америкийн Нэгдсэн Улсад “Түүний шүүлт”-ийг авчирдаг тэрхүү “цаг” мөн юм.</w:t>
      </w:r>
    </w:p>
    <w:p>
      <w:pPr>
        <w:pStyle w:val="ArticleBody"/>
        <w:jc w:val="left"/>
      </w:pPr>
      <w:r>
        <w:rPr>
          <w:rFonts w:ascii="Times New Roman" w:hAnsi="Times New Roman" w:eastAsia="Times New Roman" w:cs="Times New Roman"/>
        </w:rPr>
        <w:t>Малахи номын гуравдугаар бүлэгт гардаг гэрээний элч, 1798-аас 1844 он хүртэлх дөчин зургаан жилд Өөрийн босгон байгуулсан сүмд гэнэт ирж, Миллеритийн түүхийн “Левитүүдтэй” гэрээ байгуулахаар орсон. Ням гаргийн хуулийн үеийн газар хөдлөлтөн дээр гэрээний элч гэнэт ирж, амилсан үхсэн хуурай яснуудын сүмд орон, нэг зуун дөчин дөрвөн мянгын түүхийн “Левитүүдтэй” гэрээ байгуулахаар ордог.</w:t>
      </w:r>
    </w:p>
    <w:p>
      <w:pPr>
        <w:pStyle w:val="ArticleBody"/>
        <w:jc w:val="left"/>
      </w:pPr>
      <w:r>
        <w:rPr>
          <w:rFonts w:ascii="Times New Roman" w:hAnsi="Times New Roman" w:eastAsia="Times New Roman" w:cs="Times New Roman"/>
        </w:rPr>
        <w:t>Ням гарагийн хуулийн үеийн газар хөдлөлтөнд Хүний Хүү Даниел 7:13-ын биеллээр хаанчлалыг хүлээн авахаар Эцэгт ирдэг бөгөөд Тэрээр 1844 оны 10 дугаар сарын 22-нд тийн үйлдсэний адил, учир нь газар хөдлөлтийн “цаг”-т тэнгэрт “дуу хоолойнууд” гарч, “энэ дэлхийн хаанчлалууд бидний Эзэний болон Түүний Христийн хаанчлалууд болсон; мөн Тэр үүрд мөнхөд хаанчлах болно. Бурханы өмнө өөрсдийн суудал дээр сууж байсан хорин дөрвөн ахлагч нүүрээрээ унан, Бурханд мөргөж, ийнхүү өгүүлэв: Өдгөө буй, урьд байсан, мөн ирэх ёстой Төгс Хүчит Эзэн Бурхан аа, Та Өөрийн агуу хүчийг Өөртөө авч, хаанчлан захирсан тул бид Танд талархал өргөнө” хэмээн тунхагладаг.</w:t>
      </w:r>
    </w:p>
    <w:p>
      <w:pPr>
        <w:pStyle w:val="ArticleBody"/>
        <w:jc w:val="left"/>
      </w:pPr>
      <w:r>
        <w:rPr>
          <w:rFonts w:ascii="Times New Roman" w:hAnsi="Times New Roman" w:eastAsia="Times New Roman" w:cs="Times New Roman"/>
        </w:rPr>
        <w:t>Газар хөдлөлтийн тэр цагт, Түүний шүүлт ирсэн үед, мөн урьд нь алагдсан гудамжнаасаа амилуулагдсан хоёр гэрч босон зогсоно. Тэгээд тэд хүчирхэг цэрэг мэт тэнгэр өөд өргөгдөх зуур, Лаодикеагийн Адвентистүүдээс үлдсэн долоон мянга нь сүйрэн унадаг. Мэргэн буудай тэр даруй, тэндээ мунхаг хогийн ургамлаас тусгаарлагдсан байна. Дараа нь Христ Өөрийн хаанчлалыг хүлээн авч, долоо дахь бүрээ дуугарна; энэ нь мөн гэнэт, санамсаргүйгээр ирдэг гурав дахь гай бөгөөд, тэгээд “үндэстнүүд” “уурлаж, Таны хилэн ирсэн” байдаг.</w:t>
      </w:r>
    </w:p>
    <w:p>
      <w:pPr>
        <w:pStyle w:val="ArticleBody"/>
        <w:jc w:val="left"/>
      </w:pPr>
      <w:r>
        <w:rPr>
          <w:rFonts w:ascii="Times New Roman" w:hAnsi="Times New Roman" w:eastAsia="Times New Roman" w:cs="Times New Roman"/>
        </w:rPr>
        <w:t>Үндэстнүүдийг хилэгнүүлэх нь Исламын эш үзүүллэгийн үүрэг бөгөөд энэ нь газар хөдлөлтийн цагт эхэлж, хүний сорилтын хугацаа хаагдах үе болон сүүлчийн долоон гай гамшиг хүртэл үргэлжилдэг бөгөөд тэдгээрийг “Таны уур хилэн ирлээ” гэсэн үгээр илэрхийлсэн байдаг. АНУ дахь ням гаргийн хууль болон сорилтын хугацааны хаалтын хооронд, Бурханы уур хилэн сүүлчийн долоон гай гамшгаар илэрхийлэгдэх тэр үед—Исламын бэлгэ тэмдэг болох гурав дахь гаслан; Исламын бэлгэ тэмдэг болох долоо дахь бүрээ; мөн Исламын бэлгэ тэмдэг болох үндэстнүүдийг хилэгнүүлэх явдал—эдгээр нь Шөнө дундын Хашхирааны мэдээ нь ням гаргийн хуулийн үед Ислам ирсний биелэл мөн болохыг гэрчлэх гурван бэлгэдлийн гэрч болдог.</w:t>
      </w:r>
    </w:p>
    <w:p>
      <w:pPr>
        <w:pStyle w:val="ArticleBody"/>
        <w:jc w:val="left"/>
      </w:pPr>
      <w:r>
        <w:rPr>
          <w:rFonts w:ascii="Times New Roman" w:hAnsi="Times New Roman" w:eastAsia="Times New Roman" w:cs="Times New Roman"/>
        </w:rPr>
        <w:t>Эхэн дэх Миллерит хөдөлгөөний адил, Шөнө дундын хашхирааны мэдээ нь биелээгүй зөгнөлийг зассан залруулга байсан. Миллеритийн түүхэнд энэ нь биелнэ хэмээн зөгнөгдсөн үйл явдал бүтэлгүйтсэн явдал байв. Эхний үеийн Миллеритийн түүхэнд Филаделфийнхан өөрсдийн биелээгүй зөгнөлийг танилцуулсан, учир нь Бурхан 1843 оны хүснэгт дэх алдаан дээр Өөрийн мутраа тавин халхалсан билээ.</w:t>
      </w:r>
    </w:p>
    <w:p>
      <w:pPr>
        <w:pStyle w:val="ArticleBody"/>
        <w:jc w:val="left"/>
      </w:pPr>
      <w:r>
        <w:rPr>
          <w:rFonts w:ascii="Times New Roman" w:hAnsi="Times New Roman" w:eastAsia="Times New Roman" w:cs="Times New Roman"/>
        </w:rPr>
        <w:t>Future for America-гийн төгсгөл дэх Лаодикейн хөдөлгөөнд Бурхан тэр алдааг хэзээ ч Өөрийн мутраар халхлаагүй. Зөнчлөлийн хэрэглээнд цаашид хугацааг ашиглах ёсгүй гэсэн үнэнийг халхалсан нь хүний гар байсан. Хүний гар нь хүний үйлсийг төлөөлдөг.</w:t>
      </w:r>
    </w:p>
    <w:p>
      <w:pPr>
        <w:pStyle w:val="ArticleBody"/>
        <w:jc w:val="left"/>
      </w:pPr>
      <w:r>
        <w:rPr>
          <w:rFonts w:ascii="Times New Roman" w:hAnsi="Times New Roman" w:eastAsia="Times New Roman" w:cs="Times New Roman"/>
        </w:rPr>
        <w:t>Нэг зуун дөчин дөрвөн мянгын төгсгөлийн хөдөлгөөнд цаг хугацааг хэрэглэхийн алдаа нь нүгэл байсан, учир нь эш үзүүллэгийн цаг хугацааны хэрэглээг цаашид хэрэглэх ёсгүй байв. Цаг хугацааг нүгэлтээр хэрэглэх явдал нь Мосе өөрийн хүүг хөвч хөндөх тухай Бурханы тушаалыг үл хайхарснаар бэлгэдэгдсэн бөгөөд зөвхөн тахилч нар авдрыг барьж болох тухай Бурханы тушаалыг Узза үл хайхарснаар мөн бэлгэдэгдсэн. Тэдгээр нүгэлт үйлдэл, эс үйлдлүүдийн алиныг нь ч Бурханы ард түмнээр үйлдүүлэх нь Эзэний хүсэл байгаагүй. Нүгэлд ганцхан тодорхойлолт байдаг бөгөөд тэр нь хуулийг зөрчих явдал мөн. Мосе хөвч хөндөлтийн тухай Бурханы хуулийг зөрчсөн, Узза ариун сүмийн тухай Бурханы хуулийг зөрчсөн, харин энэ хөдөлгөөн Бурханы эш үзүүллэгийн хуулийг зөрчсөн. Эртний Израиль Бурханы хуулийн хадгаламж эзэмшигчид болгогдсон бөгөөд Адвентист хөдөлгөөн ч мөн эхлэлдээ болон төгсгөлдөө Бурханы эш үзүүллэгийн үнэнүүдийн хадгаламж эзэмшигчид болгогдсон юм.</w:t>
      </w:r>
    </w:p>
    <w:p>
      <w:pPr>
        <w:pStyle w:val="ArticleBody"/>
        <w:jc w:val="left"/>
      </w:pPr>
      <w:r>
        <w:rPr>
          <w:rFonts w:ascii="Times New Roman" w:hAnsi="Times New Roman" w:eastAsia="Times New Roman" w:cs="Times New Roman"/>
        </w:rPr>
        <w:t>Өөрийнх нь зовлон шаналлын дунд Зиппора хөвгүүнээ хөвч хөндөх үйлийг даруй өөрөө гүйцэтгэсэн бөгөөд ингэснээр энэ хөдөлгөөнд оролцсон хүмүүс мэдээнд хугацааны хэрэглээг холбон зөвшөөрсөн нүгэлт эс үйлдлийнхээ төлөө нэн даруй илэрхийлэх ёстой байсан гэмшлийг төлөөлөн үзүүлсэн юм. Үүнтэй адил Давид Уззагийн үйлдлийн төлөө гүн гүнзгий гэмшлийг илэрхийлдэг. 2020 оны 7 дугаар сарын 18-ны тухай зөгнөл дэх хугацааны хэрэглээ ямар нэгэн байдлаар зөв байсан, ямар нэгэн утгаар энэ нь Бурханы хүсэл байсан гэж энэ хөдөлгөөн маргах нь Мосе ба Зиппора хоёр Бурханы тодорхой тушаалуудыг үнэхээр сахин баримтлах шаардлагагүй байсан, мөн Узза авдарт хүрсэн эсэхэд Бурхан үнэндээ огт хамаараагүй байсан гэж маргахтай адил юм. 2020 оны 7 дугаар сарын 18 нь хуурамч зөгнөл байсан бөгөөд хуурамч байсан зүйл нь хугацааны элемент мөн байв.</w:t>
      </w:r>
    </w:p>
    <w:p>
      <w:pPr>
        <w:pStyle w:val="ArticleBody"/>
        <w:jc w:val="left"/>
      </w:pPr>
      <w:r>
        <w:rPr>
          <w:rFonts w:ascii="Times New Roman" w:hAnsi="Times New Roman" w:eastAsia="Times New Roman" w:cs="Times New Roman"/>
        </w:rPr>
        <w:t>Эдгээр үнэнийг дараагийн өгүүлэлд цаашид илүү дэлгэрэнгүй авч үзэх болно.</w:t>
      </w:r>
    </w:p>
    <w:p>
      <w:pPr>
        <w:pStyle w:val="ArticleScripture"/>
        <w:jc w:val="left"/>
      </w:pPr>
      <w:r>
        <w:rPr>
          <w:rFonts w:ascii="Times New Roman" w:hAnsi="Times New Roman" w:eastAsia="Times New Roman" w:cs="Times New Roman"/>
        </w:rPr>
        <w:t>“Эзэн надад гурав дахь тэнгэрэлчийн мэдээ урагшлан явах ёстойг, мөн Эзэний тархан бутарсан хүүхдүүдэд тунхаглагдах ёстойг, бас үүнийг цаг хугацаанд дүүжилж болохгүйг үзүүлсэн; учир нь цаг хугацаа дахин хэзээ ч шалгуур болохгүй. Зарим нь хугацааг номлосноос үүдэлтэй хуурамч догдлолд автаж байгааг би харсан; гурав дахь тэнгэрэлчийн мэдээ нь цаг хугацааны авчирч чадах аливаа зүйлээс илүү хүчирхэг байсан. Энэ мэдээ өөрийн суурин дээр өөрөө бат зогсож чадна, түүнийг хүчирхэгжүүлэхэд цаг хугацаа хэрэггүй, мөн энэ нь агуу хүчээр урагшлан явж, өөрийн ажлыг үйлдэж, зөвт байдлын дотор богиносгогдох болно гэдгийг би харсан.” Experience and Views, 48.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Есүс Христийн Илчлэл — Долоо дахь тоо</dc:title>
  <dc:subject>Гурав дахь гай ба долоо дахь хаанчлалын мандалт: Ням гаргийн хуулийн эш үзүүллэгийн ач холбогдол</dc:subject>
  <dc:creator>Jeff Pippenger</dc:creator>
  <cp:keywords/>
  <dc:description>Generated by ArticleDigger from revelation\07_revelation.json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