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Есүс Христийн Илчлэл — Аравдугаар дугаар</w:t>
      </w:r>
    </w:p>
    <w:p>
      <w:pPr>
        <w:pStyle w:val="ArticleSubtitle"/>
        <w:jc w:val="left"/>
      </w:pPr>
      <w:r>
        <w:rPr>
          <w:rFonts w:ascii="Arial" w:hAnsi="Arial" w:eastAsia="Arial" w:cs="Arial"/>
        </w:rPr>
        <w:t>Тэнгэр дэх дайн</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2023-11-03</w:t>
      </w:r>
    </w:p>
    <w:p>
      <w:pPr>
        <w:pStyle w:val="ArticleBody"/>
        <w:jc w:val="left"/>
      </w:pPr>
      <w:r>
        <w:rPr>
          <w:rFonts w:ascii="Times New Roman" w:hAnsi="Times New Roman" w:eastAsia="Times New Roman" w:cs="Times New Roman"/>
        </w:rPr>
        <w:t>Христ ба Люциферын (Гэрэл Тээгчийн) хоорондох агуу тэмцэл тэнгэрт эхэлсэн бөгөөд Бурхан сорилтын хугацааг зөвшөөрсөн юм. Люцифер өөрийн бослогыг түгээхэд, Гэрэл Тээгчийн бослогын үр жимс илрэн харагдахуйц болохын тулд тодорхой хугацааг олгосон байв. Бурхан сорилтын хугацаа дууссаныг тогтоох үед Люциферын нэр Гэрэл Тээгч Люциферээс Эсэргүүцэгч Сатан болон өөрчлөгдөв. Сатан болон түүний бослогод нэгдсэн тэнгэр элчүүдийн хувьд сорилтын хугацаа дууссан байсан тул тэд тэнгэрээс хөөгдөн гарч, мөнхийн галд яллагдсан юм.</w:t>
      </w:r>
    </w:p>
    <w:p>
      <w:pPr>
        <w:pStyle w:val="ArticleScripture"/>
        <w:jc w:val="left"/>
      </w:pPr>
      <w:r>
        <w:rPr>
          <w:rFonts w:ascii="Times New Roman" w:hAnsi="Times New Roman" w:eastAsia="Times New Roman" w:cs="Times New Roman"/>
        </w:rPr>
        <w:t>Тэгвэл Тэр зүүн гар талд байгчдад мөн ийнхүү айлдана: Хараагдагсад аа, надаас зайл; чөтгөр болон түүний тэнгэр элч нарт бэлтгэгдсэн мөнхийн гал уруу од. Матай 25:41.</w:t>
      </w:r>
    </w:p>
    <w:p>
      <w:pPr>
        <w:pStyle w:val="ArticleBody"/>
        <w:jc w:val="left"/>
      </w:pPr>
      <w:r>
        <w:rPr>
          <w:rFonts w:ascii="Times New Roman" w:hAnsi="Times New Roman" w:eastAsia="Times New Roman" w:cs="Times New Roman"/>
        </w:rPr>
        <w:t>Христ ба Сатаны хоорондын агуу тэмцэл улмаар Едений цэцэрлэгт хүрч ирсэн бөгөөд Бурхан дахин сорилтын хугацаа тогтоов. Сатан үхэл ба модны жимсний тухай Бурхан худал хэлсэн хэмээн Бурханыг буруутгаж, Еваг өөрийн бослогод нэгдэхээр уруу татах үед, тэнгэрт илэрсэнчлэн Сатаны бослогын үр жимс газар дээр илрэн харагдахын тулд дахин нэгэн хугацаа зөвшөөрөгдсөн юм. Тэнд Сатан “Гүтгэгч” гэсэн утгатай Диавол хэмээх нэмэлт нэрийг хүлээн авчээ. Сорилтын хугацаа (Сатаны бослогод нэгдсэн Адамын хөвгүүдийн хувьд) төгсөхөд, Адамын тэр хөвгүүд мөнхийн галд яллагдах болно.</w:t>
      </w:r>
    </w:p>
    <w:p>
      <w:pPr>
        <w:pStyle w:val="ArticleScripture"/>
        <w:jc w:val="left"/>
      </w:pPr>
      <w:r>
        <w:rPr>
          <w:rFonts w:ascii="Times New Roman" w:hAnsi="Times New Roman" w:eastAsia="Times New Roman" w:cs="Times New Roman"/>
        </w:rPr>
        <w:t>Тэнгэрт дайн болов. Михаил болон түүний тэнгэрэлч нар луугийн эсрэг тулалдав; луу ч мөн өөрийн тэнгэрэлч нарын хамт тулалдсан боловч дийлсэнгүй; тэнгэрт тэдний байр суурь цаашид олдсонгүй. Бүх ертөнцийг мэхэлдэг, чөтгөр хэмээн болон Сатан хэмээн нэрлэгддэг өнөөх эртний могой, агуу луу хөөгдөн гарч, газарт хаягдав; түүний тэнгэрэлч нар ч түүнтэй хамт хаягдав. Илчлэлт 12:7–9.</w:t>
      </w:r>
    </w:p>
    <w:p>
      <w:pPr>
        <w:pStyle w:val="ArticleBody"/>
        <w:jc w:val="left"/>
      </w:pPr>
      <w:r>
        <w:rPr>
          <w:rFonts w:ascii="Times New Roman" w:hAnsi="Times New Roman" w:eastAsia="Times New Roman" w:cs="Times New Roman"/>
        </w:rPr>
        <w:t>Агуу тэмцлийн эхэнд тэнгэрт болсон дайн нь агуу тэмцлийн төгсгөл дэх дайныг дүрслэн үзүүлдэг. Учир нь Альфа ба Омега нь аливаа зүйлийн эхлэлийг түүний төгсгөлтэй хамт үргэлж илэрхийлдэг. Тэнгэрт болсон дайны дүрслэл нь тэнгэрт үзэгдсэн агуу тэмдгээр эхэлдэг.</w:t>
      </w:r>
    </w:p>
    <w:p>
      <w:pPr>
        <w:pStyle w:val="ArticleScripture"/>
        <w:jc w:val="left"/>
      </w:pPr>
      <w:r>
        <w:rPr>
          <w:rFonts w:ascii="Times New Roman" w:hAnsi="Times New Roman" w:eastAsia="Times New Roman" w:cs="Times New Roman"/>
        </w:rPr>
        <w:t>Тэнгэрт агуу тэмдэг үзэгдэв: нараар хувцасласан нэгэн эмэгтэй, хөл дороо сартай, толгой дээрээ арван хоёр одтой титэмтэй ажээ. Тэр эмэгтэй жирэмсэн байсан бөгөөд төрөхөөр зовж, өвдөн хашхирав. Илчлэл 12:1, 2.</w:t>
      </w:r>
    </w:p>
    <w:p>
      <w:pPr>
        <w:pStyle w:val="ArticleBody"/>
        <w:jc w:val="left"/>
      </w:pPr>
      <w:r>
        <w:rPr>
          <w:rFonts w:ascii="Times New Roman" w:hAnsi="Times New Roman" w:eastAsia="Times New Roman" w:cs="Times New Roman"/>
        </w:rPr>
        <w:t>Христ ба Сатаны хоорондох агуу тэмцлийн эцсийн мөргөлдөөн, нигүүлслийн хугацаа хүчинтэй хэвээр байх үед тохиолдоход, тулалдааны талбарыг Есүс Христийн Илчлэлд тэнгэрт байна хэмээн дүрслэн үзүүлсэн байдаг. Энэ үнэн эдүгээ тайлагдан нээгдэж байна. Элч Паул гурван тэнгэрийн тухай өгүүлдэг.</w:t>
      </w:r>
    </w:p>
    <w:p>
      <w:pPr>
        <w:pStyle w:val="ArticleScripture"/>
        <w:jc w:val="left"/>
      </w:pPr>
      <w:r>
        <w:rPr>
          <w:rFonts w:ascii="Times New Roman" w:hAnsi="Times New Roman" w:eastAsia="Times New Roman" w:cs="Times New Roman"/>
        </w:rPr>
        <w:t>“Элч Паул Христэд итгэсэн амьдралынхаа эхэн үед Есүсийн дагалдагчдын талаар Бурханы хүслийг мэдэх онцгой боломжуудаар шагнагдсан юм. Тэрээр ‘гурав дахь тэнгэрт,’ ‘диваажинд аваачигдаж, хүнд хэлэх нь зөвшөөрөгдөхгүй, үгээр илэрхийлшгүй үгсийг сонссон.’ Тэр өөрөө ч Эзэнээс өөрт нь олон ‘үзэгдэл ба илчлэлтүүд’ өгөгдсөнийг хүлээн зөвшөөрсөн. Сайн мэдээний үнэний зарчмуудын талаарх түүний ойлголт нь ‘хамгийн дээд элч нартай’ эн тэнцүү байв. 2 Коринт 12:2, 4, 1, 11. Тэрээр ‘мэдлэгээс давсан Христийн хайр’-ын ‘өргөн, урт, гүн, өндөр’-ийг тодорхой бөгөөд бүрэн дүүрэн ойлгосон байлаа. Ефес 3:18, 19.” Элч нарын үйлс, 469.</w:t>
      </w:r>
    </w:p>
    <w:p>
      <w:pPr>
        <w:pStyle w:val="ArticleBody"/>
        <w:jc w:val="left"/>
      </w:pPr>
      <w:r>
        <w:rPr>
          <w:rFonts w:ascii="Times New Roman" w:hAnsi="Times New Roman" w:eastAsia="Times New Roman" w:cs="Times New Roman"/>
        </w:rPr>
        <w:t>Агуу тэмцлийн эхэн үеийн дайн гурав дахь тэнгэрт эхэлсэн бөгөөд агуу тэмцлийн төгсгөлийн үеийн дайн нэгдүгээр тэнгэрт төгсөнө. Гурван тэнгэр байдаг бөгөөд нэгдүгээр тэнгэр нь дэлхий гаригийн агаар мандлыг төлөөлдөг тэнгэр юм. Хоёрдугаар тэнгэр нь нар, сар, одод юм. Гуравдугаар тэнгэрийг Систер Уайт “диваажин” хэмээн нэрлэсэн бөгөөд энэ нь Бурханы сэнтийн орших газрыг төлөөлдөг. Чухам Бурханы удирдлагын төвийн яг дэргэд, Гэрэл Тээгч Люцифер өөрийн бослогыг эхлүүлсэн юм.</w:t>
      </w:r>
    </w:p>
    <w:p>
      <w:pPr>
        <w:pStyle w:val="ArticleBody"/>
        <w:jc w:val="left"/>
      </w:pPr>
      <w:r>
        <w:rPr>
          <w:rFonts w:ascii="Times New Roman" w:hAnsi="Times New Roman" w:eastAsia="Times New Roman" w:cs="Times New Roman"/>
        </w:rPr>
        <w:t>Гурав дахь тэнгэр бол зарим эш үзүүлэгчид, түүний дотор Уайт эгчийг ч үзэгдлээр аваачсан газар мөн. Паул тэнд байхдаа 2020 оны 7 дугаар сарын 18-нд гудамжинд алагдсан хуурай яс болсон үхэгсдийн сэргэлтийн түүх, мөн түүний дараа нэг зуун дөчин дөрвөн мянгын төрөхтэй холбоотой үйл явдлуудыг үзүүлсэн юм. Тэр түүх нь “хэлэх” нь хууль ёсны бус түүхээр дүрслэгдсэн тул Паулд уг түүхийг хуваалцахыг хориглосон байв. Илчлэгч Иохан Есүс Христийн Илчлэлийн үзэгдлийг хүлээн авахаас гуч гаруй жилийн өмнө Паул нас барсан юм. Иохан, Паулын адил, долоон аянгын “хэлсэн” зүйлийг сонссон бөгөөд түүнд ч мөн “хэлэгдсэн” зүйлийг бичихгүй байхыг тушаасан. Долоон аянгын “хэлсэн” зүйл нь хоёр гэрч гудамжинд үхсэн байдалтай байсан бэлгэдлийн гурав хагас өдрийн төгсгөл хүртэл лацтай хэвээр үлдэх ёстой байв.</w:t>
      </w:r>
    </w:p>
    <w:p>
      <w:pPr>
        <w:pStyle w:val="ArticleScripture"/>
        <w:jc w:val="left"/>
      </w:pPr>
      <w:r>
        <w:rPr>
          <w:rFonts w:ascii="Times New Roman" w:hAnsi="Times New Roman" w:eastAsia="Times New Roman" w:cs="Times New Roman"/>
        </w:rPr>
        <w:t>Долоон аянга дуу хоолойгоо гаргасны дараа би бичих гэж байсан бөлгөө. Гэтэл тэнгэрээс надад ийнхүү айлдах нэгэн дууг сонсов: Долоон аянгын айлдсан зүйлсийг лацдан битүүл, тэдгээрийг бүү бич. Илчлэлт 10:4.</w:t>
      </w:r>
    </w:p>
    <w:p>
      <w:pPr>
        <w:pStyle w:val="ArticleBody"/>
        <w:jc w:val="left"/>
      </w:pPr>
      <w:r>
        <w:rPr>
          <w:rFonts w:ascii="Times New Roman" w:hAnsi="Times New Roman" w:eastAsia="Times New Roman" w:cs="Times New Roman"/>
        </w:rPr>
        <w:t>Бүх эш үзүүлэгчид мөрдөн шалгах шүүлтийн “эцсийн өдрүүд”-ийн тухай гэрчилдэг бөгөөд тэрхүү “эцсийн өдрүүд” нь тодорхойгоор 2001 оны 9 дүгээр сарын 11-нд эхэлсэн бөгөөд эдүгээ тамгалах үйл эхлэх цэгт хүрээд байна. Тамгалах үйл нь алагдсан хоёр гэрч гудамжинд хэвтэж байсан бэлгэдлийн гурван өдөр хагасын төгсгөлд эхэлдэг. Бүх эш үзүүлэгчид хоорондоо санал нэгтэй байдаг. Паул анхны тэнгэрт явагддаг сүүлчийн сорилтын дайны тулааны талбарыг харсан. Анхны тэнгэрийн дотор явагддаг сүүлчийн сорилтын дайны тулааны талбар нь гурав дахь тэнгэрт болсон анхны сорилтын дайны тулааны талбартай зэрэгцэн нийцдэг. Тулааны талбаруудыг сорилтын дайны тулаанууд хэмээн тодорхойлох нь шаардлагагүй мэт санагдаж болох ч, эхний тулаанд Христийн эсрэг тал байсан бөгөөд эцсийн тулаанд нэг зуун дөчин дөрвөн мянгын эсрэг тал болж буй Сатан өөрийн хугацаа богино болсныг мэддэг. Тэрээр энэ нь сорилтын цаг хугацааны хүрээнд тогтоогдсон тулаан гэдгийг мэддэг. Харин бид мэддэг бил үү?</w:t>
      </w:r>
    </w:p>
    <w:p>
      <w:pPr>
        <w:pStyle w:val="ArticleBody"/>
        <w:jc w:val="left"/>
      </w:pPr>
      <w:r>
        <w:rPr>
          <w:rFonts w:ascii="Times New Roman" w:hAnsi="Times New Roman" w:eastAsia="Times New Roman" w:cs="Times New Roman"/>
        </w:rPr>
        <w:t>1840 онд хүчирхэг тэнгэрэлч бууж ирэн, эхний тэнгэрэлчийн мэдээг хүчжүүлсэн. Тэр үеийн протестантууд тэр үед шалгалтад орж, эцэст нь Вавилоны охид хэмээн нэрлэгдсэнээр бослогын нэр тэдэнд наалдсан. Люциферийн нэр ч мөн түүний сорилтын хугацаанд өөрчлөгдсөн. 1840 онд бууж ирсэн хүчирхэг тэнгэрэлч нь 2001 оны 9 дүгээр сарын 11-нд бууж ирсэн Илчлэлт арван наймын хүчирхэг тэнгэрэлчийн хэв шинж байсан. 1840 онд мөрдөн шалгах шүүлт хараахан эхлээгүй байсан, учир нь түүнд хүрэхэд дөрвөн жил үлдэж байсан; гэвч протестантууд амьд хүмүүсийн шүүлтийн эш үзүүллэгийн дүрслэлийг nonetheless үзүүлсэн, учир нь 1840 онд тэнгэрэлч бууж ирэхэд тэдний сорилтын хугацаа эхэлсэн юм. 2001 онд Илчлэлт арван наймын тэнгэрэлч бууж ирэхэд тэнгэр дэх шүүлт үхэгсдийн шүүлтээс амьд хүмүүсийн шүүлт рүү шилжсэн.</w:t>
      </w:r>
    </w:p>
    <w:p>
      <w:pPr>
        <w:pStyle w:val="ArticleBody"/>
        <w:jc w:val="left"/>
      </w:pPr>
      <w:r>
        <w:rPr>
          <w:rFonts w:ascii="Times New Roman" w:hAnsi="Times New Roman" w:eastAsia="Times New Roman" w:cs="Times New Roman"/>
        </w:rPr>
        <w:t>2020 оны 7 дугаар сарын 18-нд нэгдүгээр тэнгэрэлчийн хөдөлгөөний анхны урам хугаралтай зүйрлэгддэг гуравдугаар тэнгэрэлчийн хөдөлгөөний анхны урам хугарал тохиов. Эхний үеийн хөдөлгөөнд Протестантуудын шалгалтын үйл явц анхны урам хугаралын тэмдэглэлийн цэг дээр төгсөж, дараа нь эхний хөдөлгөөний шалгалт эхэлсэн. 2020 оны 7 дугаар сарын 18-нд шүүлтийн үйл явц урагш дахин нэг алхам хийсэн. Учир нь гурав хагас өдрийн цөлийн төгсгөлд ирэх ёстой байсан мэдээ нь зөвхөн Шөнө дундын Хашхирааны мэдээний төгс бөгөөд эцсийн биелэл байх төдийгүй, мөн нэг зуун дөчин дөрвөн мянгын тамгалалтын ирэлтийг эш үзүүллэгийн хувьд тэмдэглэх байсан юм.</w:t>
      </w:r>
    </w:p>
    <w:p>
      <w:pPr>
        <w:pStyle w:val="ArticleScripture"/>
        <w:jc w:val="left"/>
      </w:pPr>
      <w:r>
        <w:rPr>
          <w:rFonts w:ascii="Times New Roman" w:hAnsi="Times New Roman" w:eastAsia="Times New Roman" w:cs="Times New Roman"/>
        </w:rPr>
        <w:t>Израилийн Бурханы алдар суу түүний байсан керуб дээрээс өргөгдөн, өргөөний босгон дээр ирэв. Тэрээр хажуудаа бичээчийн бэхийн савтай, маалинган хувцас өмссөн хүнд хандан дуудлаа. ЭЗЭН түүнд айлдсан нь: Хотын дундуур, Иерусалимын дундуур явж, түүний дотор үйлдэгдэж буй бүх жигшүүрт явдлын төлөө санаа алдан гашуудаж, хашхирч буй хүмүүсийн духан дээр тэмдэг тавь. Езекиел 9:3, 4.</w:t>
      </w:r>
    </w:p>
    <w:p>
      <w:pPr>
        <w:pStyle w:val="ArticleBody"/>
        <w:jc w:val="left"/>
      </w:pPr>
      <w:r>
        <w:rPr>
          <w:rFonts w:ascii="Times New Roman" w:hAnsi="Times New Roman" w:eastAsia="Times New Roman" w:cs="Times New Roman"/>
        </w:rPr>
        <w:t>Нэг зуун дөчин дөрвөн мянгыг лацдах үйл явц тэдний төрөх үед эхэлсэн бөгөөд тэр нь мөн тэдний амилалт байсан юм. Дөрвөн салхины тухай мэдээ нь хатсан хуурай ясуудыг амь оруулдаг бөгөөд дөрвөн салхины тухай мэдээ нь нэг зуун дөчин дөрвөн мянгыг лацдах тухай мэдээ мөн. Паул ба Иохан хоёул бидний эдүгээ амьдарч буй яг тэр түүхийг, өөрөөр хэлбэл “олон эш үзүүлэгчид болон зөвт хүмүүсийн үзэхийг хүсэн тэмүүлж байсан” тэр түүхийг харж, сонссон билээ. Гурав дахь тэнгэрэлчийн хүчирхэг хөдөлгөөний түүхийг, анхны тэнгэрэлчийн хүчирхэг хөдөлгөөнөөр бэлгэдэн үзүүлсэн тэр түүхийг.</w:t>
      </w:r>
    </w:p>
    <w:p>
      <w:pPr>
        <w:pStyle w:val="ArticleScripture"/>
        <w:jc w:val="left"/>
      </w:pPr>
      <w:r>
        <w:rPr>
          <w:rFonts w:ascii="Times New Roman" w:hAnsi="Times New Roman" w:eastAsia="Times New Roman" w:cs="Times New Roman"/>
        </w:rPr>
        <w:t>“1840–1844 онуудад өгөгдсөн бүх мэдээнүүдийг одоо хүчтэйгээр тунхаглах ёстой. Учир нь чиг баримжаагаа алдсан олон хүн бий. Эдгээр мэдээнүүд бүх сүмүүдэд хүрэх ёстой.”</w:t>
      </w:r>
    </w:p>
    <w:p>
      <w:pPr>
        <w:pStyle w:val="ArticleScripture"/>
        <w:jc w:val="left"/>
      </w:pPr>
      <w:r>
        <w:rPr>
          <w:rFonts w:ascii="Times New Roman" w:hAnsi="Times New Roman" w:eastAsia="Times New Roman" w:cs="Times New Roman"/>
        </w:rPr>
        <w:t>“Христос: ‘Та нарын нүд харах тул ерөөлтэй; та нарын чих сонсох тул ерөөлтэй. Учир нь үнэнээр Би та нарт хэлье, олон эш үзүүлэгчид болон зөвт хүмүүс та нарын харж буйг харахыг хүсэвч хараагүй, та нарын сонсож буйг сонсохыг хүсэвч сонсоогүй юм’ хэмээн айлдсан [Матай 13:16, 17]. 1843, 1844 онуудад үзэгдсэн зүйлсийг харсан нүднүүд ерөөлтэй билээ.”</w:t>
      </w:r>
    </w:p>
    <w:p>
      <w:pPr>
        <w:pStyle w:val="ArticleScripture"/>
        <w:jc w:val="left"/>
      </w:pPr>
      <w:r>
        <w:rPr>
          <w:rFonts w:ascii="Times New Roman" w:hAnsi="Times New Roman" w:eastAsia="Times New Roman" w:cs="Times New Roman"/>
        </w:rPr>
        <w:t>“Энэхүү мэдээ өгөгдсөн. Мөн цаг үеийн тэмдгүүд биелж байгаа тул энэ мэдээг дахин давтан тунхаглахад ямар ч саатал байх ёсгүй; төгсгөлийн ажил гүйцэлдэх ёстой. Богино хугацаанд агуу ажил хийгдэх болно. Удалгүй Бурханы тогтоолоор нэгэн мэдээ өгөгдөж, тэр нь хүчтэй хашхираан болон өргөжинө. Тэгээд Даниел өөрт оноогдсон хувиа эзлэн, гэрчлэлээ өгнө.” Manuscript Releases, 21-р боть, 437.</w:t>
      </w:r>
    </w:p>
    <w:p>
      <w:pPr>
        <w:pStyle w:val="ArticleBody"/>
        <w:jc w:val="left"/>
      </w:pPr>
      <w:r>
        <w:rPr>
          <w:rFonts w:ascii="Times New Roman" w:hAnsi="Times New Roman" w:eastAsia="Times New Roman" w:cs="Times New Roman"/>
        </w:rPr>
        <w:t>Люциферын тэнгэр дэх анхны дайны давамгай сэдэв нь харилцаа холбоо байв. Тэрээр гэрэл тээгчийн хувьд өөрийн байр суурийг ашиглан ариун тэнгэрэлчүүдийн оюун ухаанд төөрөгдлийг шургалуулсан. Түүний тэрслүү үзэл санааг өөртөө шингээсэн тэнгэрэлчүүд эцэстээ Бурханы тухай бодох болсон тэрхүү бодлууддаа уруу татагдан автагдахад нь Люцифер өөрөө нөлөөлснийг бүр таньж мэдээгүй гэж бидэнд өгүүлдэг. Тэрээр цэцэрлэг дотор Еватай харьцсан шигээ туйлын далд арга хэрэглэсэн тул нэгэн цагт ариун байсан тэнгэрэлчүүд Сатаны өөрсдийн оюун ухаанд суулгасан бодлуудыг өөрсдийнх нь анхдагч бодлууд мөн гэж итгэхэд хүрсэн. Эдгээр үрнүүд эцэстээ мөнхийн сүйрлийн үр жимсийг авчирсан.</w:t>
      </w:r>
    </w:p>
    <w:p>
      <w:pPr>
        <w:pStyle w:val="ArticleBody"/>
        <w:jc w:val="left"/>
      </w:pPr>
      <w:r>
        <w:rPr>
          <w:rFonts w:ascii="Times New Roman" w:hAnsi="Times New Roman" w:eastAsia="Times New Roman" w:cs="Times New Roman"/>
        </w:rPr>
        <w:t>Эхний тэнгэрт явагдах сүүлчийн дайн эхлэх гэж байна; энэ нь ариун тэнгэрэлчүүдийг мэхлэн уруу татах тухай ч биш, мөн Сатан Еваг мэхлэн уруу татсан тухай ч биш, харин тэнгэрт байдаг хэмээн дүрслэгдсэн, завхарсан харилцааны үйл явцаар дамжуулан тэр бүх хүн төрөлхтнийг мэхлэн уруу татах тухай юм. Энэ нь Сатаны эрчүүдийн дотор тэд өөрсдөө худалд итгэсэн гэдгээ мэдэлгүйгээр үзэл санааг суулгахын тулд ашигладаг Дэлхий Даяарх Торын тухай бөгөөд, ингэснээрээ тэд үнэнийг хайрладаггүйгээ харуулсан байдаг. “Сүүлчийн өдрүүдэд” хүмүүс “үнэн”-ийг хайрлах хайргүй байсан учир худлыг хүлээн авна гэдгийг элч Паул л тунхаглан өгүүлсэн билээ. Эцсийн эцэст, Сатаны энэ гайхамшигт ажил хэрхэн биелдгийг харуулсан түүхийг тэр өөрөө үзсэн байсан юм.</w:t>
      </w:r>
    </w:p>
    <w:p>
      <w:pPr>
        <w:pStyle w:val="ArticleBody"/>
        <w:jc w:val="left"/>
      </w:pPr>
      <w:r>
        <w:rPr>
          <w:rFonts w:ascii="Times New Roman" w:hAnsi="Times New Roman" w:eastAsia="Times New Roman" w:cs="Times New Roman"/>
        </w:rPr>
        <w:t>Хүн төрөлхтнийг уруу татах явдлыг лууны хүч болох Нэгдсэн Үндэстний Байгууллагын глобалистууд хэрэгжүүлж байна. Зөгнөл дэх Нэгдсэн Үндэстний Байгууллагын глобалистууд нь хаад болон худалдаачдаас бүрддэг. Хаад нь засгийн газрууд бөгөөд, технологийн аварга корпорациуд болон үндэстэн дамнасан тэрбумтнууд нь худалдаачид юм.</w:t>
      </w:r>
    </w:p>
    <w:p>
      <w:pPr>
        <w:pStyle w:val="ArticleBody"/>
        <w:jc w:val="left"/>
      </w:pPr>
      <w:r>
        <w:rPr>
          <w:rFonts w:ascii="Times New Roman" w:hAnsi="Times New Roman" w:eastAsia="Times New Roman" w:cs="Times New Roman"/>
        </w:rPr>
        <w:t>Тулаан Ням гаргийн хуулиас эхэлдэг бөгөөд тэр үед Америкийн Нэгдсэн Улс арван хааны тэргүүлэх хаан болдог. Тийнхүү Америкийн Нэгдсэн Улс луу мэт ярьсан байдаг бөгөөд ингэснээр газрын араатны зургаа дахь хаанчлалын төгсгөл тэмдэглэгддэг. Дараа нь тэрээр араатны өмнө үйлдэх ёстой гайхамшгуудаараа, өөрөөр хэлбэл тэнгэрээс гал буулгаж байгаа хэмээн дүрслэгдсэн гайхамшгуудаар, бүх дэлхийг мэхлэн төөрөгдүүлэхээр урагшилдаг.</w:t>
      </w:r>
    </w:p>
    <w:p>
      <w:pPr>
        <w:pStyle w:val="ArticleScripture"/>
        <w:jc w:val="left"/>
      </w:pPr>
      <w:r>
        <w:rPr>
          <w:rFonts w:ascii="Times New Roman" w:hAnsi="Times New Roman" w:eastAsia="Times New Roman" w:cs="Times New Roman"/>
        </w:rPr>
        <w:t>Тэр агуу гайхамшгуудыг үйлдэж, бүр хүний нүдэн дээр тэнгэрээс газарт гал буулгадаг. Илчлэл 13:13.</w:t>
      </w:r>
    </w:p>
    <w:p>
      <w:pPr>
        <w:pStyle w:val="ArticleBody"/>
        <w:jc w:val="left"/>
      </w:pPr>
      <w:r>
        <w:rPr>
          <w:rFonts w:ascii="Times New Roman" w:hAnsi="Times New Roman" w:eastAsia="Times New Roman" w:cs="Times New Roman"/>
        </w:rPr>
        <w:t>Гудамжинд хядуулсан, амилсан хуурай яснууд туг тэмдэг болон тэнгэр өөд өргөгдөх үед, үүнтэй нэгэн зэрэг тэнгэрт өөр нэгэн гайхамшиг илэрнэ.</w:t>
      </w:r>
    </w:p>
    <w:p>
      <w:pPr>
        <w:pStyle w:val="ArticleScripture"/>
        <w:jc w:val="left"/>
      </w:pPr>
      <w:r>
        <w:rPr>
          <w:rFonts w:ascii="Times New Roman" w:hAnsi="Times New Roman" w:eastAsia="Times New Roman" w:cs="Times New Roman"/>
        </w:rPr>
        <w:t>Тэгээд тэнгэрт өөр нэгэн гайхамшиг үзэгдэв; мөн болгоогтун, долоон толгой, арван эвэртэй, толгойнууд дээрээ долоон титэм бүхий агуу улаан луу байлаа. Илчлэлт 12:3.</w:t>
      </w:r>
    </w:p>
    <w:p>
      <w:pPr>
        <w:pStyle w:val="ArticleBody"/>
        <w:jc w:val="left"/>
      </w:pPr>
      <w:r>
        <w:rPr>
          <w:rFonts w:ascii="Times New Roman" w:hAnsi="Times New Roman" w:eastAsia="Times New Roman" w:cs="Times New Roman"/>
        </w:rPr>
        <w:t>Агуу улаан луу нь Сатан мөн, гэхдээ мөн харь шашинт Ром юм.</w:t>
      </w:r>
    </w:p>
    <w:p>
      <w:pPr>
        <w:pStyle w:val="ArticleScripture"/>
        <w:jc w:val="left"/>
      </w:pPr>
      <w:r>
        <w:rPr>
          <w:rFonts w:ascii="Times New Roman" w:hAnsi="Times New Roman" w:eastAsia="Times New Roman" w:cs="Times New Roman"/>
        </w:rPr>
        <w:t>“Ийнхүү луу нь үндсэндээ Сатаныг төлөөлдөг боловч, хоёрдогч утгаараа харь Ромын бэлгэдэл мөн.” Эцсийн агуу тэмцэл, 439.</w:t>
      </w:r>
    </w:p>
    <w:p>
      <w:pPr>
        <w:pStyle w:val="ArticleBody"/>
        <w:jc w:val="left"/>
      </w:pPr>
      <w:r>
        <w:rPr>
          <w:rFonts w:ascii="Times New Roman" w:hAnsi="Times New Roman" w:eastAsia="Times New Roman" w:cs="Times New Roman"/>
        </w:rPr>
        <w:t>Луу бол Сатан мөн бөгөөд хоёрдогч хэрэглээнд луу нь харь шашинт Ромыг төлөөлдөг. Христийн төрсөн түүхэнд харь шашинт Ромын луу төлөөлөгдөн гарч ирдэг; харин луугийн төгс эш үзүүллэгийн хэрэглээ нь “эцсийн өдрүүдэд” байдаг. “Эцсийн өдрүүдэд” луу нь Нэгдсэн Үндэстний Байгууллагын арван хаадаар төлөөлөгддөг. Тэд Христийн төрсөн түүхэнд бус, харин Христийн төрөлтөөр хэв шинжлэгдсэн нэг зуун дөчин дөрвөн мянгын төрөх түүхэнд гарч ирдэг.</w:t>
      </w:r>
    </w:p>
    <w:p>
      <w:pPr>
        <w:pStyle w:val="ArticleScripture"/>
        <w:jc w:val="left"/>
      </w:pPr>
      <w:r>
        <w:rPr>
          <w:rFonts w:ascii="Times New Roman" w:hAnsi="Times New Roman" w:eastAsia="Times New Roman" w:cs="Times New Roman"/>
        </w:rPr>
        <w:t>«Хаад, захирагчид, амбан захирагчид өөрсөд дээрээ антихристийн тамгыг тавьсан бөгөөд Бурханы тушаалуудыг сахиж, Есүсийн итгэлийг хадгалдаг хүмүүс болох ариун хүмүүстэй дайтахаар явдаг луугаар төлөөлөгдөн дүрслэгдсэн байдаг.» Testimonies to Ministers, 38.</w:t>
      </w:r>
    </w:p>
    <w:p>
      <w:pPr>
        <w:pStyle w:val="ArticleBody"/>
        <w:jc w:val="left"/>
      </w:pPr>
      <w:r>
        <w:rPr>
          <w:rFonts w:ascii="Times New Roman" w:hAnsi="Times New Roman" w:eastAsia="Times New Roman" w:cs="Times New Roman"/>
        </w:rPr>
        <w:t>Луугийн арван эвэр нь түүний холбоот нэгдлийн бэлгэдэл бөгөөд, дээрээ титэмтэй түүний долоон толгой нь түүнийг Библийн эш үзүүлгийн найман хаант улсын долоо дахь толгой мөн болохыг, Даниелын хоёрдугаар бүлэгт гардаг Небухаднезарын хөрөгт ч, мөн Илчлэл номын арван долоодугаар бүлгийн найман толгойд ч дүрслэгдсэнээр тодорхойлж байна. Үндэстнүүдийн Байгууллага нь “тэнгэрт үзэгдсэн өөр нэгэн гайхамшиг” бөгөөд үхэгсдийн хуурай ястнуудын хөндийгөөр өнгөрөх гудамжинд төрсөн туг тэмдэг тэнгэр өөд өргөгдөж буй яг тэр цаг үед үзэгдэнэ. Луу ба эмэгтэй нь Ням гаргийн хуулийн үед тэнгэрт үзэгдэх гайхамшгууд мэт илэрдэг бөгөөд энэ нь мөн Католицизмын далайн араатан ч бас “гайхан дагагдах” яг тэр мөч мөн.</w:t>
      </w:r>
    </w:p>
    <w:p>
      <w:pPr>
        <w:pStyle w:val="ArticleScripture"/>
        <w:jc w:val="left"/>
      </w:pPr>
      <w:r>
        <w:rPr>
          <w:rFonts w:ascii="Times New Roman" w:hAnsi="Times New Roman" w:eastAsia="Times New Roman" w:cs="Times New Roman"/>
        </w:rPr>
        <w:t>Тэгээд би түүний нэгэн толгой нь үхтэл шархадсан мэт байгааг харлаа; гэвч түүний үхлийн шарх эдгэрчээ. Тэгээд бүх дэлхий араатныг гайхан дагав. Илчлэлт 13:3.</w:t>
      </w:r>
    </w:p>
    <w:p>
      <w:pPr>
        <w:pStyle w:val="ArticleBody"/>
        <w:jc w:val="left"/>
      </w:pPr>
      <w:r>
        <w:rPr>
          <w:rFonts w:ascii="Times New Roman" w:hAnsi="Times New Roman" w:eastAsia="Times New Roman" w:cs="Times New Roman"/>
        </w:rPr>
        <w:t>Дэлхий нийт папын тэнгисийн араатны араас, түүний үхлийн шарх эдгэрсний “дараа” гайхан дагаж байна; харин тэр шарх нь Америкийн Нэгдсэн Улс дахь Ням гаргийн хуулиар эдгэрдэг. Туг, луу, мөн араатан бүгд Америкийн Нэгдсэн Улс дахь Ням гаргийн хуулиас эхлэн гайхагдан дагагдаж байна. Хуурамч эш үзүүлэгч яг тэр цаг үед сатанлаг гайхамшгуудын хамгийн чухлыг илэрхийлдэг; учир нь Ням гаргийн хуулийн дараахан, хуурамч эш үзүүлэгч дөнгөж “луу” мэт ярьж эхэлсэн тэр мөчид, тэрээр бүх дэлхийг мэхлэхээр гарч явдаг бөгөөд мэхлэлтээ тэнгэрээс үйлдэн гүйцэлдүүлдэг.</w:t>
      </w:r>
    </w:p>
    <w:p>
      <w:pPr>
        <w:pStyle w:val="ArticleScripture"/>
        <w:jc w:val="left"/>
      </w:pPr>
      <w:r>
        <w:rPr>
          <w:rFonts w:ascii="Times New Roman" w:hAnsi="Times New Roman" w:eastAsia="Times New Roman" w:cs="Times New Roman"/>
        </w:rPr>
        <w:t>Тэгээд би газраас гарч ирж буй өөр нэгэн араатныг харав; тэр нь хурганы адил хоёр эвэртэй бөгөөд луу мэт ярьж байв. Тэрбээр эхний араатны бүх эрх мэдлийг түүний өмнө хэрэгжүүлж, дэлхий болон түүн дээр оршин суугчдыг үхлийн шарх нь эдгэрсэн тэрхүү эхний араатанд мөргүүлэхэд хүргэдэг. Мөн тэрээр агуу гайхамшгуудыг үйлддэг бөгөөд хүмүүсийн нүдэн дээр тэнгэрээс газар уруу гал буулгана. Илчлэлт 13:11–13.</w:t>
      </w:r>
    </w:p>
    <w:p>
      <w:pPr>
        <w:pStyle w:val="ArticleBody"/>
        <w:jc w:val="left"/>
      </w:pPr>
      <w:r>
        <w:rPr>
          <w:rFonts w:ascii="Times New Roman" w:hAnsi="Times New Roman" w:eastAsia="Times New Roman" w:cs="Times New Roman"/>
        </w:rPr>
        <w:t>Гурав дахь тэнгэрт эхэлсэн дайн эхний тэнгэрт төгсөнө. Луу, араатан, хуурамч эш үзүүлэгчийн гурвалсан нэгдлийг Библи болон Зөгнөлийн Сүнс хорон муу холбоо хэмээн тодорхойлдог. Ням гаргийн хуулийн үед энэхүү гурвалсан нэгдэл Армагеддон руу довтлон явахдаа бүх дэлхийг эмэгтэйн эсрэг дайнд удирдаж эхэлдэг. Ням гаргийн хуулийн үед тэд эхний тэнгэрийн байлдааны талбарт байр сууриа эзэлдэг, тэгээд дараа нь ялагддаг! Ром дэлхийн түүхэнд гурван удаа эрх мэдэлд хүрэхдээ үргэлж эхлээд дайснаа, дараа нь холбоотноо, дараа нь золиосоо даран ялж, эцэст нь унана.</w:t>
      </w:r>
    </w:p>
    <w:p>
      <w:pPr>
        <w:pStyle w:val="ArticleScripture"/>
        <w:jc w:val="left"/>
      </w:pPr>
      <w:r>
        <w:rPr>
          <w:rFonts w:ascii="Times New Roman" w:hAnsi="Times New Roman" w:eastAsia="Times New Roman" w:cs="Times New Roman"/>
        </w:rPr>
        <w:t>Тэгээд би луугийн амнаас, араатны амнаас, мөн хуурамч эш үзүүлэгчийн амнаас мэлхий мэт гурван бузар сүнс гарч ирэхийг харлаа. Учир нь тэд бол гайхамшгууд үйлдэгч чөтгөрүүдийн сүнснүүд бөгөөд Төгс Хүчит Бурханы агуу өдрийн тулалдаанд тэднийг цуглуулахын тулд газрын хаад уруу болон бүхий л дэлхийн хаад уруу гарч оддог. Болгоогтун, Би хулгайч мэт ирнэ. Нүцгэн явахгүй байж, ичгүүрийг нь тэд харахгүйн тулд сэрэмжлэн харж, хувцсаа хадгалдаг хүн ерөөлтэй еэ. Тэгээд тэр тэднийг еврей хэлээр Армагеддон хэмээн нэрлэгддэг газар цуглуулав. Илчлэлт 16:13–16.</w:t>
      </w:r>
    </w:p>
    <w:p>
      <w:pPr>
        <w:pStyle w:val="ArticleBody"/>
        <w:jc w:val="left"/>
      </w:pPr>
      <w:r>
        <w:rPr>
          <w:rFonts w:ascii="Times New Roman" w:hAnsi="Times New Roman" w:eastAsia="Times New Roman" w:cs="Times New Roman"/>
        </w:rPr>
        <w:t>“Эцсийн өдрүүд” дэх “тэнгэр дэх дайн” нь зүйрлэл биш, харин тэнгэрүүдэд явагддаг харилцаа холбооны дайн мөн. Луугийн амнаас, араатны амнаас, мөн хуурамч эш үзүүлэгчийн амнаас “гайхамшгууд” үйлддэг “чөтгөрүүдийн сүнснүүд” гарч ирдэг. “Сүнс” гэдэг үг нь амьсгал гэсэн утгатай бөгөөд амьсгал нь мэдээний бэлгэдэл юм. Езекиел гучин долоод гардаг амьсгал нь үхсэн ясуудыг амилуулдаг бөгөөд үүнийг Библид зүүн салхиар төлөөлүүлдэг Исламын мэдээг дамжуулах замаар үйлддэг. “Сүнс”, “салхи”, “амьсгал” гэдэг нь Еврей болон Грек хэлэнд адил нэг үг бөгөөд англи хэлэнд эдгээр гурван үгээр орчуулагдсан байдаг.</w:t>
      </w:r>
    </w:p>
    <w:p>
      <w:pPr>
        <w:pStyle w:val="ArticleScripture"/>
        <w:jc w:val="left"/>
      </w:pPr>
      <w:r>
        <w:rPr>
          <w:rFonts w:ascii="Times New Roman" w:hAnsi="Times New Roman" w:eastAsia="Times New Roman" w:cs="Times New Roman"/>
        </w:rPr>
        <w:t>“Бурханд чин сэтгэлээсээ үйлчлэхийг хүсдэг хүн бүрийн сэтгэлд Бурхан шинэ амьсгал хайрлаж чадна; мөн тахилын ширээнээс авсан амьд нүүрсээр уруулд нь хүрч, Өөрийг нь магтан алдаршуулахад уран яруу болгоно. Бурханы Үгийн гайхамшигт үнэнүүдийг тунхаглан хэлэх хүчээр мянга мянган дуу хоолой дүүргэгдэх болно. Ээрэн түгдрэх хэл тайлагдаж, аймхай нэгэн үнэнгийн төлөө зоригтой гэрчлэл өргөхөд хүчирхэг болгогдоно. Эзэн Өөрийн ард түмэнд сэтгэлийн сүмийг аливаа бузарлалаас цэвэрлэж, Өөртэй нь тийм ойр дотно холбоог хадгалахад нь туслаасай; ингэснээр хожмын бороо асгагдах үед тэд түүнээс хүртэгчид болж чадна.” Review and Herald, July 20, 1886.</w:t>
      </w:r>
    </w:p>
    <w:p>
      <w:pPr>
        <w:pStyle w:val="ArticleBody"/>
        <w:jc w:val="left"/>
      </w:pPr>
      <w:r>
        <w:rPr>
          <w:rFonts w:ascii="Times New Roman" w:hAnsi="Times New Roman" w:eastAsia="Times New Roman" w:cs="Times New Roman"/>
        </w:rPr>
        <w:t>Луугийн амнаас, араатны амнаас, мөн хуурамч эш үзүүлэгчийн амнаас гарч буй “сүнснүүд” нь сатанлаг мэдээнүүдийг төлөөлдөг. Гурав дахь тэнгэр дэх анхны тулалдаанд—энэ нь завхарсан гэрэл тээгчээр дүрслэгдсэнчлэн завхарсан харилцаа холбоо байсан. Харин эхний тэнгэр дэх эцсийн тулалдаанд—дахин нэгэнтээ завхарсан харилцаа холбоо байх болно. Сатан гурав дахь тэнгэрийн дайнд хэрэглэсэн, мөн эхний тэнгэрийн дайнд дахин хэрэглэхээр буй тэр завхарсан харилцаа холбоо нь мезмеризм байсан бөгөөд үүнийг орчин үед гипноз хэмээн нэрлэдэг.</w:t>
      </w:r>
    </w:p>
    <w:p>
      <w:pPr>
        <w:pStyle w:val="ArticleScripture"/>
        <w:jc w:val="left"/>
      </w:pPr>
      <w:r>
        <w:rPr>
          <w:rFonts w:ascii="Times New Roman" w:hAnsi="Times New Roman" w:eastAsia="Times New Roman" w:cs="Times New Roman"/>
        </w:rPr>
        <w:t>“Эрэгтэй, эмэгтэй хүмүүс өөрсөдтэй нь харилцдаг хүмүүсийн оюун санааг хэрхэн эрхшээлдээ оруулах тухай ухааныг судлах ёсгүй. Энэ бол Сатаны заадаг ухаан мөн. Ийм төрлийн бүхнийг бид эсэргүүцэх ёстой. Бид мезмеризм болон ховсдолттой оролдож болохгүй—анхны байр сууриа алдсан бөгөөд тэнгэрийн орднуудаас хөөгдөн гарсан нэгний ухаантай.” Гар бичмэл 86, 1905.</w:t>
      </w:r>
    </w:p>
    <w:p>
      <w:pPr>
        <w:pStyle w:val="ArticleBody"/>
        <w:jc w:val="left"/>
      </w:pPr>
      <w:r>
        <w:rPr>
          <w:rFonts w:ascii="Times New Roman" w:hAnsi="Times New Roman" w:eastAsia="Times New Roman" w:cs="Times New Roman"/>
        </w:rPr>
        <w:t>Өнөөдөр дэлхий дахинд гипнозыг технологийн аваргууд дэлхий нийтийн сүлжээгээр дамжуулан хэрэгжүүлж байна; энэ нь орчин үеийн зар сурталчилгааны шинжлэх ухаан хэмээн нэрлэгддэг зүйлийг ашигладаг боловч, үнэн хэрэгтээ энэ нь эртний сатанлаг гипнозын ухааны туйлын нарийсал, төгс боловсронгуй хэлбэр мөн. Даяарчлагчид, технологийн аваргууд, тэрбумтнууд хэдийнээ дэлхий даяар байгуулагдсан мэхлэлтийн “тор”-онд олзоо оруулахыг зорьж байна. Хэрэв тэгж хэлбэл, бүх дэлхий дээрх Сатаны сэтгэлзүйн ажиллагаа юм. Дэлхийг Армагеддон руу хөтөлдөг нь сатанлаг мэдээнүүд бөгөөд, тэрхүү сатанлаг мэдээнүүд тэнгэрт тунхаглагдаж байх яг тэр цагт гурван тэнгэрэлч мөн тэнгэрт Христийн мэдээг тунхаглаж байдаг.</w:t>
      </w:r>
    </w:p>
    <w:p>
      <w:pPr>
        <w:pStyle w:val="ArticleScripture"/>
        <w:jc w:val="left"/>
      </w:pPr>
      <w:r>
        <w:rPr>
          <w:rFonts w:ascii="Times New Roman" w:hAnsi="Times New Roman" w:eastAsia="Times New Roman" w:cs="Times New Roman"/>
        </w:rPr>
        <w:t>Тэгээд би өөр нэгэн тэнгэр элчийг тэнгэрийн мандлын дунд нисэж явахыг харлаа. Тэрээр газар дээр оршин суугчдад, мөн бүх үндэстэн, овог, хэл, ард түмэнд тунхаглах мөнхийн сайн мэдээг агуулж байв. Тэр чанга дуугаар ийнхүү хэлэв: Бурханаас эмээгтүн, Түүнд алдрыг өргөгтүн; учир нь Түүний шүүлтийн цаг иржээ. Тэнгэр, газар, тэнгис, усны эх булгуудыг Бүтээгч Түүнд мөргөгтүн. Үүний дараа өөр нэгэн, хоёр дахь тэнгэр элч дагаж ирээд: Агуу хот Вавилон унасан, унасан; учир нь тэр өөрийн садар самууны хилэнгийн дарсаар бүх үндэстнийг уулгасан гэж хэлэв. Тэдний араас гурав дахь тэнгэр элч чанга дуугаар ийнхүү хэлэв: Хэрэв хэн нэгэн нь араатанд болон түүний хөрөгт мөргөж, духан дээрээ эсвэл гар дээрээ түүний тэмдгийг хүлээн авбал, тэр хүн мөн Бурханы уур хилэнгийн дарсаас уух болно. Тэр нь Түүний хилэнгийн аяган дотор хольцгүйгээр цутгагдсан байдаг; мөн тэр ариун тэнгэр элч нарын өмнө, Хурганы өмнө гал ба хүхрээр тарчилгагдах болно. Тэдний тарчлалын утаа үеийн үед мөнхөд дээш гарна; араатан болон түүний хөрөгт мөргөдөг, мөн түүний нэрийн тэмдгийг хүлээн авагч хэн боловч өдөр шөнөгүй амралтгүй байх болно. Илчлэлт 14:6–11.</w:t>
      </w:r>
    </w:p>
    <w:p>
      <w:pPr>
        <w:pStyle w:val="ArticleBody"/>
        <w:jc w:val="left"/>
      </w:pPr>
      <w:r>
        <w:rPr>
          <w:rFonts w:ascii="Times New Roman" w:hAnsi="Times New Roman" w:eastAsia="Times New Roman" w:cs="Times New Roman"/>
        </w:rPr>
        <w:t>Гурвалсан холбооны гишүүн бүрээс гарч буй “сүнснүүд” нь тэдний амнаас гардаг. Үндэстний хэлэх нь түүний засгийн газрын үйл ажиллагаа мөн.</w:t>
      </w:r>
    </w:p>
    <w:p>
      <w:pPr>
        <w:pStyle w:val="ArticleScripture"/>
        <w:jc w:val="left"/>
      </w:pPr>
      <w:r>
        <w:rPr>
          <w:rFonts w:ascii="Times New Roman" w:hAnsi="Times New Roman" w:eastAsia="Times New Roman" w:cs="Times New Roman"/>
        </w:rPr>
        <w:t>“Үндэстэн ярих нь түүний хууль тогтоох болон шүүх эрх мэдэлтнүүдийн үйл ажиллагаа юм.” Агуу Тэмцэл, 443.</w:t>
      </w:r>
    </w:p>
    <w:p>
      <w:pPr>
        <w:pStyle w:val="ArticleBody"/>
        <w:jc w:val="left"/>
      </w:pPr>
      <w:r>
        <w:rPr>
          <w:rFonts w:ascii="Times New Roman" w:hAnsi="Times New Roman" w:eastAsia="Times New Roman" w:cs="Times New Roman"/>
        </w:rPr>
        <w:t>Иеремиад хэрэв тэр буудайг хивгээс ялгаж, хивэгт өөрөө эргэж очихгүй байх аваас (харин хивэг түүн дээр эргэн ирж болох ч), Бурхан түүнийг Өөрийнхөө “ам” болгоно хэмээн амласан.</w:t>
      </w:r>
    </w:p>
    <w:p>
      <w:pPr>
        <w:pStyle w:val="ArticleScripture"/>
        <w:jc w:val="left"/>
      </w:pPr>
      <w:r>
        <w:rPr>
          <w:rFonts w:ascii="Times New Roman" w:hAnsi="Times New Roman" w:eastAsia="Times New Roman" w:cs="Times New Roman"/>
        </w:rPr>
        <w:t>Би дооглогчдын чуулганд суугаагүй, мөн баярлаагүй; Таны гарын учир би ганцаараа суусан, учир нь Та намайг уур хилэнгээр дүүргэсэн билээ. Миний өвдөлт яагаад үргэлжлэх бөгөөд эдгэхээс татгалздаг шарх минь яагаад эдгэршгүй байдаг вэ? Та надад бүхэлдээ худалч мэт, тасран үгүй болдог ус мэт байх юм уу? Тиймээс ЭЗЭН ийнхүү айлдаж байна: Хэрэв чи эргэж ирвэл, Би чамайг дахин авчирна, тэгээд чи Миний өмнө зогсох болно. Хэрэв чи үнэтэйг өөдгүйгээс ялган гаргавал, чи Миний ам мэт байх болно. Тэд чам уруу эргэн ирэг; харин чи тэдэн уруу бүү эргэн оч. Иеремиа 15:17–19.</w:t>
      </w:r>
    </w:p>
    <w:p>
      <w:pPr>
        <w:pStyle w:val="ArticleBody"/>
        <w:jc w:val="left"/>
      </w:pPr>
      <w:r>
        <w:rPr>
          <w:rFonts w:ascii="Times New Roman" w:hAnsi="Times New Roman" w:eastAsia="Times New Roman" w:cs="Times New Roman"/>
        </w:rPr>
        <w:t>Иеремиа нь Бурхан худал хэлсэн гэж бодсон анхны урам хугаралдаа орсон Миллеритүүдийг төлөөлж байна. Бурхан худал хэлээгүй, харин 1843 оны хүснэгтэд байсан алдааг Өөрийн мутраар түр халхалсан юм. Иеремиад амлалт өгөгдсөн нь 2020 оны 7 дугаар сарын 18-нд урам хугарсан хүмүүст өгөгдсөн амлалттай адил бөгөөд, хэрэв тэд урам хугарлаас өмнө байсан мунхаг хүмүүсээс болон сатаны сургаалуудын нөлөөнөөс өөрсдийгөө тусгаарлавал, тэгвэл Эзэн Иеремиа болон түүний дүрслэн төлөөлдөг хүмүүсийг Өөрийн “ам” болгоно гэсэн юм. 1843 оны хүснэгт нь Хабаккук номын хоёрдугаар бүлэгт үүнийг үйлдэх тухай өгсөн тушаалын биеллээр бүтээгдсэн байв.</w:t>
      </w:r>
    </w:p>
    <w:p>
      <w:pPr>
        <w:pStyle w:val="ArticleScripture"/>
        <w:jc w:val="left"/>
      </w:pPr>
      <w:r>
        <w:rPr>
          <w:rFonts w:ascii="Times New Roman" w:hAnsi="Times New Roman" w:eastAsia="Times New Roman" w:cs="Times New Roman"/>
        </w:rPr>
        <w:t>“‘анхны итгэл’-д бат зогсож байсан үедээ Хоёрдугаар Ирэлтийн номлогчид болон хэвлэлүүдийн нэгдмэл гэрчлэл нь, хүснэгт хэвлэгдсэн явдал Хабаккук 2:2, 3-ын биелэл байсан гэж үзэж байв. Хэрэв тэр хүснэгт эш үзүүллэгийн сэдэв байсан бол (үүнийг үгүйсгэдэг хүмүүс анхны итгэлээс гарч буй хэрэг), тэгвэл 2300 өдрийг МЭӨ 457 оноос эхлэн тоолох ёстой нь үүнээс гарцаагүй дагана. ‘Үзэгдэл’ ‘саатах’, өөрөөр хэлбэл саатлын хугацаа байх, мөн тэр хугацаанд он цагийн агуу сэдвийн талаар онгон охидын бүлэг Нохойн Дуугаар сэрээгдэхийнхаа яг өмнө мэгдэж унтахын тулд, 1843 он анх нийтлэгдсэн цаг хугацаа байх нь зайлшгүй шаардлагатай байсан.” Жэймс Уайт, Second Advent Review and Sabbath Herald, Volume 1, Number 2.</w:t>
      </w:r>
    </w:p>
    <w:p>
      <w:pPr>
        <w:pStyle w:val="ArticleBody"/>
        <w:jc w:val="left"/>
      </w:pPr>
      <w:r>
        <w:rPr>
          <w:rFonts w:ascii="Times New Roman" w:hAnsi="Times New Roman" w:eastAsia="Times New Roman" w:cs="Times New Roman"/>
        </w:rPr>
        <w:t>Эзэн Хабаккукаар дамжуулан Миллерчүүдэд 1843 оны хүснэгтийг гаргахыг тушаасан бөгөөд түүнд Эзэний мутар халхалж байсан нэгэн алдаа байв. Ийм учраас Иеремиа өөрийн урам хугаралт Бурханы мутраас болсон гэж хэлдэг. Урам хугарлын дараа Эзэн Миллерчүүдийг Хабаккукийн хоёрдугаар бүлэгт дахин хөтлөн авчрахад, тэд үзэгдэл саатах хэдий ч түүнийг хүлээх ёстой, учир нь тэр худал хэлэхгүй, мөн эцэст нь “ярьж” эхэлнэ гэсэн амлалтыг олж харсан юм.</w:t>
      </w:r>
    </w:p>
    <w:p>
      <w:pPr>
        <w:pStyle w:val="ArticleBody"/>
        <w:jc w:val="left"/>
      </w:pPr>
      <w:r>
        <w:rPr>
          <w:rFonts w:ascii="Times New Roman" w:hAnsi="Times New Roman" w:eastAsia="Times New Roman" w:cs="Times New Roman"/>
        </w:rPr>
        <w:t>“Ярьж буй” үзэгдэл нь эш үзүүллэгийн мэдээний агуулгыг төлөөлж байсан бөгөөд Иеремиад өгөгдсөн амлалт нь, хэрэв тэр урам хугарлаа сэгсрэн хаяж, урам хугарахаас өмнө мэдээндээ хандаж байсан тэрхүү хичээл зүтгэлдээ эргэн орж, мөн буудай ба сүрлийг ялган салгах аваас, тэр Бурханы “ам” болж, Шөнө дундын Хашхирааны мэдээг тунхаглах болно гэсэн явдал байв.</w:t>
      </w:r>
    </w:p>
    <w:p>
      <w:pPr>
        <w:pStyle w:val="ArticleScripture"/>
        <w:jc w:val="left"/>
      </w:pPr>
      <w:r>
        <w:rPr>
          <w:rFonts w:ascii="Times New Roman" w:hAnsi="Times New Roman" w:eastAsia="Times New Roman" w:cs="Times New Roman"/>
        </w:rPr>
        <w:t>Учир нь үзэгдэл нь товлогдсон цагтаа зориулсан хэвээр байгаа; харин эцэстээ тэр нь айлдаж, худал болохгүй. Хэдийгээр саатах мэт боловч түүнийг хүлээ; учир нь тэр нь гарцаагүй ирнэ, саатахгүй. Хабаккук 2:3.</w:t>
      </w:r>
    </w:p>
    <w:p>
      <w:pPr>
        <w:pStyle w:val="ArticleBody"/>
        <w:jc w:val="left"/>
      </w:pPr>
      <w:r>
        <w:rPr>
          <w:rFonts w:ascii="Times New Roman" w:hAnsi="Times New Roman" w:eastAsia="Times New Roman" w:cs="Times New Roman"/>
        </w:rPr>
        <w:t>Иеремиагаар төлөөлөгдөх хүмүүс, буцаж ирэх тушаалыг биелүүлдэг нэгдүгээр ба гуравдугаар тэнгэрэлчийн аль алиных нь хөдөлгөөн дотор, анхны тэнгэрийн тулалдааны талбарт явагдах хорон эвслийн эсрэг дайнд ЭЗЭНий “ам” байх болно. Тэд Шөнө дундын Хашхирааны мэдээг тунхаглах болно. Иеремиагаар төлөөлөгдөх хүмүүс эдүгээ цөлд нэгэн “дуу хоолой”-г сонсож байна. Бэлгэдэлт гурав хагас өдөр нь эш үзүүллэгийн цөлийн бэлгэдэл мөн.</w:t>
      </w:r>
    </w:p>
    <w:p>
      <w:pPr>
        <w:pStyle w:val="ArticleScripture"/>
        <w:jc w:val="left"/>
      </w:pPr>
      <w:r>
        <w:rPr>
          <w:rFonts w:ascii="Times New Roman" w:hAnsi="Times New Roman" w:eastAsia="Times New Roman" w:cs="Times New Roman"/>
        </w:rPr>
        <w:t>Цөлд хашхирагчийн дуу нь: ЭЗЭНий замыг бэлтгэ, манай Бурханд зориулан цөлд шулуун дардан зам гарга. Хөндий бүхэн өргөгдөж, уул толгод бүхэн намсгагдах болно; муруй нь шулуун болж, бартаатай газар тэгш тал болно. Тэгээд ЭЗЭНий алдар суу илчлэгдэж, бүх махан бие түүнийг хамтдаа үзэх болно. Учир нь ЭЗЭНий ам үүнийг айлдсан билээ. Исаиа 40:3–5.</w:t>
      </w:r>
    </w:p>
    <w:p>
      <w:pPr>
        <w:pStyle w:val="ArticleBody"/>
        <w:jc w:val="left"/>
      </w:pPr>
      <w:r>
        <w:rPr>
          <w:rFonts w:ascii="Times New Roman" w:hAnsi="Times New Roman" w:eastAsia="Times New Roman" w:cs="Times New Roman"/>
        </w:rPr>
        <w:t>Бид гурав дахь тэнгэрт эхлэж, эхний тэнгэрт төгсөх туршилтын дайны сүүлчийн тулалдааны талаарх авч үзэхүйгээ дараагийн өгүүлэлд үргэлжлүүлнэ.</w:t>
      </w:r>
    </w:p>
    <w:p>
      <w:pPr>
        <w:pStyle w:val="ArticleScripture"/>
        <w:jc w:val="left"/>
      </w:pPr>
      <w:r>
        <w:rPr>
          <w:rFonts w:ascii="Times New Roman" w:hAnsi="Times New Roman" w:eastAsia="Times New Roman" w:cs="Times New Roman"/>
        </w:rPr>
        <w:t>Тэгэхэд бүх мидианчууд, амалекчууд болон зүгийн дорнодын хөвгүүд цуглан, гатлан ирж, Иезреелийн хөндийд хуаранлав. Харин ЭЗЭНий Сүнс Гидеон дээр бууж ирэхэд тэр бүрээ үлээв; тэгээд Абиэзер түүний араас цуглав. Тэр бүх Манассегээр зарлагачдыг илгээсэн бөгөөд тэд ч мөн түүний араас цуглав; мөн тэр Ашер, Зебулун, Нафталид зарлагачдыг илгээхэд тэд тэдэнтэй уулзахаар өгсөн ирэв. Шүүгчид 6:33–35.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Есүс Христийн Илчлэл — Аравдугаар дугаар</dc:title>
  <dc:subject>Тэнгэр дэх дайн</dc:subject>
  <dc:creator>Jeff Pippenger</dc:creator>
  <cp:keywords/>
  <dc:description>Generated by ArticleDigger from revelation\10_revelation.json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