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Есүс Христийн Илчлэл — Арван Нэгэн Дугаар</w:t>
      </w:r>
    </w:p>
    <w:p>
      <w:pPr>
        <w:pStyle w:val="ArticleSubtitle"/>
        <w:jc w:val="left"/>
      </w:pPr>
      <w:r>
        <w:rPr>
          <w:rFonts w:ascii="Arial" w:hAnsi="Arial" w:eastAsia="Arial" w:cs="Arial"/>
        </w:rPr>
        <w:t>Араатны дүр зураг</w:t>
      </w:r>
    </w:p>
    <w:p>
      <w:pPr>
        <w:pStyle w:val="ArticleByline"/>
        <w:jc w:val="left"/>
      </w:pPr>
      <w:r>
        <w:rPr>
          <w:rFonts w:ascii="Arial" w:hAnsi="Arial" w:eastAsia="Arial" w:cs="Arial"/>
        </w:rPr>
        <w:t>Jeff Pippenger</w:t>
      </w:r>
    </w:p>
    <w:p>
      <w:pPr>
        <w:pStyle w:val="ArticleDate"/>
        <w:jc w:val="left"/>
      </w:pPr>
      <w:r>
        <w:rPr>
          <w:rFonts w:ascii="Arial" w:hAnsi="Arial" w:eastAsia="Arial" w:cs="Arial"/>
        </w:rPr>
        <w:t>2023-11-05</w:t>
      </w:r>
    </w:p>
    <w:p>
      <w:pPr>
        <w:pStyle w:val="ArticleScripture"/>
        <w:jc w:val="left"/>
      </w:pPr>
      <w:r>
        <w:rPr>
          <w:rFonts w:ascii="Times New Roman" w:hAnsi="Times New Roman" w:eastAsia="Times New Roman" w:cs="Times New Roman"/>
        </w:rPr>
        <w:t>Тэгээд тэнгэрт өөр нэгэн гайхамшиг үзэгдэв; харагтун, долоон толгой, арван эвэртэй, толгойнууд дээрээ долоон титэмтэй агуу улаан луу байлаа. Сүүл нь тэнгэрийн оддын гуравны нэгийг чирэн авч, газарт хаяжээ. Тэр луу төрөх гэж байсан эмэгтэйн өмнө зогсон, хүүхдийг нь төрмөгц залгихаар хүлээж байв. Тэгээд тэр эмэгтэй бүх үндэстнийг төмөр таягаар захирах эрэгтэй хүүхэд төрүүлэв; харин түүний хүүхэд Бурхан уруу, Түүний сэнтийн өмнө өргөгдөн аваачигдав. Эмэгтэй Бурханаар бэлтгэгдсэн өөрийн газарт, тэндээ мянга хоёр зуун жаран хоног тэжээгдэхийн тулд цөл уруу зугтав. Тэнгэрт дайн болов: Михаил болон түүний тэнгэрэлч нар луутай тулалдав; луу ч мөн өөрийн тэнгэрэлч нартайгаа тулалдсан боловч дийлсэнгүй, тэнгэрт тэдний байх газар ч дахин олдсонгүй. Тэгээд агуу луу, өөрөөр хэлбэл бүх ертөнцийг мэхлэгч, Диавол ба Сатан хэмээн нэрлэгддэг өнөөх эртний могой газарт хаягдав; түүний тэнгэрэлч нар ч түүнтэй хамт хаягдав. Тэгтэл би тэнгэрт чанга дуугаар ийн хэлэхийг сонсов: Одоо аврал, хүч чадал, манай Бурханы хаанчлал, Түүний Христийн эрх мэдэл ирлээ. Учир нь ах дүүсийг маань өдөр шөнөгүй манай Бурханы өмнө буруутгадаг гүтгэгч унагдан хаягдлаа. Тэд Хурганы цусаар болон өөрсдийн гэрчлэлийн үгээр түүнийг ялсан бөгөөд үхэл хүртэл амиа хайрласангүй. Иймийн тул, тэнгэрүүд ээ, мөн тэдгээрт оршин суугчид аа, баясагтун. Харин газар ба тэнгисийн оршин суугчдад гай зовлон! Учир нь чөтгөр өөрт нь цаг бага үлдсэнийг мэдэх тул асар их хилэнтэйгээр та нар уруу бууж ирэв. Луу өөрийгөө газарт хаягдсаныг хараад, эрэгтэй хүүхэд төрүүлсэн эмэгтэйг хавчин мөшгөв. Тэгээд эмэгтэйд агуу бүргэдийн хоёр далавч өгөгдөв. Энэ нь түүнийг могойн нүүрнээс зайлан, цөл дэх өөрийн газарт нисэн очиж, тэндээ цаг, цагууд, хагас цагийн турш тэжээгдэхийн тулд байв. Могой эмэгтэйн араас түүнийг үерийн усанд автуулахын тулд амнаасаа гол мэт ус цутгав. Гэвч газар эмэгтэйд тусалж, амаа ангайгаад луугийн амнаас цутгасан үерийг залгив. Тэгээд луу эмэгтэйд уурсан хилэгнэж, Бурханы тушаалуудыг сахидаг, Есүс Христийн гэрчлэлийг эзэмшдэг түүний үр удмын үлдэгдэлтэй дайтхаар одов. Илчлэлт 12:1–17.</w:t>
      </w:r>
    </w:p>
    <w:p>
      <w:pPr>
        <w:pStyle w:val="ArticleBody"/>
        <w:jc w:val="left"/>
      </w:pPr>
      <w:r>
        <w:rPr>
          <w:rFonts w:ascii="Times New Roman" w:hAnsi="Times New Roman" w:eastAsia="Times New Roman" w:cs="Times New Roman"/>
        </w:rPr>
        <w:t>Христ ба Сатаны хоорондох агуу тэмцлийн эхний тулаан Люциферийн бослогоор гурав дахь тэнгэрт эхэлсэн бөгөөд тэрхүү эхний тулаан нь эхний тэнгэр дэх эцсийн тулааны бэлгэдэл болдог. Дайн тулаан цааш ч үргэлжилнэ. Учир нь мянган жилийн мянганы төгсгөлд Сатан богинохон хугацаагаар суллагдаж, Иерусалимын эсрэг довтолгоо өрнүүлдэг. Гэвч тэр тулаанд ялалтын ямар ч боломж үгүй. Эхэнд гурав дахь тэнгэрт болсон, төгсгөлд эхний тэнгэр дэх тулааныг төлөөлдөг тэр тулаан нь нигүүлслийн хугацаа нээлттэй байх үед явагдсан юм.</w:t>
      </w:r>
    </w:p>
    <w:p>
      <w:pPr>
        <w:pStyle w:val="ArticleBody"/>
        <w:jc w:val="left"/>
      </w:pPr>
      <w:r>
        <w:rPr>
          <w:rFonts w:ascii="Times New Roman" w:hAnsi="Times New Roman" w:eastAsia="Times New Roman" w:cs="Times New Roman"/>
        </w:rPr>
        <w:t>Хүүхэдтэй жирэмсэн буй “эмэгтэй” нь түүхийн турш дахь Бурханы сүмийг төлөөлдөг бөгөөд Христийн түүхэнд тэрээр эрэгтэй хүүхэд Есүсийг төрүүлэх гэж байв. Эцсийн өдрүүдэд тэрээр ихэр хүүхэд төрүүлдэг. Ням гаргийн хуулиас яг өмнө тэрээр Илчлэлт номын долоодугаар бүлгийн нэг зуун дөчин дөрвөн мянгыг төрүүлдэг бөгөөд Ням гаргийн хуулийн үед Илчлэлт номын долоодугаар бүлгийн агуу олныг төрүүлэх төрөх зовлон нь эхэлдэг. Түүний ихрүүд адилхан биш боловч тэд ихрүүд мөн бөгөөд ууган нь Елиа, харин бага хүү нь Мосе юм.</w:t>
      </w:r>
    </w:p>
    <w:p>
      <w:pPr>
        <w:pStyle w:val="ArticleBody"/>
        <w:jc w:val="left"/>
      </w:pPr>
      <w:r>
        <w:rPr>
          <w:rFonts w:ascii="Times New Roman" w:hAnsi="Times New Roman" w:eastAsia="Times New Roman" w:cs="Times New Roman"/>
        </w:rPr>
        <w:t>Сүнслэг Израилийн эхэнд харь үндэстний Ромын луу Эрэгтэй Хүүхэд Есүсийг залгихаар хүлээн байсны адил, орчин үеийн Ромын луу одоо зуун дөчин дөрвөн мянгын эрэгтэй хүүхдийг залгихаар хүлээн байна. Харь үндэстний Ром анхны Христийн сүмийг хавчсанчлан, орчин үеийн Ром Ням гаргийн хуулийн хямралын үед тэрхүү хавчлагыг дахин үйлдэх болно. Анхны Христийн сүмд эмэгтэй арван хоёр зуун жаран бодит жилийн турш цөл рүү зугтсан бөгөөд Ням гаргийн хуулийн хямралын үеийн хавчлага Илчлэлт арван гуравдугаар бүлэг, тавдугаар зүйл дэх дөчин хоёр сараар бэлгэдэгдсэн байдаг. Цөлд Бурханы ард түмэнд тэдний төлөө бэлтгэгдсэн газар байдаг бөгөөд тэнд тэд тэжээгдэж, тэтгэгддэг.</w:t>
      </w:r>
    </w:p>
    <w:p>
      <w:pPr>
        <w:pStyle w:val="ArticleBody"/>
        <w:jc w:val="left"/>
      </w:pPr>
      <w:r>
        <w:rPr>
          <w:rFonts w:ascii="Times New Roman" w:hAnsi="Times New Roman" w:eastAsia="Times New Roman" w:cs="Times New Roman"/>
        </w:rPr>
        <w:t>Илчлэл номын наймдугаар бүлгийн арван гуравдугаар зүйлд сүүлчийн гурван бүрээ нь гурван гай хэмээн тодорхойлогдсон байдаг. Илчлэл дэх эдгээр гай нь Ням гаргийн хуулийг баталдаг хүчнүүдийн эсрэг Исламын авчирдаг бүрээний шүүлтүүдийг төлөөлдөг. Арван хоёрдугаар бүлэгт дүрслэгдсэн дайнд, “Газар ба далайн оршин суугчид аа, та нарт гай ирлээ! Учир нь чөтгөр өөрт нь үлдсэн цаг тун богино гэдгийг мэдэж, их хилэнтэйгээр та нар уруу бууж иржээ” хэмээн өгүүлэхэд Исламын үүрэг тодорхойлогддог. Иезавел урвагч нөхөр Ахабаараа дамжуулан үйлддэг хавчлага нь “газар” араатан болон “далай” араатанд чиглэгддэг.</w:t>
      </w:r>
    </w:p>
    <w:p>
      <w:pPr>
        <w:pStyle w:val="ArticleBody"/>
        <w:jc w:val="left"/>
      </w:pPr>
      <w:r>
        <w:rPr>
          <w:rFonts w:ascii="Times New Roman" w:hAnsi="Times New Roman" w:eastAsia="Times New Roman" w:cs="Times New Roman"/>
        </w:rPr>
        <w:t>Илчлэлт номын арван наймдугаар бүлгийн хүчирхэг тэнгэрэлчийн хөдөлгөөн нь, аливаа шинэчлэлийн хөдөлгөөн бүрийн адил, шүүлт рүү хөтөлдөг бөгөөд түүнийг хамарсан үндсэн дөрвөн замын тэмдэгтэй. Эхний тэнгэрэлчийн хөдөлгөөний хувьд эдгээр дөрвөн замын тэмдэг нь 1840 оны 8 дугаар сарын 11, 1843 оны хаврын эхний урам хугаралт, 1844 оны 8 дугаар сарын 12-оос 17-ны хооронд Дунд Шөнийн Хашхирааны мэдээ ирсэн явдал, мөн 1844 оны 10 дугаар сарын 22-нд шүүлт нээгдсэн явдал байв. Эдгээр дөрвөн замын тэмдэг тус бүр нь “цаг хугацаа” хэмээх нэгэн ижил ерөнхий сэдвийг агуулж байв. 1840 оны 8 дугаар сарын 11 нь Илчлэлт номын есдүгээр бүлгийн арван тавдугаар эшлэлийн цаг хугацааны эш үзүүллэгийн биелэлт байсан. 1843 оны анхны урам хугаралт нь цаг хугацааны талаар бүтэлгүйтсэн зөгнөлтийг илэрхийлж байв. Дунд Шөнийн Хашхирааны мэдээ нь өмнө нь бүтэлгүйтсэн цаг хугацааны зөгнөлтийн залруулга байсан бөгөөд 1844 оны 10 дугаар сарын 22 нь Дунд Шөнийн Хашхирааны мэдээний зөгнөн хэлсэн цаг хугацааны биелэлт байв.</w:t>
      </w:r>
    </w:p>
    <w:p>
      <w:pPr>
        <w:pStyle w:val="ArticleBody"/>
        <w:jc w:val="left"/>
      </w:pPr>
      <w:r>
        <w:rPr>
          <w:rFonts w:ascii="Times New Roman" w:hAnsi="Times New Roman" w:eastAsia="Times New Roman" w:cs="Times New Roman"/>
        </w:rPr>
        <w:t>Гурав дахь тэнгэрэлчийн хөдөлгөөнд мөн адил тэрхүү дөрвөн замын тэмдэг бий; учир нь тэдгээр нь шинэчлэлийн шугам бүрд оршдог бөгөөд шинэчлэлийн шугам бүрийн тэрхүү дөрвөн замын тэмдэг тус бүр, бусдын адил, ижил эш үзүүллэгийн сэдвийг агуулдаг. Гурав дахь гай зовлонгийн Ислам нь нэг зуун дөчин дөрвөн мянгын хөдөлгөөний дөрвөн замын тэмдгийн сэдэв мөн. 2001 оны 9 дүгээр сарын 11-нд гурав дахь гай зовлонгийн Ислам суллагдаж, дараа нь хязгаарлагдсан. 2020 оны 7 дугаар сарын 18-ны бүтэлгүй зөгнөл нь Теннессигийн Нэшвилл хотод болох Исламын довтолгоог зааж байсан бөгөөд гурав дахь гай зовлонгийн Исламыг төлөөлж байв. Илчлэл арван нэгд гардаг гудамжинд буй үхсэн хуурай ясыг сэрээдэг мэдээ нь Шөнө дундын Хашхирааны мэдээний төгс бөгөөд эцсийн биелэл мөн бөгөөд энэ нь Нэшвиллийн зөгнөлийн залруулгыг (цаг хугацааны элементийг эс тооцвол) илэрхийлдэг. Энэ нь дөрөв дэх замын тэмдэг дээр, өөрөөр хэлбэл Ням гаргийн хууль дээр биелэх бөгөөд тэнд гурав дахь гай зовлонгийн Ислам тун удахгүй хэрэгжих Ням гаргийн хуулийг албадан мөрдүүлж буйтай нь холбоотойгоор Америкийн Нэгдсэн Улсад цохилт өгнө.</w:t>
      </w:r>
    </w:p>
    <w:p>
      <w:pPr>
        <w:pStyle w:val="ArticleBody"/>
        <w:jc w:val="left"/>
      </w:pPr>
      <w:r>
        <w:rPr>
          <w:rFonts w:ascii="Times New Roman" w:hAnsi="Times New Roman" w:eastAsia="Times New Roman" w:cs="Times New Roman"/>
        </w:rPr>
        <w:t>Энэ үнэнийг, мөн гурав дахь тэнгэрэлчийн хүчирхэг хөдөлгөөн нь айсуй шүүлтийн тухай сэрэмжлүүлэг мөн гэдэг баримттай хамтатган хүлээн зөвшөөрөхөд, гурав дахь гайгаар дүрслэгдсэн Исламын шүүлт нь “газар” болон “тэнгист” авчирдаг тэрхүү “гай” мөн болохыг амархан ойлгож болно.</w:t>
      </w:r>
    </w:p>
    <w:p>
      <w:pPr>
        <w:pStyle w:val="ArticleBody"/>
        <w:jc w:val="left"/>
      </w:pPr>
      <w:r>
        <w:rPr>
          <w:rFonts w:ascii="Times New Roman" w:hAnsi="Times New Roman" w:eastAsia="Times New Roman" w:cs="Times New Roman"/>
        </w:rPr>
        <w:t>Амьд хүмүүсийн шүүлт 2001 оны 9 дүгээр сарын 11-нд эхэлсэн бөгөөд тэр мөчөөс эхлэн, удахгүй ирэх Ням гаргийн хууль хүртэл, араатны дүрийн бүрэлдэхүйн шалгалт Америкийн Нэгдсэн Улсад явагдана. Ням гаргийн хуулиас эхлэн Михаел босож, хүний туршилтын хугацаа хаагдах хүртэл, дараа нь дэлхийн бусад хэсэг араатны дүрийн бүрэлдэхүйн шалгалтаар соригдох болно. Америкийн Нэгдсэн Улс дахь Долоо дахь өдрийн Адвентистууд соригдож байна уу, эсвэл Ням гаргийн хуулийн дараа бүх дэлхий соригдож байна уу гэдгээс үл хамааран, тэрхүү сорил нь бидний мөнхийн хувь тавилан шийдэгдэх сорил гэж тодорхойлогддог. Энэ нь мөн Ням гаргийн хуулийн үед туршилтын хугацаа хаагдахаас өмнө бидний давах ёстой сорил мөн. Эхлээд Америкийн Нэгдсэн Улсад, дараа нь дахин дэлхийд илрэх араатны дүрийн сорилын эш үзүүллэгийн үзэгдлийг зөвөөр ойлгох нь нэн чухал юм.</w:t>
      </w:r>
    </w:p>
    <w:p>
      <w:pPr>
        <w:pStyle w:val="ArticleScripture"/>
        <w:jc w:val="left"/>
      </w:pPr>
      <w:r>
        <w:rPr>
          <w:rFonts w:ascii="Times New Roman" w:hAnsi="Times New Roman" w:eastAsia="Times New Roman" w:cs="Times New Roman"/>
        </w:rPr>
        <w:t>“Шашны эрх чөлөөний орон болох Америк улс ухамсрыг албадан, хүмүүсийг хуурамч амралтын өдрийг хүндэтгүүлэхийн тулд Папын засагтай нэгдэх үед дэлхийн бүх улс орны ард түмэн түүний жишээг дагахад хөтлөгдөх болно.” Testimonies, volume 6, 18.</w:t>
      </w:r>
    </w:p>
    <w:p>
      <w:pPr>
        <w:pStyle w:val="ArticleBody"/>
        <w:jc w:val="left"/>
      </w:pPr>
      <w:r>
        <w:rPr>
          <w:rFonts w:ascii="Times New Roman" w:hAnsi="Times New Roman" w:eastAsia="Times New Roman" w:cs="Times New Roman"/>
        </w:rPr>
        <w:t>Бэлгэдлүүдийг зөвөөр ойлгосон үед Илчлэлт номын арван гуравдугаар бүлэгт өгүүлсэн, араалан тохиох боловч адил мөн чанартай араатны дүрийн эдгээр хоёр сорилтыг амархан таньж болно. Энэ нь олон шалтгааны улмаас чухал юм. Түүний нэг шалтгаан нь гурав дахь тэнгэр дэх анхны дайнд Люциферийн хэрэглэсэн завхарсан харилцаа холбоо нь эхний тэнгэр дэх эцсийн дайнд Сатаны завхарсан харилцаа холбоо хэрхэн дахин илрэхийг тодорхой харуулдагт оршино.</w:t>
      </w:r>
    </w:p>
    <w:p>
      <w:pPr>
        <w:pStyle w:val="ArticleBody"/>
        <w:jc w:val="left"/>
      </w:pPr>
      <w:r>
        <w:rPr>
          <w:rFonts w:ascii="Times New Roman" w:hAnsi="Times New Roman" w:eastAsia="Times New Roman" w:cs="Times New Roman"/>
        </w:rPr>
        <w:t>Ням гаргийн хууль эхлэх үед эхэлдэг эхний тэнгэрийн дайн нь бүх дэлхий даяарх араатны дүрсний шалгалтын хугацааны туршид хэрэгждэг. 2001 оны 9 дүгээр сарын 11-нээс хойш Америкийн Нэгдсэн Улсад араатны дүрсний шалгалтын хугацаа өрнөсөөр ирсэн. Эдгээр хоёр шалгалтын хугацаа нь дараалсан, эхлээд Америкийн Нэгдсэн Улсад, дараа нь дэлхийд эхэлдэг гэдгийг бид ойлгох үед Илчлэл 12-р бүлгийн дайнд дүрслэгдсэн үнэнийг 2001 оны түүхэнд, Ням гаргийн хууль хүртэл буцаан авч үзэх боломжтой болдог. Жишээ нь, ховсдолт гэж тодорхойлогддог Люциферийн завхарсан харилцаа холбоо нь Илчлэл 12-р бүлгийн эхний тэнгэрийн тулалдааны үеэр луугийн хүчний зүгээс орчин үеийн хэрэглээнд ашиглагдана. Тэр түүхэн үед луугийн хэрэглэдэг ховсдолт нь Иезебелийн тэрс үзэлтнүүд хэмээн тодорхойлсон хүмүүсийг хөнөөх зорилготой юм.</w:t>
      </w:r>
    </w:p>
    <w:p>
      <w:pPr>
        <w:pStyle w:val="ArticleBody"/>
        <w:jc w:val="left"/>
      </w:pPr>
      <w:r>
        <w:rPr>
          <w:rFonts w:ascii="Times New Roman" w:hAnsi="Times New Roman" w:eastAsia="Times New Roman" w:cs="Times New Roman"/>
        </w:rPr>
        <w:t>2001 оны түүхэнд, Ням гаргийн хуулийн үед, Содом ба Египетийн гудамжинд хоёр гэрч алагдсан. Илчлэлт номын арван нэгдүгээр бүлгийн анхны биелэлд Содом ба Египетээр төлөөлөгдсөн үндэстэн нь Франц байсан. Франц бол эш үзүүллэгийн үндэстэн бөгөөд Мидо-Персийн эзэнт гүрэн хоёр хүчнээс бүрдэж байсанчлан, эртний Израиль хуваагдсан хаант улсуудынхаа үед тийм байсанчлан, Иуда ба Бениаминаар төлөөлөгдсөн Иудагийн хоёр овог ч мөн адил байсанчлан, хоёр хүчнээс бүрддэг. Хоёр эвэртэй бүх үндэстэн бэлгэдлийн хувьд Америкийн Нэгдсэн Улсын хоёр эвэртэй үндэстнийг төлөөлдөг.</w:t>
      </w:r>
    </w:p>
    <w:p>
      <w:pPr>
        <w:pStyle w:val="ArticleBody"/>
        <w:jc w:val="left"/>
      </w:pPr>
      <w:r>
        <w:rPr>
          <w:rFonts w:ascii="Times New Roman" w:hAnsi="Times New Roman" w:eastAsia="Times New Roman" w:cs="Times New Roman"/>
        </w:rPr>
        <w:t>Содом хот, мөн Египет үндэстэн нь Бүгд найрамдах үзэл (Египет) ба Протестантизм (Содом) хэмээх хоёр эврийг төлөөлдөг. 2020 онд хоёр эвэр алагдсан бөгөөд тэдгээр нь Бүгд найрамдах үзлийн эвэр болон Протестантизмын эвэр байв. Дэлхийч үзэлт лууны хүчнүүдийн хэрэглэсэн ховсдолыг дараа нь дэлхий даяарх сүлжээний зуучлалаар, ирэх анхны тэнгэрийн дайнд хэрэглэхтэй адил маягаар хэрэглэсэн. Дэлхий даяарх сүлжээнээс гарч буй мэдээллийг хянах замаар 2020 оны сонгуулийг дэлхийчлэлийн философитой нийцэх үр дүн гаргахын тулд шинжлэх ухааны үндэстэйгээр зальжингаар удирдан зохицуулсан. Энэ нь араатны дүрийн шалгалт эхлээд АНУ-д, дараа нь дэлхийд хэрэгждэг гэдгийг ойлгох шаардлагын ердөө нэгэн жишээ мөн.</w:t>
      </w:r>
    </w:p>
    <w:p>
      <w:pPr>
        <w:pStyle w:val="ArticleScripture"/>
        <w:jc w:val="left"/>
      </w:pPr>
      <w:r>
        <w:rPr>
          <w:rFonts w:ascii="Times New Roman" w:hAnsi="Times New Roman" w:eastAsia="Times New Roman" w:cs="Times New Roman"/>
        </w:rPr>
        <w:t>“Эзэн надад араатны дүрс хаагдах хугацаа дуусахаас өмнө байгуулагдана гэдгийг тодорхой харуулсан; учир нь энэ нь Бурханы ард түмний хувьд агуу шалгалт байх бөгөөд түүгээр тэдний мөнхийн хувь заяа шийдэгдэх болно. Танай байр суурь үл нийцлүүдийн тийм будлиантай хольц болсон тул цөөн хэдхэн хүн л мэхлэгдэх болно.</w:t>
      </w:r>
    </w:p>
    <w:p>
      <w:pPr>
        <w:pStyle w:val="ArticleScripture"/>
        <w:jc w:val="left"/>
      </w:pPr>
      <w:r>
        <w:rPr>
          <w:rFonts w:ascii="Times New Roman" w:hAnsi="Times New Roman" w:eastAsia="Times New Roman" w:cs="Times New Roman"/>
        </w:rPr>
        <w:t>“Илчлэл 13-т энэ сэдэв тодорхойгоор өгүүлэгдсэн байдаг; [Илчлэл 13:11–17, иш татав].”</w:t>
      </w:r>
    </w:p>
    <w:p>
      <w:pPr>
        <w:pStyle w:val="ArticleScripture"/>
        <w:jc w:val="left"/>
      </w:pPr>
      <w:r>
        <w:rPr>
          <w:rFonts w:ascii="Times New Roman" w:hAnsi="Times New Roman" w:eastAsia="Times New Roman" w:cs="Times New Roman"/>
        </w:rPr>
        <w:t>“Энэ бол Бурханы ард түмэн тамгалагдахаасаа өмнө заавал туулах сорилт мөн. Түүний хуулийг сахиж, хуурамч амралтын өдрийг хүлээн авахаас татгалзсанаараа Бурханд үнэнчээ баталсан бүхэн Эзэн Бурхан Еховагийн тугийн дор жагсаж, амьд Бурханы тамгыг хүлээн авна. Харин тэнгэрлэг гаралтай үнэнийг орхиж, Ням гаргийн амралтын өдрийг хүлээн авах хүмүүс араатны тэмдгийг хүлээн авна.” Manuscript Releases, volume 15, 15.</w:t>
      </w:r>
    </w:p>
    <w:p>
      <w:pPr>
        <w:pStyle w:val="ArticleBody"/>
        <w:jc w:val="left"/>
      </w:pPr>
      <w:r>
        <w:rPr>
          <w:rFonts w:ascii="Times New Roman" w:hAnsi="Times New Roman" w:eastAsia="Times New Roman" w:cs="Times New Roman"/>
        </w:rPr>
        <w:t>Долоо дахь өдрийн Адвентистуудын хувьд Ням гаргийн хуулийг албадан мөрдүүлэх үед нигүүлслийн хугацаа хаагдана. Америкийн Нэгдсэн Улсын жишээг дагах улс орнууд ч мөн Америкийн Нэгдсэн Улс шиг өөрсдийн нигүүлслийн хугацааг хаах болно.</w:t>
      </w:r>
    </w:p>
    <w:p>
      <w:pPr>
        <w:pStyle w:val="ArticleScripture"/>
        <w:jc w:val="left"/>
      </w:pPr>
      <w:r>
        <w:rPr>
          <w:rFonts w:ascii="Times New Roman" w:hAnsi="Times New Roman" w:eastAsia="Times New Roman" w:cs="Times New Roman"/>
        </w:rPr>
        <w:t>“Гадаадын үндэстнүүд Америкийн Нэгдсэн Улсын жишээг дагана. Хэдийгээр тэргүүлэн эхлэх боловч, энэ адил хямрал манай ард түмний дээр дэлхийн бүх хэсэгт ирэх болно.” Testimonies, volume 6, 395.</w:t>
      </w:r>
    </w:p>
    <w:p>
      <w:pPr>
        <w:pStyle w:val="ArticleBody"/>
        <w:jc w:val="left"/>
      </w:pPr>
      <w:r>
        <w:rPr>
          <w:rFonts w:ascii="Times New Roman" w:hAnsi="Times New Roman" w:eastAsia="Times New Roman" w:cs="Times New Roman"/>
        </w:rPr>
        <w:t>Эцсийн үйл явдлууд хурдацтай байна.</w:t>
      </w:r>
    </w:p>
    <w:p>
      <w:pPr>
        <w:pStyle w:val="ArticleScripture"/>
        <w:jc w:val="left"/>
      </w:pPr>
      <w:r>
        <w:rPr>
          <w:rFonts w:ascii="Times New Roman" w:hAnsi="Times New Roman" w:eastAsia="Times New Roman" w:cs="Times New Roman"/>
        </w:rPr>
        <w:t>“Ёрын муугийн хүчнүүд өөрсдийн хүчээ нэгтгэн, нягтруулж байна. Тэд эцсийн их хямралын төлөө бэхжиж байна. Манай дэлхийд тун удахгүй агуу өөрчлөлтүүд тохиолдох бөгөөд төгсгөлийн үйл явдлууд хурдан өрнөх болно.” Testimonies, volume 9, 11.</w:t>
      </w:r>
    </w:p>
    <w:p>
      <w:pPr>
        <w:pStyle w:val="ArticleBody"/>
        <w:jc w:val="left"/>
      </w:pPr>
      <w:r>
        <w:rPr>
          <w:rFonts w:ascii="Times New Roman" w:hAnsi="Times New Roman" w:eastAsia="Times New Roman" w:cs="Times New Roman"/>
        </w:rPr>
        <w:t>Араатны дүрсийн сорилтыг ойлгохын тулд эш үзүүллэгийн хэрэглээний тодорхой хэмжээний техникийн ойлголт шаардлагатай. Юуны өмнө, араатны тэмдэг ба араатны дүрс нь өөр хоорондоо ялгаатай хоёр бэлгэдэл мөн.</w:t>
      </w:r>
    </w:p>
    <w:p>
      <w:pPr>
        <w:pStyle w:val="ArticleScripture"/>
        <w:jc w:val="left"/>
      </w:pPr>
      <w:r>
        <w:rPr>
          <w:rFonts w:ascii="Times New Roman" w:hAnsi="Times New Roman" w:eastAsia="Times New Roman" w:cs="Times New Roman"/>
        </w:rPr>
        <w:t>“«Араатны дүр» нь протестант сүмүүд өөрсдийн номлол-сургаалийг албадан мөрдүүлэхийн тулд иргэний эрх мэдлийн тусламжийг эрэлхийлэх үед бүрэлдэх тэрсэлдсэн протестантизмын тэр хэлбэрийг илэрхийлдэг. «Араатны тамга» хэмээгдэх зүйл юу болох нь одоо ч тодорхойлогдох үлдэж байна.” The Great Controversy, 445.</w:t>
      </w:r>
    </w:p>
    <w:p>
      <w:pPr>
        <w:pStyle w:val="ArticleBody"/>
        <w:jc w:val="left"/>
      </w:pPr>
      <w:r>
        <w:rPr>
          <w:rFonts w:ascii="Times New Roman" w:hAnsi="Times New Roman" w:eastAsia="Times New Roman" w:cs="Times New Roman"/>
        </w:rPr>
        <w:t>Араатны тэмдэг нь Ням гаргийг сахин мөрдөх явдал бөгөөд араатны дүр нь өөрийн шашны сургаалуудыг албадан хэрэгжүүлэхийн тулд иргэний засаг хүчийг ашигладаг сүм юм.</w:t>
      </w:r>
    </w:p>
    <w:p>
      <w:pPr>
        <w:pStyle w:val="ArticleScripture"/>
        <w:jc w:val="left"/>
      </w:pPr>
      <w:r>
        <w:rPr>
          <w:rFonts w:ascii="Times New Roman" w:hAnsi="Times New Roman" w:eastAsia="Times New Roman" w:cs="Times New Roman"/>
        </w:rPr>
        <w:t>“Протестант сүмүүдийн зүгээс ням гаргийг сахихыг албадан хэрэгжүүлэх явдал нь папын ёс—араатныг шүтэхийг албадан тулгаж буй хэрэг мөн. Дөрөвдүгээр тушаалын шаардлагыг ойлгон мэддэг атлаа жинхэнэ Амралтын өдрийн оронд хуурамчийг сахихаар сонгогсод, зөвхөн түүнийг л зарлигласан тэрхүү эрх мэдэлд ийнхүү хүндэтгэл өргөж байна. Харин сүмүүд шашны үүргийг иргэний эрх мэдлээр албадан хэрэгжүүлэх тэрхүү үйлдлээрээ өөрсдөө араатны дүрийг бүтээх болно; иймээс Америкийн Нэгдсэн Улсад ням гаргийг сахихыг албадан хэрэгжүүлэх явдал нь араатан болон түүний дүрийг шүтэхийг албадан хэрэгжүүлэх явдал болох юм.” Агуу тэмцэл, 448, 449.</w:t>
      </w:r>
    </w:p>
    <w:p>
      <w:pPr>
        <w:pStyle w:val="ArticleBody"/>
        <w:jc w:val="left"/>
      </w:pPr>
      <w:r>
        <w:rPr>
          <w:rFonts w:ascii="Times New Roman" w:hAnsi="Times New Roman" w:eastAsia="Times New Roman" w:cs="Times New Roman"/>
        </w:rPr>
        <w:t>Араатны дүр төрх нь төр ба сүмийн нэгдлийг, тэр дундаа уг харилцаанд сүм ноёрхож буй байдлыг илэрхийлдэг. Иезебел Ахабын дээр ноёрхсончлэн, мөн Херодиас Херодын дээр ноёрхсон. Араатны тэмдэг нь ням гаргийг сахих явдал мөн. Араатны дүр төрх тодорхой хугацааны туршид бүрэлдэн хөгждөг. Араатны тэмдэг нь цаг хугацааны нэгэн тодорхой мөчийг илэрхийлдэг. Араатны дүр төрх аажмаар хөгжсөөр байдаг боловч төрийг өөрийн шашны сургаал, тогтоолуудыг батлуулахад албадан хүргэх эрх мэдэлтэй болох үедээ л бүрэн боловсордог. Шалгалт нь дүр төрхийн “үүсэлт”-тэй холбоотой байдаг.</w:t>
      </w:r>
    </w:p>
    <w:p>
      <w:pPr>
        <w:pStyle w:val="ArticleScripture"/>
        <w:jc w:val="left"/>
      </w:pPr>
      <w:r>
        <w:rPr>
          <w:rFonts w:ascii="Times New Roman" w:hAnsi="Times New Roman" w:eastAsia="Times New Roman" w:cs="Times New Roman"/>
        </w:rPr>
        <w:t>“Гэвч ‘араатанд зориулсан хөрөг’ гэж юу вэ? Тэгээд энэ нь хэрхэн бий болох ёстой вэ? Хөргийг хоёр эвэрт араатан хийдэг бөгөөд энэ нь араатанд зориулсан хөрөг юм. Үүнийг мөн араатны хөрөг гэж нэрлэдэг. Тэгвэл хөрөг ямар шинжтэй болох, мөн хэрхэн бий болохыг мэдэхийн тулд бид араатан өөрийнх нь, өөрөөр хэлбэл папын засаглалын, шинж чанарыг судлах ёстой.</w:t>
      </w:r>
    </w:p>
    <w:p>
      <w:pPr>
        <w:pStyle w:val="ArticleScripture"/>
        <w:jc w:val="left"/>
      </w:pPr>
      <w:r>
        <w:rPr>
          <w:rFonts w:ascii="Times New Roman" w:hAnsi="Times New Roman" w:eastAsia="Times New Roman" w:cs="Times New Roman"/>
        </w:rPr>
        <w:t>“Эртний сүм сайн мэдээний энгийн байдлаас хазайж, харь үндэстний ёс заншил, ёслолуудыг хүлээн авснаар завхран, Бурханы Сүнс ба хүчийг алдсан; мөн хүмүүсийн мөс чанарыг захирахын тулд иргэний эрх мэдлийн дэмжлэгийг эрэлхийлсэн юм. Үүний үр дүнд төрийн эрх мэдлийг захирч, түүнийг өөрийн зорилгыг урагшлуулахад, ялангуяа ‘тэрс үзлийг’ шийтгэхэд ашигладаг сүм болох папын засаглал бий болсон. Америкийн Нэгдсэн Улс араатны дүрийг байгуулахын тулд шашны эрх мэдэл нь иргэний засгийн газрыг тийнхүү захирах ёстой бөгөөд ингэснээр төрийн эрх мэдэл ч мөн сүмийн өөрийн зорилгыг хэрэгжүүлэхэд ашиглагдах болно.” Агуу тэмцэл, 443.</w:t>
      </w:r>
    </w:p>
    <w:p>
      <w:pPr>
        <w:pStyle w:val="ArticleBody"/>
        <w:jc w:val="left"/>
      </w:pPr>
      <w:r>
        <w:rPr>
          <w:rFonts w:ascii="Times New Roman" w:hAnsi="Times New Roman" w:eastAsia="Times New Roman" w:cs="Times New Roman"/>
        </w:rPr>
        <w:t>Араатны дүр ба араатны тэмдэг хоёрын хоорондын ялгаа нь Адвентист уламжлалт ойлголтын нэлээд тогтсон хэсэг юм. Энэ сэдвээр Адвентизм ерөнхийдөө замаа алддаг газар нь Илчлэлт арван гуравдугаар бүлэг дээр байдаг. Тэд Ням гаргийн хуулийн дараа АНУ дэлхийг араатанд зориулсан дүрийг босгохоор албаддаг үйл ажиллагааг, АНУ-д араатны дүрийг босгох үйл явцтай ямар нэгэн байдлаар хольж хутгадаг. Эдгээр нь эш үзүүллэгийн хувьд хоёр өөр цаг үе юм.</w:t>
      </w:r>
    </w:p>
    <w:p>
      <w:pPr>
        <w:pStyle w:val="ArticleBody"/>
        <w:jc w:val="left"/>
      </w:pPr>
      <w:r>
        <w:rPr>
          <w:rFonts w:ascii="Times New Roman" w:hAnsi="Times New Roman" w:eastAsia="Times New Roman" w:cs="Times New Roman"/>
        </w:rPr>
        <w:t>Христ олон хүний төлөө гэрээг нэг долоо хоногийн хугацаанд бататгахаар ирсэн бөгөөд долоо хоногийн дунд үед Тэр цовдлогдсон. Иймээс тэр долоо хоног нь араатны хөрөг дүр бий болох цаг хугацааны хоёр үеийг бэлгэддэг. Христийн долоо хоног хоорондоо адил хоёр үеэд хуваагдсан нь Христийн дүр төрхийг төлөөлдөг. Эцсийн өдрүүд дэх шалгалтын цаг хугацааны тэр хоёр үе нь антихристийн дүр төрхийг төлөөлдөг.</w:t>
      </w:r>
    </w:p>
    <w:p>
      <w:pPr>
        <w:pStyle w:val="ArticleBody"/>
        <w:jc w:val="left"/>
      </w:pPr>
      <w:r>
        <w:rPr>
          <w:rFonts w:ascii="Times New Roman" w:hAnsi="Times New Roman" w:eastAsia="Times New Roman" w:cs="Times New Roman"/>
        </w:rPr>
        <w:t>Эхний нэг мянга хоёр зуун жаран өдрийн хугацаанд Христ Өөрийн гэрчлэлийг авч явсан бөгөөд дараа нь Тэр загалмай дээр нас барсан. Үүний дараа яг адил нэг мянга хоёр зуун жаран өдрийн хугацаанд шавь нар гэрчилсээр байсан бөгөөд Стефаныг чулуугаар шидэж алах үед Михаил босон зогстол тийнхүү үргэлжилсэн. Загалмай нь ням гаргийн хуулийг бэлгэдэн төлөөлдөг. Араатны дүрийг бүрэлдүүлэхтэй холбоотой сорилтын энэ хоёр хугацаа нь Христээр бэлгэдэгдсэн нэг зуун дөчин дөрвөн мянгатай холбоотой эхний хугацааг тодорхойлдог бөгөөд тэр хугацаа загалмайгаар бэлгэдэгдсэн ням гаргийн хуулиар төгсөнө. Христийн цаг үед шавь нарын ажлаар дүрслэгдсэн сүүлчийн адилхан сорилтын хугацаа нь агуу олон түмэнд төвлөрдөг бөгөөд энэ нь Стефаныг чулуугаар шидэж алах үед бус, харин Даниел 12:1-д өгүүлсэнчлэн хүний нигүүлслийн хугацаа хаагдах үед Михаил босон зогсоход төгсөнө.</w:t>
      </w:r>
    </w:p>
    <w:p>
      <w:pPr>
        <w:pStyle w:val="ArticleBody"/>
        <w:jc w:val="left"/>
      </w:pPr>
      <w:r>
        <w:rPr>
          <w:rFonts w:ascii="Times New Roman" w:hAnsi="Times New Roman" w:eastAsia="Times New Roman" w:cs="Times New Roman"/>
        </w:rPr>
        <w:t>Зарим нь Илчлэл номын арван гуравдугаар бүлгийн арван нэгдүгээр эшлэлээс цааших үйл явдлуудын бодит дарааллыг олж харж чаддаггүй. Учир нь Америкийн Нэгдсэн Улс луугийн адил ярих үед энэ нь Америкийн Нэгдсэн Улсад араатны дүр бүрэн төлөвшсөнийг илэрхийлдэг гэдгийг хүлээн зөвшөөрөхөөс зориуд зайлсхийж буй мэт байдал олонтаа ажиглагддаг. Америкийн Нэгдсэн Улс Ням гаргийн хуулийг батлахын тулд Америкийн Нэгдсэн Улсад буй араатны дүр Ням гаргийн хуулиас өмнө бүрэлдсэн байх ёстой. Хэрэв та уг санааг ойлгохгүй байгаа бол сая иш татсан The Great Controversy зохиолын өмнөх хэдэн эшлэлийг дахин унш.</w:t>
      </w:r>
    </w:p>
    <w:p>
      <w:pPr>
        <w:pStyle w:val="ArticleBody"/>
        <w:jc w:val="left"/>
      </w:pPr>
      <w:r>
        <w:rPr>
          <w:rFonts w:ascii="Times New Roman" w:hAnsi="Times New Roman" w:eastAsia="Times New Roman" w:cs="Times New Roman"/>
        </w:rPr>
        <w:t>Арван гуравдугаар бүлгийн арван нэгдүгээр эшлэлд АНУ луу мэт ярьдаг гэж хэлэгдэхдээ, энэ нь АНУ дахь тэрслэн урвасан сүмүүдийн удирдлагаар хууль тогтоох болон шүүх эрх мэдэлтнүүд Ням гаргийн хуулийг батлан гаргах үйлдлийг төлөөлдөг. Ням гаргийн хуулийн зарлиг АНУ-ын амнаас гардаг.</w:t>
      </w:r>
    </w:p>
    <w:p>
      <w:pPr>
        <w:pStyle w:val="ArticleScripture"/>
        <w:jc w:val="left"/>
      </w:pPr>
      <w:r>
        <w:rPr>
          <w:rFonts w:ascii="Times New Roman" w:hAnsi="Times New Roman" w:eastAsia="Times New Roman" w:cs="Times New Roman"/>
        </w:rPr>
        <w:t>“Хоёр эвэртэй араатан луугийн амтай бөгөөд түүний хүч толгойдоо байгааг, мөн зарлиг нь түүний амнаас гарахыг би харсан.” Spalding and Magan, 1.</w:t>
      </w:r>
    </w:p>
    <w:p>
      <w:pPr>
        <w:pStyle w:val="ArticleBody"/>
        <w:jc w:val="left"/>
      </w:pPr>
      <w:r>
        <w:rPr>
          <w:rFonts w:ascii="Times New Roman" w:hAnsi="Times New Roman" w:eastAsia="Times New Roman" w:cs="Times New Roman"/>
        </w:rPr>
        <w:t>Хоёр эвэртэй газрын араатан луу мэт ярьж эхлэх үед энэ нь зөвхөн Америкийн Нэгдсэн Улсад Ням гаргийн хуулийг зааж буй хэрэг бус, харин мөн папын далайн араатны дүр бүрэн төлөвшин тогтсоныг ч зааж байдгийг Адвентизм танин мэдэхэд бэрхшээлтэй байдаг нь намайг үргэлж гайхашруулсаар ирсэн. Америкийн Нэгдсэн Улс Ням гаргийн хууль батлахын тулд сүм ба төрийн нэгдэл урьд нь бүрэн төлөвшин хөгжсөн байх ёстой. Америкийн Нэгдсэн Улсын тэрсэлсэн сүмүүд зүгээр л нэг Даваа гаригт цуглараад, дараа нь Мягмар гаригт Конгресс дээр очиж, Лхагва гариг гэхэд Ням гаргийн хууль тогтоомжийг батлуулъя гэж Конгресст хэлчихдэггүй. Сүм ба төрийн хооронд явагдах нэгдэх үйл явц нь Даниелын 3-р бүлэгт буй алтан хөргийг “бүтээсэнтэй” адил араатны дүрийн “бүрэлдэн тогтох” явцаар төлөөлөгддөг бөгөөд түүнийг байгуулахад тодорхой хугацаа шаардагдана. Араатны дүр бол Харанхуй Дундад зууны үед сая сая ялтан гэрчлэгчдийг хөнөөхийн тулд папын засаглалын хэрэглэсэн тогтолцоо мөн бөгөөд Ням гаргийн хуулийг албадан хэрэгжүүлэхийн тулд шаардлагатай нийгмийн орчин, хууль зүйн жишиг урьдал нөхцөлийг бий болгоход нийгэм, улс төр, шашин, эдийн засгийн хөгжлүүд хэрэгтэй байдаг. Тэдгээр хөгжил нь “бидний мөнхийн хувь заяа шийдэгдэх” араатны дүрийн сорилтыг илэрхийлдэг бөгөөд мөн “бид лацдуулагдахаас өмнө” туулах ёстой сорилтыг төлөөлдөг.</w:t>
      </w:r>
    </w:p>
    <w:p>
      <w:pPr>
        <w:pStyle w:val="ArticleScripture"/>
        <w:jc w:val="left"/>
      </w:pPr>
      <w:r>
        <w:rPr>
          <w:rFonts w:ascii="Times New Roman" w:hAnsi="Times New Roman" w:eastAsia="Times New Roman" w:cs="Times New Roman"/>
        </w:rPr>
        <w:t>“Эзэн надад араатны дүрс хаагдахаас өмнө бүрэлдэн тогтохыг тодорхой харуулсан; учир нь энэ нь Бурханы ард түмний хувьд агуу сорилт байх бөгөөд түүгээр тэдний мөнхийн хувь заяа шийдэгдэх юм.... Энэ бол Бурханы ард түмэн тамгалагдахаасаа өмнө заавал туулах ёстой сорилт мөн.” Manuscript Releases, volume 15, 15.</w:t>
      </w:r>
    </w:p>
    <w:p>
      <w:pPr>
        <w:pStyle w:val="ArticleBody"/>
        <w:jc w:val="left"/>
      </w:pPr>
      <w:r>
        <w:rPr>
          <w:rFonts w:ascii="Times New Roman" w:hAnsi="Times New Roman" w:eastAsia="Times New Roman" w:cs="Times New Roman"/>
        </w:rPr>
        <w:t>Ням гаргийн хууль бол арван охины тухай сургаалт зүйрлэлийн эцсийн төгс биеллийг олдог шөнө дундын хямрал мөн. Тэрхүү шөнө дундын хямралын үед бид Филаделфийн мэргэн охид уу, эсвэл Лаодикийн мунхаг охид уу гэдэг нь илэрхий болно. Мунхагууд араатны тамгыг хүлээн авч, харин мэргэнүүд Бурханы тамгыг хүлээн авна. Долдугаар өдрийн Адвентист сүмд хэзээ нэгэн цагт нэгдсэн хэн боловч, гишүүн болохоосоо өмнө сургаалын үнэнүүдийн жагсаалтыг зөвшөөрсөн байдаг бөгөөд тиймээс Долдугаар өдрийн Адвентист бүрт Амралтын өдрийн үнэний гэрэл танилцуулагдсан байдаг.</w:t>
      </w:r>
    </w:p>
    <w:p>
      <w:pPr>
        <w:pStyle w:val="ArticleScripture"/>
        <w:jc w:val="left"/>
      </w:pPr>
      <w:r>
        <w:rPr>
          <w:rFonts w:ascii="Times New Roman" w:hAnsi="Times New Roman" w:eastAsia="Times New Roman" w:cs="Times New Roman"/>
        </w:rPr>
        <w:t>“Үнэнгийн гэрэл танд толилуулагдаж, дөрөвдэх тушаалын Амралтын өдрийг илчилж, Ням гаргийг сахихын төлөө Бурханы Үгэнд ямар ч үндэс байхгүйг харуулсан атал та хуурамч амралтын өдрөөс зууралдсаар, Бурханы ‘миний ариун өдөр’ хэмээн нэрлэдэг Амралтын өдрийг ариунаар сахихаас татгалзсаар байвал, та араатны тэмдгийг хүлээн авдаг. Энэ нь хэзээ тохиолддог вэ?—Ням гаригт ажлаа зогсоож, Бурханд мөргөхийг танд тушаасан зарлигт та дуулгавартай байх үед, мөн Ням гариг нь ердийн ажлын өдрөөс өөр зүйл мөн болохыг харуулах Библид ганц ч үг байхгүйг та мэдсээр байж, та араатны тэмдгийг хүлээн авахыг зөвшөөрч, Бурханы тамгыг няцаадаг. Хэрэв бид энэ тэмдгийг духан дээрээ эсвэл гар дээрээ хүлээн авбал, дуулгаваргүй хүмүүст тунхаглагдсан шүүлтүүд бидний дээр буух ёстой. Харин амьд Бурханы тамга нь Эзэний Амралтын өдрийг ухамсартайгаар сахидаг хүмүүсийн дээр тавигддаг.” Review and Herald, 1911 оны 4 дүгээр сарын 27.</w:t>
      </w:r>
    </w:p>
    <w:p>
      <w:pPr>
        <w:pStyle w:val="ArticleBody"/>
        <w:jc w:val="left"/>
      </w:pPr>
      <w:r>
        <w:rPr>
          <w:rFonts w:ascii="Times New Roman" w:hAnsi="Times New Roman" w:eastAsia="Times New Roman" w:cs="Times New Roman"/>
        </w:rPr>
        <w:t>Америкийн Нэгдсэн Улсад араатны дүрийн бүрэлдэн тогтох үйл явц эш үзүүллэгийн дагуу 2001 оны 9 дүгээр сарын 11-нд эхэлсэн. Энэ баримтыг батлан тогтоох хэд хэдэн эш үзүүллэгийн гэрч бий. Тэр үеэс эхлэн удахгүй ирэх Ням гаргийн хууль хүртэл Долоо дахь өдрийн Адвентистууд араатны дүрийн сорилтыг давж гарах эсэх, эсвэл араатны дүрийн сорилтод унах эсэхдээ үндэслэн мөнхийн хувь заяагаа шийдэж байна. Миний үзэж байгаагаар Долоо дахь өдрийн Адвентистуудын маш цөөхөн нь л араатны дүр нь сорилт гэдгийг мэддэг. Тэр нь хэрхэн сорилт байж болохыг мэддэг хүн цөөн, бүр байхгүй ч байж мэднэ; үүнээс ч илүү чухал нь, тэр сорилтыг давахын тулд юу шаардлагатайг тэд мэддэггүй. Бид эзэмшиж буй гэрлээрээ төдийгүй, мэдлэгийн өсөлтийг ойлгохын төлөө өөрсдийгөө зориулсансан бол эзэмшиж болох байсан гэрлээрээ мөн шүүгддэг. Иймээс Лаодикийн сохрол нь нүглийн зургаан мянган жилийн доторх хамгийн агуу сохрол мөн.</w:t>
      </w:r>
    </w:p>
    <w:p>
      <w:pPr>
        <w:pStyle w:val="ArticleScripture"/>
        <w:jc w:val="left"/>
      </w:pPr>
      <w:r>
        <w:rPr>
          <w:rFonts w:ascii="Times New Roman" w:hAnsi="Times New Roman" w:eastAsia="Times New Roman" w:cs="Times New Roman"/>
        </w:rPr>
        <w:t>Миний ард түмэн мэдлэггүйн улмаас сүйрч байна. Чи мэдлэгийг няцаасан тул Би ч мөн чамайг няцаана; тэгснээр чи Надад тахилч байхаа болино. Чи өөрийн Бурханы хуулийг мартсан учир Би ч бас чиний үр хүүхдүүдийг мартах болно. Хосеа 4:6.</w:t>
      </w:r>
    </w:p>
    <w:p>
      <w:pPr>
        <w:pStyle w:val="ArticleBody"/>
        <w:jc w:val="left"/>
      </w:pPr>
      <w:r>
        <w:rPr>
          <w:rFonts w:ascii="Times New Roman" w:hAnsi="Times New Roman" w:eastAsia="Times New Roman" w:cs="Times New Roman"/>
        </w:rPr>
        <w:t>Араатны дүр төрх бүрэлдэх сорилт тун удахгүй гарах Ням гаргийн хуулиар төгсөнө; хэрэв бид тэр сорилтыг даваагүй бол тос авахыг эсэргүүцсэн ухаангүй Лаодикийн онгон охидын хамтаар араатны тамгыг хүлээн авах болно. Би араатны дүр төрхийн сорилт 2001 оны 9 дүгээр сарын 11-нд эхэлж, Ням гаргийн хуулиар төгсөнө гэж ойлгодог шалтгааныг энд хамгаалан тайлбарлах гэсэнгүй. Би зөвхөн Илчлэлт арван гуравдугаар бүлэгт тодорхойлогдсон Америкийн Нэгдсэн Улс Ням гаргийн хуулийг баталсны дараа ямар үүрэг гүйцэтгэхийг ойлгоход шаардлагатай эш үзүүллэгийн логикийг тодорхойлон зааж байна. Арван нэгдүгээр эшлэлд тэр луу мэт ярьдаг тухай өгүүлдэг бөгөөд тэр цагаас хойш “тэр” гэсэн үгийг даган ажиглах нь чухал юм. Тэр үед Америкийн Нэгдсэн Улс дэлхийг албадан босгох гэж буй араатны дүр төрх нь Америкийн Нэгдсэн Улс дахь араатны дүр төрх биш юм, учир нь тэр нь аль хэдийн өнгөрсөнд хамаарна.</w:t>
      </w:r>
    </w:p>
    <w:p>
      <w:pPr>
        <w:pStyle w:val="ArticleScripture"/>
        <w:jc w:val="left"/>
      </w:pPr>
      <w:r>
        <w:rPr>
          <w:rFonts w:ascii="Times New Roman" w:hAnsi="Times New Roman" w:eastAsia="Times New Roman" w:cs="Times New Roman"/>
        </w:rPr>
        <w:t>Тэгээд би газраас гарч ирж буй өөр нэгэн араатныг үзэв; тэр нь хургатай адил хоёр эвэртэй бөгөөд луу мэт ярьж байв. Тэрээр эхний араатны бүх эрх мэдлийг түүний өмнө хэрэгжүүлж, үхлийн шарх нь эдгэрсэн тэрхүү эхний араатанд газар дэлхий болон түүн дээр оршин суугчдаар мөргүүлдэг байв. Мөн тэрээр агуу гайхамшгууд үйлдэж, хүмүүсийн нүдэн дээр тэнгэрээс газар дээр гал буулгадаг байв. Тэрээр араатны өмнө үйлдэх эрхтэй байсан тэрхүү гайхамшгуудын хүчээр газар дээр оршин суугчдыг мэхэлж, илдний шарх авсан атлаа амьд үлдсэн араатанд зориулан дүрс хийцгээ гэж газар дээр оршин суугчдад хэлэв. Түүнд араатны дүрсэнд амь өгөх эрх байсан тул араатны дүрс нь ярьж чадах болж, мөн араатны дүрсэнд мөргөхгүй хүн бүрийг алуулахад хүргэдэг байв. Тэрээр бага, их, баян, ядуу, эрх чөлөөтэй, боол хэн бүхэнд баруун гар дээр нь, эсвэл духан дээр нь тэмдэг тавиулдаг байв. Тэгээд тэрхүү тэмдэг, эсвэл араатны нэр, эсвэл түүний нэрийн тоог агуулаагүй хэн ч худалдаж авах буюу худалдах боломжгүй байлаа. Илчлэлт 13:11–17.</w:t>
      </w:r>
    </w:p>
    <w:p>
      <w:pPr>
        <w:pStyle w:val="ArticleBody"/>
        <w:jc w:val="left"/>
      </w:pPr>
      <w:r>
        <w:rPr>
          <w:rFonts w:ascii="Times New Roman" w:hAnsi="Times New Roman" w:eastAsia="Times New Roman" w:cs="Times New Roman"/>
        </w:rPr>
        <w:t>Тэр долоон эшлэлд “тэр” гэсэн үг найман удаа тохиолддог. “Тэр” гэсэн үгийг хэрэглэх бүрд энэ нь АНУ-д Ням гаргийн хууль тогтоогдох үед “луу мэт ярьсан” анхны “тэр” рүү буцан заадаг. АНУ луу мэт ярьсан тэр үед АНУ дахь Адвентистуудын давсан эсвэл унасан араатны дүрийн сорилт нь дараа нь дэлхийн бусад үндэстнүүд дэх Адвентистуудад, мөн Вавилонд хараахан байгаа Бурханы бусад хүүхдүүдэд дахин давтагдана. Бид Илчлэлт номын арван гуравдугаар бүлэг дэх АНУ-ын тухай авч үзэхээ дараагийн өгүүлэлд үргэлжлүүлэх болно, гэвч энэ цаг үед яагаад бид энэ үнэнийг авч үзэж байгааг танд сануулъя.</w:t>
      </w:r>
    </w:p>
    <w:p>
      <w:pPr>
        <w:pStyle w:val="ArticleBody"/>
        <w:jc w:val="left"/>
      </w:pPr>
      <w:r>
        <w:rPr>
          <w:rFonts w:ascii="Times New Roman" w:hAnsi="Times New Roman" w:eastAsia="Times New Roman" w:cs="Times New Roman"/>
        </w:rPr>
        <w:t>Гурав дахь тэнгэрт Люциферээс эхэлсэн дайн нь Ням гаргийн хуулийн үед анхны тэнгэрт эхлэх дайны бэлгэдэл болдог. Луугийн завхарсан харилцаа холбоо энэ хоёр тулалдаанд хоёуланд нь дүрслэгдсэн байдаг. Сатаны завхарсан харилцаа холбооны орчин үеийн илрэл нь удахгүй ирэх Ням гаргийн хуулийн дараах түүхэнд дэлхий гараг автах ховсдолын мэлмэрсэн байдалийг төлөөлдөг. Тэрхүү төөрөгдөл нь “мэдээллийн супер хурдны зам” хэмээн нэрлэгдэх зүйлийг дэлхий нийтийн сүлжээ хянах замаар хэрэгждэг. “Мэдээллийн супер хурдны зам”-ын тэдгээр олон янзын сувгууд нь нийгмийн, эдийн засгийн, шашны, шинжлэх ухаан хэмээгдэх, зугаа цэнгэлийн, түүнээс ч илүүтэй мэдээ мэдээллийн хэвлэл мэдээллийн суваг мөн.</w:t>
      </w:r>
    </w:p>
    <w:p>
      <w:pPr>
        <w:pStyle w:val="ArticleBody"/>
        <w:jc w:val="left"/>
      </w:pPr>
      <w:r>
        <w:rPr>
          <w:rFonts w:ascii="Times New Roman" w:hAnsi="Times New Roman" w:eastAsia="Times New Roman" w:cs="Times New Roman"/>
        </w:rPr>
        <w:t>“Мэдээллийн супер хурдны зам” нь Сатаны ховсдон захирах харилцаа холбооны орчин үеийн илрэл мөн, мөн гурав дахь тэнгэр дэх тэнгэрэлчүүдийн тулалдаанд Сатаны хэрэглэсэн тэрхүү нарийн ховсдол ч мөн гэдэг үнэн хүлээн зөвшөөрөгдмөгц, Ням гаргийн хуулийн дараа явагддаг дэлхий дахины төлөөх араатны дүрийн “сүүлчийн” шалгалтын нэг бүрэлдэхүүн нь “мэдээллийн супер хурдны зам” мөн болохыг бид тогтоож чадна. Тэгвэл АНУ-д хамаарах араатны дүрийн “эхний” шалгалт нь мөн сүүлчийнхтэй адил ялзарсан сатанлаг харилцаа холбоог агуулсан байх ёстойг танин мэдэхэд амархан болно. Ням гаргийн хуулиас эхлэн нигүүлслийн хугацаа хаагдах хүртэлх хугацаанд “мэдээллийн супер хурдны зам”-ыг Сатан хэрхэн ялзруулсан тухай гэрчлэл нь газрын араатан дээрх Бүгд Найрамдах ёс болон жинхэнэ Протестантизмын үлдэгдлийн хоёр эврийг хөнөөсөн хэрэг 2020 онд хэрхэн үйлдэгдсэнийг нотлох баримтыг өгдөг. Энэ нь Илчлэлт арван нэгд Жонны “гудамж” хэмээн нэрлэдэг “мэдээллийн супер хурдны зам”-аар үйлдэгдсэн юм.</w:t>
      </w:r>
    </w:p>
    <w:p>
      <w:pPr>
        <w:pStyle w:val="ArticleBody"/>
        <w:jc w:val="left"/>
      </w:pPr>
      <w:r>
        <w:rPr>
          <w:rFonts w:ascii="Times New Roman" w:hAnsi="Times New Roman" w:eastAsia="Times New Roman" w:cs="Times New Roman"/>
        </w:rPr>
        <w:t>Эдгээр эш үзүүллэгийн баримтуудын лацыг тайлах нь нигүүлслийн хугацаа хаагдахаас өмнө, мөн нэг зуун дөчин дөрвөн мянгыг лацдахаас өмнө байгуулагдахыг эш үзүүлэгч эмэгтэй тодорхой харсан араатны хөргийн сорилтыг даван туулахыг зорьж буй хүмүүсийн ойлгох шаардлагатай зүйлийн нэг хэсэг мөн.</w:t>
      </w:r>
    </w:p>
    <w:p>
      <w:pPr>
        <w:pStyle w:val="ArticleScripture"/>
        <w:jc w:val="left"/>
      </w:pPr>
      <w:r>
        <w:rPr>
          <w:rFonts w:ascii="Times New Roman" w:hAnsi="Times New Roman" w:eastAsia="Times New Roman" w:cs="Times New Roman"/>
        </w:rPr>
        <w:t>“Зарлиг тунхаглагдаж, тамга дармагц тэдний зан чанар мөнхийн турш цэвэр бөгөөд сэвгүй хэвээр үлдэнэ.” Гэрчлэлүүд, 5-р боть, 216.</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Есүс Христийн Илчлэл — Арван Нэгэн Дугаар</dc:title>
  <dc:subject>Араатны дүр зураг</dc:subject>
  <dc:creator>Jeff Pippenger</dc:creator>
  <cp:keywords/>
  <dc:description>Generated by ArticleDigger from revelation\11_revelation.json</dc:description>
  <cp:lastModifiedBy>ArticleDigger</cp:lastModifiedBy>
  <cp:revision>1</cp:revision>
  <dcterms:created xsi:type="dcterms:W3CDTF">2000-01-01T00:00:00Z</dcterms:created>
  <dcterms:modified xsi:type="dcterms:W3CDTF">2000-01-01T00:00:00Z</dcterms:modified>
  <cp:category>revelation</cp:category>
  <cp:lastPrinted>2000-01-01T00:00:00Z</cp:lastPrinted>
</cp:coreProperties>
</file>