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Есүс Христийн Илчлэл — Арван хоёрдугаар дугаар</w:t>
      </w:r>
    </w:p>
    <w:p>
      <w:pPr>
        <w:pStyle w:val="ArticleSubtitle"/>
        <w:jc w:val="left"/>
      </w:pPr>
      <w:r>
        <w:rPr>
          <w:rFonts w:ascii="Arial" w:hAnsi="Arial" w:eastAsia="Arial" w:cs="Arial"/>
        </w:rPr>
        <w:t>Хоёр сорилт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Бид Илчлэлт номын арван нэгдүгээр бүлгээс арван гуравдугаар бүлэг хүртэлх хэсгийг авч үзэж байгаа бөгөөд тэнд анхны тэнгэрийн тулалдааны талбарт өрнөх агуу тэмцлийн эцсийн сорилтын тулалдаанд оролцох бүх эсэргүүцэгч хүчнүүдийг олж хардаг. Эдгээр эсэргүүцэгч хүчнүүд нь Нэгдсэн Үндэстний Байгууллага, Католик Сүм, Америкийн Нэгдсэн Улс болон Сатан өөрийнх нь эсрэг, хоёрдогч хүчний хувиар Вавилоноос гарч ирэх агуу олон түмэнтэй хамт буй нэг зуун дөчин дөрвөн мянга юм. Нэг зуун дөчин дөрвөн мянга болон агуу олон түмэн нь гурав дахь тэнгэрэлчийн мэдээг төлөөлдөг Бурханы арми мөн бөгөөд энэ дайнд оролцож буй хоёр тал хоёулаа гурав дахь тэнгэрэлчээр бус, харин гурав дахь гайгаар төлөөлөгдөх Бурханы шүүлтийн армитай мөн нүүр тулдаг.</w:t>
      </w:r>
    </w:p>
    <w:p>
      <w:pPr>
        <w:pStyle w:val="ArticleBody"/>
        <w:jc w:val="left"/>
      </w:pPr>
      <w:r>
        <w:rPr>
          <w:rFonts w:ascii="Times New Roman" w:hAnsi="Times New Roman" w:eastAsia="Times New Roman" w:cs="Times New Roman"/>
        </w:rPr>
        <w:t>2020 онд Бүгд найрамдах болон Протестант эвэрнүүдийн аллагад хүрэхэд нөлөөлсөн тодорхой шинжүүдийг танин тогтоохын тулд, Ням гаргийн хуулиас эхлэн Михаил босох хүртэлх хугацаанд, эхний тэнгэр дэх хүн төрөлхтний тулалдаанд илэрдэг эш үзүүллэгийн шинжүүдийг бид тогтоохыг эрэлхийлж байна. Тэр түүхэнд бүх дэлхий араатны дүрийг босгохоос өөр аргагүйд хүрдэг. Тэрхүү түүх нь 2001 оны есдүгээр сарын 11-нээс тун удахгүй ирэх Ням гаргийн хууль хүртэлх Америкийн Нэгдсэн Улсын түүхийн давталт бөгөөд, тэрхүү хууль нь хоорондоо зэрэгцээ энэ хоёр түүхийг заагладаг. Зэрэгцээ түүхүүдийн хувьд тэдгээр нь тус бүр нөгөө түүхдээ гэрч болдог. Эдгээр түүхийн аль нэгд нь юу тохиолдоно, нөгөөд нь мөн адил тохиолдоно. Хоёр дахь түүх нь Илчлэлт номын арван хоёр, арван гуравдугаар бүлгүүдийн гол анхаарал бөгөөд, өдгөө бараг дуусах дөхсөн эхний түүхэн дээр эш үзүүллэгийн гэрэл тусгахын тулд бид хоёр дахь гэрчийг ойлгохыг зорьж байна.</w:t>
      </w:r>
    </w:p>
    <w:p>
      <w:pPr>
        <w:pStyle w:val="ArticleBody"/>
        <w:jc w:val="left"/>
      </w:pPr>
      <w:r>
        <w:rPr>
          <w:rFonts w:ascii="Times New Roman" w:hAnsi="Times New Roman" w:eastAsia="Times New Roman" w:cs="Times New Roman"/>
        </w:rPr>
        <w:t>Дэлхийг Армагеддон уруу хөтлөн аваачдаг гурван хүчийг арван хоёр болон арван гуравдугаар бүлгүүдэд дүрслэн үзүүлсэн байдаг. Юуны өмнө луугийн хүчийг дурдсан байдаг.</w:t>
      </w:r>
    </w:p>
    <w:p>
      <w:pPr>
        <w:pStyle w:val="ArticleScripture"/>
        <w:jc w:val="left"/>
      </w:pPr>
      <w:r>
        <w:rPr>
          <w:rFonts w:ascii="Times New Roman" w:hAnsi="Times New Roman" w:eastAsia="Times New Roman" w:cs="Times New Roman"/>
        </w:rPr>
        <w:t>Тэнгэрт өөр нэгэн гайхамшиг үзэгдэв; мөн харагтун, долоон толгой, арван эвэртэй, толгойнууд дээрээ долоон титэм бүхий агуу улаан луу байв. Түүний сүүл тэнгэрийн оддын гуравны нэгийг чирэн авч, тэднийг газарт хаяжээ. Тэгээд луу төрөхөд бэлэн болсон эмэгтэйн өмнө зогсон, хүүхэд нь төрмөгц түүнийг залгихаар хүлээж байв. Илчлэлт 12:3, 4.</w:t>
      </w:r>
    </w:p>
    <w:p>
      <w:pPr>
        <w:pStyle w:val="ArticleBody"/>
        <w:jc w:val="left"/>
      </w:pPr>
      <w:r>
        <w:rPr>
          <w:rFonts w:ascii="Times New Roman" w:hAnsi="Times New Roman" w:eastAsia="Times New Roman" w:cs="Times New Roman"/>
        </w:rPr>
        <w:t>Эгч Уайт энэ бүлэг дэх луу нь Сатан мөн гэж бидэнд мэдээлдэг, харин хоёрдогч утгаараа энэ нь шүтээнлэг Ром юм. Сатан ч, шүтээнлэг Ром ч хоёулаа Нэгдсэн Үндэстний Байгууллагын хэв шинж болдог. Араатны арван эвэр нь Илчлэлт арван долоод гардаг арван хааны хорон эвслийг төлөөлдөг. Тэр арван хаадыг Илчлэлт арван долоод дүрсэлсэн байдаг бөгөөд тэнд тэднийг Библийн эш үзүүлгийн долоо дахь хаант улс хэмээн тодорхойлдог. Араатныг долоон титэмтэй долоон толгойтой гэж дүрсэлсэн нь түүнийг Библийн эш үзүүлгийн долоо дахь хаант улс болохыг тэмдэглэж байна. Даниел хоёрт тэднийг сүнслэг Грек хэмээн дүрсэлдэг, мөн Кармел уулын гэрчлэлд тэд Ахаб мөн бөгөөд, тэд Дуулал наян гурав дахь арван дайсан мөн юм.</w:t>
      </w:r>
    </w:p>
    <w:p>
      <w:pPr>
        <w:pStyle w:val="ArticleBody"/>
        <w:jc w:val="left"/>
      </w:pPr>
      <w:r>
        <w:rPr>
          <w:rFonts w:ascii="Times New Roman" w:hAnsi="Times New Roman" w:eastAsia="Times New Roman" w:cs="Times New Roman"/>
        </w:rPr>
        <w:t>Илчлэлт 12 ба 13-р бүлгүүдэд дурдагдсан дайсны дэлхийн хоёр дахь хүч нь далайгаас гарч ирдэг араатан бөгөөд түүнийг Уайт эгч шууд Католицизм хэмээн тодорхойлсон байдаг.</w:t>
      </w:r>
    </w:p>
    <w:p>
      <w:pPr>
        <w:pStyle w:val="ArticleScripture"/>
        <w:jc w:val="left"/>
      </w:pPr>
      <w:r>
        <w:rPr>
          <w:rFonts w:ascii="Times New Roman" w:hAnsi="Times New Roman" w:eastAsia="Times New Roman" w:cs="Times New Roman"/>
        </w:rPr>
        <w:t>Тэгээд би тэнгисийн элсэн дээр зогсож байтал, тэнгисээс долоон толгой, арван эвэртэй нэгэн араатан гарч ирэхийг харлаа. Түүний эвэр бүр дээр арван титэм, толгойнууд дээр нь доромжлолын нэр байв. Миний харсан тэр араатан нь ирвэстэй адил, хөл нь баавгайн хөл мэт, ам нь арслангийн ам мэт байлаа. Луу түүнд өөрийн хүч, сэнтий, агуу эрх мэдлийг өгчээ. Тэгээд би түүний толгойнуудын нэг нь үхтлээ шархадсан мэт байгааг харсан бөгөөд тэр үхлийн шарх нь эдгэрчээ. Бүх дэлхий араатныг гайхан дагав. Илчлэлт 13:1–3.</w:t>
      </w:r>
    </w:p>
    <w:p>
      <w:pPr>
        <w:pStyle w:val="ArticleBody"/>
        <w:jc w:val="left"/>
      </w:pPr>
      <w:r>
        <w:rPr>
          <w:rFonts w:ascii="Times New Roman" w:hAnsi="Times New Roman" w:eastAsia="Times New Roman" w:cs="Times New Roman"/>
        </w:rPr>
        <w:t>Иохан нэгдүгээр эшлэлд далайн эрэг дээр зогсож байсан бөгөөд тэрээр тэнгисээс араатан гарч ирэхийг харсан; үүний дараа тэрээр газраас өөр нэгэн араатан дээш гарч ирэхийг харжээ. Уайт эгч Иоханы эдгээр хоёр араатныг харсан цаг үеийг 1798 он хэмээн тодорхойлсон. Учир нь тэр жил папын засаглал “хүч чадлаасаа салгагдаж,” улмаар эцэст нь эдгэх үхлийн шархыг авсан юм.</w:t>
      </w:r>
    </w:p>
    <w:p>
      <w:pPr>
        <w:pStyle w:val="ArticleScripture"/>
        <w:jc w:val="left"/>
      </w:pPr>
      <w:r>
        <w:rPr>
          <w:rFonts w:ascii="Times New Roman" w:hAnsi="Times New Roman" w:eastAsia="Times New Roman" w:cs="Times New Roman"/>
        </w:rPr>
        <w:t>“Өөрийн хүч чадлаас салж, хавчлага мөрдөлтийг үргэлжлүүлэх аргагүйд хүрсэн Папын засаглалын үед Иохан луугийн дуу хоолойг давтан цуурайтуулж, мөн адил харгис, Бурханыг доромжилсон ажлыг цааш үргэлжлүүлэх нэгэн шинэ хүч мандаж буйг үзэв. Сүм болон Бурханы хуультай дайтахаар босох сүүлчийн энэ хүчийг хурганы эвэр мэт эвэртэй араатнаар дүрсэлсэн байна. Үүнээс өмнөх араатнууд тэнгисээс гарч ирсэн; харин энэ нь газраас гарч ирсэн нь, түүний бэлгэдэж буй үндэстэн буюу Америкийн Нэгдсэн Улс тайван замаар мандан гарсныг илэрхийлдэг.” Signs of the Times, February 8, 1910.</w:t>
      </w:r>
    </w:p>
    <w:p>
      <w:pPr>
        <w:pStyle w:val="ArticleBody"/>
        <w:jc w:val="left"/>
      </w:pPr>
      <w:r>
        <w:rPr>
          <w:rFonts w:ascii="Times New Roman" w:hAnsi="Times New Roman" w:eastAsia="Times New Roman" w:cs="Times New Roman"/>
        </w:rPr>
        <w:t>Иохан далайн араатныг, өөрөөр хэлбэл папын засаглалыг харахдаа түүх рүү эргэн харж байна. Тэр түүхийн урагш чиглэлд харвал газрын араатныг, өөрөөр хэлбэл Америкийн Нэгдсэн Улсыг хардаг. Ийм учраас далайгаас гарч буй араатан эш үзүүллэгийн хувьд ийм байдлаар байгуулагдсан байдаг. Иохан 1798 оноос эргэн харахдаа эхлээд “долоон толгой, арван эвэр”-ийг хардаг бөгөөд энэ нь түүхэн дэх, агуу үгсийг хэлдэг байсан папын засаглалын сүрлэг эвэрт зай гаргахын тулд гурван эврийг сугалан авсан тэр мөчийг тэмдэглэдэг.</w:t>
      </w:r>
    </w:p>
    <w:p>
      <w:pPr>
        <w:pStyle w:val="ArticleScripture"/>
        <w:jc w:val="left"/>
      </w:pPr>
      <w:r>
        <w:rPr>
          <w:rFonts w:ascii="Times New Roman" w:hAnsi="Times New Roman" w:eastAsia="Times New Roman" w:cs="Times New Roman"/>
        </w:rPr>
        <w:t>Тэгээд би бусдаасаа ялгаатай, үлэмж аймшигт байсан, төмөр шүдтэй, хүрэл хумстай дөрөвдүгээр араатны тухай үнэнийг мэдэхийг хүсэв. Тэр нь залгиж, хэсэг хэсгээр нь хэмхэлж, үлдсэнийг хөлөөрөө дэвсэлсэн билээ. Мөн түүний толгойд байсан арван эврийн тухай, түүнчлэн гарч ирсэн өөр нэг эврийн тухай, түүний өмнө гурван эвэр унасан тухай; бүр нүдтэй, маш агуу зүйлсийг ярьдаг амтай, төрхөөрөө нөхдөөсөө илүү сүрлэг байсан тэр эврийн тухай ч мэдэхийг хүсэв. Даниел 7:19, 20.</w:t>
      </w:r>
    </w:p>
    <w:p>
      <w:pPr>
        <w:pStyle w:val="ArticleBody"/>
        <w:jc w:val="left"/>
      </w:pPr>
      <w:r>
        <w:rPr>
          <w:rFonts w:ascii="Times New Roman" w:hAnsi="Times New Roman" w:eastAsia="Times New Roman" w:cs="Times New Roman"/>
        </w:rPr>
        <w:t>Хэрул, Остготууд, Вандалууд хэмээх тэдгээр гурван эвэр зайлуулагдахаас өмнө харь Ромыг “арван титэм”-ээр төлөөлүүлэн дүрсэлсэн байв. Тэр арван титэм нь харь Ромыг төлөөлдөг. Дараа нь Иохан Грекийн ирвэсийг, түүнчлэн Мидо-Персийн баавгайг, дараа нь Вавилоны арсланг нэрлэн тодорхойлдог.</w:t>
      </w:r>
    </w:p>
    <w:p>
      <w:pPr>
        <w:pStyle w:val="ArticleScripture"/>
        <w:jc w:val="left"/>
      </w:pPr>
      <w:r>
        <w:rPr>
          <w:rFonts w:ascii="Times New Roman" w:hAnsi="Times New Roman" w:eastAsia="Times New Roman" w:cs="Times New Roman"/>
        </w:rPr>
        <w:t>Эхнийх нь арслан мэт бөгөөд бүргэдийн жигүүртэй байв. Түүний жигүүрүүдийг зулгаан авч дуустал нь би харж байлаа; тэгээд тэр нь газраас өргөгдөн, хүн мэт хөл дээрээ босгогдож, түүнд хүний зүрх өгөгдөв. Мөн харагтун, хоёр дахь өөр нэг араатан баавгай мэт байв; тэр нь нэг талаараа өндийсөн байсан бөгөөд амандаа, шүднийхээ завсар, гурван хавиргатай байлаа. Тэгэхэд түүнд ийн хэлэв: Бос, их мах залги. Үүний дараа би харж байтал, бас нэг нь ирвэс мэт харагдав. Түүний нуруун дээр шувууны дөрвөн жигүүр байв; тэр араатан мөн дөрвөн толгойтой байсан бөгөөд түүнд ноёрхол өгөгджээ. Даниел 7:4–6.</w:t>
      </w:r>
    </w:p>
    <w:p>
      <w:pPr>
        <w:pStyle w:val="ArticleBody"/>
        <w:jc w:val="left"/>
      </w:pPr>
      <w:r>
        <w:rPr>
          <w:rFonts w:ascii="Times New Roman" w:hAnsi="Times New Roman" w:eastAsia="Times New Roman" w:cs="Times New Roman"/>
        </w:rPr>
        <w:t>Католицизмд Христийнх гэх ганц ч элемент үгүй бөгөөд далайн араатан нь Библийн зөгнөлийн өмнөх бүх харь хаанчлалуудын нэгдлийг төлөөлдөг. Далайн араатан түүхэн дарааллын урвуугаар дүрслэгдсэн байдаг, учир нь Иохан түүх рүү эргэн харж байна. Тэр эхлээд гурван эвэр зайлуулагдсаны дараа тогтоогдсон хүчийг харсан—папын засаглалыг. Дараа нь тэр арван титэм бүхий арван эвэр—харь Ромыг харсан. Дараа нь тэр ирвэсийг—Грекийг харсан. Дараа нь тэр баавгайг—Медо-Персийг харсан. Дараа нь тэр арсланг—Вавилоныг харсан. Далайн араатны дүрслэл нь өмнөх харь хаанчлал бүрийн элементүүдээс бүрддэг бөгөөд уг дүрслэл нь папын засаглал бол Библийн түүхэнд оршин байсан харь шашин шүтлэгийн бүх хэлбэрийн бөөгнөрөл мөн гэдгийг тогтоодог. Католицизмд Христийнх гэх ганц ч элемент үгүй. Католицизмд Христийнх мэт харагдаж болох аливаа зүйл нь хуурамч юм.</w:t>
      </w:r>
    </w:p>
    <w:p>
      <w:pPr>
        <w:pStyle w:val="ArticleBody"/>
        <w:jc w:val="left"/>
      </w:pPr>
      <w:r>
        <w:rPr>
          <w:rFonts w:ascii="Times New Roman" w:hAnsi="Times New Roman" w:eastAsia="Times New Roman" w:cs="Times New Roman"/>
        </w:rPr>
        <w:t>Кармел уулан дээр Елиа Изебелийн эш үзүүлэгчид болон түүний урвагч нөхөртэй тулалдаж байх үед Изебель Самарид, гэртээ байсан. Хоёр эвэртэй газрын араатны түүхийн явцад Тирийн янхан мартагдсан байдаг. Изебель үргэлж далд байсаар ирсэн бөгөөд Илчлэлт номын арван хоёр, арван гуравдугаар бүлгүүдэд дэлхий түүнийг даган гайхширдаг боловч Нэгдсэн Үндэстний Байгууллага, Америкийн Нэгдсэн Улс, Сатан нарыг тэнгэрт гайхан харуулдаг шиг түүнийг тэнгэр дэх гайхамшиг болгон дүрсэлдэггүй. Тэрээр өөрийн тушаалын төв болох Самарид—Ром хотод—буцан очсон байдаг.</w:t>
      </w:r>
    </w:p>
    <w:p>
      <w:pPr>
        <w:pStyle w:val="ArticleBody"/>
        <w:jc w:val="left"/>
      </w:pPr>
      <w:r>
        <w:rPr>
          <w:rFonts w:ascii="Times New Roman" w:hAnsi="Times New Roman" w:eastAsia="Times New Roman" w:cs="Times New Roman"/>
        </w:rPr>
        <w:t>Газрын араатны түүхэнд бүх дэлхийд хамаарах араатны дүрсний сорилт юу болох нь тодорхойлогддог. Тэрхүү сорилт нь эхний тэнгэрийн дайны үед явагдана. Энэ мөчид бидний авч үзэхийг хүсэж буй зүйл нь энэ юм. Одоо авч үзэх гэж буй эшлэлүүдэд би “тэр” гэсэн үгийн оронд “Америкийн Нэгдсэн Улс”-ыг орлуулан хэрэглэнэ.</w:t>
      </w:r>
    </w:p>
    <w:p>
      <w:pPr>
        <w:pStyle w:val="ArticleScripture"/>
        <w:jc w:val="left"/>
      </w:pPr>
      <w:r>
        <w:rPr>
          <w:rFonts w:ascii="Times New Roman" w:hAnsi="Times New Roman" w:eastAsia="Times New Roman" w:cs="Times New Roman"/>
        </w:rPr>
        <w:t>Тэгээд би газраас гарч ирж буй өөр нэгэн араатныг үзэв; мөн Америкийн Нэгдсэн Улс хурга мэт хоёр эвэртэй байв, харин Америкийн Нэгдсэн Улс луу мэт ярив. Америкийн Нэгдсэн Улс түүний өмнө анхны араатны бүх эрх мэдлийг хэрэгжүүлж, мөн газар дэлхий болон түүн дээр оршин суугчдыг үхлийн шарх нь эдгэсэн анхны араатанд мөргүүлэхэд хүргэнэ. Америкийн Нэгдсэн Улс агуу гайхамшгуудыг үйлдэж, бүр хүмүүсийн нүдэн дээр тэнгэрээс газарт гал буулгадаг. Мөн Америкийн Нэгдсэн Улс араатны өмнө үйлдэх эрхтэй байсан тэрхүү гайхамшгуудын тусламжаар газар дээр оршин суугчдыг мэхэлж, газар дээр оршин суугчдад сэлмээр шархдуулсан атлаа амьдарсан тэрхүү араатанд зориулан дүр бүтээхийг хэлдэг. Тэгээд [Америкийн Нэгдсэн Улс] араатны дүрд амь оруулах эрхтэй байсан тул араатны дүр нь ярьж, мөн араатны дүрд мөргөхгүй байгаа хэчнээн хүнийг ч алахыг тушаах болов. Америкийн Нэгдсэн Улс бага ба их, баян ба ядуу, эрх чөлөөт ба боол — бүгдийг баруун гарт нь, эсвэл духан дээр нь тэмдэг авахад хүргэнэ. Мөн тэр тэмдэг, эсвэл араатны нэр, эсвэл түүний нэрийн тоог агуулаагүй хэн ч худалдаж авах буюу худалдах боломжгүй байв. Илчлэлт 13:11–17.</w:t>
      </w:r>
    </w:p>
    <w:p>
      <w:pPr>
        <w:pStyle w:val="ArticleBody"/>
        <w:jc w:val="left"/>
      </w:pPr>
      <w:r>
        <w:rPr>
          <w:rFonts w:ascii="Times New Roman" w:hAnsi="Times New Roman" w:eastAsia="Times New Roman" w:cs="Times New Roman"/>
        </w:rPr>
        <w:t>Илчлэлт номын арван гуравдугаар бүлэгт, харь Ромын луу папын засгийг газрын хаан ширээнд залрах үедээ түүнд гурван зүйлийг өгсөн.</w:t>
      </w:r>
    </w:p>
    <w:p>
      <w:pPr>
        <w:pStyle w:val="ArticleScripture"/>
        <w:jc w:val="left"/>
      </w:pPr>
      <w:r>
        <w:rPr>
          <w:rFonts w:ascii="Times New Roman" w:hAnsi="Times New Roman" w:eastAsia="Times New Roman" w:cs="Times New Roman"/>
        </w:rPr>
        <w:t>Миний харсан араатан нь ирвэстэй адил, хөл нь баавгайн хөл мэт, ам нь арслангийн ам мэт байв; луу түүнд өөрийн хүч чадал, сэнтий, агуу эрх мэдлээ өгчээ. Илчлэлт 13:2.</w:t>
      </w:r>
    </w:p>
    <w:p>
      <w:pPr>
        <w:pStyle w:val="ArticleBody"/>
        <w:jc w:val="left"/>
      </w:pPr>
      <w:r>
        <w:rPr>
          <w:rFonts w:ascii="Times New Roman" w:hAnsi="Times New Roman" w:eastAsia="Times New Roman" w:cs="Times New Roman"/>
        </w:rPr>
        <w:t>Харь Ромыг төлөөлдөг арван хаад (тэдгээр арвын дотор Ахабаар дүрслэгдсэн тэргүүлэх хаан нь Франц) папын засаглалд гурван зүйлийг өгсөн: хүч чадал, сэнтий, эрх мэдэл. Эзэн хаан Константин МЭ 330 онд баруун дахь Ром хотоос нийслэлийг дорнод тийш шилжүүлж, Константинополь хотыг Ромын эзэнт гүрний шинэ нийслэл болгосноор, харь Ром Ромын сүмд өөрийн “сэнтий”-г өгсөн юм.</w:t>
      </w:r>
    </w:p>
    <w:p>
      <w:pPr>
        <w:pStyle w:val="ArticleBody"/>
        <w:jc w:val="left"/>
      </w:pPr>
      <w:r>
        <w:rPr>
          <w:rFonts w:ascii="Times New Roman" w:hAnsi="Times New Roman" w:eastAsia="Times New Roman" w:cs="Times New Roman"/>
        </w:rPr>
        <w:t>Франкуудын (Франц) хаан Кловис 496 онд католик шашинд орж, папын эрх мэдэл дэлхийн сэнтийд өргөгдөн гарахыг эсэргүүцэж байсан хүчнүүдийн эсрэг дайн хийж эхлэхэд, харь шашинт Ром тэр үед папын эрх мэдэлд өөрийн “хүч”-ийг өгсөн юм.</w:t>
      </w:r>
    </w:p>
    <w:p>
      <w:pPr>
        <w:pStyle w:val="ArticleBody"/>
        <w:jc w:val="left"/>
      </w:pPr>
      <w:r>
        <w:rPr>
          <w:rFonts w:ascii="Times New Roman" w:hAnsi="Times New Roman" w:eastAsia="Times New Roman" w:cs="Times New Roman"/>
        </w:rPr>
        <w:t>533 онд Юстиниан зарлиг гаргаж, Ромын сүмийг бүх сүмийн тэргүүн төдийгүй, мөн тэрс үзэлтнүүдийг залруулагч хэмээн тогтоов. Тэр мөчөөс эхлэн харь шүтлэгт Ромын эрх мэдэл папад шилжүүлэгдсэн байв.</w:t>
      </w:r>
    </w:p>
    <w:p>
      <w:pPr>
        <w:pStyle w:val="ArticleBody"/>
        <w:jc w:val="left"/>
      </w:pPr>
      <w:r>
        <w:rPr>
          <w:rFonts w:ascii="Times New Roman" w:hAnsi="Times New Roman" w:eastAsia="Times New Roman" w:cs="Times New Roman"/>
        </w:rPr>
        <w:t>Арван хоёрдугаар эшлэлд, “[Америкийн Нэгдсэн Улс] түүний өмнө анхны араатны бүх эрх мэдлийг хэрэгжүүлнэ” гэжээ. Папын засаглалын хэрэгжүүлсэн эрх мэдэл нь цэрэг, эдийн засгийн хүч чадлаа папын засаглалд зориулан өргөсөн Кловисоор төлөөлөгддөг. Ийм учраас Католик шашин Кловисыг “Католик сүмийн ууган хүү”, Францыг “Католик сүмийн ууган охин” хэмээн нэрлэдэг. Америкийн Нэгдсэн Улс 496 онд Кловисын эхлүүлсэн тэрхүү бузар ажлыг папын засаглалын төлөө мөн адил хийх болно.</w:t>
      </w:r>
    </w:p>
    <w:p>
      <w:pPr>
        <w:pStyle w:val="ArticleBody"/>
        <w:jc w:val="left"/>
      </w:pPr>
      <w:r>
        <w:rPr>
          <w:rFonts w:ascii="Times New Roman" w:hAnsi="Times New Roman" w:eastAsia="Times New Roman" w:cs="Times New Roman"/>
        </w:rPr>
        <w:t>Америкийн Нэгдсэн Улсын хүч чадлыг “дэлхий болон түүн дээр оршин суугчдыг үхлийн шарх нь эдгэрсэн анхны араатанд мөргүүлэхийн” тулд ашиглах болно. Америкийн Нэгдсэн Улс өөрийн цэргийн болон эдийн засгийн хүчийг ашиглан бүх дэлхийг Ням гаргийг амралтын өдөр хэмээн хүлээн зөвшөөрүүлэх болно. Тирийн янхан удахгүй гарах Ням гаргийн хуулийн үед эхлээд газрын араатантай завхайрч, дараа нь цааш яван дэлхийн бусад бүх хаадтай завхайрах болно.</w:t>
      </w:r>
    </w:p>
    <w:p>
      <w:pPr>
        <w:pStyle w:val="ArticleBody"/>
        <w:jc w:val="left"/>
      </w:pPr>
      <w:r>
        <w:rPr>
          <w:rFonts w:ascii="Times New Roman" w:hAnsi="Times New Roman" w:eastAsia="Times New Roman" w:cs="Times New Roman"/>
        </w:rPr>
        <w:t>Арван гуравдугаар эшлэлд, “[Америкийн Нэгдсэн Улс] агуу гайхамшгуудыг үйлдэж, хүмүүсийн нүдэн дээр тэнгэрээс газарт гал буулгадаг” гэжээ. Гал нь ариун бус мэдээг төлөөлдөг. Пентекостын өдөр гарсан галын хэлнүүд нь ариун мэдээг төлөөлсөн бөгөөд тэрхүү мэдээг бүх дэлхийд хүргэх чадвартай хамт дагалдсан юм. Америкийн Нэгдсэн Улсын тэнгэрээс буулгах тэр гал мөн бүх үндэстэн, хэл бүрт нөлөөлөх болно.</w:t>
      </w:r>
    </w:p>
    <w:p>
      <w:pPr>
        <w:pStyle w:val="ArticleBody"/>
        <w:jc w:val="left"/>
      </w:pPr>
      <w:r>
        <w:rPr>
          <w:rFonts w:ascii="Times New Roman" w:hAnsi="Times New Roman" w:eastAsia="Times New Roman" w:cs="Times New Roman"/>
        </w:rPr>
        <w:t>Арван дөрөвдүгээр ишлэлд, Америкийн Нэгдсэн Улс “араатны өмнө үйлдэх эрхтэй байсан тэрхүү гайхамшгуудын хүчээр газар дээр оршин суугчдыг мэхэлж; мөн газар дээр оршин суугчдад, илдний шарх авсан атлаа амьд үлдсэн тэр араатанд зориулан дүр бүтээх ёстой гэж хэлдэг.” Америкийн Нэгдсэн Улс дэлхийг мэхлэхэд хэрэглэдэг энэхүү мэхлэлт нь өмнөх ишлэлд тэнгэрээс бууж ирсэн галын дүрслэлээр илэрхийлэгдсэн байдаг. Тэнгэрээс буусан тэр гал нь Америкийн Нэгдсэн Улсын хэрэглэдэг гайхамшгуудыг бий болгож, тэдгээрээр дамжуулан дэлхийд сүм ба төрийн нэгдлээс бүрдэх, харин уг харилцаанд сүм нь ноёрхох нэг дэлхийн засаглалыг байгуулахыг тушаадаг.</w:t>
      </w:r>
    </w:p>
    <w:p>
      <w:pPr>
        <w:pStyle w:val="ArticleBody"/>
        <w:jc w:val="left"/>
      </w:pPr>
      <w:r>
        <w:rPr>
          <w:rFonts w:ascii="Times New Roman" w:hAnsi="Times New Roman" w:eastAsia="Times New Roman" w:cs="Times New Roman"/>
        </w:rPr>
        <w:t>Елиа босгогдсон үед Ахаб, Иезебел хоёрын харилцаа үүнийг төлөөлж байв. Кармел уулан дахь Елиагийн тэмцэл 1840-өөс 1844 он хүртэлх эхний тэнгэрэлчийн хөдөлгөөний үеэр Америкийн Нэгдсэн Улсын эхэн үед биелсэн бөгөөд үүний зорилго нь Протестантизмын жинхэнэ эш үзүүлэгчийг Протестантизмын бүх хуурамч эш үзүүлэгчдээс ялган таних явдал байв.</w:t>
      </w:r>
    </w:p>
    <w:p>
      <w:pPr>
        <w:pStyle w:val="ArticleBody"/>
        <w:jc w:val="left"/>
      </w:pPr>
      <w:r>
        <w:rPr>
          <w:rFonts w:ascii="Times New Roman" w:hAnsi="Times New Roman" w:eastAsia="Times New Roman" w:cs="Times New Roman"/>
        </w:rPr>
        <w:t>Энэ нь 2001 оны 9 дүгээр сарын 11-нд эхэлж, удахгүй ирэх Ням гаргийн хуулиар төгсөх араатны дүрийг байгуулах сорилтын үеэр, Америкийн Нэгдсэн Улсын төгсгөлд дахин биелдэг.</w:t>
      </w:r>
    </w:p>
    <w:p>
      <w:pPr>
        <w:pStyle w:val="ArticleBody"/>
        <w:jc w:val="left"/>
      </w:pPr>
      <w:r>
        <w:rPr>
          <w:rFonts w:ascii="Times New Roman" w:hAnsi="Times New Roman" w:eastAsia="Times New Roman" w:cs="Times New Roman"/>
        </w:rPr>
        <w:t>Элиагийн төгс биелэлт нь Эзэний агуу бөгөөд аймшигт өдрийн өмнө, өөрөөр хэлбэл сүүлчийн долоон гай гамшгийн өмнө тохиолддог. Иймээс Кармел уул, Элиа, Ахаб, мөн Иезебел нь Нэгдсэн Үндэстний Байгууллагын нэг дэлхийн засгийн газрыг — Католик сүмийн ноёрхолд байдаг тэрхүү засгийн газрыг — дэлхий дахинд хүчээр хүлээн зөвшөөрүүлэхээр ажиллаж буй Америкийн Нэгдсэн Улсын үйл хэрэгт төлөөлөгдөн дүрслэгддэг. Америкийн Нэгдсэн Улс энэ үйлдлийг цэргийн хүч чадал, эдийн засгийн чадавх, мөн “мэдээллийн супер хурдны зам” хэмээн нэрлэгддэг дэлхий даяарх вэб сүлжээгээр төлөөлөгдөх, өөрийн чиглүүлж хянадаг завхарсан ховсдуулам харилцаа холбоогоороо дамжуулан хэрэгжүүлдэг.</w:t>
      </w:r>
    </w:p>
    <w:p>
      <w:pPr>
        <w:pStyle w:val="ArticleBody"/>
        <w:jc w:val="left"/>
      </w:pPr>
      <w:r>
        <w:rPr>
          <w:rFonts w:ascii="Times New Roman" w:hAnsi="Times New Roman" w:eastAsia="Times New Roman" w:cs="Times New Roman"/>
        </w:rPr>
        <w:t>Арван тавдугаар эшлэлд “[Америкийн Нэгдсэн Улс] араатны дүрд амь оруулах эрх мэдэлтэй байсан бөгөөд ингэснээр араатны дүр нь ярьж, мөн араатны дүрд мөргөхгүй байсан бүхнийг алуулахад хүргэнэ” хэмээн бидэнд мэдэгддэг. Ийнхүү Нэгдсэн Үндэстний Байгууллагын тэргүүлэх хааныг төлөөлж байсан Америкийн Нэгдсэн Улсын цэргийн хүчээр үхлээр заналхийлэх нь Нэгдсэн Үндэстний Байгууллагын нэг дэлхийн засгийн газарт ярих хүч чадлыг өгдөг. Ярих үйлдэл нь хууль тогтоох болон шүүх эрх мэдлээр дамжин хэрэгждэг. Нэгдсэн Үндэстний Байгууллагын хууль тогтоох салбар нь Нью-Йоркт, харин шүүх салбар нь Нидерландын Гааг хотод байрладаг. Гааг нь Хуучин Дэлхийг, Нью-Йорк нь Шинэ Дэлхийг төлөөлдөг. Америкийн Нэгдсэн Улс ч, Нидерланд ч аль аль нь эрх чөлөө, эрхийн тэргүүлэх хамгаалагчид хэмээн онцгойрон ялгарч байсан түүхэн өнгөрсөнтэй боловч, хоёул тус тусын түүхийнхээ төгсгөлд—луу мэт ярьдаг.</w:t>
      </w:r>
    </w:p>
    <w:p>
      <w:pPr>
        <w:pStyle w:val="ArticleScripture"/>
        <w:jc w:val="left"/>
      </w:pPr>
      <w:r>
        <w:rPr>
          <w:rFonts w:ascii="Times New Roman" w:hAnsi="Times New Roman" w:eastAsia="Times New Roman" w:cs="Times New Roman"/>
        </w:rPr>
        <w:t>“Амралтын өдөр Христийн ертөнц даяар маргааны онцгой төв цэг болсон бөгөөд ням гаргийг сахиулахын тулд шашны болон иргэний эрх мэдэлтнүүд нэгдэн нийлсэн тул, нийтийн шаардлагад буулт хийхээс тууштай татгалзаж буй цөөнхийн бүлэг хүмүүс нийтээр жигшин зэвүүцэхийн бай болох болно. … эцэст нь дөрөвдүгээр тушаалын Амралтын өдрийг ариунаар сахигчдын эсрэг зарлиг гарч, тэднийг хамгийн хүнд шийтгэл хүлээх ёстой хэмээн буруушаан, тодорхой хугацааны дараа тэднийг алах эрхийг ард түмэнд олгох болно. Хуучин Дэлхий дэх Ромын шашин болон Шинэ Дэлхий дэх урвасан Протестантизм нь Бурханы бүх тушаалыг хүндэтгэгчдийн эсрэг адилхан замаар явах болно.</w:t>
      </w:r>
    </w:p>
    <w:p>
      <w:pPr>
        <w:pStyle w:val="ArticleScripture"/>
        <w:jc w:val="left"/>
      </w:pPr>
      <w:r>
        <w:rPr>
          <w:rFonts w:ascii="Times New Roman" w:hAnsi="Times New Roman" w:eastAsia="Times New Roman" w:cs="Times New Roman"/>
        </w:rPr>
        <w:t>“Тэгвэл Бурханы ард түмэн эш үзүүлэгчийн Иаковын зовлонгийн цаг хэмээн дүрслэн өгүүлсэн тэрхүү зовлон шаналал, түгшүүр бэрхшээлийн үйл явдлуудын дунд автагдах болно.” Агуу Тэмцэл, 615, 616.</w:t>
      </w:r>
    </w:p>
    <w:p>
      <w:pPr>
        <w:pStyle w:val="ArticleBody"/>
        <w:jc w:val="left"/>
      </w:pPr>
      <w:r>
        <w:rPr>
          <w:rFonts w:ascii="Times New Roman" w:hAnsi="Times New Roman" w:eastAsia="Times New Roman" w:cs="Times New Roman"/>
        </w:rPr>
        <w:t>Арван зургаа, арван долоодугаар эшлэлд, араатны дүр босгогдон, ярих эрх мэдэлтэй болсны дараа, “[Америкийн Нэгдсэн Улс] бага ч бай, агуу ч бай, баян ч бай, ядуу ч бай, эрх чөлөөтэй ч бай, боол ч бай, бүгдийг баруун гар дээрээ, эсвэл духан дээрээ тэмдэг авахуулдаг. Мөн уг тэмдэг, эсвэл араатны нэр, эсвэл түүний нэрийн тоо байхгүй нэг ч хүн худалдаж авах, худалдах боломжгүй болгодог.”</w:t>
      </w:r>
    </w:p>
    <w:p>
      <w:pPr>
        <w:pStyle w:val="ArticleBody"/>
        <w:jc w:val="left"/>
      </w:pPr>
      <w:r>
        <w:rPr>
          <w:rFonts w:ascii="Times New Roman" w:hAnsi="Times New Roman" w:eastAsia="Times New Roman" w:cs="Times New Roman"/>
        </w:rPr>
        <w:t>Араатны дүрийг бий болгох нь араатны тэмдгийн сорилтоос өмнө ирдэг сорилт мөн. Хэрэв бид араатны дүрийг бий болгох явдлаар илэрхийлэгдсэн сорилтыг давж гарахгүй бол, араатны тэмдгийн сорилтод унах болно. Эдгээр нь хоёр өөр сорилт бөгөөд, мөн хоёр өөр төрлийн сорилт юм.</w:t>
      </w:r>
    </w:p>
    <w:p>
      <w:pPr>
        <w:pStyle w:val="ArticleBody"/>
        <w:jc w:val="left"/>
      </w:pPr>
      <w:r>
        <w:rPr>
          <w:rFonts w:ascii="Times New Roman" w:hAnsi="Times New Roman" w:eastAsia="Times New Roman" w:cs="Times New Roman"/>
        </w:rPr>
        <w:t>2001 оны 9 дүгээр сарын 11-нд эхэлсэн араатны дүрийн бүрэлдэхүй нь нигүүлслийн хугацаа хаагдах гэж буйг анхааруулсан эш үзүүллэгийн сэрэмжлүүлэг мөн. Энэ нь Кармел уул ойрын хаяанд байгааг, мөн Бурханы ард түмэн эцсийн дуудлага хийгдэхээс өмнө зан чанарын тос, Ариун Сүнсний тос, Шөнө дундын Хашхирааны мэдээний тосыг өөрсдөдөө баттай бэлтгэх хэрэгтэйг тодорхойлдог Елиагийн мэдээ юм. Тэд сэрэх ёстой, ингэснээр Елиа тэднээс, “Та нар хэдий хүртэл хоёр санааны хооронд тээнэгэлзэх вэ?” гэж асуухад тэд үггүй болохгүй; учир нь тэр үед үггүй байна гэдэг нь араатны тамгыг хүлээн авах явдал мөн. Араатны дүрийн сорилт нь, Миллерчүүдийн мэдээ шүүлт эхэлснийг тунхагласантай адил, шүүлт хаагдаж байгааг зарладаг мэдээг ойлгох ажлыг төлөөлдөг.</w:t>
      </w:r>
    </w:p>
    <w:p>
      <w:pPr>
        <w:pStyle w:val="ArticleBody"/>
        <w:jc w:val="left"/>
      </w:pPr>
      <w:r>
        <w:rPr>
          <w:rFonts w:ascii="Times New Roman" w:hAnsi="Times New Roman" w:eastAsia="Times New Roman" w:cs="Times New Roman"/>
        </w:rPr>
        <w:t>Араатны тэмдгийн сорилт нь ямар ч сонголт агуулахгүй, учир нь түүнд туршилтын хугацааны ямар ч элемент байдаггүй. Энэ нь хугацааны нэгэн үе биш, харин цаг хугацааны нэгэн цэг мөн. Энэ нь хямрал бөгөөд тиймээс Ням гаргийн хуулийн үед Ахаваар Кармел ууланд дуудсан тэдгээр израильчуудын зан чанарыг илрүүлэх лакмусын сорилт мөн. Тэгээд тэд өмнөх хугацаанд төлөвшүүлсэн зан чанараа илэрхийлэх бөгөөд тэрхүү хугацаа нь эш үзүүллэгийн хувьд араатны дүрийн сорилт хэмээн нэрлэгддэг.</w:t>
      </w:r>
    </w:p>
    <w:p>
      <w:pPr>
        <w:pStyle w:val="ArticleScripture"/>
        <w:jc w:val="left"/>
      </w:pPr>
      <w:r>
        <w:rPr>
          <w:rFonts w:ascii="Times New Roman" w:hAnsi="Times New Roman" w:eastAsia="Times New Roman" w:cs="Times New Roman"/>
        </w:rPr>
        <w:t>Иймийн тул (Ариун Сүнс ийнхүү айлддаг: Өнөөдөр, хэрэв та нар Түүний дуу хоолойг сонсох аваас, цөл дэх сорилтын өдөр, өдөөн хатгалтын үед байсанчлан зүрх сэтгэлээ бүү хатууруулаач. Та нарын өвөг дээдэс тэнд Намайг сорьж, шалгаж, дөчин жилийн турш Миний үйлсийг үзсэн билээ. Иймийн учир Би тэр үеийн хүмүүст гомдон, “Тэд үргэлж зүрхэндээ төөрдөг бөгөөд Миний замуудыг мэдээгүй” хэмээн хэлсэн. Тиймээс Би Өөрийн уур хилэнгээр тангараглан, “Тэд Миний амралтад үл орох болно” гэсэн юм.) Ах дүү нар аа, амьд Бурханаас няцахын тулд та нарын хэн нэгэнд үл итгэлийн хорон зүрх бүү байг хэмээн болгоомжил. Харин “Өнөөдөр” хэмээн нэрлэгдэх энэ цагт, та нарын хэн нь ч нүглийн мэхлэлээр хатууруулахгүйн тулд өдөр бүр бие биеэ ятган зоригжуул. Учир нь, хэрэв бид итгэлийнхээ анхны бат итгэлийг эцсийг нь хүртэл тууштай баримтлах аваас, бид Христийн хамтран оролцогчид болсон билээ. Ийнхүү, “Өнөөдөр, хэрэв та нар Түүний дуу хоолойг сонсох аваас, өдөөн хатгалтын үед байсанчлан зүрх сэтгэлээ бүү хатууруулаач” хэмээн айлдсан юм. Еврей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Есүс Христийн Илчлэл — Арван хоёрдугаар дугаар</dc:title>
  <dc:subject>Хоёр сорилт</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