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Есүс Христийн Илчлэл - Арван Наймдугаар Хэсэг</w:t>
      </w:r>
    </w:p>
    <w:p>
      <w:pPr>
        <w:pStyle w:val="ArticleSubtitle"/>
        <w:jc w:val="left"/>
      </w:pPr>
      <w:r>
        <w:rPr>
          <w:rFonts w:ascii="Arial" w:hAnsi="Arial" w:eastAsia="Arial" w:cs="Arial"/>
        </w:rPr>
        <w:t>Эцэг өвгөдийн нүглүүд</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2023-11-19</w:t>
      </w:r>
    </w:p>
    <w:p>
      <w:pPr>
        <w:pStyle w:val="ArticleBody"/>
        <w:jc w:val="left"/>
      </w:pPr>
      <w:r>
        <w:rPr>
          <w:rFonts w:ascii="Times New Roman" w:hAnsi="Times New Roman" w:eastAsia="Times New Roman" w:cs="Times New Roman"/>
        </w:rPr>
        <w:t>1856 онд урьд нь Филадельфийн шинжтэй байсан Миллерит Адвентизмыг Жеймс, Эллен Уайт нар Лаодикийнх хэмээн тодорхойлсон. Үүний дараа Жеймс Уайт Review and Herald сэтгүүлээр дамжуулан Лаодикийн мэдээг уг хөдөлгөөнд түгээн дэлгэрүүлж эхэлсэн. Мөн тэрхүү хэвлэлд, мөн онд, Левит хорин зургаад буй “долоон цаг үе”-ийн талаарх өсөн нэмэгдсэн гэрлийг, Уайтууд маш өндөрт үнэлж, анхны хүүгээ түүний нэрээр нэрлэсэн Хайрам Эдсон найман өгүүллийн цувралаар мөн толилуулсан. Тэрхүү цуврал ирээдүйд үргэлжлүүлэн дуусгана гэсэн амлалтаар төгссөн боловч дахин хэзээ ч гарч ирээгүй. Эхний тэнгэрэлчийн хөдөлгөөн Филадельфиас Лаодики руу шилжих тэр зааг дээр, уг хөдөлгөөн Левит хорин зургаад буй “долоон цаг үе”-д бүдэрсэн бөгөөд энэ нь Бурханы тэнгэрэлчүүд Уильям Миллерт таниулж, тунхаглуулахад нь хөтөлсөн хамгийн анхны ‘цаг хугацааны эш үзүүллэг’-ийг төлөөлж байв.</w:t>
      </w:r>
    </w:p>
    <w:p>
      <w:pPr>
        <w:pStyle w:val="ArticleBody"/>
        <w:jc w:val="left"/>
      </w:pPr>
      <w:r>
        <w:rPr>
          <w:rFonts w:ascii="Times New Roman" w:hAnsi="Times New Roman" w:eastAsia="Times New Roman" w:cs="Times New Roman"/>
        </w:rPr>
        <w:t>“Долоон цаг” нь Миллерит сүмийн суурийн гол булангийн чулуу байв. Ариун суурийн тухай зөгнөлийн аливаа дүрслэл бүр Христийн дүрслэл мөн; учир нь Христээс өөр ямар ч суурь тавигдаж үл чадна.</w:t>
      </w:r>
    </w:p>
    <w:p>
      <w:pPr>
        <w:pStyle w:val="ArticleScripture"/>
        <w:jc w:val="left"/>
      </w:pPr>
      <w:r>
        <w:rPr>
          <w:rFonts w:ascii="Times New Roman" w:hAnsi="Times New Roman" w:eastAsia="Times New Roman" w:cs="Times New Roman"/>
        </w:rPr>
        <w:t>Тавигдсан тэр сууриас өөр суурийг хэн ч тавьж үл чадна; тэр суурь нь Есүс Христ мөн. 1 Коринт 3:11.</w:t>
      </w:r>
    </w:p>
    <w:p>
      <w:pPr>
        <w:pStyle w:val="ArticleBody"/>
        <w:jc w:val="left"/>
      </w:pPr>
      <w:r>
        <w:rPr>
          <w:rFonts w:ascii="Times New Roman" w:hAnsi="Times New Roman" w:eastAsia="Times New Roman" w:cs="Times New Roman"/>
        </w:rPr>
        <w:t>Христ бол зөвхөн суурь төдийгүй, мөн барилгачдын голсон бөгөөд улмаар тэдний бүдэрсэн суурийн чулуу мөн. Тэр бол эцэстээ булангийн тэргүүн чулуу болдог чулуу юм. Миллерчүүдийн түүхэнд “долоон цаг” нь тэр булангийн чулууны бэлгэдэл байв.</w:t>
      </w:r>
    </w:p>
    <w:p>
      <w:pPr>
        <w:pStyle w:val="ArticleBody"/>
        <w:jc w:val="left"/>
      </w:pPr>
      <w:r>
        <w:rPr>
          <w:rFonts w:ascii="Times New Roman" w:hAnsi="Times New Roman" w:eastAsia="Times New Roman" w:cs="Times New Roman"/>
        </w:rPr>
        <w:t>Христ олон хүний төлөө нэг долоо хоногийн турш гэрээг баталсан. Хайрам Эдсон найман дуусаагүй өгүүлэлдээ тогтоосон Израилийн хойд хаант улсын эсрэгх “долоон цаг”-ийн зөгнөлийн бүтэц нь Даниелын есдүгээр бүлэг, хорин долдугаар эшлэлийн биелэл болгон Христ гэрээг баталсан тэрхүү зөгнөлийн долоо хоногийн яг адил бүтэцтэй байсан. Христ Израилийг цуглуулж байсан долоо хоног нь Христ Израилийг тараасан долоо хоногийн яг адил бүтэц мөн. Эртний Израилийн тараагдал нь хоёр мянга таван зуун хорин жил байсан бөгөөд сүнслэг Израилийн цугларал нь хоёр мянга таван зуун хорин өдөр байсан. Тэрээр гэрээг батлахын тулд Израилийг цуглуулсан бөгөөд Өөрийн гэрээний маргааны улмаас Израилийг тараасан. “Долоон цаг”-ийг Миллерчүүдийн сүмийн суурийн чулуу хэмээн тодорхойлох нь Христийг суурийн чулуу хэмээн тодорхойлохтой төгс нийцдэг. Тэр чулууг няцаана гэдэг нь Христийг няцаана гэсэн үг юм.</w:t>
      </w:r>
    </w:p>
    <w:p>
      <w:pPr>
        <w:pStyle w:val="ArticleBody"/>
        <w:jc w:val="left"/>
      </w:pPr>
      <w:r>
        <w:rPr>
          <w:rFonts w:ascii="Times New Roman" w:hAnsi="Times New Roman" w:eastAsia="Times New Roman" w:cs="Times New Roman"/>
        </w:rPr>
        <w:t>Христ 1856 онд, Христийн шашны түүхэнд хамгийн анх удаа, Лаодикийн үүдэнд тогшин зогсохдоо, барилгачид удалгүй хаяхаар завдаж байсан бүдрэх чулуу дээр мэдлэгийн өсөлтийг бий болгохыг эрэлхийлж байв. Долоон жилийн дараа, эсвэл бэлгэдлийн хоёр мянга таван зуун хорин өдрийн дараа гэж хэлж болох тэр үед, Лаодикийн Адвентизм хаалгаа хаав. Харамсалтай нь, Адвентизм мэдлэгийн өсөлтийг харахаас татгалзсан. Таны бүдэрдэг чулуу гэдэг бол таны хардаггүй чулуу мөн, гэвч тэр нь тэндээ хэвээр байдаг.</w:t>
      </w:r>
    </w:p>
    <w:p>
      <w:pPr>
        <w:pStyle w:val="ArticleScripture"/>
        <w:jc w:val="left"/>
      </w:pPr>
      <w:r>
        <w:rPr>
          <w:rFonts w:ascii="Times New Roman" w:hAnsi="Times New Roman" w:eastAsia="Times New Roman" w:cs="Times New Roman"/>
        </w:rPr>
        <w:t>Миний ард түмэн мэдлэггүйгээс болж сүйрч байна. Чи мэдлэгийг няцаасан учир Би ч мөн чамайг няцаана, тэгснээр чи Надад тахилч байхаа болино. Чи өөрийн Бурханы хуулийг мартсан тул Би ч мөн чиний хүүхдүүдийг мартах болно. Хосеа 4:6.</w:t>
      </w:r>
    </w:p>
    <w:p>
      <w:pPr>
        <w:pStyle w:val="ArticleBody"/>
        <w:jc w:val="left"/>
      </w:pPr>
      <w:r>
        <w:rPr>
          <w:rFonts w:ascii="Times New Roman" w:hAnsi="Times New Roman" w:eastAsia="Times New Roman" w:cs="Times New Roman"/>
        </w:rPr>
        <w:t>Өмнөд Иудагийн хаант улсын эсрэг чиглэсэн “долоон цаг” хэмээх хараал МЭӨ 677 онд эхэлж, Даниелын номын наймдугаар бүлгийн арван дөрөвдүгээр зүйлд өгүүлсэн хоёр мянга гурван зуун жилийн хамт 1844 оны аравдугаар сарын 22-нд төгссөн. “Долоон цаг” нь Адвентист хөдөлгөөний “үндэс суурь ба төв багана” хэмээн тодорхойлогдсон яг тэр эш үзүүллэгийн нэг хэсэг мөн. Адвентизмийн үндэс суурь ба төв багана нь өөр хэд хэдэн эш үзүүллэгийн хамт яг ижил цагт биелсэн. “Долоон цаг”, хоёр мянга гурван зуун өдөр, Малахи гуравдугаар бүлэг, Даниелын номын долоодугаар бүлгийн арван гуравдугаар зүйл, мөн Матай хорин тавдугаар бүлгийн арван охины тухай сургаалт зүйрлэл бүгд 1844 оны аравдугаар сарын 22-нд биелсэн. 1844 оны аравдугаар сарын 22-ны өдөр бол Адвент хөдөлгөөний суурь огноо бөгөөд тэр огноотой холбогдуулан зөвхөн нэгэн тушаал л тодорхойлогдсон байдаг.</w:t>
      </w:r>
    </w:p>
    <w:p>
      <w:pPr>
        <w:pStyle w:val="ArticleScripture"/>
        <w:jc w:val="left"/>
      </w:pPr>
      <w:r>
        <w:rPr>
          <w:rFonts w:ascii="Times New Roman" w:hAnsi="Times New Roman" w:eastAsia="Times New Roman" w:cs="Times New Roman"/>
        </w:rPr>
        <w:t>Тэгээд миний тэнгис дээр ч, газар дээр ч зогсож байхыг харсан тэр тэнгэрэлч гараа тэнгэр өөд өргөн, тэнгэрийг болон түүнд буй бүхнийг, газрыг болон түүнд буй бүхнийг, тэнгисийг болон түүнд буй бүхнийг бүтээсэн, мөнхөөс мөнхөд амьдрагч Нэгнээр тангараглан, цаашид хугацаа үл байх болно гэв. Илчлэлт 10:5, 6.</w:t>
      </w:r>
    </w:p>
    <w:p>
      <w:pPr>
        <w:pStyle w:val="ArticleBody"/>
        <w:jc w:val="left"/>
      </w:pPr>
      <w:r>
        <w:rPr>
          <w:rFonts w:ascii="Times New Roman" w:hAnsi="Times New Roman" w:eastAsia="Times New Roman" w:cs="Times New Roman"/>
        </w:rPr>
        <w:t>Уайт эгч Илчлэлтийн аравдугаар бүлэгт газар ба тэнгис дээр зогсож байсан тэнгэрэлчийг Есүс Христ мөн гэж тодорхойлдог.</w:t>
      </w:r>
    </w:p>
    <w:p>
      <w:pPr>
        <w:pStyle w:val="ArticleScripture"/>
        <w:jc w:val="left"/>
      </w:pPr>
      <w:r>
        <w:rPr>
          <w:rFonts w:ascii="Times New Roman" w:hAnsi="Times New Roman" w:eastAsia="Times New Roman" w:cs="Times New Roman"/>
        </w:rPr>
        <w:t>“Иоханд заавар өгсөн тэр хүчирхэг тэнгэрэлч нь Есүс Христээс дутуугүй нэгэн байв. Тэрээр баруун хөлөө тэнгист, зүүн хөлөө хуурай газарт тавьсан нь Сатантай хийх агуу тэмцлийн төгсгөлийн үзэгдлүүдэд Түүний гүйцэтгэж буй үүргийг харуулдаг. Энэ байрлал нь бүх дэлхий дээрх Түүний дээд эрх мэдэл ба засаглалыг илтгэнэ.” Seventh-day Adventist Bible Commentary, 7-р боть, 971.</w:t>
      </w:r>
    </w:p>
    <w:p>
      <w:pPr>
        <w:pStyle w:val="ArticleBody"/>
        <w:jc w:val="left"/>
      </w:pPr>
      <w:r>
        <w:rPr>
          <w:rFonts w:ascii="Times New Roman" w:hAnsi="Times New Roman" w:eastAsia="Times New Roman" w:cs="Times New Roman"/>
        </w:rPr>
        <w:t>Христос Өөрийн дээд эрх мэдлийг илэрхийлэхийн тулд тэнгис ба газар дээр зогсох байр суурийг эзэлсэн. Дараа нь Тэр мутраа өргөн, “цаг хугацаа цаашид үгүй болно” хэмээн тушаав. Христ Миллерийн дагалдагсадтай гэрээ байгуулж байсан бөгөөд Абрахамтай гэрээ байгуулахдаа түүнд нэгэн тушаал өгсний адил тэдэнд ч нэгэн тушаал өгсөн. Тэр Абрахамд эрэгтэй хүүхдүүдийг хөвч хөндөхийг тушаасан. Мосегийн түүхэн үед Өөрийн сонгосон ард түмэнтэй гэрээ байгуулахдаа Тэр олон тушаал өгсөн бөгөөд тэдгээр тушаалд зөвхөн тахилч нар л гэрээний авдарт хүрч болно гэсэн заавар багтаж байв. Тэр 1844 оны 10 дугаар сарын 22-нд мутраа өргөн тангараглахдаа эш үзүүллэгийн цаг хугацаа цаашид Библийн эш үзүүллэгүүдэд агуулагдах ёсгүй гэж тунхагласан. Есүс тэнгэр элч нарын үүлэн дунд тэнгэр өөд хальж одохдоо “цаг үе ба улирлуудын” тухай өгүүлсэн бөгөөд ингэснээр хоёр гэрчийн тугийг бэлгэдэл болгон дээш хөөрөхийг хэв шинжээр үзүүлсэн юм. Тэр үед Түүний тушаасан зүйл нь “цаг үе ба улирлуудын” тухай байсан.</w:t>
      </w:r>
    </w:p>
    <w:p>
      <w:pPr>
        <w:pStyle w:val="ArticleScripture"/>
        <w:jc w:val="left"/>
      </w:pPr>
      <w:r>
        <w:rPr>
          <w:rFonts w:ascii="Times New Roman" w:hAnsi="Times New Roman" w:eastAsia="Times New Roman" w:cs="Times New Roman"/>
        </w:rPr>
        <w:t>Тиймээс тэд хамтдаа цугларсан үедээ Түүнээс асуун, —Эзэн, Та энэ цагт Израильд хаанчлалыг дахин сэргээх үү?— гэв. Харин Тэр тэдэнд, —Эцэг Өөрийн эрх мэдэлд тогтоосон цаг хугацаа болон улирлуудыг мэдэх нь та нарт хамаарахгүй. Харин Ариун Сүнс та нарын дээр ирсний дараа та нар хүчийг хүлээн авч, Иерусалимд, бүх Иудейд, Самарид, мөн газрын хязгаар хүртэл Надад гэрчүүд болно,— гэж айлдав. Үйлс 1:6–8.</w:t>
      </w:r>
    </w:p>
    <w:p>
      <w:pPr>
        <w:pStyle w:val="ArticleBody"/>
        <w:jc w:val="left"/>
      </w:pPr>
      <w:r>
        <w:rPr>
          <w:rFonts w:ascii="Times New Roman" w:hAnsi="Times New Roman" w:eastAsia="Times New Roman" w:cs="Times New Roman"/>
        </w:rPr>
        <w:t>Есүс цаг хугацаа ба улирлууд огт байхгүй гэж айлдаагүй; учир нь Тэр Соломоноор дамжуулан “цаг хугацаа ба улирлууд” байдаг гэдгийг баталсан билээ.</w:t>
      </w:r>
    </w:p>
    <w:p>
      <w:pPr>
        <w:pStyle w:val="ArticleScripture"/>
        <w:jc w:val="left"/>
      </w:pPr>
      <w:r>
        <w:rPr>
          <w:rFonts w:ascii="Times New Roman" w:hAnsi="Times New Roman" w:eastAsia="Times New Roman" w:cs="Times New Roman"/>
        </w:rPr>
        <w:t>Аливаа юм бүхэнд өөрийн цаг үе байдаг, тэнгэрийн доорх аливаа зорилго бүхэнд өөрийн цаг байдаг. Номлогчийн үгс 3:1.</w:t>
      </w:r>
    </w:p>
    <w:p>
      <w:pPr>
        <w:pStyle w:val="ArticleBody"/>
        <w:jc w:val="left"/>
      </w:pPr>
      <w:r>
        <w:rPr>
          <w:rFonts w:ascii="Times New Roman" w:hAnsi="Times New Roman" w:eastAsia="Times New Roman" w:cs="Times New Roman"/>
        </w:rPr>
        <w:t>Библийн тэмдэглэл дотор Палмони буюу “Гайхамшигт Тоологч”-ийн тухай гэрчлэл болдог “цаг үе ба улирлууд” байдаг; харин 1844 оны 10 дугаар сарын 22-ноос эхлэн Бурханы ард түмэнд дахин хэзээ ч цаг хугацаанд тулгуурлан тогтоосон эш үзүүллэгийн мэдээ тунхаглахгүй байх тушаал өгөгдсөн билээ. Өргөгдөхийнхөө яг өмнөхөн Есүсийн шавь нарт өгсөн зөвлөгөө нь Илчлэлт арван нэгдүгээр бүлэгт Түүний ариусгагдсан ард түмэн туг тэмдэг мэт өргөгдөхийн өмнөх түүхийг төлөөлдөг бөгөөд энэ нь Түүний 1844 оны 10 дугаар сарын 22-нд өгсөн тушаалтай нийцдэг. Адвентизмийн суурь он цагт Христ цаг хугацаанд үндэслэсэн эш үзүүллэгийн мэдээнүүд цаашид байх ёсгүй хэмээн тушаасан бөгөөд Илчлэлт арван нэгд байдаг хоёр гэрчийн өргөгдлийг хэв шинжээрээ урьдчилан дүрсэлсэн Түүний тэнгэрт хальсан үйл явдал дээр Тэр энэ тушаалаа дахин давтан хэлсэн юм.</w:t>
      </w:r>
    </w:p>
    <w:p>
      <w:pPr>
        <w:pStyle w:val="ArticleScripture"/>
        <w:jc w:val="left"/>
      </w:pPr>
      <w:r>
        <w:rPr>
          <w:rFonts w:ascii="Times New Roman" w:hAnsi="Times New Roman" w:eastAsia="Times New Roman" w:cs="Times New Roman"/>
        </w:rPr>
        <w:t>“Эзэн Өөрийн ирэлтийн талаар, эсвэл Өөрийн онцгой ач холбогдолтойгоор өгсөн аливаа өөр амлалтыг биелүүлэх цагийг тогтоохыг оролдох хэн бүхнээс ах, эгч нар маань бүгд сэрэмжлэгтүн. ‘Эцэг Өөрийн мэдэлд тавьсан цаг үе ба улирлуудыг мэдэх нь та нарт хамаарахгүй.’ Хуурамч багш нар Бурханы ажлын төлөө маш их хичээл зүтгэлтэй мэт харагдаж болох бөгөөд өөрсдийн онол суртлыг дэлхий болон чуулганы өмнө гаргаж тавихын тулд хөрөнгө хүч зарцуулж ч болох юм; гэвч тэд үнэнийг худалтай хольдог тул тэдний мэдээ нь мэхлэлтийнх бөгөөд сүнснүүдийг хуурамч замууд руу хөтлөх болно. Тэд муу хүмүүс учраас бус, харин худлыг заадаг багш нар бөгөөд худал зүйлд үнэний тамга дарахыг чармайж байгаа учраас тэдэнтэй тулж, тэднийг эсэргүүцэх ёстой.” Testimonies to Ministers, 55.</w:t>
      </w:r>
    </w:p>
    <w:p>
      <w:pPr>
        <w:pStyle w:val="ArticleBody"/>
        <w:jc w:val="left"/>
      </w:pPr>
      <w:r>
        <w:rPr>
          <w:rFonts w:ascii="Times New Roman" w:hAnsi="Times New Roman" w:eastAsia="Times New Roman" w:cs="Times New Roman"/>
        </w:rPr>
        <w:t>Уайт эгч нэг зүйлийг маш тодорхой хэлсэн байдаг: бидэнд зөвхөн Түүний Хоёр дахь ирэлт төдийгүй, онцгой ач холбогдолтой ямар ч зүйлийг цаг хугацаагаар тодорхойлсон мэдээ хэзээ ч байхгүй. Миллерчүүдийн хөдөлгөөний гол сэдэв байсан цаг хугацааны эш үзүүллэг 1844 оны 10-р сарын 22-нд төгссөн бөгөөд тэр суурь огноотой холбоотой цорын ганц тушаал нь Бурханы мэдээг толилуулахдаа цаг хугацааг дахин хэзээ ч ашиглаж болохгүй гэсэн тушаал байв.</w:t>
      </w:r>
    </w:p>
    <w:p>
      <w:pPr>
        <w:pStyle w:val="ArticleBody"/>
        <w:jc w:val="left"/>
      </w:pPr>
      <w:r>
        <w:rPr>
          <w:rFonts w:ascii="Times New Roman" w:hAnsi="Times New Roman" w:eastAsia="Times New Roman" w:cs="Times New Roman"/>
        </w:rPr>
        <w:t>Эхний тэнгэрэлчийн хөдөлгөөний эхлэл үед, Филадельфиагаас Лаодикей руу шилжих яг тэр мөчид, Миллерийн хөдөлгөөний суурь үнэн дээр улам их гэрэл өгөгдсөн юм. Долоон жилийн дараа, өөрөөр хэлбэл хоёр мянга таван зуун хорин бэлгэдэлт өдрийн дараа, эсвэл нэг “цөл”-ийн дараа, 1863 онд, “долоон үе”-ийн суурийн чулууг барилгачид хойш тавьжээ.</w:t>
      </w:r>
    </w:p>
    <w:p>
      <w:pPr>
        <w:pStyle w:val="ArticleBody"/>
        <w:jc w:val="left"/>
      </w:pPr>
      <w:r>
        <w:rPr>
          <w:rFonts w:ascii="Times New Roman" w:hAnsi="Times New Roman" w:eastAsia="Times New Roman" w:cs="Times New Roman"/>
        </w:rPr>
        <w:t>Гурав дахь тэнгэрэлчийн төгсгөлийн хөдөлгөөнд, Лаодикеагаас Филадельф рүү шилжих яг тэр мөчид эцгүүдийн нүглийг хүлээн зөвшөөрөхийг багтаасан нэгэн сорил өгөгдөнө. Эцгүүдийн хувьд суурийн сорил нь тэдний суурийн чулуу болсон “долоон цаг үе” байв. Тэгвэл төгсгөлийн хөдөлгөөн нь эцгүүд нь өөрсдийн суурийн чулууг үл ойшоосонтой адил, суурийн он цагтай холбоотой цорын ганц тушаалыг үл ойшоох уу?</w:t>
      </w:r>
    </w:p>
    <w:p>
      <w:pPr>
        <w:pStyle w:val="ArticleBody"/>
        <w:jc w:val="left"/>
      </w:pPr>
      <w:r>
        <w:rPr>
          <w:rFonts w:ascii="Times New Roman" w:hAnsi="Times New Roman" w:eastAsia="Times New Roman" w:cs="Times New Roman"/>
        </w:rPr>
        <w:t>Тийм ээ. Тэд яг тэр зүйлийг үнэхээр хийсэн. Тэд эцэг өвгөдийнхөө нүглийг давтсан.</w:t>
      </w:r>
    </w:p>
    <w:p>
      <w:pPr>
        <w:pStyle w:val="ArticleBody"/>
        <w:jc w:val="left"/>
      </w:pPr>
      <w:r>
        <w:rPr>
          <w:rFonts w:ascii="Times New Roman" w:hAnsi="Times New Roman" w:eastAsia="Times New Roman" w:cs="Times New Roman"/>
        </w:rPr>
        <w:t>Тэдний эцгүүд суурь он сард нүгэл үйлдээгүй, учир нь бусад шалтгаануудын хамт тэд тэр суурь он сард Филаделфи хэвээр байсан юм. Тэдний эцгүүд Лаодикеа болон хувирч, өсөн нэмэгдэж байсан гэрлийн хамт “долоон цаг”-ийг няцаах үедээ өөрсдийн суурь шалгалтад бүдэрсэн юм.</w:t>
      </w:r>
    </w:p>
    <w:p>
      <w:pPr>
        <w:pStyle w:val="ArticleBody"/>
        <w:jc w:val="left"/>
      </w:pPr>
      <w:r>
        <w:rPr>
          <w:rFonts w:ascii="Times New Roman" w:hAnsi="Times New Roman" w:eastAsia="Times New Roman" w:cs="Times New Roman"/>
        </w:rPr>
        <w:t>1863 онд гарсан тэдний суурьт бүтэлгүйтлийн өмнө Христ тэдний Лаодикийн зүрх сэтгэлийн хаалгыг долоон жилийн турш тогшсон байв. Долоон жил нь “долоон цаг”-ийг, мөн “цөл”-ийг бэлгэддэг. 1856–1863 оны “цөл”-ийн дараа тэд суурь шалгалтдаа бүтэлгүйтсэн.</w:t>
      </w:r>
    </w:p>
    <w:p>
      <w:pPr>
        <w:pStyle w:val="ArticleBody"/>
        <w:jc w:val="left"/>
      </w:pPr>
      <w:r>
        <w:rPr>
          <w:rFonts w:ascii="Times New Roman" w:hAnsi="Times New Roman" w:eastAsia="Times New Roman" w:cs="Times New Roman"/>
        </w:rPr>
        <w:t>Гурав дахь тэнгэрэлчийн хөдөлгөөний анхны урам хугаралд Бурханы ард түмэн нүгэл үйлдсэн бөгөөд ингэхдээ суурь он сартай шууд холбогдсон цорын ганц тушаалыг няцаасан юм. Тэд өөрсдөө үүнээс дээрийг мэдэж байсан атлаа цаг хугацааны зөгнөлийг эш үзүүллэгийн мэдээнд шингээн оруулахаар сонгосон. Ингэснээрээ тэд хүүгээ хөвч хөндөхийг үл хайхарсан Мосегийн нүгэл, мөн түүнд хүрэхийг хориглосон гэдгээ мэдэж байсан атлаа авдарт гар хүрсэн Уззагийн нүглийг давтан үйлджээ. Гурав дахь тэнгэрэлчийн хөдөлгөөн өөрсдийн зөв биш гэдгийг мэдэж байсан зүйлийг хийсэн юм! Хэрэв хэн нэгэн тэр баримтыг будгаар халхлахыг хүсвэл, будгийн үлдсэн хэсгийг ч мөн хэрэглэн, Мосе ба Узза хоёул нүгэл үйлдэж, Бурханы хүслийн эсрэг тэрсэлснээ илэрхийлсэн үнэнийг бүрхэн далдлаг. Учир нь тэд бүх шинэчлэлийн шугамуудын хамгийн эцсийнх болох, бүх шинэчлэлийн шугам урагш заан чиглүүлж байсан тэр шинэчлэлийн шугамын анхны урам хугарлыг бэлгэдэн дүрсэлсэн билээ. Шинэчлэлийн шугамууд дахь анхны урам хугарлын дүрслэлүүд Альфа ба Омегагийн гарын үсгийг агуулдаг бөгөөд тэнд буй тэмдэглэл нь, Бурханы ард түмэн түүнээс ашиг хүртэхээс татгалзсан ч гэсэн, Бурханы ард түмний тусын тулд байдаг.</w:t>
      </w:r>
    </w:p>
    <w:p>
      <w:pPr>
        <w:pStyle w:val="ArticleBody"/>
        <w:jc w:val="left"/>
      </w:pPr>
      <w:r>
        <w:rPr>
          <w:rFonts w:ascii="Times New Roman" w:hAnsi="Times New Roman" w:eastAsia="Times New Roman" w:cs="Times New Roman"/>
        </w:rPr>
        <w:t>Эхний тэнгэрэлчийн хөдөлгөөнд Лаодикеийн мэдээг “долоон үе”-ийн гэрлийн хамт хүлээн авахын тулд долоон жилийн хугацаа өгөгдсөн бөгөөд энэ нь “долоон үе”-ийн цөлийн бэлгэдэл мөн. “Долоон үе”-ийн хараал гэдэг нь Эзэний амнаас бөөлжигдөн гаргах хараал юм. 1863 онд тэд Иерихог дахин босгох ажлыг давтан үйлдсэн бөгөөд тэр ажил нь “хараал”-ыг агуулж байв. 1856 оноос 1863 он хүртэлх долоон жил нь эртний Израилийн эцгүүдийн нүгэлт тэрслэлтийн, өөрсдөд нь “долоон үе”-ийн хараалыг авчирсан тэр үйл явдлын жижигрүүлсэн дүрслэл юм. Орчин үеийн Израиль 1863 онд эцгүүдийнхээ нүглийг давтсан юм.</w:t>
      </w:r>
    </w:p>
    <w:p>
      <w:pPr>
        <w:pStyle w:val="ArticleBody"/>
        <w:jc w:val="left"/>
      </w:pPr>
      <w:r>
        <w:rPr>
          <w:rFonts w:ascii="Times New Roman" w:hAnsi="Times New Roman" w:eastAsia="Times New Roman" w:cs="Times New Roman"/>
        </w:rPr>
        <w:t>Гурав дахь тэнгэрэлчийн хөдөлгөөн нь Мосе болон Узза нарын адил эхний урам хугарлын шалгалтад гарцаагүйгээр бүдэрсэн. Тэгээд тэд “цөл” үе болох гурван хагас өдрийн турш гудамжинд алагдсан байв. Одоо тэд Тайтгаруулагчийн дуу авианы нөлөөгөөр бие махбодод бүрэлдэн тогтож байна. Тайтгаруулагчийн дуу авиа нь цөл дэх “дуу хоолой”-гоор дамжин өгөгдөж байгаа бөгөөд тэд одоо цаг тогтоохын бус, харин “долоон цагийн” шалгалттай тулгарч байна. Тэд цаг тогтоохын шалгалтад аль хэдийнээ бүдэрсэн билээ.</w:t>
      </w:r>
    </w:p>
    <w:p>
      <w:pPr>
        <w:pStyle w:val="ArticleBody"/>
        <w:jc w:val="left"/>
      </w:pPr>
      <w:r>
        <w:rPr>
          <w:rFonts w:ascii="Times New Roman" w:hAnsi="Times New Roman" w:eastAsia="Times New Roman" w:cs="Times New Roman"/>
        </w:rPr>
        <w:t>Тэд “долоон үе”-ийг зөв үнэн мөн эсэх талаар шалгагдаж байгаа бус, учир нь тэд урьд нь “долоон үе”-ийг хүчинтэй эш үзүүллэг мөн хэмээн хүлээн зөвшөөрдөг тухайгаа гэрчилсэн билээ. Тэд тархагдан бутрах хоёр мянга таван зуун хорин жилийн эш үзүүллэгт итгэдгээ хүлээн зөвшөөрсөн. Харин тэд “долоон үе”-ийн тухай шинэ сорих гэрлийн талаар мэдэхгүй байж болох юм. Тэд 1856 онд эцгүүдийнхээ зогсож байсан тэр байр суурин дээр зогсож байна. Шинэ гэрэл нь Илчлэл арван нэгдүгээр бүлгийн гурав хагас өдөр нь зөвхөн Францын хувьсгалыг зааж тодорхойлоод зогсохгүй, харин одоо өнөөгийн үнэний бодит байдал мөн гэдэгт оршино.</w:t>
      </w:r>
    </w:p>
    <w:p>
      <w:pPr>
        <w:pStyle w:val="ArticleBody"/>
        <w:jc w:val="left"/>
      </w:pPr>
      <w:r>
        <w:rPr>
          <w:rFonts w:ascii="Times New Roman" w:hAnsi="Times New Roman" w:eastAsia="Times New Roman" w:cs="Times New Roman"/>
        </w:rPr>
        <w:t>Долоон аянгын нуугдмал түүхийн нээгдэлт, мөн долоо дахь лацын нээлт нь Есүс Христийн Илчлэл одоо тайлагдан нээгдэж байгааг тогтоон гэрчлэх хоёр гэрч мөн үү? Хэрэв тийм бол, Илчлэл ном бүхэлдээ үнэхээр эцсийн өдрүүдийн тухай өгүүлж байна гэж хэлэх нь үнэн үү? Хэрэв энэ үнэн бол, тэгвэл гурав хагас өдөр нь онгон охидын тухай сургаалт зүйрлэл дэх саатах хугацааг төлөөлж байна уу? Хэрэв тийм бол, “долоон цаг”-ийн засал нь үнэхээр 2020 оны 7 дугаар сарын 18-ны Нэшвиллийн зөгнөлд оролцсон хүмүүсийн биелүүлэх ёстой тушаалыг төлөөлж байна уу?</w:t>
      </w:r>
    </w:p>
    <w:p>
      <w:pPr>
        <w:pStyle w:val="ArticleBody"/>
        <w:jc w:val="left"/>
      </w:pPr>
      <w:r>
        <w:rPr>
          <w:rFonts w:ascii="Times New Roman" w:hAnsi="Times New Roman" w:eastAsia="Times New Roman" w:cs="Times New Roman"/>
        </w:rPr>
        <w:t>Хөөх! Танд нэгэн сорилт байна! Саатлын цаг үед байгаагаа сэрж ухааран мэдсэн хүмүүс гурав хагас өдрийн төгсгөлд үнэхээр өөрсдийн нүгэл болон эцгүүдийнхээ нүглийн төлөө гэмших ёстой юу? Цаг хугацааг зөгнөлд хэрэглэхгүй байх тушаалыг үл хайхарсан нь үнэхээр нүгэл байсан гэж үү?</w:t>
      </w:r>
    </w:p>
    <w:p>
      <w:pPr>
        <w:pStyle w:val="ArticleBody"/>
        <w:jc w:val="left"/>
      </w:pPr>
      <w:r>
        <w:rPr>
          <w:rFonts w:ascii="Times New Roman" w:hAnsi="Times New Roman" w:eastAsia="Times New Roman" w:cs="Times New Roman"/>
        </w:rPr>
        <w:t>Нэшвиллийн бүтэлгүй зөгнөлийг ямар нэгэн байдлаар Бурханы санаатай зорилго байсан гэсэн байр суурь баримталсан, улмаар тэрхүү мэдэгдлийг хамгаалан тогтоохыг оролдсон хүмүүст би, Бурханы эш үзүүллэгүүдэд цаг хугацаа хэрэглэх нүглээс гадна, өөр нэг ажиглалтыг нэмэн хэлэх байна. Нэшвиллийн хуурамч зөгнөлтэй холбоотойгоор болсон явдал нь 1844 онд Христийн тушаалын эсрэг бослогын илрэл төдий байсангүй; энэ нь Адвентизмын гаднах хүмүүст Зөгнөлийн Сүнсэнд буй зөгнөлүүд алдаатай гэсэн ойлголтыг өгсөн үйлдэл байсан юм. Энэ нь Зөгнөлийн Сүнсний бичвэрүүд дээр ирсэн гутамшиг байлаа. Энэ нь дэлхийд байгаа хүмүүст Эллен Уайтын бичвэрүүд Иосеф Смитийн, эсвэл Нострадамусын бичвэрүүдтэй адилхан ач холбогдолтой гэсэн нотолгоо болж өгдөг. Эллен Уайтын эрхэм үнэт үгс бидний бослогын бузар үгстэйгээр гажуудуулагдсан. Энэ нь зөвхөн Бурханы Үг болох Христийн эсрэг бослого байсангүй; үүнтэй зэрэгцэн Зөгнөлийн Сүнсний эсрэг бослого мөн байсан юм. Иохан Патмос хэмээн нэрлэгддэг арал дээр хавчигдан байсан нь, өөрийн хүний үзлийг Библи ба Зөгнөлийн Сүнснээс дээгүүр тавьсных нь төлөө биш, харин тэр хоёр гэрчид дуулгавартай байсных нь төлөө байв.</w:t>
      </w:r>
    </w:p>
    <w:p>
      <w:pPr>
        <w:pStyle w:val="ArticleScripture"/>
        <w:jc w:val="left"/>
      </w:pPr>
      <w:r>
        <w:rPr>
          <w:rFonts w:ascii="Times New Roman" w:hAnsi="Times New Roman" w:eastAsia="Times New Roman" w:cs="Times New Roman"/>
        </w:rPr>
        <w:t>Би Иохан, та нарын ах дүү мөн бөгөөд зовлон дотор, мөн Есүс Христийн хаанчлал ба тэвчээр дотор та нарын хамтрагч нь, Бурханы үгийн төлөө, мөн Есүс Христийн гэрчлэлийн төлөө Патмос хэмээн нэрлэгдэх арал дээр байв. Илчлэлт 1:9.</w:t>
      </w:r>
    </w:p>
    <w:p>
      <w:pPr>
        <w:pStyle w:val="ArticleBody"/>
        <w:jc w:val="left"/>
      </w:pPr>
      <w:r>
        <w:rPr>
          <w:rFonts w:ascii="Times New Roman" w:hAnsi="Times New Roman" w:eastAsia="Times New Roman" w:cs="Times New Roman"/>
        </w:rPr>
        <w:t>Бид анхны урам хугаралтынхаа үед эцэг Мосегийнхоо нүглүүдийг давтсан бөгөөд үүнийг бид хүлээн зөвшөөрөх хэрэгтэй. Үүнийг хүлээн зөвшөөрөх хэрэгтэй, учир нь бид одоо 1856 онд байна. “Долоон цаг”-ийн тухай одоо шинэ гэрэл байгаа нь тэр үед байсантай адил юм. Бид одоо Лаодикеагаас Филаделфи руу шилжих үе дээр байна, яг л эхлэлийн хөдөлгөөн 1856 онд Филаделфигаас Лаодикеа руу шилжих үе дээр байсан шиг. 1856 онд бидний өвөг дээдэс “долоон цаг”-ийн талаарх мэдлэгийн өсөлтийн хэвлэлийг зогсоосон. Бид тэр гэрлийн хэвлэлийг зогсоож чадахгүй байж магадгүй, гэвч энэ гэрлийн эсрэг зүрх сэтгэлийнхээ үүдийг бид гарцаагүй хааж чадна. Анхны Долоо дахь өдрийн Адвентист барилгачдын адил, тэр чулуу үнэндээ тэнд байгаагүй мэт дүр эсгэн, түүнд бүдэрсээр байж болно. Бидний асуудал нь толгойгоо элсэнд нуухын тулд бидэнд зуу гаруй жил байхгүйд оршиж байна, учир нь шүүлтүүд аль хэдийн эхэлж байна.</w:t>
      </w:r>
    </w:p>
    <w:p>
      <w:pPr>
        <w:pStyle w:val="ArticleBody"/>
        <w:jc w:val="left"/>
      </w:pPr>
      <w:r>
        <w:rPr>
          <w:rFonts w:ascii="Times New Roman" w:hAnsi="Times New Roman" w:eastAsia="Times New Roman" w:cs="Times New Roman"/>
        </w:rPr>
        <w:t>Хэрэв бид эхлэл дэх зүйл төгсгөл дэх зүйлийг дүрслэн харуулдаг гэсэн зарчмаар Альфа ба Омегад биднийг сургахыг зөвшөөрвөл, Нэшвиллийн зөгнөл нь бидний өвөг дээдсээр урьдчилан дүрслэгдсэн байсныг Альфа ба Омега харуулж байгааг бид амархан харж чадна. Энэхүү үнэнийг бид хүлээн зөвшөөрвөл, тэрхүү зөгнөлөөс хойш бүтэлгүй болсон зөгнөлийг зөвтгөхийн тулд хүний логикийн ямар нэг хэлбэрийг гарган ирэх гэсэн бүхий л оролдлого нь инжрийн навчнаас өөр юу ч байгаагүй гэсэн бодит байдалтай бид нүүр тулах болно. Тэгвэл бид дайсны нутагт байсаар ирэх хугацаанд Бурхан бидэнтэй хамт алхаж байгаагүйг харах болно. Тэр тэнд байсан, гэвч зөвхөн зүрх сэтгэлийн үүдийг тогшин, дотогш орохыг эрэн хайж байсан утгаар л байсан. Хэрэв хүний логикийн инжрийн навчийг зайлуулбал, Нэшвиллийн зөгнөлийг зөвтгөхийн тулд бидний хэрэглэсэн үгүйсгэл, эсвэл гажууд хүний логик нь бид Христийн эсрэгээр алхаж ирсний нотолгоо мөн гэдгийг ч бас харж магадгүй.</w:t>
      </w:r>
    </w:p>
    <w:p>
      <w:pPr>
        <w:pStyle w:val="ArticleBody"/>
        <w:jc w:val="left"/>
      </w:pPr>
      <w:r>
        <w:rPr>
          <w:rFonts w:ascii="Times New Roman" w:hAnsi="Times New Roman" w:eastAsia="Times New Roman" w:cs="Times New Roman"/>
        </w:rPr>
        <w:t>1856 онд Филаделфи маягийн Адвентизм Лаодики болж хувирсан бөгөөд тэд үүнийг мэдэж байсан. Эзэн эш үзүүлэгч эмэгтэй болон түүний нөхрийн үгсээр дамжуулан үүнийг баталсан. Тэрхүү Лаодикийн зүрх сэтгэлийн үүдэнд зогссон Христ тэдэнтэй хамт дотогш орж, хамт зооглохыг санал болгосон. Түүний авчирч, хамт зооглох хоол нь “долоон цагийн” тулгын чулуу байсан. Тэд татгалзсан.</w:t>
      </w:r>
    </w:p>
    <w:p>
      <w:pPr>
        <w:pStyle w:val="ArticleBody"/>
        <w:jc w:val="left"/>
      </w:pPr>
      <w:r>
        <w:rPr>
          <w:rFonts w:ascii="Times New Roman" w:hAnsi="Times New Roman" w:eastAsia="Times New Roman" w:cs="Times New Roman"/>
        </w:rPr>
        <w:t>2023 онд эцсийн хөдөлгөөн одоо Лаодикеагаас Филаделфи руу даван шилжиж байна, учир нь найм дахь чуулган нь долоон чуулганы нэг мөн. Эзэн Альфа ба Омега үүнийг Өөрийн “үнэн” хэмээх үгээр баталсан билээ. Христ одоо саяхан үхсэн хуурай яснуудын үүдэнд зогсон, тэдэн рүү орж тэдэнтэй хамт зооглохыг санал болгож байна. Түүний тэдэнтэй хуваалцахыг хүсэж буй зоог нь Түүний 1856 онд тэдний эцгүүдтэй хуваалцахыг оролдсон яг тэр зоог мөн. Энэ нь 1856 онд тэдний эцгүүдийн хувьд байсан шиг “долоон үе”-ийн сургаалын зүгээр нэг үндсэн эд ангиуд биш юм. Үгүй, энэ нь “долоон үе”-ийн гашуун эмчилгээ мөн бөгөөд тэрхүү эмчилгээ нь залгихад олонтаа бэрх байдаг тийм төрлийн даруу байдлыг шаарддаг.</w:t>
      </w:r>
    </w:p>
    <w:p>
      <w:pPr>
        <w:pStyle w:val="ArticleScripture"/>
        <w:jc w:val="left"/>
      </w:pPr>
      <w:r>
        <w:rPr>
          <w:rFonts w:ascii="Times New Roman" w:hAnsi="Times New Roman" w:eastAsia="Times New Roman" w:cs="Times New Roman"/>
        </w:rPr>
        <w:t>ЭЗЭНий үг дахин надад ирж, ийн өгүүлэв: Хүний хүү, Тирын ханхүүд ийн хэлэгтүн: Эзэн БУРХАН ийн айлдаж байна; Чиний зүрх бардамнан өргөгдөж, чи, “Би бурхан мөн; би тэнгисүүдийн дунд Бурханы суудалд суудаг” хэмээн хэлсэн учраас; гэвч чи Бурхан бус, хүн мөн, хэдийгээр чи зүрхээ Бурханы зүрх мэт болгосон боловч. Үзэгтүн, чи Даниелаас ч илүү мэргэн аж; тэд чамаас нууж чадах тийм нууц гэж үгүй. Езекиел 28:1–3.</w:t>
      </w:r>
    </w:p>
    <w:p>
      <w:pPr>
        <w:pStyle w:val="ArticleBody"/>
        <w:jc w:val="left"/>
      </w:pPr>
      <w:r>
        <w:rPr>
          <w:rFonts w:ascii="Times New Roman" w:hAnsi="Times New Roman" w:eastAsia="Times New Roman" w:cs="Times New Roman"/>
        </w:rPr>
        <w:t>Нэшвиллийн зөгнөлд оролцсон бидний зарим нь Даниелаас илүү мэргэн байж болох уу?</w:t>
      </w:r>
    </w:p>
    <w:p>
      <w:pPr>
        <w:pStyle w:val="ArticleScripture"/>
        <w:jc w:val="left"/>
      </w:pPr>
      <w:r>
        <w:rPr>
          <w:rFonts w:ascii="Times New Roman" w:hAnsi="Times New Roman" w:eastAsia="Times New Roman" w:cs="Times New Roman"/>
        </w:rPr>
        <w:t>Түүний хаанчлалын эхний жилд би, Даниел, Иерусалимын эзгүйрэлд далан жил гүйцэлдэнэ хэмээн ЭЗЭНий үг эш үзүүлэгч Иеремиад ирсэн тэр он жилүүдийн тоог номуудаас ойлгов. Тэгээд би залбирал, гуйлт, мацаг барилт, таар хувцас, үнсээр Эзэн Бурханыг эрж хайхаар нүүрээ Түүн уруу хандуулав. Би ЭЗЭН, өөрийн Бурханд залбирч, нүглээ наманчилж, ийн хэлэв: Ай Эзэн, Таныг хайрлагчдад болон Таны тушаалуудыг сахигчдад гэрээ ба энэрлийг хадгалдаг агуу бөгөөд аймшигт Бурхан аа; бид нүгэл үйлдэж, гэм буруу хийж, хорон мууг үйлдэж, тэрслэн босож, Таны зарлигуудаас болон Таны шүүлтүүдээс хазайсан билээ. Мөн бид Таны нэрээр манай хаад, манай ноёд, манай эцгүүд болон энэ газрын бүх ард түмэнд айлдсан Таны зарц эш үзүүлэгчдийг ч сонсоогүй. Ай Эзэн, зөвт байдал Таных, харин биднийх өнөөдрийн адил нүүрний ичгүүр мөн; Иудагийн хүмүүс, Иерусалимын оршин суугчид, мөн Таны эсрэг үйлдсэн гэм буруугийнх нь улмаас Таны хөөн тараасан бүх улс орнуудад ойр байгаа ч, хол байгаа ч бүх Израилийнханд ч мөн адил. Ай Эзэн, бид Таны эсрэг нүгэл үйлдсэн учир нүүрний ичгүүр бидэнд, манай хаад, манай ноёд, манай эцгүүдэд ногдоно. Бид Түүний эсрэг тэрсэлсэн боловч өршөөлүүд ба уучлалууд Эзэн, бидний Бурханд харьяалагдана. Мөн бид Түүний эш үзүүлэгч зарц нараараа дамжуулан бидний өмнө тавьсан хуулиудаар явахын тулд ЭЗЭН, бидний Бурханы дуу хоолойд дуулгавартай байгаагүй. Тийм ээ, бүх Израиль Таны хуулийг зөрчиж, Таны дуу хоолойд дуулгавартай байхгүйн тулд хазайсан; тиймээс бид Түүний эсрэг нүгэл үйлдсэн учир Бурханы зарц Мосегийн хуульд бичигдсэн хараал болон тангараг бидний дээр асгарсан. Тэрээр бидний эсрэг болон биднийг шүүсэн бидний шүүгчдийн эсрэг айлдсан үгээ биелүүлж, бидний дээр агуу гай гамшиг авчирсан; учир нь бүх тэнгэрийн доор Иерусалимд тохиолдсон шиг зүйл хийгдэж байгаагүй юм.</w:t>
      </w:r>
    </w:p>
    <w:p>
      <w:pPr>
        <w:pStyle w:val="ArticleScripture"/>
        <w:jc w:val="left"/>
      </w:pPr>
      <w:r>
        <w:rPr>
          <w:rFonts w:ascii="Times New Roman" w:hAnsi="Times New Roman" w:eastAsia="Times New Roman" w:cs="Times New Roman"/>
        </w:rPr>
        <w:t>Мосегийн хуулинд бичигдсэнчлэн энэ бүх гай гамшиг бидний дээр ирсэн боловч, бид өөрсдийн гэм буруугаас эргэн буцаж, Таны үнэнийг ойлгохын тулд ЭЗЭН Бурханыхаа өмнө залбирсангүй. Тиймээс ЭЗЭН тэр гай гамшгийг ажиглан харж, бидний дээр авчирсан билээ. Учир нь бидний ЭЗЭН Бурхан Өөрийн үйлддэг бүх үйлсдээ зөвт бөгөөд бид Түүний дуу хоолойд дуулгавартай байсангүй. Харин эдүгээ, ай ЭЗЭН Бурхан минь, Та Өөрийн ард түмнийг хүчирхэг мутраараа Египетийн нутгаас гарган, өнөөдөр хүртэл алдрыг Өөртөө олж авсан билээ. Бид нүгэл үйлдсэн, бид ёс бусыг хийсэн. Ай ЭЗЭН, Таны бүх зөвт байдлын дагуу, уур хилэн ба догшин хилэгнэлээ Өөрийн хот Иерусалим, Өөрийн ариун уулнаас буцаан эргүүлээч хэмээн би Танаас гуйж байна. Учир нь бидний нүглүүд болон эцэг өвгөдийн маань гэм буруугийн улмаас Иерусалим ба Таны ард түмэн эргэн тойрныхондоо зэмлэл болон хувирсан билээ. Тиймээс одоо, ай бидний Бурхан, Өөрийн зарцын залбирал болон түүний гуйлтуудыг сонсож, Эзэний төлөө эзгүйрч хоосорсон Өөрийн ариун сүм дээр нүүрээ гэрэлтүүлээч. Ай Бурхан минь, чихээ хандуулж, сонсооч; нүдээ нээж, бидний сүйрэл болон Таны нэрээр нэрлэгдсэн хотыг үзээч. Учир нь бид өөрсдийн зөвт үйлсийн улмаас бус, харин Таны агуу өршөөлүүдийн улмаас гуйлтуудаа Таны өмнө өргөж байна. Ай ЭЗЭН, сонсооч; ай ЭЗЭН, уучлаач; ай ЭЗЭН, анхааран сонсож, үйлдээч; Өөрийнхөө төлөө бүү саатуулаач, ай Бурхан минь. Учир нь Таны хот ба Таны ард түмэн Таны нэрээр нэрлэгдсэн билээ. Намайг ярьж, залбирч, өөрийн нүгэл болон өөрийн ард түмэн Израилийн нүглийг улайран хүлээн зөвшөөрч, Бурханыхаа ариун уулын төлөө ЭЗЭН Бурханыхаа өмнө гуйлтаа өргөж байх үед, тийм ээ, намайг залбирч ярьж байх үед, эхэндээ үзэгдэл дотор миний харсан тэр хүн Габриел хурдан нисэн ирж, үдшийн өргөлийн цаг орчимд надад хүрэв. Тэр намайг ухааруулж, надтай ярин, —Ай Даниел аа, чамд мэргэн ухаан ба ойлголт өгөхөөр би одоо ирээд байна, гэж хэлэв. Даниел 9:2–22.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Есүс Христийн Илчлэл - Арван Наймдугаар Хэсэг</dc:title>
  <dc:subject>Эцэг өвгөдийн нүглүүд</dc:subject>
  <dc:creator>Jeff Pippenger</dc:creator>
  <cp:keywords/>
  <dc:description>Generated by ArticleDigger from revelation\18_revelation.json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