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Үнэн гэж юу вэ? — Нэгдүгээр дугаар</w:t>
      </w:r>
    </w:p>
    <w:p>
      <w:pPr>
        <w:pStyle w:val="ArticleSubtitle"/>
        <w:jc w:val="left"/>
      </w:pPr>
      <w:r>
        <w:rPr>
          <w:rFonts w:ascii="Arial" w:hAnsi="Arial" w:eastAsia="Arial" w:cs="Arial"/>
        </w:rPr>
        <w:t>Үнэний бүтэц: Илчлэл, эш үзүүллэгийн параллель холбоосууд, ба Альфа ба Омега</w:t>
      </w:r>
    </w:p>
    <w:p>
      <w:pPr>
        <w:pStyle w:val="ArticleByline"/>
        <w:jc w:val="left"/>
      </w:pPr>
      <w:r>
        <w:rPr>
          <w:rFonts w:ascii="Arial" w:hAnsi="Arial" w:eastAsia="Arial" w:cs="Arial"/>
        </w:rPr>
        <w:t>Jeff Pippenger</w:t>
      </w:r>
    </w:p>
    <w:p>
      <w:pPr>
        <w:pStyle w:val="ArticleDate"/>
        <w:jc w:val="left"/>
      </w:pPr>
      <w:r>
        <w:rPr>
          <w:rFonts w:ascii="Arial" w:hAnsi="Arial" w:eastAsia="Arial" w:cs="Arial"/>
        </w:rPr>
        <w:t>2023-08-05</w:t>
      </w:r>
    </w:p>
    <w:p>
      <w:pPr>
        <w:pStyle w:val="ArticleBody"/>
        <w:jc w:val="left"/>
      </w:pPr>
      <w:r>
        <w:rPr>
          <w:rFonts w:ascii="Times New Roman" w:hAnsi="Times New Roman" w:eastAsia="Times New Roman" w:cs="Times New Roman"/>
        </w:rPr>
        <w:t>Үнэн гэж юу болох тухай сэдвийг авч үзэхээс өмнө, бид энэ судлалыг Илчлэлт номын нэгдүгээр бүлгийн эхний гурван эшлэлээс эхлүүлж, үүний дараа Елиагийн тухай нэгэн өгүүлэл нэмснээ тэмдэглэе. Эдгээр судлалын хэд хэдэн зорилго нь зөгнөл дэх Америкийн Нэгдсэн Улсын үүргийг тодорхойлох, Есүс Христийн Илчлэлтийн мэдээг нээх, бошиглогчдын үүргийг Бурханы ард түмний бэлгэдэл болгон танин мэдэх, мөн Есүс Альфа мөн гэдгийн утга учрын үр дагаврыг авч үзэхэд оршино. Бид Илчлэлт номын эхний гурван эшлэл нь мөн Илчлэлт номын сүүлчийн эшлэлүүдтэй нийцэж, уялдан тохирдгийг харуулсан бөгөөд аль ч тохиолдолд, эхэндээ ч төгсгөлдөө ч, Есүс Өөрийгөө Альфа ба Омега, эхлэл ба төгсгөл, анхны ба эцсийн Нэгэн хэмээн тодорхойлдог.</w:t>
      </w:r>
    </w:p>
    <w:p>
      <w:pPr>
        <w:pStyle w:val="ArticleBody"/>
        <w:jc w:val="left"/>
      </w:pPr>
      <w:r>
        <w:rPr>
          <w:rFonts w:ascii="Times New Roman" w:hAnsi="Times New Roman" w:eastAsia="Times New Roman" w:cs="Times New Roman"/>
        </w:rPr>
        <w:t>Библи дэх эхлэл ишлэлүүд нь Хуучин ба Шинэ Гэрээний аль алиных нь төгсгөлийн ишлэлүүдтэй нийцэж байдгийг, цаашлаад Шинэ Гэрээний эхний ишлэлүүд ч Библийг бүхэлд нь, эсвэл хоёр Гэрээ болгон авч үзсэн аль ч тохиолдолд түүний эхлэл болон төгсгөлтэй мөн адил нийцэж байдгийг харуулахын тулд бид хоёр дахь судалгаанд Елиагийн тухай товчхон авч үзсэн билээ.</w:t>
      </w:r>
    </w:p>
    <w:p>
      <w:pPr>
        <w:pStyle w:val="ArticleBody"/>
        <w:jc w:val="left"/>
      </w:pPr>
      <w:r>
        <w:rPr>
          <w:rFonts w:ascii="Times New Roman" w:hAnsi="Times New Roman" w:eastAsia="Times New Roman" w:cs="Times New Roman"/>
        </w:rPr>
        <w:t>Бидний хөгжүүлэн ойлгуулахыг зорьж буй өөр нэгэн санаа бол Тэнгэрлэг байдал түүхийн туршид Бурханлаг чанарыг аажмаар илчилсээр ирсэн тухай ойлголт юм. Иймээс бид, Библийн гэрээний түүхийн сэдэвт цаг хугацаа урагшлахын хэрээр, Бурхан Өөрийн янз бүрийн нэрсийн бэлгэдлээр дамжуулан Өөрийн зан чанарын улам бүр ихийг алхам алхмаар илчилсэн гэдгийг онцолсон билээ. Төгс Хүчит Бурхан Абрахамд айлдсан бөгөөд мөнөөх л Бурхан Мосед ч айлдсан, гэвч тэр үеэс хойш Өөрийн нэрийг Ехова хэмээн мэдүүлэх ёстойг Мосед мэдэгдсэн. Тэгээд Христ ирэхэд, Тэр Өөрийгөө Хуучин Гэрээнд үл мэдэгдэж байсан нэгэн нэрээр танилцуулсан бөгөөд Даниелын гуравдугаар бүлэгт Вавилоны нэг хүний хэрэглэсэн тэр нэрийн нэгэн илэрхийллээс өөрөөр тийм нэр тэнд байгаагүй. Есүс Өөрийгөө зөвхөн Эцгийн цорын ганц Төрөгч мөн гэж тодорхойлсон төдийгүй, мөн тэрхүү тодорхой гэрээний түүхэнд Өөрийгөө Хүний Хүү хэмээн тодорхойлсон. Бурхан мөн Адвентизмийн эхлэлтэй гэрээ байгуулан орохдоо Миллерит Адвентизмд нэгэн нэр өгсөн юм.</w:t>
      </w:r>
    </w:p>
    <w:p>
      <w:pPr>
        <w:pStyle w:val="ArticleScripture"/>
        <w:jc w:val="left"/>
      </w:pPr>
      <w:r>
        <w:rPr>
          <w:rFonts w:ascii="Times New Roman" w:hAnsi="Times New Roman" w:eastAsia="Times New Roman" w:cs="Times New Roman"/>
        </w:rPr>
        <w:t>“Бид төгсгөлд ийнхүү ойртсон энэ үед, үйл хэрэг дээрээ ертөнцтэй тийм адилхан болж, хүмүүс Бурханы нэрлэсэн ард түмнийг олохын тулд дэмий хайх ёстой гэж үү? Ямар нэгэн хүн ертөнцөөс авч болох аливаа ашиг тусын төлөө Бурханы сонгосон ард түмэн болох бидний өвөрмөц онцлогуудыг худалдах ёстой гэж үү? Бурханы хуулийг зөрчигчдийн тааллыг их үнэ цэнтэй зүйл хэмээн үзэх ёстой гэж үү? Эзэн Өөрийн ард түмэн хэмээн нэрлэсэн хүмүүс аугаа БИ БАЙГЧААС дээгүүр ямар нэг эрх мэдэл байдаг гэж бодох ёстой гэж үү? Биднийг Долоо дахь өдрийн Адвентистууд болгосон итгэлийн ялган таних онцлогуудыг арилган үгүй хийхийг бид чармайх ёстой гэж үү?” Евангелизм, 121.</w:t>
      </w:r>
    </w:p>
    <w:p>
      <w:pPr>
        <w:pStyle w:val="ArticleBody"/>
        <w:jc w:val="left"/>
      </w:pPr>
      <w:r>
        <w:rPr>
          <w:rFonts w:ascii="Times New Roman" w:hAnsi="Times New Roman" w:eastAsia="Times New Roman" w:cs="Times New Roman"/>
        </w:rPr>
        <w:t>Долоо дахь өдрийн Адвентистуудад өгөгдсөн нэрийг Эзэн өгсөн бөгөөд Уайт эгч Адвентистуудыг Бурханы нэрлэгдсэн ард түмэн хэмээн олонтаа дурдсан байдаг. “Нэрлэгдсэн” гэдэг нь нэр өгөгдсөн гэсэн утгатай. Уайт эгч Бурханы нэрлэгдсэн ард түмэн хэмээн тодорхойлсон цорын ганц хоёр сүм нь эртний Израиль болон орчин үеийн Израиль юм.</w:t>
      </w:r>
    </w:p>
    <w:p>
      <w:pPr>
        <w:pStyle w:val="ArticleBody"/>
        <w:jc w:val="left"/>
      </w:pPr>
      <w:r>
        <w:rPr>
          <w:rFonts w:ascii="Times New Roman" w:hAnsi="Times New Roman" w:eastAsia="Times New Roman" w:cs="Times New Roman"/>
        </w:rPr>
        <w:t>Тиймээс Илчлэл номын судалгаагаа цааш үргэлжлүүлэхдээ, мөн нэг зуун дөчин дөрвөн мянгаар төлөөлүүлэн үзүүлэгддэг Филадельфийнханд илчлэгддэг “шинэ нэр” нь авралын боломж хаагдахын яг өмнө лац нь тайлагддаг эш үзүүллэгийн нууцын томоохон хэсэг мөн гэж би үзэж байна.</w:t>
      </w:r>
    </w:p>
    <w:p>
      <w:pPr>
        <w:pStyle w:val="ArticleScripture"/>
        <w:jc w:val="left"/>
      </w:pPr>
      <w:r>
        <w:rPr>
          <w:rFonts w:ascii="Times New Roman" w:hAnsi="Times New Roman" w:eastAsia="Times New Roman" w:cs="Times New Roman"/>
        </w:rPr>
        <w:t>Ялагч нэгнийг Би Өөрийн Бурханы сүмд багана болгоно; тэр цаашид дахин гарч явахгүй. Мөн Би түүн дээр Өөрийн Бурханы нэрийг, Өөрийн Бурханаас тэнгэрээс бууж ирдэг шинэ Иерусалим хэмээх Өөрийн Бурханы хотын нэрийг, бас Өөрийн шинэ нэрийг бичнэ. Чихтэй нь Сүнс чуулгануудад юу айлдаж байгааг сонсогтун. Илчлэлт 3:12, 13.</w:t>
      </w:r>
    </w:p>
    <w:p>
      <w:pPr>
        <w:pStyle w:val="ArticleBody"/>
        <w:jc w:val="left"/>
      </w:pPr>
      <w:r>
        <w:rPr>
          <w:rFonts w:ascii="Times New Roman" w:hAnsi="Times New Roman" w:eastAsia="Times New Roman" w:cs="Times New Roman"/>
        </w:rPr>
        <w:t>Сүүлчийн анхааруулгын мэдээ нь Есүс Христийн Илчлэлийн мэдээ бөгөөд энэ нь Түүний зан чанарын илчлэл мөн.</w:t>
      </w:r>
    </w:p>
    <w:p>
      <w:pPr>
        <w:pStyle w:val="ArticleScripture"/>
        <w:jc w:val="left"/>
      </w:pPr>
      <w:r>
        <w:rPr>
          <w:rFonts w:ascii="Times New Roman" w:hAnsi="Times New Roman" w:eastAsia="Times New Roman" w:cs="Times New Roman"/>
        </w:rPr>
        <w:t>“Хүргэний ирэхийг хүлээн байгаа хүмүүс ард түмэнд, ‘Харагтун, та нарын Бурхан’ хэмээн тунхаглах ёстой. Энэрэнгүй гэрлийн сүүлчийн туяа, дэлхийд хүргэгдэх нигүүлслийн сүүлчийн мэдээ нь Түүний хайрын зан чанарын илчлэл юм. Бурханы хүүхдүүд Түүний алдрыг илэрхийлэх ёстой. Тэд өөрсдийн амьдрал болон зан чанараараа Бурханы нигүүлсэл тэдний төлөө юу үйлдсэнийг илчлэн харуулах ёстой.” Christ’s Object Lessons, 415, 416.</w:t>
      </w:r>
    </w:p>
    <w:p>
      <w:pPr>
        <w:pStyle w:val="ArticleBody"/>
        <w:jc w:val="left"/>
      </w:pPr>
      <w:r>
        <w:rPr>
          <w:rFonts w:ascii="Times New Roman" w:hAnsi="Times New Roman" w:eastAsia="Times New Roman" w:cs="Times New Roman"/>
        </w:rPr>
        <w:t>Бид Есүсийг Үг мөн хэмээх талаар тэмдэглэлд оруулах зүйл үүнээс хавьгүй их байгаа; гэвч одоо бид “үнэн” хэмээх үгийг авч үзье. “Үнэн”-ий тухай ойлголт, мөн “үнэн” хэмээх үг өөрөө, түүнчлэн “үнэний үг”-ийг бүрдүүлэхэд хэрэглэгдсэн үсгүүдийг ойлгох нь Христийн зан чанарыг ойлгох ойлголт мөн.</w:t>
      </w:r>
    </w:p>
    <w:p>
      <w:pPr>
        <w:pStyle w:val="ArticleScripture"/>
        <w:jc w:val="left"/>
      </w:pPr>
      <w:r>
        <w:rPr>
          <w:rFonts w:ascii="Times New Roman" w:hAnsi="Times New Roman" w:eastAsia="Times New Roman" w:cs="Times New Roman"/>
        </w:rPr>
        <w:t>Тэгэхэд Пилат Түүнд, Тэгвэл чи хаан юм уу? гэж хэлэв. Есүс хариуд нь, Намайг хаан мөн гэж чи өөрөө хэлж байна. Би үүний тулд төрсөн, мөн үүний төлөө энэ ертөнцөд ирсэн нь үнэнд гэрчлэл өгөхийн тулд билээ. Үнэнийх бүхэн Миний дуу хоолойг сонсдог гэв. Пилат Түүнд, Үнэн гэж юу вэ? гэж хэлээд, ийн өгүүлснийхээ дараа дахин иудейчүүд уруу гарч, тэдэнд, Би Түүнээс өчүүхэн ч буруу олсонгүй гэж хэлэв. Иохан 18:37, 38.</w:t>
      </w:r>
    </w:p>
    <w:p>
      <w:pPr>
        <w:pStyle w:val="ArticleBody"/>
        <w:jc w:val="left"/>
      </w:pPr>
      <w:r>
        <w:rPr>
          <w:rFonts w:ascii="Times New Roman" w:hAnsi="Times New Roman" w:eastAsia="Times New Roman" w:cs="Times New Roman"/>
        </w:rPr>
        <w:t>Энэ эшлэл дэх “үнэн” хэмээн орчуулагдсан грек үг нь еврей үгнээс гаралтай бөгөөд тэр нь мөн үсэг, бүр тоо ч мөн юм. Еврей цагаан толгойн эхний үсэг нь ‘алеф’ юм. Үнэндээ, еврей цагаан толгойн эхний хоёр үсэг нь “алеф” ба “бет” бөгөөд тэдгээр нь грек хэлний эхний хоёр үсэг болох альфа, бета-тай тун төстэй. Эдгээр нь хамтдаа “alphabet” гэдэг үгийн язгуурыг бүрдүүлдэг. Иймээс “альфа” хэмээх үг (еврей үсэг алефээс гаралтай) нь үсэг, үг, тоо төдийгүй Есүсийн олон нэрсийн нэг болгон ч хэрэглэгддэг.</w:t>
      </w:r>
    </w:p>
    <w:p>
      <w:pPr>
        <w:pStyle w:val="ArticleBody"/>
        <w:jc w:val="left"/>
      </w:pPr>
      <w:r>
        <w:rPr>
          <w:rFonts w:ascii="Times New Roman" w:hAnsi="Times New Roman" w:eastAsia="Times New Roman" w:cs="Times New Roman"/>
        </w:rPr>
        <w:t>Пилат: «Үнэн гэж юу вэ?» хэмээн асуух үед Есүс Өөрийнх нь «ертөнцөд ирсэн» шалтгаан, мөн «төрсөн» учир нь «үнэнд» гэрчлэл өгөхийн тулд гэдгийг түүнд аль хэдийн хэлсэн байсан. Тэрээр цааш нь, «үнэнээс байдаг хүн бүр» Өөрийнх нь дуу хоолойг сонсдог хэмээн нэмж хэлсэн.</w:t>
      </w:r>
    </w:p>
    <w:p>
      <w:pPr>
        <w:pStyle w:val="ArticleScripture"/>
        <w:jc w:val="left"/>
      </w:pPr>
      <w:r>
        <w:rPr>
          <w:rFonts w:ascii="Times New Roman" w:hAnsi="Times New Roman" w:eastAsia="Times New Roman" w:cs="Times New Roman"/>
        </w:rPr>
        <w:t>Энэхүү эш үзүүллэгийн үгсийг уншигч нь, мөн түүнийг сонсож, дотор нь бичигдсэн зүйлсийг сахигчид ерөөлтэй еэ. Учир нь цаг нь ойрхон байна. Илчлэл 1:3.</w:t>
      </w:r>
    </w:p>
    <w:p>
      <w:pPr>
        <w:pStyle w:val="ArticleBody"/>
        <w:jc w:val="left"/>
      </w:pPr>
      <w:r>
        <w:rPr>
          <w:rFonts w:ascii="Times New Roman" w:hAnsi="Times New Roman" w:eastAsia="Times New Roman" w:cs="Times New Roman"/>
        </w:rPr>
        <w:t>ҮНЭН: G225—G227-оос; үнэн: – үнэн, X үнэхээр, үнэн, үнэн чанар. G227—G1-ээс (үгүйсгэх ширхэгцэг болохын хувьд) ба G2990-аас; үнэн (нуун далдлахгүй гэсэн утгаар): – үнэн, үнэхээр, үнэн. G1; Α. Еврей гаралтай; цагаан толгойн эхний үсэг: зөвхөн дүрслэлээр (тооны тэмдэг болгон хэрэглэдгээс нь үүдэн) эхний. Альфа.</w:t>
      </w:r>
    </w:p>
    <w:p>
      <w:pPr>
        <w:pStyle w:val="ArticleScripture"/>
        <w:jc w:val="left"/>
      </w:pPr>
      <w:r>
        <w:rPr>
          <w:rFonts w:ascii="Times New Roman" w:hAnsi="Times New Roman" w:eastAsia="Times New Roman" w:cs="Times New Roman"/>
        </w:rPr>
        <w:t>Есүс түүнд айлдсан нь: Би бол зам, үнэн, амь мөн; Надаар дамжилгүйгээр хэн ч Эцэгт хүрч ирэхгүй. Иохан 14:6.</w:t>
      </w:r>
    </w:p>
    <w:p>
      <w:pPr>
        <w:pStyle w:val="ArticleBody"/>
        <w:jc w:val="left"/>
      </w:pPr>
      <w:r>
        <w:rPr>
          <w:rFonts w:ascii="Times New Roman" w:hAnsi="Times New Roman" w:eastAsia="Times New Roman" w:cs="Times New Roman"/>
        </w:rPr>
        <w:t>Есүс “Би бол… үнэн мөн” гэж айлдахдаа, Өөрийгөө альфа үсэгт хамаарах үсэг, тоо, мөн үг хэмээн хэлсэн бөгөөд альфа хэмээх үг, альфа тоо, альфа үсэг нь бүгдээрээ “үнэн” юм гэдгийг тунхагласан билээ. Даниелын номд Христ Өөрийгөө “Палмони” хэмээх еврей үгийн тодорхойлолт болох гайхамшигт Тоологчийн хувиар илчилсэн бөгөөд энэ нь Даниел наймдугаар бүлэгт “ярьсан тэр нэгэн тодорхой ариун” хэмээн орчуулагдсан байдаг.</w:t>
      </w:r>
    </w:p>
    <w:p>
      <w:pPr>
        <w:pStyle w:val="ArticleScripture"/>
        <w:jc w:val="left"/>
      </w:pPr>
      <w:r>
        <w:rPr>
          <w:rFonts w:ascii="Times New Roman" w:hAnsi="Times New Roman" w:eastAsia="Times New Roman" w:cs="Times New Roman"/>
        </w:rPr>
        <w:t>Тэгээд би нэгэн ариун хүний ярьж байхыг сонсов; мөн ярьж байсан тэрхүү нэгэн ариун хүнд өөр нэгэн ариун хүн, «Өдөр тутмын тахилын тухай, мөн сүйрэл авчрах гэм буруугийн тухай тэр үзэгдэл хэчнээн хугацаанд үргэлжлэх вэ? Ариун газрыг болон цэргийг хөл доороо гишгэлэн няцлуулахад хэзээ хүртэл хүргэх вэ?» гэж хэлэв. Тэр надад, «Хоёр мянга гурван зуун хоног хүртэл; тэгээд ариун газар цэвэрлэгдэх болно» гэв. Даниел 8:13, 14.</w:t>
      </w:r>
    </w:p>
    <w:p>
      <w:pPr>
        <w:pStyle w:val="ArticleBody"/>
        <w:jc w:val="left"/>
      </w:pPr>
      <w:r>
        <w:rPr>
          <w:rFonts w:ascii="Times New Roman" w:hAnsi="Times New Roman" w:eastAsia="Times New Roman" w:cs="Times New Roman"/>
        </w:rPr>
        <w:t>Арван гуравдугаар ишлэл дэх тэр “нэгэн ариун хүн” нь “Палмони” буюу гайхамшигт тоологч, эсвэл нууцуудын тоологч юм. Эдгээр хоёр ишлэлд 2300 жилийн эш үзүүллэг болон 2520 жилийн хоёр эш үзүүллэгийг өгүүлсэн байдаг. 2300 жил нь “ариун газрыг” хамаарч, 2520 жилийн хоёр эш үзүүллэг нь “цэргийг” хамаардаг; учир нь ариун газар ч, цэрэг ч Ромд гишгэлэгдэн дарлагдах ёстой байв. 2520 жилийн эш үзүүллэг нь Бурханы ариун газар болон ард түмэн гишгэлэгдэн дарагдахыг илэрхийлдэг. Цаг хугацаанд тулгуурласан, хоорондоо гүнзгий уялдаа холбоотой гурван эш үзүүллэг Библи дэх яг тэр цэгт оршдог бөгөөд тэнд Есүс Өөрийгөө нууцуудын гайхамшигт Тоологч хэмээн танилцуулдаг. Тэр Өөрийгөө цаг хугацааны Эзэн хэмээн танилцуулахын тулд зүгээр л эдгээр хоёр ишлэлийг сонгосон хэрэг бус, харин Өөрийгөө илчилдэг тэр хоёр ишлэл нь Тэрээр орчин үеийн сүнслэг Израильтай гэрээ байгуулах цагийг зааж өгдөг бөгөөд мөн тэр хоёр ишлэл нь Адвентизмын суурь ба төв багана юм.</w:t>
      </w:r>
    </w:p>
    <w:p>
      <w:pPr>
        <w:pStyle w:val="ArticleScripture"/>
        <w:jc w:val="left"/>
      </w:pPr>
      <w:r>
        <w:rPr>
          <w:rFonts w:ascii="Times New Roman" w:hAnsi="Times New Roman" w:eastAsia="Times New Roman" w:cs="Times New Roman"/>
        </w:rPr>
        <w:t>Адвентийн итгэлийн үндэс суурь бөгөөд төв тулгуур багана нь бусад бүх эшлэлээс илүүтэйгээр: “Хоёр мянга гурван зуун хоногийн дараа ариун газар цэвэрлэгдэнэ” гэсэн тунхаглал байсан юм. [Даниел 8:14.] Агуу тэмцэл, 409.</w:t>
      </w:r>
    </w:p>
    <w:p>
      <w:pPr>
        <w:pStyle w:val="ArticleBody"/>
        <w:jc w:val="left"/>
      </w:pPr>
      <w:r>
        <w:rPr>
          <w:rFonts w:ascii="Times New Roman" w:hAnsi="Times New Roman" w:eastAsia="Times New Roman" w:cs="Times New Roman"/>
        </w:rPr>
        <w:t>Төгсгөлийн үед, 1798 онд, Даниелын номын лац тайлагдаж, анхны тэнгэрэлчийн мэдээ түүхэнд ирсэн нь Долоо дахь өдрийн Адвентизмын эхлэл болсон Миллерит хөдөлгөөний үед тохиосон эш үзүүллэгийн мэдлэгийн өсөлтийг тэмдэглэсэн юм. Даниелын ном Миллеритүүдэд нээгдэхэд, Палмонигоос ирсэн мэдээ—цаг хугацааны тухай мэдээ—ойлгогдсон билээ. Бурханы Үг хэзээ ч алддаггүй бөгөөд Тэр үргэлж төгсгөлийг эхлэлтэй нь адилтган тодорхойлдог. Иймээс Адвентизмын төгсгөлд, Миллерит түүхэнд байсны адил, Түүний зан чанарын илчлэл гарцаагүй байх болно. Энэ үнэн нь Адвентизмын эхлэл ба төгсгөл дээр тулгуурладаг төдийгүй, мөн Даниелын ном болон Илчлэлийн номын хооронд илэрхийлэн өгүүлсэн харилцаан дээр тулгуурладаг. Даниел ба Илчлэл нь нэгэн номыг төлөөлдөг бөгөөд тэрхүү төлөөлөлд тэд хоёр гэрч болдог; эхнийх нь Даниел, сүүлийнх нь Илчлэл мөн.</w:t>
      </w:r>
    </w:p>
    <w:p>
      <w:pPr>
        <w:pStyle w:val="ArticleScripture"/>
        <w:jc w:val="left"/>
      </w:pPr>
      <w:r>
        <w:rPr>
          <w:rFonts w:ascii="Times New Roman" w:hAnsi="Times New Roman" w:eastAsia="Times New Roman" w:cs="Times New Roman"/>
        </w:rPr>
        <w:t>“Даниел болон Илчлэл ном хоёр нэг юм. Нэг нь эш үзүүллэг, нөгөө нь илчлэл; нэг нь лацдан битүүмжилсэн ном, нөгөө нь нээгдсэн ном юм.” Seventh-day Adventist Bible Commentary, 7-р боть, 972.</w:t>
      </w:r>
    </w:p>
    <w:p>
      <w:pPr>
        <w:pStyle w:val="ArticleBody"/>
        <w:jc w:val="left"/>
      </w:pPr>
      <w:r>
        <w:rPr>
          <w:rFonts w:ascii="Times New Roman" w:hAnsi="Times New Roman" w:eastAsia="Times New Roman" w:cs="Times New Roman"/>
        </w:rPr>
        <w:t>Даниел ба Илчлэлт нь нэг л ном бөгөөд, яг Библи Хуучин ба Шинэ, эсвэл эхлэл ба төгсгөл хэмээн хуваагддаг атлаа нэг ном байдагтай адил юм. Илчлэлт арван нэгдүгээр бүлэгт Мосе ба Елиа хэмээн үзүүлэгдсэн хоёр гэрч нь Хуучин ба Шинэ Гэрээ мөн.</w:t>
      </w:r>
    </w:p>
    <w:p>
      <w:pPr>
        <w:pStyle w:val="ArticleScripture"/>
        <w:jc w:val="left"/>
      </w:pPr>
      <w:r>
        <w:rPr>
          <w:rFonts w:ascii="Times New Roman" w:hAnsi="Times New Roman" w:eastAsia="Times New Roman" w:cs="Times New Roman"/>
        </w:rPr>
        <w:t>“Хоёр гэрчийн тухайд эш үзүүлэгч цааш нь: ‘Эдгээр нь газрын Бурханы өмнө зогсож буй хоёр чидун мод, хоёр дэнлүүний суурь мөн’ хэмээн тунхагладаг. ‘Таны үг,’ хэмээн дуулалч өгүүлсэн нь, ‘миний хөлд дэнлүү, миний замд гэрэл мөн.’ Илчлэл 11:4; Дуулал 119:105. Энэ хоёр гэрч нь Хуучин ба Шинэ Гэрээний Судруудыг төлөөлдөг.” Агуу Тэмцэл, 267.</w:t>
      </w:r>
    </w:p>
    <w:p>
      <w:pPr>
        <w:pStyle w:val="ArticleBody"/>
        <w:jc w:val="left"/>
      </w:pPr>
      <w:r>
        <w:rPr>
          <w:rFonts w:ascii="Times New Roman" w:hAnsi="Times New Roman" w:eastAsia="Times New Roman" w:cs="Times New Roman"/>
        </w:rPr>
        <w:t>Даниел ба Иохан бол хоёулаа хавчигдан мөшгөгдсөн, хоёулаа олзлогдон баригдсан, эш үзүүллэгийн түүхийн нэгэн ижил шугамыг тэмдэглэн үлдээхээр хоёулаа өгөгдсөн, хоёулаа нэг зуун дөчин дөрвөн мянгыг төлөөлдөг, хоёулаа Иерусалимын сүйрлийн дараах үед амьдарсан, мөн хоёулаа үхэл ба амилалтын бэлгэдэл болсон хоёр гэрч мөн (Иохан буцалж буй тосноос, Даниел арслангийн нүхнээс).</w:t>
      </w:r>
    </w:p>
    <w:p>
      <w:pPr>
        <w:pStyle w:val="ArticleBody"/>
        <w:jc w:val="left"/>
      </w:pPr>
      <w:r>
        <w:rPr>
          <w:rFonts w:ascii="Times New Roman" w:hAnsi="Times New Roman" w:eastAsia="Times New Roman" w:cs="Times New Roman"/>
        </w:rPr>
        <w:t>Даниел Христийн зан чанарын нэгэн онцгой илчлэлийг тодорхойлдог бөгөөд тэр үүнийг илчлэл “Долоо дахь өдрийн Адвентист сүмийн төв багана ба суурь” хэмээн нэрлэдэг хоёр эшлэлд хийдэг. Тэр хоёр эшлэл нь Уильям Миллерийн ажлаар төлөөлөгдсөн суурин дээр тавигдсан эцсийн чулуу болох “оройн чулуу” байсан. Тэр оройн чулуу нь тэнгэрийн ариун сүм, Бурханы хууль, Амралтын өдөр, мөрдөн шалгах шүүлт, мөн Илчлэлт номын арван дөрөвдүгээр бүлгийн гурван тэнгэрэлчийн тухай ойлголтыг дагуулан авчирсан. Даниел бол номын эхлэл, Иохан бол төгсгөл юм.</w:t>
      </w:r>
    </w:p>
    <w:p>
      <w:pPr>
        <w:pStyle w:val="ArticleBody"/>
        <w:jc w:val="left"/>
      </w:pPr>
      <w:r>
        <w:rPr>
          <w:rFonts w:ascii="Times New Roman" w:hAnsi="Times New Roman" w:eastAsia="Times New Roman" w:cs="Times New Roman"/>
        </w:rPr>
        <w:t>Иоханы бичвэр нь Адвентизмийн төгсгөлд Христийн зан чанарын нэгэн илчлэлийг тодорхойлон харуулах болно. Орчин үеийн Израилийн эхэнд Тэр Өөрийгөө Гайхамшигт Тоологч, математикийн бүхий л зүйлийн Бүтээгч хэмээн илчилсэн бол, орчин үеийн Израилийн төгсгөлд Тэр Өөрийгөө гайхамшигт хэл шинжээч хэмээн илчилж байна. Тэр бол хэлтэй холбоотой бүхний Бүтээгч мөн; хэлний бүтэц, дүрмийн хэм хэмжээ, үгс, тэр ч бүү хэл цагаан толгойн үсгүүд хүртэл Түүний бүтээл юм. Тэр үгсээр хэрэгждэг, бичгийн ч бай ярианы ч бай дүрмийн хэм хэмжээгээр захирагддаг, мөн Өөрийнх нь зохиосон цагаан толгойн үсгээр бичигддэг харилцааг бүтээсэн; үүнээс цаашлаад—Тэр Өөрөө Үг мөн. Тэрхүү Үгээрээ Тэр сохор, бэлтгэлгүй Лаодикийчуудыг ариусгагдсан Филадельфичууд болгон хувиргадаг.</w:t>
      </w:r>
    </w:p>
    <w:p>
      <w:pPr>
        <w:pStyle w:val="ArticleScripture"/>
        <w:jc w:val="left"/>
      </w:pPr>
      <w:r>
        <w:rPr>
          <w:rFonts w:ascii="Times New Roman" w:hAnsi="Times New Roman" w:eastAsia="Times New Roman" w:cs="Times New Roman"/>
        </w:rPr>
        <w:t>Тэднийг Өөрийн үнэнээр ариусгаач: Таны үг бол үнэн мөн. Иохан 17:17.</w:t>
      </w:r>
    </w:p>
    <w:p>
      <w:pPr>
        <w:pStyle w:val="ArticleBody"/>
        <w:jc w:val="left"/>
      </w:pPr>
      <w:r>
        <w:rPr>
          <w:rFonts w:ascii="Times New Roman" w:hAnsi="Times New Roman" w:eastAsia="Times New Roman" w:cs="Times New Roman"/>
        </w:rPr>
        <w:t>“Ариусгах” хэмээн орчуулагдсан энэ үг нь ариун болгох гэсэн утгатай. Нэг зуун дөчин дөрвөн мянган хүн ариун байх бөгөөд тэд тэрхүү зан чанарын байдлыг “үнэн”-ээр, эсвэл өөрөөр хэлбэл Түүний “үг”-ээр олж авсан байх болно. Учир нь Есүс бол Үг мөн, Тэр бол үнэн мөн.</w:t>
      </w:r>
    </w:p>
    <w:p>
      <w:pPr>
        <w:pStyle w:val="ArticleScripture"/>
        <w:jc w:val="left"/>
      </w:pPr>
      <w:r>
        <w:rPr>
          <w:rFonts w:ascii="Times New Roman" w:hAnsi="Times New Roman" w:eastAsia="Times New Roman" w:cs="Times New Roman"/>
        </w:rPr>
        <w:t>Эхэнд Үг байсан бөгөөд Үг Бурхантай хамт байсан, Үг Бурхан байсан. Тэр эхэнд Бурхантай хамт байсан. Бүх юмс Түүгээр бүтээгдсэн; Түүнгүйгээр бүтээгдсэн нэг ч зүйл бүтээгдээгүй. Иохан 1:1–3.</w:t>
      </w:r>
    </w:p>
    <w:p>
      <w:pPr>
        <w:pStyle w:val="ArticleBody"/>
        <w:jc w:val="left"/>
      </w:pPr>
      <w:r>
        <w:rPr>
          <w:rFonts w:ascii="Times New Roman" w:hAnsi="Times New Roman" w:eastAsia="Times New Roman" w:cs="Times New Roman"/>
        </w:rPr>
        <w:t>Энэ нь Иохан өөрийн сайн мэдээнд бичсэн хамгийн эхний зүйл мөн гэдгийг анхаар. Энэ нь мэдээж Эхлэлд бичигдсэн хамгийн эхний зүйлтэй зэрэгцэн нийцэж байна. Энэ нь гэрчлэлд нэмэрлэж, Эхлэл нэгэнд өгүүлэгдсэнийг илүү тодорхойлон таниулж байна.</w:t>
      </w:r>
    </w:p>
    <w:p>
      <w:pPr>
        <w:pStyle w:val="ArticleScripture"/>
        <w:jc w:val="left"/>
      </w:pPr>
      <w:r>
        <w:rPr>
          <w:rFonts w:ascii="Times New Roman" w:hAnsi="Times New Roman" w:eastAsia="Times New Roman" w:cs="Times New Roman"/>
        </w:rPr>
        <w:t>Эхэнд Бурхан тэнгэр ба газрыг бүтээв. Эхлэл 1:1.</w:t>
      </w:r>
    </w:p>
    <w:p>
      <w:pPr>
        <w:pStyle w:val="ArticleBody"/>
        <w:jc w:val="left"/>
      </w:pPr>
      <w:r>
        <w:rPr>
          <w:rFonts w:ascii="Times New Roman" w:hAnsi="Times New Roman" w:eastAsia="Times New Roman" w:cs="Times New Roman"/>
        </w:rPr>
        <w:t>Нэгдүгээр эшлэлд “Бурхан” хэмээн орчуулагдсан үг олон тооны хэлбэртэй бөгөөд энэ нь хамгийн анхны “эхлэл”-ээс л Бурхан нэгээс илүү болохыг илтгэн харуулдаг. Иоханы сайн мэдээнд “Эхэнд” Үг Бурхантай хамт байсан бөгөөд Үг өөрөө Бурхан байсан. Мөн Үг бол Бүтээгч байсан.</w:t>
      </w:r>
    </w:p>
    <w:p>
      <w:pPr>
        <w:pStyle w:val="ArticleBody"/>
        <w:jc w:val="left"/>
      </w:pPr>
      <w:r>
        <w:rPr>
          <w:rFonts w:ascii="Times New Roman" w:hAnsi="Times New Roman" w:eastAsia="Times New Roman" w:cs="Times New Roman"/>
        </w:rPr>
        <w:t>Есүс бол Үг мөн бөгөөд Тэрээр Библиийг бурханлаг чанарыг хүн чанартай нэгтгэн бүтээсэн—бурханлаг чанар нь Ариун Сүнсээр илэрхийлэгдэж, хүн чанар нь чуулгануудад илгээгдэх ёстой номууд дахь үгсийг бичсэн хүмүүсийн бие хүнээр илэрхийлэгдсэн юм. Иймээс Библи нь Есүсийн адил хүн чанар ба бурханлаг чанарын нэгдэл юм. Иймд, унасан махбодтой хүн төрөлхтний оролцоо байсан хэдий ч Библи ариун бөгөөд түүнийг үзгээр буулгасан хүмүүс ч мөн ариун байсан юм.</w:t>
      </w:r>
    </w:p>
    <w:p>
      <w:pPr>
        <w:pStyle w:val="ArticleScripture"/>
        <w:jc w:val="left"/>
      </w:pPr>
      <w:r>
        <w:rPr>
          <w:rFonts w:ascii="Times New Roman" w:hAnsi="Times New Roman" w:eastAsia="Times New Roman" w:cs="Times New Roman"/>
        </w:rPr>
        <w:t>Бидэнд эш үзүүллэгийн бүр ч баттай үг бий; та нар үүнд харанхуй газарт гэрэлтэх дэнлүүнд анхаарал хандуулдаг мэт анхааран сонсох нь сайн юм. Ингэсээр өдөр гийж, өглөөний од зүрхэнд чинь мандах хүртэл тийнхүү байг. Юуны өмнө үүнийг мэдэгтүн: Судрын ямар ч эш үзүүллэг нь хэн нэгний хувийн тайлбараас гардаггүй. Учир нь эш үзүүллэг нь эрт цагт хүний хүслээр ирээгүй, харин Бурханы ариун хүмүүс Ариун Сүнсээр хөдөлгөгдөн ярьсан билээ. 2 Петр 1:19–21.</w:t>
      </w:r>
    </w:p>
    <w:p>
      <w:pPr>
        <w:pStyle w:val="ArticleBody"/>
        <w:jc w:val="left"/>
      </w:pPr>
      <w:r>
        <w:rPr>
          <w:rFonts w:ascii="Times New Roman" w:hAnsi="Times New Roman" w:eastAsia="Times New Roman" w:cs="Times New Roman"/>
        </w:rPr>
        <w:t>Эш үзүүлэгчид ариун хүмүүс байсан хэдий ч, тэд мөн л унасан хүн төрөлхтөн байв. Учир нь бүгд нүгэл үйлдэж, Бурханы алдарт хүрч чадалгүй хоцорсон билээ. Гэвч Библи бол тэнгэрлэг чанар ба хүний чанарын нэгдэл бөгөөд ариун юм. Учир нь Бурханы Үг Өөрийн амьдралд ч, Өөрийн бичмэл Үгэнд ч тэнгэрлэг чанартай нэгдсэн хүн төрөлхтөн нүгэл үйлддэггүйг харуулахын тулд ирсэн юм. Библийн тухай үнэн нь Христийн тухай ч мөн үнэн, учир нь Тэр бол Библи мөн.</w:t>
      </w:r>
    </w:p>
    <w:p>
      <w:pPr>
        <w:pStyle w:val="ArticleBody"/>
        <w:jc w:val="left"/>
      </w:pPr>
      <w:r>
        <w:rPr>
          <w:rFonts w:ascii="Times New Roman" w:hAnsi="Times New Roman" w:eastAsia="Times New Roman" w:cs="Times New Roman"/>
        </w:rPr>
        <w:t>Есүс нүгэлт махбодыг Өөр дээрээ авч, хэзээ ч нүгэл үйлдээгүй бөгөөд ингэснээр бурханлаг чанартай нэгдсэн хүн төрөлхтөн нүгэл үйлддэггүй гэсэн үлгэр жишээг үзүүлсэн.</w:t>
      </w:r>
    </w:p>
    <w:p>
      <w:pPr>
        <w:pStyle w:val="ArticleScripture"/>
        <w:jc w:val="left"/>
      </w:pPr>
      <w:r>
        <w:rPr>
          <w:rFonts w:ascii="Times New Roman" w:hAnsi="Times New Roman" w:eastAsia="Times New Roman" w:cs="Times New Roman"/>
        </w:rPr>
        <w:t>“Бетлехемийн түүх бол барагдашгүй сэдэв мөн. Түүний дотор ‘Бурханы мэргэн ухаан ба мэдлэгийн баялгийн гүн’ нуугдан байдаг.” Ром 11:33. Бид Аврагчийн тэнгэрийн сэнтийг тэжээлийн онгоцоор сольж, мөргөн шүтэгч тэнгэрэлчүүдийн нөхөрлөлийг хашааны адгуусдаар сольсон тэр золиосыг гайхан биширдэг. Хүний бардамнал ба өөртөө найдах сэтгэл Түүний өмнө зэмлэгдэн илчлэгддэг. Гэвч энэ нь Түүний гайхамшигт өөрийгөө даруу болгосон явдлын зөвхөн эхлэл төдий байв. Бурханы Хүү хүний мөн чанарыг Өөртөө авах нь, Адам Еденд гэмгүй байдлаараа зогсож байсан үеийнх нь хувьд ч, бараг хязгааргүй доромжлол байх байсан. Харин Есүс хүн төрөлхтөн нүглийн дөрвөн мянган жилийн турш сулран доройтсон үед хүн чанарыг хүлээн авсан юм. Адамын үр хүүхэд бүрийн адил Тэр удамшлын агуу хуулийн үйлчлэлийн үр дагаврыг хүлээн авсан. Эдгээр үр дагавар юу байсныг Түүний газрын дээрх өвөг дээдсийн түүх харуулдаг. Тэр ийм удамшилтайгаар ирж, бидний уй гашуу ба сорилтуудыг хуваалцан, нүгэлгүй амьдралын үлгэр жишээг бидэнд өгөхийн тулд ирсэн юм.” The Desire of Ages, 48.</w:t>
      </w:r>
    </w:p>
    <w:p>
      <w:pPr>
        <w:pStyle w:val="ArticleBody"/>
        <w:jc w:val="left"/>
      </w:pPr>
      <w:r>
        <w:rPr>
          <w:rFonts w:ascii="Times New Roman" w:hAnsi="Times New Roman" w:eastAsia="Times New Roman" w:cs="Times New Roman"/>
        </w:rPr>
        <w:t>Есүс бол Үг мөн бөгөөд Есүс ч, Библи ч хоёулаа хүн чанар ба бурханлаг чанарын нэгдэл юм. Есүс зууны туршид Библийг бий болгохдоо сонсох хүмүүсийг сонсох боломжтой байлгахын тулд Библи дотор дүрмүүдийг байрлуулсан. Библийг захирч буй эдгээр дүрмүүд нь мөн Түүний зан чанарын шинжүүд юм.</w:t>
      </w:r>
    </w:p>
    <w:p>
      <w:pPr>
        <w:pStyle w:val="ArticleScripture"/>
        <w:jc w:val="left"/>
      </w:pPr>
      <w:r>
        <w:rPr>
          <w:rFonts w:ascii="Times New Roman" w:hAnsi="Times New Roman" w:eastAsia="Times New Roman" w:cs="Times New Roman"/>
        </w:rPr>
        <w:t>“Илчлэлт номд Библийн бүх номууд нийлэн төгсөнө. Энд Даниел номын гүйцээлт буй.” Элч нарын үйлс, 585.</w:t>
      </w:r>
    </w:p>
    <w:p>
      <w:pPr>
        <w:pStyle w:val="ArticleBody"/>
        <w:jc w:val="left"/>
      </w:pPr>
      <w:r>
        <w:rPr>
          <w:rFonts w:ascii="Times New Roman" w:hAnsi="Times New Roman" w:eastAsia="Times New Roman" w:cs="Times New Roman"/>
        </w:rPr>
        <w:t>“Complement” хэмээх үг нь төгс болгох гэсэн утгатай. Даниелын гэрчлэл Илчлэлтэд төгсдөг бөгөөд ингэснээр Даниелын гэрчлэл нь эхлэл, Илчлэлт нь төгсгөл болдог. Илчлэлтийн эхлэл нь Илчлэлтийн төгсгөлд дахин давтагддаг; мөн Даниел номын нэгдүгээр бүлгийн эхний эшлэлд бодит Израиль ба бодит Вавилоны хооронд Вавилон ялдаг дайн гардаг, харин сорилтын түүхийн төгсгөлд, Даниел 11:45, 12:1-д, сүнслэг Вавилон нь сүнслэг Израильтай дайтаж байгаа бөгөөд эцэст нь Вавилон ялагдаж, Израиль дийлдэг. Илчлэлт дэх Иоханы адил, Даниелын гэрчлэлийн эхлэл нь түүний гэрчлэлийн төгсгөлтэй нийцдэг. Тэгвэл үнэн гэж юу вэ?</w:t>
      </w:r>
    </w:p>
    <w:p>
      <w:pPr>
        <w:pStyle w:val="ArticleBody"/>
        <w:jc w:val="left"/>
      </w:pPr>
      <w:r>
        <w:rPr>
          <w:rFonts w:ascii="Times New Roman" w:hAnsi="Times New Roman" w:eastAsia="Times New Roman" w:cs="Times New Roman"/>
        </w:rPr>
        <w:t>Сургаал гэдэг нь итгэгчдийн нэгэн бүлэг юуг зөв гэж ойлгодгийг тодорхойлдог үг мөн. Түүний зорилго буюу хэрэглээ нь Библи эсвэл Христийн шашнаар хязгаарлагддаггүй. Христийн шашин хэмээн нэрлэгдэгч хүрээнд үнэн “сургаал”-аас илүү худал нь олон байх магадлалтай. Учир нь сүнслэг Вавилон, папын ёс нь бузар бөгөөд жигшүүрт шувуу бүрийн тор мөн бөгөөд, тэдгээр шувууд нь бузар мууг төлөөлдөг; тэрхүү бузар мууг “хууль хүчингүй болсон” гэх мэт худал сургаалуудын тусламжтайгаар сүмүүд тэтгэн хадгалж, халхалдаг. Гэвч үнэн сургаал гэж бий.</w:t>
      </w:r>
    </w:p>
    <w:p>
      <w:pPr>
        <w:pStyle w:val="ArticleScripture"/>
        <w:jc w:val="left"/>
      </w:pPr>
      <w:r>
        <w:rPr>
          <w:rFonts w:ascii="Times New Roman" w:hAnsi="Times New Roman" w:eastAsia="Times New Roman" w:cs="Times New Roman"/>
        </w:rPr>
        <w:t>“Береагийнхны оюун ухаан нь өрөөсгөл үзлээр явцуулагдаагүй байв. Тэд элч нарын тунхагласан сургаалуудын үнэн зөвийг шинжлэн судлахад бэлэн байсан. Тэд Библийг сониуч зангаасаа бус, харин амлагдсан Мессиагийн талаар юу бичигдсэнийг мэдэж авахын тулд судалж байлаа. Өдөр бүр тэд онгодоор бичигдсэн судруудыг нягтлан шинжилж, Судрыг Судартай харьцуулан үзэхэд тэнгэрийн элч нар тэдний дэргэд байж, оюун ухааныг нь гэгээрүүлэн, зүрх сэтгэлд нь хүчтэй сэтгэгдэл төрүүлж байв.</w:t>
      </w:r>
    </w:p>
    <w:p>
      <w:pPr>
        <w:pStyle w:val="ArticleScripture"/>
        <w:jc w:val="left"/>
      </w:pPr>
      <w:r>
        <w:rPr>
          <w:rFonts w:ascii="Times New Roman" w:hAnsi="Times New Roman" w:eastAsia="Times New Roman" w:cs="Times New Roman"/>
        </w:rPr>
        <w:t>“Сайн мэдээний үнэнүүд хаана ч тунхаглагдах аваас, зөвийг үйлдэхийг чин үнэнчээр хүсэгчид Бичвэрүүдийг хичээнгүйлэн судлахад хөтлөгддөг. Хэрэв энэ дэлхийн түүхийн төгсгөлийн үзэгдлүүдийн үед сорилтын үнэнүүдийг тунхаглуулж буй хүмүүс Берэачуудын жишээг даган, Бичвэрүүдийг өдөр бүр шинжлэн, өөрсдөд нь хүргэгдсэн мэдээнүүдийг Бурханы үгтэй харьцуулан шалгасансан бол, өнөөдөр Бурханы хуулийн тушаалуудад үнэнч байдаг хүмүүс одоогийнхтой харьцуулахад үлэмж олон байх байв. Харин Библийн нийтэд таалагддаггүй үнэнүүдийг толилуулахад, олон хүн энэ судлалыг хийхээс татгалздаг. Тэд Бичвэрийн тодорхой сургаалыг няцааж үл чадсан ч, санал болгогдсон нотолгоонуудыг судлахад туйлын дургүйцлээ илэрхийлдэг. Зарим нь эдгээр сургаалууд үнэхээр үнэн байсан ч, тэр шинэ гэрлийг хүлээн авах эсэх нь төдийлөн ач холбогдолгүй гэж үзэн, дайсан сүнснүүдийг төөрөгдөлд хүргэхэд ашигладаг таатай үлгэр домгуудаас зуурч байдаг. Ийнхүү тэдний оюун ухаан төөрөгдлөөр сохорч, тэд тэнгэрээс тусгаарлагддаг.</w:t>
      </w:r>
    </w:p>
    <w:p>
      <w:pPr>
        <w:pStyle w:val="ArticleScripture"/>
        <w:jc w:val="left"/>
      </w:pPr>
      <w:r>
        <w:rPr>
          <w:rFonts w:ascii="Times New Roman" w:hAnsi="Times New Roman" w:eastAsia="Times New Roman" w:cs="Times New Roman"/>
        </w:rPr>
        <w:t>“Хүн бүр өөрт нь өгөгдсөн гэрлийн хэмжээгээр шүүгдэх болно. Эзэн авралын мэдээгээр Өөрийн элч нарыг илгээдэг бөгөөд сонсогчдыг Тэр Өөрийн зарц нарын үгэнд хэрхэн хандсанаар нь хариуцлага хүлээлгэнэ. Үнэнийг чин сэтгэлээсээ эрэн хайгчид өөрсдөд нь танилцуулсан сургаалуудыг Бурханы үгийн гэрэлд нягт нямбайгаар шалган судлах болно.” Үйлс ном, 231, 232.</w:t>
      </w:r>
    </w:p>
    <w:p>
      <w:pPr>
        <w:pStyle w:val="ArticleBody"/>
        <w:jc w:val="left"/>
      </w:pPr>
      <w:r>
        <w:rPr>
          <w:rFonts w:ascii="Times New Roman" w:hAnsi="Times New Roman" w:eastAsia="Times New Roman" w:cs="Times New Roman"/>
        </w:rPr>
        <w:t>Сайн мэдээний “үнэнүүд” болох “сургаалууд” байдаг бөгөөд тэдгээрийг судлан шинжлэх шаардлагатай. Зарим нь, (эсвэл бүр бүгд ч байж мэднэ) “сорих үнэнүүд” юм. Амралтын өдөр бол ойлгоход хялбар сорих үнэн мөн. Үнэн ба хуурамч сургаалууд байдаг. Үнэн сургаалуудын зарим нь тэдгээрийг сонсогчдод сорилтыг тавьдаг. Түүнчлэн тодорхой нэг цаг хугацаанд зориулагдсан үнэний нэгэн төрөл байдаг. Эдгээр үнэнүүдийг “өнөөгийн үнэн” гэж нэрлэдэг.</w:t>
      </w:r>
    </w:p>
    <w:p>
      <w:pPr>
        <w:pStyle w:val="ArticleScripture"/>
        <w:jc w:val="left"/>
      </w:pPr>
      <w:r>
        <w:rPr>
          <w:rFonts w:ascii="Times New Roman" w:hAnsi="Times New Roman" w:eastAsia="Times New Roman" w:cs="Times New Roman"/>
        </w:rPr>
        <w:t>“Бурханы Үгэнд олон үнэт үнэн агуулагддаг, гэвч сүрэгт яг одоо хэрэгтэй байгаа нь ‘одоогийн үнэн’ юм. Би элч нар одоогийн үнэний чухал зүйлсээс хазайж, сүргийг нэгтгэж, сэтгэлийг ариусгахад чиглээгүй сэдвүүд дээр саатах аюулыг харсан. Энд Сатан үйл хэргийг хорлохын тулд боломжтой бүх давуу талыг ашиглах болно.</w:t>
      </w:r>
    </w:p>
    <w:p>
      <w:pPr>
        <w:pStyle w:val="ArticleScripture"/>
        <w:jc w:val="left"/>
      </w:pPr>
      <w:r>
        <w:rPr>
          <w:rFonts w:ascii="Times New Roman" w:hAnsi="Times New Roman" w:eastAsia="Times New Roman" w:cs="Times New Roman"/>
        </w:rPr>
        <w:t>“Харин 2300 хоногтой холбогдох ариун сүм, Бурханы тушаалууд болон Есүсийн итгэл зэрэг сэдвүүд нь өнгөрсөн Адвентийн хөдөлгөөнийг тайлбарлаж, бидний өнөөгийн байр суурь юу болохыг харуулж, эргэлзэгчдийн итгэлийг бататган, алдарт ирээдүйд итгэлтэй байдал өгөхөд төгс тохирсон юм. Эдгээр нь элч нарын онцлон авч үзэх ёстой гол сэдвүүд мөн болохыг би олонтоо харсан.” Early Writings, 63.</w:t>
      </w:r>
    </w:p>
    <w:p>
      <w:pPr>
        <w:pStyle w:val="ArticleBody"/>
        <w:jc w:val="left"/>
      </w:pPr>
      <w:r>
        <w:rPr>
          <w:rFonts w:ascii="Times New Roman" w:hAnsi="Times New Roman" w:eastAsia="Times New Roman" w:cs="Times New Roman"/>
        </w:rPr>
        <w:t>Адвентистууд энэ эшлэлийг үнэндээ юу хэлж байгаагаас нь зайлсхийхийн тулд олонтаа ашигладаг. Тэд “одоогийн үнэн”-ий талаарх бидний мэдээнүүдэд онцлон тэмдэглэх ёстой бүхэн нь ариун сүм, 2300 хоног, тушаалууд болон Есүсийн итгэл мөн гэж маргадаг. Тэд эдгээр дөрвөн сэдвийн талаар тодорхойлсон зүйлийг тойрон гарахын тулд ийм шаардлага тавьдаг.</w:t>
      </w:r>
    </w:p>
    <w:p>
      <w:pPr>
        <w:pStyle w:val="ArticleBody"/>
        <w:jc w:val="left"/>
      </w:pPr>
      <w:r>
        <w:rPr>
          <w:rFonts w:ascii="Times New Roman" w:hAnsi="Times New Roman" w:eastAsia="Times New Roman" w:cs="Times New Roman"/>
        </w:rPr>
        <w:t>Эдгээр дөрвөн агуу үнэнгийн зорилго нь “өнгөрсөн Адвентийн хөдөлгөөнийг тайлбарлаж, бидний одоогийн байр суурь юу болохыг харуулж, эргэлзэгчдийн итгэлийг бататган, алдар суугаар дүүрэн ирээдүйд итгэлтэй байдлыг өгөхөөр төгс зохицуулагдсан” байдагт оршино. Одоогийн үнэний эдгээр дөрвөн сургаал нь Адвентизмын эхлэл (өнгөрсөн Адвентийн хөдөлгөөн) нь Адвентизмын төгсгөлийг (бидний одоогийн байр суурь) дүрслэн үзүүлдгийг харуулахаар зориулагдсан юм. Эдгээр дөрвөн үндсэн сургаал нь төгсгөл нь эхлэлээр дүрслэгдэн үзүүлэгддэг гэсэн зарчмыг тайлбарлахаар “төгс тооцоологдсон” байдаг. Энэхүү сүнслэг онгодын эшлэлийн дагуу энэ нь “сүрэгт одоо хэрэгтэй” байгаа “одоогийн үнэн” юм.</w:t>
      </w:r>
    </w:p>
    <w:p>
      <w:pPr>
        <w:pStyle w:val="ArticleBody"/>
        <w:jc w:val="left"/>
      </w:pPr>
      <w:r>
        <w:rPr>
          <w:rFonts w:ascii="Times New Roman" w:hAnsi="Times New Roman" w:eastAsia="Times New Roman" w:cs="Times New Roman"/>
        </w:rPr>
        <w:t>Эртний Израиль бол Израилийн эхлэл бөгөөд орчин үеийн Израиль нь төгсгөл юм. Эртний бодит Израиль нь 1798 онд эхэлсэн төгсгөлийн цаг үеэс Ням гаргийн хууль хүртэлх Долоо дахь өдрийн Адвентист ардыг бэлгэдэн төлөөлж байв. Христийн анхны ирэлтийн өмнө “одоогийн үнэн” нь иудейчүүдэд үл үзэгдэж байсан, учир нь тэд ёс заншил ба уламжлалд түшиглэсний улмаас сохор (Лаодике) байсан юм.</w:t>
      </w:r>
    </w:p>
    <w:p>
      <w:pPr>
        <w:pStyle w:val="ArticleScripture"/>
        <w:jc w:val="left"/>
      </w:pPr>
      <w:r>
        <w:rPr>
          <w:rFonts w:ascii="Times New Roman" w:hAnsi="Times New Roman" w:eastAsia="Times New Roman" w:cs="Times New Roman"/>
        </w:rPr>
        <w:t>“Бид өөрсдийн амьдарч буй цаг үеийг ойлгохыг хүсэж байна. Бид үүнийг хагас ч ойлгохгүй байна. Бид үүнийг хагас ч ухамсарлан хүлээн авахгүй байна. Бидний тулгарах ёстой дайсан ямар нэгэн болох, мөн түүнтэй тулгарахад бид хэчнээн тааруухан бэлтгэгдсэн байгааг бодоход зүрх минь дотор минь чичирдэг. Израилийн хөвгүүдийн сорилтууд, мөн Христийн анхны ирэлтийн яг өмнөхөн тэдний баримталж байсан хандлага нь Христийн хоёр дахь ирэлтийн өмнөхөн Бурханы ард түмэн өөрсдийн туршлагад ямар байдалд байхыг үзүүлэхийн тулд миний өмнө дахин дахин дэлгэгдсэн юм—дайсан иудейчүүдийн оюун санааг эрхшээлдээ авахын тулд боломж бүрийг хэрхэн эрж хайж байсан, мөн өнөөдөр тэрээр Бурханы үйлчлэгчдийн оюун ухааныг сохлохыг хичээж байгаа нь тэд үнэт үнэнийг ялган таньж чадахгүй байхын тулд юм.” Selected Messages, book 2, 406.</w:t>
      </w:r>
    </w:p>
    <w:p>
      <w:pPr>
        <w:pStyle w:val="ArticleBody"/>
        <w:jc w:val="left"/>
      </w:pPr>
      <w:r>
        <w:rPr>
          <w:rFonts w:ascii="Times New Roman" w:hAnsi="Times New Roman" w:eastAsia="Times New Roman" w:cs="Times New Roman"/>
        </w:rPr>
        <w:t>Дараагийн эшлэлээс үзвэл, иудейчүүд “Бурханы анхны үнэнийг” харахаа больсон байв; харин иудейчүүдийн хувьд тэр анхны үнэн нь Египетээс аврагдан гарсан түүх байсан юм. Тэрхүү авралын түүх нь тэдний анхны үнэн байсан бөгөөд үеүдийнхээ турш хүүхдүүддээ заахаар тэдэнд тушаагдсан үнэн мөн байв. Тэд бүтэлгүйтсэн; Адвентизм ч мөн адил. Сохор болсон иудейчүүдэд үнэнийг толилуулахын тулд Есүс үнэнийг нэгэн хүрээнд байрлуулсан.</w:t>
      </w:r>
    </w:p>
    <w:p>
      <w:pPr>
        <w:pStyle w:val="ArticleScripture"/>
        <w:jc w:val="left"/>
      </w:pPr>
      <w:r>
        <w:rPr>
          <w:rFonts w:ascii="Times New Roman" w:hAnsi="Times New Roman" w:eastAsia="Times New Roman" w:cs="Times New Roman"/>
        </w:rPr>
        <w:t>“Аврагчийн цаг үед иудейчүүд үнэний эрхэм нандин эрдэнэсүүдийг уламжлал ба домгийн хог новшоор ийнхүү бүрхсэн байсан тул үнэн худлыг ялган таних аргагүй болсон байв. Аврагч мухар сүсэг болон удаан хугацаанд эрхэмлэн хадгалсан алдаануудын хог новшийг зайлуулж, Бурханы үгийн эрдэнэсүүдийг үнэний хүрээнд суулгахаар ирсэн юм. Хэрэв Аврагч өнөөдөр иудейчүүдэд ирсэнтэйгээ адилхан бидэнд ирвэл, Тэр юу хийх байсан бэ? Тэр уламжлал ба ёслолын хог новшийг зайлуулахын тулд адил төстэй ажлыг хийх хэрэгтэй болох байсан. Тэр энэ ажлыг хийхэд иудейчүүд маш ихээр түгшсэн юм. Тэд Бурханы анхдагч үнэнийг харахаа больсон байсан ч Христ түүнийг дахин ил болгосон. Бурханы эрхэм нандин үнэнийг мухар сүсэг ба алдаанаас чөлөөлөх нь бидний ажил мөн.”</w:t>
      </w:r>
    </w:p>
    <w:p>
      <w:pPr>
        <w:pStyle w:val="ArticleScripture"/>
        <w:jc w:val="left"/>
      </w:pPr>
      <w:r>
        <w:rPr>
          <w:rFonts w:ascii="Times New Roman" w:hAnsi="Times New Roman" w:eastAsia="Times New Roman" w:cs="Times New Roman"/>
        </w:rPr>
        <w:t>“Алдар суу бүхий үнэнүүд нүднээс далдлагдан булагдаж, төөрөгдөл ба мухар сүсгийн улмаас өнгөө алдан, сэтгэл татахуйц бус болгогдсон билээ. Есүс Бурханы гэрлийг илчилж, үнэний үзэсгэлэнт цацралын сүр жавхланг түүний бүх бурханлаг алдарт нь ил гарган авчирдаг. Шударга зүрхт хүмүүсийн оюун ухаан бишрэлээр дүүрдэг. Тэдний зүрх сэтгэл үнэний эрдэнэсийг ил гарган, тэдний ойлголтод дэлгэн үзүүлсэн Түүн уруу ариун хайр татам сэтгэлээр ханддаг.”</w:t>
      </w:r>
    </w:p>
    <w:p>
      <w:pPr>
        <w:pStyle w:val="ArticleScripture"/>
        <w:jc w:val="left"/>
      </w:pPr>
      <w:r>
        <w:rPr>
          <w:rFonts w:ascii="Times New Roman" w:hAnsi="Times New Roman" w:eastAsia="Times New Roman" w:cs="Times New Roman"/>
        </w:rPr>
        <w:t>“Иудейчүүд үнэний тодорхой нэг хэсгийг ойлгож, Бурханы үгийн зарим хэсгийг заадаг байсан; гэвч тэд Бурханы хуулийн алс холыг хамрах мөн чанарыг ухаараагүй байв. Христ уламжлалын хог хаягдлыг хаман зайлуулж, Бурханы зорилгын жинхэнэ гол цөм, зүрхийг илчилсэн. Тэр үүнийг хийхэд, тэд хяналтаа алдатлаа хилэгнэсэн. Тэд Христ Бурханы ажлыг нурааж байна хэмээх худал мэдээг нэг хотоос нөгөөд тараав. Харин Есүс хуучин хэлбэрүүдийг халсан атлаа, хуучин үнэнүүдийг дахин сэргээн тогтоож, тэдгээрийг үнэний хүрээ бүтцэд байрлуулсан. Тэр тэдгээрийг хооронд нь тааруулан холбож, үнэний бүрэн төгс, тэгш хэмт тогтолцоог бүрдүүлсэн. Энэ бол бидний Аврагчийн хийсэн ажил байсан; харин одоо бид юу хийх вэ? Бид Христтэй зохицон ажиллахгүй гэж үү? Бид цуурхлаар захирагдах гэж үү? Бид өөрсдийн төсөөллөөр Бурханы гэрлийг биднээс халхлуулах гэж үү? Бид анхааралтай уншиж, ойлгон сонсож, мөн сурсан зүйлсээ бусдад ч заах ёстой. Бид амийн талхаар байнга өлсөж, амьд ус болон Ливаны цасыг байнга эрж хайх ёстой, ингэснээр бид хүмүүсийг Үнэний Булгийн амьд, сэрүүцүүлэгч ус уруу хөтөлж чадна.” Review and Herald, 1889 оны 6 дугаар сарын 4.</w:t>
      </w:r>
    </w:p>
    <w:p>
      <w:pPr>
        <w:pStyle w:val="ArticleBody"/>
        <w:jc w:val="left"/>
      </w:pPr>
      <w:r>
        <w:rPr>
          <w:rFonts w:ascii="Times New Roman" w:hAnsi="Times New Roman" w:eastAsia="Times New Roman" w:cs="Times New Roman"/>
        </w:rPr>
        <w:t>Анхны ирэлтээрээ Есүс “хуучин үнэнүүдийг дахин тогтоож, тэдгээрийг үнэний хүрээ бүтцэд байрлуулсан. Тэр тэдгээрийг хооронд нь тааруулан нэгтгэж, үнэний бүрэн бөгөөд тэгш хэмтэй тогтолцоог бүрдүүлсэн.” Есүс эртний Израилийн эхэн үеийн түүхийг ашиглан хуучин үнэнүүдийг дахин сэргээсэн бөгөөд Тэр үүнийг эдгээр үнэнүүдийг (сэдвээр нь) хооронд нь тааруулж, (зэрэгцүүлэн, мөр дээр мөр болгон) нэгтгэх замаар хийсэн. Тэр үүнийг иудейчүүдийг сохолсон заншил ба уламжлалуудын эрхшээлээс чөлөөлөхийн тулд хийсэн. Тэрхүү түүх нь биет Израилийн төгсгөлийн түүх байсан.</w:t>
      </w:r>
    </w:p>
    <w:p>
      <w:pPr>
        <w:pStyle w:val="ArticleBody"/>
        <w:jc w:val="left"/>
      </w:pPr>
      <w:r>
        <w:rPr>
          <w:rFonts w:ascii="Times New Roman" w:hAnsi="Times New Roman" w:eastAsia="Times New Roman" w:cs="Times New Roman"/>
        </w:rPr>
        <w:t>Адвентизм эртний Израилийн төгсгөлийн түүхийг давтаж байгаа бөгөөд уламжлал ба заншлын Лаодикеагийн сохролыг арилгахын тулд үнэнийг байрлуулах “хүрээ” нь Христ иудейчүүдтэй харилцаж байсан үеийн адил одоо биелж байна. “Хуучин үнэнүүд”-ийг үнэний “хүрээ”-нд байрлуулах ёстой бөгөөд ингэснээр эш үзүүллэгийн шугамуудыг бусад эш үзүүллэгийн шугамуудтай “мөр дээр мөр” зэрэгцүүлэн нэгтгэж, Лаодикеагийн нэгнийг сохролоос нь чөлөөлөх боломжийг бүрдүүлэхийн тулд юм. Христ бол бүх зүйл дээр бидний үлгэр жишээ мөн.</w:t>
      </w:r>
    </w:p>
    <w:p>
      <w:pPr>
        <w:pStyle w:val="ArticleBody"/>
        <w:jc w:val="left"/>
      </w:pPr>
      <w:r>
        <w:rPr>
          <w:rFonts w:ascii="Times New Roman" w:hAnsi="Times New Roman" w:eastAsia="Times New Roman" w:cs="Times New Roman"/>
        </w:rPr>
        <w:t>Библид сургаал хэмээн тодорхойлогдсон үнэнүүд байдаг бөгөөд, “олон гайхамшигт үнэнүүд” ч байдаг; харин мөн илчлэгдэх үедээ амьдарч буй тэрхүү “үеийн” ард түмэнд “сорилт” болдог “өнөөгийн үнэн” гэж бас бий. Эш үзүүллэгийн хувьд энэ нь Адвентизмийн дөрөв дэх үед тохиолддог бөгөөд, “энэ үед сорилт болдог” тэрхүү “өнөөгийн үнэн” нь Адвентизмийн эхний үеүүдийн хувьд сорилт байгаагүй юм.</w:t>
      </w:r>
    </w:p>
    <w:p>
      <w:pPr>
        <w:pStyle w:val="ArticleScripture"/>
        <w:jc w:val="left"/>
      </w:pPr>
      <w:r>
        <w:rPr>
          <w:rFonts w:ascii="Times New Roman" w:hAnsi="Times New Roman" w:eastAsia="Times New Roman" w:cs="Times New Roman"/>
        </w:rPr>
        <w:t>“Судруудад ойлгоход бэрх зарим зүйлс байдаг бөгөөд Петрийн хэлснээр, мэдлэггүй бөгөөд тогтворгүй хүмүүс тэдгээрийг өөрсдийнхөө сүйрэлд хүргэхээр мушгин гуйвуулдаг. Энэ амьдралд бид Судрын хэсэг бүрийн утгыг тайлбарлаж чадахгүй байж болох ч, хэрэгжүүлэх ёстой үнэний амин чухал нэг ч зүйл нууцлаг харанхуйд бүрхэгдэхгүй. Өөрийн цаг үеийн үнэнээр ертөнцийг сорих цаг Бурханы ивээлт удирдлагаар ирэхэд, хүмүүсийн оюун ухаан Түүний Сүнсээр хөдөлгөгдөн, мацаг барин залбирсаар хүртэл Судруудыг шинжлэн хайж, холбоос дараалан нэг бүрчлэн илрүүлж, төгс гинж мэт нэгтгэх болно. Сүнснүүдийн авралтай шууд хамаарах баримт бүр хэнд ч төөрөх, эсвэл харанхуйд явах шаардлагагүй болтол тийм тодорхой болгоно.”</w:t>
      </w:r>
    </w:p>
    <w:p>
      <w:pPr>
        <w:pStyle w:val="ArticleScripture"/>
        <w:jc w:val="left"/>
      </w:pPr>
      <w:r>
        <w:rPr>
          <w:rFonts w:ascii="Times New Roman" w:hAnsi="Times New Roman" w:eastAsia="Times New Roman" w:cs="Times New Roman"/>
        </w:rPr>
        <w:t>“Бид эш үзүүллэгийн гинжин хэлхээг даган мөшгөхөд, бидний цаг үеийн илчлэгдсэн үнэн тодорхой харагдаж, тайлбарлагдсан билээ. Бид эдэлж буй давуу эрхүүдийнхээ төлөө, мөн бидний зам мөрөн дээр тусаж буй гэрлийн төлөө хариуцлага хүлээнэ. Өнгөрсөн үеүүдэд амьдарч байсан хүмүүс өөрсдөд нь тусахаар зөвшөөрөгдсөн гэрлийн төлөө хариуцлагатай байсан. Тэднийг сорьж шалгасан Судрын өөр өөр зүйлсийн талаар тэдний оюун ухаан ажиллаж байсан. Гэвч тэд бидний ойлгодог үнэнүүдийг ойлгоогүй. Тэдэнд байгаагүй гэрлийн төлөө тэд хариуцлага хүлээгээгүй. Тэдэнд ч, бидэнд адил, Библи байсан; харин энэ дэлхийн түүхийн төгсгөлийн үзэгдлүүдтэй холбогдох онцгой үнэний дэлгэгдэн нээгдэх цаг нь газар дэлхий дээр амьдрах сүүлчийн үеүүдийн үед юм.</w:t>
      </w:r>
    </w:p>
    <w:p>
      <w:pPr>
        <w:pStyle w:val="ArticleScripture"/>
        <w:jc w:val="left"/>
      </w:pPr>
      <w:r>
        <w:rPr>
          <w:rFonts w:ascii="Times New Roman" w:hAnsi="Times New Roman" w:eastAsia="Times New Roman" w:cs="Times New Roman"/>
        </w:rPr>
        <w:t>“Онцгой үнэнүүд нь үе үеийн хүмүүсийн оршин байсан нөхцөл байдалд тохируулан өгөгдсөн байдаг. Энэ үеийн хүмүүст шалгалт болдог өнөөгийн үнэн нь эртний алс үеийн хүмүүсийн хувьд шалгалт байгаагүй. Хэрэв одоо бидний дээр дөрөвдүгээр тушаалын Амралтын өдрийн тухай тусаж буй гэрэл өнгөрсөн үеийнхэнд өгөгдсөнсөн бол, Бурхан тэднийг тэр гэрлийн төлөө хариуцлага хүлээлгэх байсан.” Testimonies, volume two, 692, 693.</w:t>
      </w:r>
    </w:p>
    <w:p>
      <w:pPr>
        <w:pStyle w:val="ArticleBody"/>
        <w:jc w:val="left"/>
      </w:pPr>
      <w:r>
        <w:rPr>
          <w:rFonts w:ascii="Times New Roman" w:hAnsi="Times New Roman" w:eastAsia="Times New Roman" w:cs="Times New Roman"/>
        </w:rPr>
        <w:t>Адвентизмын түүхэнд дөрвөн үе байдаг гэдгийг үгүйсгэхийг хүсэж болох хүмүүст би Хабакукийн хүснэгтүүдийг зааж өгье. Энэ үнэнийг ойлгох маш энгийн нэг арга нь Лаодикея гэсэн нэр нь “шүүгдсэн ард түмэн” гэсэн утгатай явдал юм. Адвентизмын эхлэл шүүлтийн нээлтийг тунхагласан бөгөөд Адвентизмын төгсгөл шүүлтийн хаалтыг тунхагладаг. Шүүлтийн хаалт гурав дахь болон дөрөв дэх үед явагддаг.</w:t>
      </w:r>
    </w:p>
    <w:p>
      <w:pPr>
        <w:pStyle w:val="ArticleScripture"/>
        <w:jc w:val="left"/>
      </w:pPr>
      <w:r>
        <w:rPr>
          <w:rFonts w:ascii="Times New Roman" w:hAnsi="Times New Roman" w:eastAsia="Times New Roman" w:cs="Times New Roman"/>
        </w:rPr>
        <w:t>Чи өөртөө зориулан ямар ч сийлмэл дүрс, эсвэл дээрх тэнгэрт буй аливаа юмсын, доорх газарт буй аливаа юмсын, эсвэл газрын доорх усанд буй аливаа юмсын ямар ч дүр төрхийг бүү хий. Тэдэнд бүү мөргө, тэдэнд бүү үйлчил. Учир нь Би, ЭЗЭН чиний Бурхан, атаархагч Бурхан мөн; Намайг үзэн ядагсдын эцгүүдийн гэм бурууг хүүхдүүдэд нь, гурав, дөрөв дэх үе хүртэл нь оноодог; харин Намайг хайрлаж, Миний тушаалуудыг сахигсдад мянга мянган үед өршөөл үзүүлдэг. Египетээс гарсан нь 20:4–6.</w:t>
      </w:r>
    </w:p>
    <w:p>
      <w:pPr>
        <w:pStyle w:val="ArticleBody"/>
        <w:jc w:val="left"/>
      </w:pPr>
      <w:r>
        <w:rPr>
          <w:rFonts w:ascii="Times New Roman" w:hAnsi="Times New Roman" w:eastAsia="Times New Roman" w:cs="Times New Roman"/>
        </w:rPr>
        <w:t>Шүүлтийн төгсгөлд Лаодикеийн (шүүгдсэн ард түмэн) Адвентизмын эцсийн үеийнхэн шүүгдэж, Эзэний амнаас бөөлжигдөн хаягдана; энэ нь Иерусалимын сүйрлийн үед эртний Израильд тохиолдсон шиг юм. Библийн сургаалууд бол үнэнүүд мөн; мөн сорих үнэнүүд гэж бий, түүнчлэн одоогийн үнэнүүд гэж бий. Одоогийн үнэн нь үргэлж сорих үнэн байдаг, харин энэ нь ялангуяа одоо амьдарч буй үеийнхэнд зориулагдан өгөгдсөн сорих үнэнийг тодорхойлдог. Гэвч бодит байдал дээр, Бурханы Үгийн аливаа үнэнийг бид няцаахаар сонговол, тэр нь саяхан бидний унасан сорилтын үнэн болж хувирсан байдаг.</w:t>
      </w:r>
    </w:p>
    <w:p>
      <w:pPr>
        <w:pStyle w:val="ArticleBody"/>
        <w:jc w:val="left"/>
      </w:pPr>
      <w:r>
        <w:rPr>
          <w:rFonts w:ascii="Times New Roman" w:hAnsi="Times New Roman" w:eastAsia="Times New Roman" w:cs="Times New Roman"/>
        </w:rPr>
        <w:t>Есүс бол Бурханы Үг мөн бөгөөд Тэр бол үнэн мөн. Тэрээр Пилатад Өөрөө ямар учраас “ирсэн”, “ертөнцөд” ирсэн нь “үнэний талаар гэрчлэхийн” тулд бөгөөд Түүний дуу хоолойг сонсдог хүн бүр “үнэнээс байдаг” гэдгийг мэдүүлсэн. Пилат ба Есүсийн хэлсэн “үнэн” гэсэн үг нь еврей үгнээс гаралтай бөгөөд “үнэн” гэж орчуулагддаг, Хуучин Гэрээнд нэг зуун хорин долоон удаа тохиолддог. Тэрхүү еврей үг (H571) нь англи хэлэнд янз бүрийн үгээр орчуулагддаг боловч Хуучин Гэрээнд ерэн хоёр удаа “үнэн” гэж орчуулагдсан байдаг. Энэ нь олон түвшинд гүн хүч чадал агуулсан үгсийн нэг мөн.</w:t>
      </w:r>
    </w:p>
    <w:p>
      <w:pPr>
        <w:pStyle w:val="ArticleBody"/>
        <w:jc w:val="left"/>
      </w:pPr>
      <w:r>
        <w:rPr>
          <w:rFonts w:ascii="Times New Roman" w:hAnsi="Times New Roman" w:eastAsia="Times New Roman" w:cs="Times New Roman"/>
        </w:rPr>
        <w:t>Хуучин Гэрээнд “үнэн” хэмээн орчуулагдсан үг нь еврей хэлний гурван үсгээс бүрддэг бөгөөд еврей үсэг бүр өөрийн гэсэн утгатай байдаг тул тухайн үсгүүдээс бүтсэн үг нь үсэг бүрийн нийлмэл утгыг нэгтгэн, уг үгийн эцсийн утгыг бий болгодог. “Үнэн” гэх үг нь еврей цагаан толгойн эхний үсэг, дунд хэсэгт орших нэг үсэг, мөн еврей цагаан толгойн сүүлчийн үсгээс бүрддэг. Хуучин Гэрээн дэх “үнэн” нь цагаан толгойн эхний ба сүүлчийн үсгээр, тэдгээрийн дунд нэг үсэгтэйгээр илэрхийлэгддэг!</w:t>
      </w:r>
    </w:p>
    <w:p>
      <w:pPr>
        <w:pStyle w:val="ArticleBody"/>
        <w:jc w:val="left"/>
      </w:pPr>
      <w:r>
        <w:rPr>
          <w:rFonts w:ascii="Times New Roman" w:hAnsi="Times New Roman" w:eastAsia="Times New Roman" w:cs="Times New Roman"/>
        </w:rPr>
        <w:t>Энэ нь Библийн “анхны дурдалтын дүрэм”-ийн тодорхойлолт юм. Аливаа сэдэв анх удаа танилцуулагдах тэр мөч нь тухайн үгийн хамгийн чухал эшлэл байдаг; тэр үг нь үр бөгөөд бүхэл бүтэн түүхийг бий болгоход шаардлагатай бүх ДНХ-г өөртөө агуулдаг. “Анхны дурдалтын дүрэм”-ийн хүрээн дэх хоёр дахь хамгийн чухал эшлэл нь сүүлчийн эшлэл юм. Учир нь эхлэл ба төгсгөлийн хооронд өрнөн гарч ирдэг бүх түүхүүд тэнд нэгтгэн зангидагддаг. “Илчлэлд Библийн бүх номууд уулзан төгсөнө,” бөгөөд Илчлэл бол Библийн сүүлчийн ном мөн.</w:t>
      </w:r>
    </w:p>
    <w:p>
      <w:pPr>
        <w:pStyle w:val="ArticleBody"/>
        <w:jc w:val="left"/>
      </w:pPr>
      <w:r>
        <w:rPr>
          <w:rFonts w:ascii="Times New Roman" w:hAnsi="Times New Roman" w:eastAsia="Times New Roman" w:cs="Times New Roman"/>
        </w:rPr>
        <w:t>Бидний авч үзэж буй еврей “үнэн” хэмээх үг нь “Алеф” үсгээр эхэлж, арван гурав дахь тэмдэгт нь “Мем”, харин хорин хоёр дахь буюу сүүлчийн үсэг нь “Тав” юм. Мэдээж, эдгээр үсгийн тодорхойлолт нь аль хэл шинжээчийн тайлбарыг баримтлахаас шалтгаалан янз бүрийн өнгө аястай байж болох авч, ерөнхий тодорхойлолтууд нь маш их мэдээлэл өгдөг.</w:t>
      </w:r>
    </w:p>
    <w:p>
      <w:pPr>
        <w:pStyle w:val="ArticleBody"/>
        <w:jc w:val="left"/>
      </w:pPr>
      <w:r>
        <w:rPr>
          <w:rFonts w:ascii="Times New Roman" w:hAnsi="Times New Roman" w:eastAsia="Times New Roman" w:cs="Times New Roman"/>
        </w:rPr>
        <w:t>א (Алеф): Еврей цагаан толгойн эхний үсэг бөгөөд энэ нь ихэвчлэн нэгдэлтэй холбогдож, Бурханылаг болон мөнхийг төлөөлөн, Бурхан ба бүтээлийн хоорондын холбоог бэлгэддэг.</w:t>
      </w:r>
    </w:p>
    <w:p>
      <w:pPr>
        <w:pStyle w:val="ArticleBody"/>
        <w:jc w:val="left"/>
      </w:pPr>
      <w:r>
        <w:rPr>
          <w:rFonts w:ascii="Times New Roman" w:hAnsi="Times New Roman" w:eastAsia="Times New Roman" w:cs="Times New Roman"/>
        </w:rPr>
        <w:t>מ (Мем): Еврей цагаан толгойн арван гурав дахь үсэг бөгөөд ихэвчлэн устай холбоотой байдаг.</w:t>
      </w:r>
    </w:p>
    <w:p>
      <w:pPr>
        <w:pStyle w:val="ArticleBody"/>
        <w:jc w:val="left"/>
      </w:pPr>
      <w:r>
        <w:rPr>
          <w:rFonts w:ascii="Times New Roman" w:hAnsi="Times New Roman" w:eastAsia="Times New Roman" w:cs="Times New Roman"/>
        </w:rPr>
        <w:t>ת (Тав): Еврей цагаан толгойн сүүлчийн үсэг бөгөөд “тэмдэг” эсвэл “дохио” гэсэн утгыг агуулдаг. Энэ нь ихэвчлэн төгсгөл буюу бүтээлийн “тамга” гэсэн ойлголттой холбогддог. Эртний еврей бичигт Тав үсэг нь загалмайн хэлбэртэй байв.</w:t>
      </w:r>
    </w:p>
    <w:p>
      <w:pPr>
        <w:pStyle w:val="ArticleBody"/>
        <w:jc w:val="left"/>
      </w:pPr>
      <w:r>
        <w:rPr>
          <w:rFonts w:ascii="Times New Roman" w:hAnsi="Times New Roman" w:eastAsia="Times New Roman" w:cs="Times New Roman"/>
        </w:rPr>
        <w:t>Бидний авч үзэж буй “үнэн” гэж орчуулагддаг еврей үг нь гурван үсгээс бүрддэг бөгөөд тэдгээр нь хамтаараа мөнхийн сайн мэдээг төлөөлдөг. Юу гэж? Хэрэв та гурван тэнгэрэлчийн мэдээ нь мөнхийн сайн мэдээ гэдгийг ойлговол үүнийг амархан танина. Эдгээр гурван үсгийн тайлбарууд нь гурван тэнгэрэлчийн мэдээг төлөөлдөг учраас энэ нь танигдахуйц юм.</w:t>
      </w:r>
    </w:p>
    <w:p>
      <w:pPr>
        <w:pStyle w:val="ArticleBody"/>
        <w:jc w:val="left"/>
      </w:pPr>
      <w:r>
        <w:rPr>
          <w:rFonts w:ascii="Times New Roman" w:hAnsi="Times New Roman" w:eastAsia="Times New Roman" w:cs="Times New Roman"/>
        </w:rPr>
        <w:t>Илчлэл арван дөрөвдүгээр бүлгийн эхний тэнгэрэлч мөнхийн сайн мэдээг тодорхойлон илчилж, дараа нь бүх дэлхийд Бүтээгчийг шүтэн мөргөх замаар “Бурханаас эмээж”, Түүнийг алдаршуулахыг тушаадаг. Тэрхүү гурван үсгийн эхнийх болох (Aleph)-ын тодорхойлолт нь “Тэнгэрлэг, Мөнхийн Бурхан бөгөөд, хүн төрөлхтний Бүтээгчийн хувьд, хүмүүсийн хүндэтгэн эмээж, шүтэн мөргөх ёстой Бурхан” юм.</w:t>
      </w:r>
    </w:p>
    <w:p>
      <w:pPr>
        <w:pStyle w:val="ArticleBody"/>
        <w:jc w:val="left"/>
      </w:pPr>
      <w:r>
        <w:rPr>
          <w:rFonts w:ascii="Times New Roman" w:hAnsi="Times New Roman" w:eastAsia="Times New Roman" w:cs="Times New Roman"/>
        </w:rPr>
        <w:t>Алеф нь эхний тэнгэрэлчийн мэдээг төлөөлдөг.</w:t>
      </w:r>
    </w:p>
    <w:p>
      <w:pPr>
        <w:pStyle w:val="ArticleBody"/>
        <w:jc w:val="left"/>
      </w:pPr>
      <w:r>
        <w:rPr>
          <w:rFonts w:ascii="Times New Roman" w:hAnsi="Times New Roman" w:eastAsia="Times New Roman" w:cs="Times New Roman"/>
        </w:rPr>
        <w:t>Хоёр дахь тэнгэрэлчийн мэдээ хүмүүсийг Вавилоноос гарч ирэхийг дуудан, Ариун Сүнс юүлэгдэх цагийг тэмдэглэн, Вавилоны тэрслүү байдлыг тодорхойлон харуулдаг. (Mem)-ийн утга нь усатай холбоотой бөгөөд энэ нь Сүнс юүлэгдэхийн бэлгэдэл юм; мөн энэ нь цагаан толгойн арван гурав дахь үсэг бөгөөд арван гуравын тоо нь тэрслүү байдлын бэлгэдэл тул Вавилоныг ийнхүү тодорхойлдог. Mem нь хоёр дахь тэнгэрэлчийн мэдээг төлөөлдөг.</w:t>
      </w:r>
    </w:p>
    <w:p>
      <w:pPr>
        <w:pStyle w:val="ArticleBody"/>
        <w:jc w:val="left"/>
      </w:pPr>
      <w:r>
        <w:rPr>
          <w:rFonts w:ascii="Times New Roman" w:hAnsi="Times New Roman" w:eastAsia="Times New Roman" w:cs="Times New Roman"/>
        </w:rPr>
        <w:t>Гурав дахь тэнгэрэлч хүмүүсийг араатны тэмдгийг хүлээн авахаас сэрэмжлүүлж, мөргөгчдийн хоёр ангилал болон Бурханы уур хилэнг тодорхойлдог. (Тав)-ын тодорхойлолт нь энэ нь “тэмдэг”-ийг (араатны тэмдэг) төлөөлдөг бөгөөд бүтээлийн лацыг (Бурханы лац) төлөөлдөг явдал юм. Уг үсэг өөрөө загалмай хэлбэртэй. Тав нь гурав дахь тэнгэрэлчийн мэдээг төлөөлдөг.</w:t>
      </w:r>
    </w:p>
    <w:p>
      <w:pPr>
        <w:pStyle w:val="ArticleScripture"/>
        <w:jc w:val="left"/>
      </w:pPr>
      <w:r>
        <w:rPr>
          <w:rFonts w:ascii="Times New Roman" w:hAnsi="Times New Roman" w:eastAsia="Times New Roman" w:cs="Times New Roman"/>
        </w:rPr>
        <w:t>“Амьд Бурханы ард түмний духан дээр тавигддаг амьд Бурханы тамга юу вэ? Энэ нь тэнгэрэлчүүд уншиж чадах боловч хүний нүдээр харж үл болох тэмдэг мөн; учир нь сүйтгэгч тэнгэрэлч авралын энэ тэмдгийг харах ёстой. Ухаалаг оюун ухаан Эзэний өргөмөл хөвгүүд, охидын дээр Калварийн загалмайн тэмдгийг харсан байдаг. Бурханы хуулийг зөрчсөн нүгэл зайлуулагдсан байдаг. Тэд хуримын хувцсыг өмссөн бөгөөд Бурханы бүх тушаалд дуулгавартай, үнэнч байдаг.</w:t>
      </w:r>
    </w:p>
    <w:p>
      <w:pPr>
        <w:pStyle w:val="ArticleScripture"/>
        <w:jc w:val="left"/>
      </w:pPr>
      <w:r>
        <w:rPr>
          <w:rFonts w:ascii="Times New Roman" w:hAnsi="Times New Roman" w:eastAsia="Times New Roman" w:cs="Times New Roman"/>
        </w:rPr>
        <w:t>“Эзэн үнэнийг мэддэг атлаа Өөрийнх нь тушаалуудыг үг хэл, үйл хэрэг дээрээ даган биелүүлдэггүй хүмүүсийг уучлахгүй.” Maranatha, 243.</w:t>
      </w:r>
    </w:p>
    <w:p>
      <w:pPr>
        <w:pStyle w:val="ArticleBody"/>
        <w:jc w:val="left"/>
      </w:pPr>
      <w:r>
        <w:rPr>
          <w:rFonts w:ascii="Times New Roman" w:hAnsi="Times New Roman" w:eastAsia="Times New Roman" w:cs="Times New Roman"/>
        </w:rPr>
        <w:t>“үнэн” хэмээн орчуулагддаг еврей үг нь тус бүр өөрийн гэсэн утгатай гурван үсгээс бүрддэг. Тэрхүү гурван утга нь мөн гурван тэнгэрэлчийн мэдээний утгууд мөн. Тэдгээр нь бас эхний тэнгэрэлчийн мэдээний утгууд юм. Учир нь эхний тэнгэрэлчийн мэдээ нь Адвентизмийн эхэнд байсан мэдээ бөгөөд гурав дахь тэнгэрэлчийн мэдээ нь Адвентизмийн төгсгөл дэх мэдээ юм. Есүс төгсгөлийг эхлэлээр дүрслэн үзүүлдэг тул эхний тэнгэрэлч гурав дахь тэнгэрэлчийн мэдээний бүх эш үзүүллэгийн замын тэмдгүүдийг агуулдаг. Ийнхүү еврей хэлний гурван үсгийн утга нь зөвхөн гурав дахь тэнгэрэлчийн мэдээний бэлгэдэл төдийгүй, мөн эхний тэнгэрэлчийн мэдээний бэлгэдэл болдог.</w:t>
      </w:r>
    </w:p>
    <w:p>
      <w:pPr>
        <w:pStyle w:val="ArticleBody"/>
        <w:jc w:val="left"/>
      </w:pPr>
      <w:r>
        <w:rPr>
          <w:rFonts w:ascii="Times New Roman" w:hAnsi="Times New Roman" w:eastAsia="Times New Roman" w:cs="Times New Roman"/>
        </w:rPr>
        <w:t>Илчлэлт дэх Иоханд тухайн үед байсан зүйлсийг бичихийг тушаасан бөгөөд тэр ийнхүү бичихдээ ирээдүйд байх зүйлсийг ч нэгэн зэрэг бичиж байв. Тэрээр төгсгөлийг тодруулахын тулд эхлэлийг тэмдэглэн үлдээсэн юм. Эргэлзээ үлдэхээргүйгээр Долоо дахь өдрийн Адвентистуудад Миллерчүүдийн мэдээг, өөрөөр хэлбэл эхний тэнгэрэлчийн мэдээг судалж, тунхаглах тухай мэдэгдсэн билээ. Бид тэдгээр үнэнүүдийг болон тэрхүү түүхийг судалж, тунхаглахдаа гурав дахь тэнгэрэлчийн мэдээг тунхаглаж, эхний тэнгэрэлчийн түүхийг давтан хэрэгжүүлэх болно.</w:t>
      </w:r>
    </w:p>
    <w:p>
      <w:pPr>
        <w:pStyle w:val="ArticleScripture"/>
        <w:jc w:val="left"/>
      </w:pPr>
      <w:r>
        <w:rPr>
          <w:rFonts w:ascii="Times New Roman" w:hAnsi="Times New Roman" w:eastAsia="Times New Roman" w:cs="Times New Roman"/>
        </w:rPr>
        <w:t>“Бурхан бидэнд шинэ мэдээ өгч байгаа юм биш. Бид 1843, 1844 онд бусад сүмүүдээс биднийг гарган ирсэн тэр мэдээг тунхаглах ёстой.” Review and Herald, 1905 оны 1 дүгээр сарын 19.</w:t>
      </w:r>
    </w:p>
    <w:p>
      <w:pPr>
        <w:pStyle w:val="ArticleScripture"/>
        <w:jc w:val="left"/>
      </w:pPr>
      <w:r>
        <w:rPr>
          <w:rFonts w:ascii="Times New Roman" w:hAnsi="Times New Roman" w:eastAsia="Times New Roman" w:cs="Times New Roman"/>
        </w:rPr>
        <w:t>“1840–1844 онд өгөгдсөн бүх мэдээг эдүгээ хүчтэйгээр тунхаглах ёстой. Учир нь чигээ алдсан олон хүн байна. Эдгээр мэдээ бүх сүмүүдэд хүрэх ёстой.” Manuscript Releases, 21-р боть, 437.</w:t>
      </w:r>
    </w:p>
    <w:p>
      <w:pPr>
        <w:pStyle w:val="ArticleScripture"/>
        <w:jc w:val="left"/>
      </w:pPr>
      <w:r>
        <w:rPr>
          <w:rFonts w:ascii="Times New Roman" w:hAnsi="Times New Roman" w:eastAsia="Times New Roman" w:cs="Times New Roman"/>
        </w:rPr>
        <w:t>“1841, ‘42, ‘43, ‘44 онуудад бидний хүлээн авсан үнэнүүдийг эдүгээ судалж, тунхаглах ёстой.” Manuscript Releases, 15-р боть, 371.</w:t>
      </w:r>
    </w:p>
    <w:p>
      <w:pPr>
        <w:pStyle w:val="ArticleScripture"/>
        <w:jc w:val="left"/>
      </w:pPr>
      <w:r>
        <w:rPr>
          <w:rFonts w:ascii="Times New Roman" w:hAnsi="Times New Roman" w:eastAsia="Times New Roman" w:cs="Times New Roman"/>
        </w:rPr>
        <w:t>“Анхааруулга ирсэн: 1842, 1843, 1844 онуудад мэдээ ирснээс хойш бидний байгуулан ирсэн итгэлийн суурийг үймүүлж болзошгүй юуг ч нэвтрүүлэхийг зөвшөөрч болохгүй. Би энэ мэдээнд байсан бөгөөд түүнээс хойш Бурхан бидэнд өгсөн гэрэлд үнэнчээр, дэлхийн өмнө зогссоор ирсэн. Бид өдөр өдрөөр Их Эзэнийг чин сэтгэлийн залбирлаар эрж, гэрлийг хайх үед хөлөө тавьсан тэр тавцангаасаа хөлөө татахаар төлөвлөөгүй. Бурхан надад өгсөн гэрлийг би орхиж чадна гэж та нар бодож байна уу? Тэр нь Мөнхийн Хад адил байх ёстой. Тэр өгөгдсөн цагаасаа хойш намайг удирдсаар ирсэн.” Review and Herald, 1903 оны 4 дүгээр сарын 14.</w:t>
      </w:r>
    </w:p>
    <w:p>
      <w:pPr>
        <w:pStyle w:val="ArticleBody"/>
        <w:jc w:val="left"/>
      </w:pPr>
      <w:r>
        <w:rPr>
          <w:rFonts w:ascii="Times New Roman" w:hAnsi="Times New Roman" w:eastAsia="Times New Roman" w:cs="Times New Roman"/>
        </w:rPr>
        <w:t>Эхний тэнгэрэлчийн мэдээ болон тэр мэдээг тунхагласан түүх нь—зарим эш үзүүллэгийн тайлбар-онцлогийг харгалзан үзвэл—бидний өнөөгийн түүхтэй зэрэгцэн оршиж, түүнийг дүрслэн үзүүлдэг. Тэдгээр хоёр түүхийг мөн Тэнгэрлэг Хэлшинжлэгчийн “үнэн” хэмээх үгийг бүтээхэд хэрэглэсэн гурван үсгээр төлөөлүүлэн үзүүлсэн байдаг. Харин тэр “үнэн” хэмээх үг нь мөнхийн сайн мэдээг төлөөлдөг.</w:t>
      </w:r>
    </w:p>
    <w:p>
      <w:pPr>
        <w:pStyle w:val="ArticleBody"/>
        <w:jc w:val="left"/>
      </w:pPr>
      <w:r>
        <w:rPr>
          <w:rFonts w:ascii="Times New Roman" w:hAnsi="Times New Roman" w:eastAsia="Times New Roman" w:cs="Times New Roman"/>
        </w:rPr>
        <w:t>Адвентизмын эхэн үе дэх Миллерчүүдийн түүх нь эхний тэнгэрэлчийг төлөөлдөг бөгөөд Адвентизмын төгсгөлийн үед гурав дахь тэнгэрэлчээр төлөөлөгдсөн түүхтэй зэрэгцээ түүхүүд мөн боловч, тэдгээр нь зарим ялгааг агуулдаг.</w:t>
      </w:r>
    </w:p>
    <w:p>
      <w:pPr>
        <w:pStyle w:val="ArticleBody"/>
        <w:jc w:val="left"/>
      </w:pPr>
      <w:r>
        <w:rPr>
          <w:rFonts w:ascii="Times New Roman" w:hAnsi="Times New Roman" w:eastAsia="Times New Roman" w:cs="Times New Roman"/>
        </w:rPr>
        <w:t>Эхний тэнгэрэлч шүүлтийн нээгдсэнийг тунхагладаг бөгөөд гурав дахь тэнгэрэлч шүүлтийн хаагдсаныг тунхагладаг. Адвентизмын түүх дэлгэгдэн өрнөсөн эш үзүүллэгийн бүтэц нь эхлэлийн түүхэндээ ч, төгсгөлийн түүхэндээ ч адилхан байдаг. Түүний аль ч төгсгөл түүхэнд илрэн ирэх гурван тэнгэрэлчийн гурван алхмыг дагадаг болохыг харуулж болно. Мөн тэрхүү гурван тэнгэрэлч нь мөнөөх гурван үсэг мөн. Иймээс Адвентизмын хоёр төгсгөлийн аль алинд нь буй үйл явдлуудын эш үзүүллэгийн дараалал нь гурван тэнгэрэлчийн гурван алхам дээр үндэслэдэг бөгөөд тэдгээр нь “үнэн” хэмээх үгийг бүтээдэг еврей гурван үсгээр мөн дүрслэгдсэн замын тэмдэгүүд юм.</w:t>
      </w:r>
    </w:p>
    <w:p>
      <w:pPr>
        <w:pStyle w:val="ArticleBody"/>
        <w:jc w:val="left"/>
      </w:pPr>
      <w:r>
        <w:rPr>
          <w:rFonts w:ascii="Times New Roman" w:hAnsi="Times New Roman" w:eastAsia="Times New Roman" w:cs="Times New Roman"/>
        </w:rPr>
        <w:t>Альфа нь Адвентизмийн эхлэл, Омега нь Адвентизмийн төгсгөл бөгөөд, тэдгээрийн дундах үсэг болох, арван гурав дахь үсэг нь Адвентизмийн эхлэлээс төгсгөл хүртэлх тэрслүү байдлыг ийнхүү илтгэнэ.</w:t>
      </w:r>
    </w:p>
    <w:p>
      <w:pPr>
        <w:pStyle w:val="ArticleBody"/>
        <w:jc w:val="left"/>
      </w:pPr>
      <w:r>
        <w:rPr>
          <w:rFonts w:ascii="Times New Roman" w:hAnsi="Times New Roman" w:eastAsia="Times New Roman" w:cs="Times New Roman"/>
        </w:rPr>
        <w:t>Бурханы зам хаана байдгийг бидэнд заасан байдаг:</w:t>
      </w:r>
    </w:p>
    <w:p>
      <w:pPr>
        <w:pStyle w:val="ArticleScripture"/>
        <w:jc w:val="left"/>
      </w:pPr>
      <w:r>
        <w:rPr>
          <w:rFonts w:ascii="Times New Roman" w:hAnsi="Times New Roman" w:eastAsia="Times New Roman" w:cs="Times New Roman"/>
        </w:rPr>
        <w:t>Бурхан аа, Таны зам ариун газарт байна: манай Бурхантай адил тийм агуу Бурхан хэн билээ? Дуулал 77:13.</w:t>
      </w:r>
    </w:p>
    <w:p>
      <w:pPr>
        <w:pStyle w:val="ArticleBody"/>
        <w:jc w:val="left"/>
      </w:pPr>
      <w:r>
        <w:rPr>
          <w:rFonts w:ascii="Times New Roman" w:hAnsi="Times New Roman" w:eastAsia="Times New Roman" w:cs="Times New Roman"/>
        </w:rPr>
        <w:t>Ариун сүмд бид Бурханы зам нь гурван тэнгэрэлчийн мэдээтэй адилхан гурван алхам байдгийг олж хардаг. Гадна хашаанд Бурханаас эмээх нь хүнийг өргөл өргөж, зөвтгөл хүлээн авахад хүргэдэг. Ариун газарт ариусгал нь хүжийн ширээгээр дүрслэгдсэн залбирлын амьдрал, өргөлийн талхны ширээгээр дүрслэгдсэн судлалын амьдрал, дэнлүүний сууриудаар дүрслэгдсэн үйлчлэлийн амьдралаар төлөөлөгдөнө. Хамгийн ариун газар нь шүүлтийг төлөөлдөг. Нэгдүгээр тэнгэрэлчийн мэдээгээр дүрслэгдсэнчлэн бид Бурханаас эмээхүйг эзэмших үедээ гадна хашаанд, загалмайн хормойд зөвтгөлийг эрэлхийлдэг. Бид зөвтгөгдсөн үедээ (зөвт болгуулсан үедээ) ариун газраар дүрслэгдсэн ариуссан амьдралын шинэчлэл дотор (ариун байдалд өсөн нэмэгдэхүй дотор) алхдаг. Ариун газар нь Шөнийн дундын хашхираантай хамт явсан хоёрдугаар тэнгэрэлчийн мэдээний үеэр Миллеритүүдийн гүйцэтгэсэнчлэн Христэд итгэгчийн ажлыг төлөөлдөг. Зөвтгөгдөж, ариусгагдсан бид Хамгийн ариун газраар дүрслэгдсэн шүүлтэд бэлтгэгдсэн байдаг. Ариун сүмийн гурван алхам нь, бусад зүйлсийн дотор, зөвтгөл, ариусгал, алдаршил хэмээх гурван теологийн нэр томьёог төлөөлөхийн зэрэгцээ мөн гурван тэнгэрэлчийн мэдээг төлөөлдөг бөгөөд, мэдээж, мөн нэгдүгээр тэнгэрэлчийн мэдээг ч төлөөлдөг, бас мэдээж “үнэн” хэмээх үгийг бүтээхэд хэрэглэгддэг гурван үсгийг ч төлөөлдөг.</w:t>
      </w:r>
    </w:p>
    <w:p>
      <w:pPr>
        <w:pStyle w:val="ArticleBody"/>
        <w:jc w:val="left"/>
      </w:pPr>
      <w:r>
        <w:rPr>
          <w:rFonts w:ascii="Times New Roman" w:hAnsi="Times New Roman" w:eastAsia="Times New Roman" w:cs="Times New Roman"/>
        </w:rPr>
        <w:t>Ариун газрын хашаанд ч мөн эдгээр гурван алхамыг бид олж хардаг. Ариун газар уруу орох эхний алхам нь ариун газрын эцсийн алхмыг дүрслэн үзүүлэх ёстой бөгөөд энэ нь яг л нэгдүгээр тэнгэрэлч гуравдугаар тэнгэрэлчтэй зэрэгцэн харгалддагтай адил юм. Хашаан дахь эхний алхам нь өргөлийг төхөөрөх явдал бөгөөд энэ нь зөвтгөлтийг төлөөлдөг. Хоёрдугаар алхам нь угаалтуур бөгөөд тэнд эцсийн алхмуудаас өмнө өөх тос (нүгэл)-ыг зайлуулж, өргөлийг цэвэршүүлдэг. Угаалтуурын ус нь хоёрдугаар алхмын нэгэн онцлог шинж юм. Гуравдугаар алхам нь бодит шатаалт тахил бөгөөд энэ нь шүүлт хэрэгжсэн загалмай дээрх Христийг хэв шинжээр илэрхийлж байв. Ариун газрын эхний алхамд мөн адил энэ гурван алхам байдаг, яг л нэгдүгээр тэнгэрэлчийн мэдээнд мөн адил энэ гурван алхам байдгийн адил. Альфа ба омега-гийн зарчим нь ариун газрын дотор байдаг; энэ нь гурван тэнгэрэлчийн мэдээнүүдэд байдгийн адил, “үнэн” хэмээх үгийг бүрдүүлж буй үсгүүдэд ч мөн адил байдаг.</w:t>
      </w:r>
    </w:p>
    <w:p>
      <w:pPr>
        <w:pStyle w:val="ArticleBody"/>
        <w:jc w:val="left"/>
      </w:pPr>
      <w:r>
        <w:rPr>
          <w:rFonts w:ascii="Times New Roman" w:hAnsi="Times New Roman" w:eastAsia="Times New Roman" w:cs="Times New Roman"/>
        </w:rPr>
        <w:t>2300 жилийн эш үзүүллэг нь яг адил бүтэцтэй. Энэхүү эш үзүүллэг гурван зарлигаар эхэлж, 1844 оны 10 дугаар сарын 22-нд гурав дахь тэнгэрэлчийн мэдээний ирэлтээр төгссөн. Энэхүү эш үзүүллэг эш үзүүллэгийн таван шугамыг дэвшүүлэн тавьдаг бөгөөд 2300 жилийн эш үзүүллэгийн эхэн үеийн түүх нь тэрхүү таван эш үзүүллэг тус бүрийн төгсгөлийн түүхийг төлөөлдөг. Бүрэн 2300 жилийн эш үзүүллэгийн эхлэл ба төгсгөлд гурван зарлиг байдаг бөгөөд энэ нь гурван мэдээгээр төгсөнө.</w:t>
      </w:r>
    </w:p>
    <w:p>
      <w:pPr>
        <w:pStyle w:val="ArticleBody"/>
        <w:jc w:val="left"/>
      </w:pPr>
      <w:r>
        <w:rPr>
          <w:rFonts w:ascii="Times New Roman" w:hAnsi="Times New Roman" w:eastAsia="Times New Roman" w:cs="Times New Roman"/>
        </w:rPr>
        <w:t>МЭӨ 457 онд эш үзүүллэгийн эхлэл нь хэцүү бэрх цаг үед тохиож, иудейчүүдийг буцан ирж, сүм болон хотыг дахин барих боломжийг бүрдүүлсэн. Зөгнөлийн дагуу, МЭӨ 457 онд эхэлсэн ажлын дараа 49 жилийн хойно, тэр нь мөн хэцүү бэрх цаг үед дууссан. Тийнхүү 49 жилийн эхлэл нь 49 жилийн төгсгөлийг дүрслэн харуулдаг.</w:t>
      </w:r>
    </w:p>
    <w:p>
      <w:pPr>
        <w:pStyle w:val="ArticleBody"/>
        <w:jc w:val="left"/>
      </w:pPr>
      <w:r>
        <w:rPr>
          <w:rFonts w:ascii="Times New Roman" w:hAnsi="Times New Roman" w:eastAsia="Times New Roman" w:cs="Times New Roman"/>
        </w:rPr>
        <w:t>МЭӨ 457 он нь Христийн баптисм хүртэх үедээ тослогдсоныг заан тодорхойлдог эш үзүүлгийн эхлэлийг тэмдэглэдэг. Түүний тослогдол нь эртний Израиль МЭӨ 457 онд бодит Иерусалимыг дахин байгуулахаар цугларсанчлан, Хуучин Иерусалимын бус, харин Шинэ Иерусалимын иргэд байх нэгэн ардыг цуглуулах Түүний ажлын эхлэлийг тэмдэглэсэн юм.</w:t>
      </w:r>
    </w:p>
    <w:p>
      <w:pPr>
        <w:pStyle w:val="ArticleBody"/>
        <w:jc w:val="left"/>
      </w:pPr>
      <w:r>
        <w:rPr>
          <w:rFonts w:ascii="Times New Roman" w:hAnsi="Times New Roman" w:eastAsia="Times New Roman" w:cs="Times New Roman"/>
        </w:rPr>
        <w:t>МЭӨ 457 он нь мөн Христ хэзээ цовдлогдохыг заасан зөгнөлийн эхлэлийг тэмдэглэдэг. Сестра Уайт загалмайн түүхийг 1844 оны 10-р сарын 22-ны Их Урам Хугаралттай нэг шугамд авч үздэг бөгөөд мөн Улаан тэнгисийг гаталсан түүхийг ч Их Урам Хугаралттай зэрэгцүүлэн тавьдаг. МЭӨ 457 онд Еврейчүүдийн Улаан тэнгист амссан урам хугарал, Адвентистуудын Их Урам Хугаралт, шавь нарын загалмай дээрх урам хугарал, мөн МЭӨ 457 онд Езрагийн урам хугарал зэргийг бэлгэдсэн нэгэн урам хугарал байсан юм.</w:t>
      </w:r>
    </w:p>
    <w:p>
      <w:pPr>
        <w:pStyle w:val="ArticleScripture"/>
        <w:jc w:val="left"/>
      </w:pPr>
      <w:r>
        <w:rPr>
          <w:rFonts w:ascii="Times New Roman" w:hAnsi="Times New Roman" w:eastAsia="Times New Roman" w:cs="Times New Roman"/>
        </w:rPr>
        <w:t>“Езра Иерусалим руу олон хүн буцан ирнэ хэмээн найдаж байсан боловч, уг дуудлагад хариу өгсөн хүмүүсийн тоо урмыг хугалам цөөн байв. Орон гэр, газар эдлэн олж авсан олон хүн эдгээр өмч хөрөнгөө золиослохыг огт хүссэнгүй. Тэд амар хялбар байдал, тав тухыг хайрлаж, үлдэхдээ бүрэн сэтгэл хангалуун байлаа. Тэдний жишээ нь, эс бөгөөс итгэлээр урагшлан явж буй хүмүүстэй хувь заяагаа нэгтгэхээр сонгох байсан бусдад саад тотгор болсон юм.” Prophets and Kings, 612.</w:t>
      </w:r>
    </w:p>
    <w:p>
      <w:pPr>
        <w:pStyle w:val="ArticleBody"/>
        <w:jc w:val="left"/>
      </w:pPr>
      <w:r>
        <w:rPr>
          <w:rFonts w:ascii="Times New Roman" w:hAnsi="Times New Roman" w:eastAsia="Times New Roman" w:cs="Times New Roman"/>
        </w:rPr>
        <w:t>МЭӨ 457 он нь мөн эртний Израиль Бурханаар хаягдан, сайн мэдээ харь үндэстнүүдэд хүргэгдэх цагийг тодорхойлсон эш үзүүллэгийн эхлэлийг тэмдэглэдэг бөгөөд энэ нь ялангуяа эртний Израильд оноогдсон 490 жилийн онцгой сорилтын хугацааны төгсгөлийг заадаг. Иймээс МЭӨ 457 он нь тэдний сорилтын хугацааны эхлэлийг, харин МЭ 34 он нь тэдний сорилтын хугацааны төгсгөлийг тэмдэглэдэг бөгөөд энэ нь Адвентизмийн сорилтын хугацаа 1844 онд эхэлж, Ням гаргийн хууль дээр төгсөнө гэдгийг бэлгэдэн харуулдаг.</w:t>
      </w:r>
    </w:p>
    <w:p>
      <w:pPr>
        <w:pStyle w:val="ArticleBody"/>
        <w:jc w:val="left"/>
      </w:pPr>
      <w:r>
        <w:rPr>
          <w:rFonts w:ascii="Times New Roman" w:hAnsi="Times New Roman" w:eastAsia="Times New Roman" w:cs="Times New Roman"/>
        </w:rPr>
        <w:t>2300 жилийн зөгнөл дотор өөр хэдэн дотоод цаг хугацааны зөгнөлүүд байдаг боловч, тэдгээр нь бүгд Альфа ба Омегагийн тамгыг агуулдаг. Тэдгээрийн эхлэл нь төгсгөлийг нь дүрслэн харуулдаг.</w:t>
      </w:r>
    </w:p>
    <w:p>
      <w:pPr>
        <w:pStyle w:val="ArticleBody"/>
        <w:jc w:val="left"/>
      </w:pPr>
      <w:r>
        <w:rPr>
          <w:rFonts w:ascii="Times New Roman" w:hAnsi="Times New Roman" w:eastAsia="Times New Roman" w:cs="Times New Roman"/>
        </w:rPr>
        <w:t>Эртний Израиль Бурханы хуулийн хадгалуулагчид болгогдсон бөгөөд орчин үеийн Израиль зөвхөн Түүний хуулийн төдийгүй, мөн Түүний эш үзүүллэгүүдийн хадгалуулагчид болгогдсон гэдгийг тэмдэглэх нь чухал юм. Эзэн эртний Израильтай гэрээ байгуулахдаа тэднийг чулуун хоёр хавтан дээр бичигдсэн Арван Тушаалын хадгалуулагчид болгосон. Тэрээр Миллеритийн түүхэн дэх орчин үеийн Израильтай гэрээ байгуулахдаа тэднийг 1843 болон 1850 оны анхдагчдын зурагт хуудсаар дүрслэгдсэн, Хабакукийн хоёр хавтан дээр төлөөлөгдсөн Өөрийн эш үзүүллэгийн үгийн хадгалуулагчид болгосон. Эртний Израилийн эхлэл нь орчин үеийн Израилийн эхлэлийг дүрслэн харуулдаг.</w:t>
      </w:r>
    </w:p>
    <w:p>
      <w:pPr>
        <w:pStyle w:val="ArticleScripture"/>
        <w:jc w:val="left"/>
      </w:pPr>
      <w:r>
        <w:rPr>
          <w:rFonts w:ascii="Times New Roman" w:hAnsi="Times New Roman" w:eastAsia="Times New Roman" w:cs="Times New Roman"/>
        </w:rPr>
        <w:t>“Эзэн Өөрийн ард түмэн Израилийг дуудан гаргаж, тэдэнд ариун итгэлийг даатгахын тулд тэднийг ертөнцөөс тусгаарлав. Тэрээр Өөрийн хуулийг тэдэнд хадгалан хамгаалуулахаар өгсөн; мөн Өөрийн тухай мэдлэгийг тэднээр дамжуулан хүмүүсийн дунд хадгалан үлдээхээр зорьсон. Тэднээр дамжин тэнгэрийн гэрэл дэлхийн харанхуй газруудад тусах ёстой байсан бөгөөд бүх ард түмнийг шүтээн шүтлэгээсээ эргэж, амьд бөгөөд үнэн Бурханд үйлчлэхийг уриалсан дуу хоолой сонсогдох ёстой байв.”</w:t>
      </w:r>
    </w:p>
    <w:p>
      <w:pPr>
        <w:pStyle w:val="ArticleScripture"/>
        <w:jc w:val="left"/>
      </w:pPr>
      <w:r>
        <w:rPr>
          <w:rFonts w:ascii="Times New Roman" w:hAnsi="Times New Roman" w:eastAsia="Times New Roman" w:cs="Times New Roman"/>
        </w:rPr>
        <w:t>“Еврейчүүд өөрсдөд нь даатгагдсан итгэлд үнэнч байсан бол тэд дэлхийд хүч нөлөөтэй байх байв. Бурхан тэдний хамгаалалт болох байсан бөгөөд Тэр тэднийг бусад бүх үндэстнээс дээгүүр өргөмжлөх байсан. Түүний хүч чадал ба үнэн тэднээр дамжин илчлэгдэх байсан бөгөөд тэд Түүний мэргэн бөгөөд ариун захиргаан дор шүтээн шүтлэгийн аливаа хэлбэрээс дээгүүр орших Түүний засаглалын давуу байдлын жишээ болон тодрон зогсох байсан. Гэвч тэд Бурхантай байгуулсан гэрээгээ сахисангүй. Тэд бусад үндэстнүүдийн шүтээн шүтэх зан үйлүүдийг даган явсан; мөн Бүтээгчийнхээ нэрийг газар дэлхий дээр магтаал болгохын оронд түүнийг үл хүндлэлд оруулсан.”</w:t>
      </w:r>
    </w:p>
    <w:p>
      <w:pPr>
        <w:pStyle w:val="ArticleScripture"/>
        <w:jc w:val="left"/>
      </w:pPr>
      <w:r>
        <w:rPr>
          <w:rFonts w:ascii="Times New Roman" w:hAnsi="Times New Roman" w:eastAsia="Times New Roman" w:cs="Times New Roman"/>
        </w:rPr>
        <w:t>“Гэвч Бурханы зорилго заавал биелэгдэх ёстой. Түүний хүслийн мэдлэг дэлхийд хүргэгдэх ёстой. Бурхан Өөрийн ард түмэн дээр дарлалын гарыг буулгаж, тэднийг үндэстнүүдийн дунд олзлогдогсод болгон тараасан. Зовлон дунд тэдний олон нь гэм нүглээ гэмшин наманчилж, Эзэнийг эрэн хайсан. Ийнхүү харь үндэстнүүдийн улс орнуудаар тархан суусан тэд жинхэнэ Бурханы тухай мэдлэгийг түгээн дэлгэрүүлсэн.”</w:t>
      </w:r>
    </w:p>
    <w:p>
      <w:pPr>
        <w:pStyle w:val="ArticleScripture"/>
        <w:jc w:val="left"/>
      </w:pPr>
      <w:r>
        <w:rPr>
          <w:rFonts w:ascii="Times New Roman" w:hAnsi="Times New Roman" w:eastAsia="Times New Roman" w:cs="Times New Roman"/>
        </w:rPr>
        <w:t>“Энэ цаг үед Бурхан Өөрийн чуулганыг, эртний Израилийг дуудсанчлан, газар дэлхий дээр гэрэл болон зогсохоор дуудсан. Үнэний хүчирхэг цавчигчаар—эхний, хоёр дахь, гурав дахь тэнгэрэлчийн мэдээнүүдээр—Тэр Өөртөө ариун ойр дөт байдалд авчрахын тулд нэгэн ардыг чуулгануудаас болон ертөнцөөс тусгаарласан. Тэр тэднийг Өөрийн хуулийн хадгалуулагчид болгож, энэ цаг үеийн эш үзүүллэгийн агуу үнэнүүдийг тэдэнд даатгасан. Эртний Израильд даалгасан ариун үгсийн адил эдгээр нь ертөнцөд дамжуулагдах ёстой ариун итгэмжлэл мөн.”</w:t>
      </w:r>
    </w:p>
    <w:p>
      <w:pPr>
        <w:pStyle w:val="ArticleScripture"/>
        <w:jc w:val="left"/>
      </w:pPr>
      <w:r>
        <w:rPr>
          <w:rFonts w:ascii="Times New Roman" w:hAnsi="Times New Roman" w:eastAsia="Times New Roman" w:cs="Times New Roman"/>
        </w:rPr>
        <w:t>“Зөгнөлд анхны тэнгэрэлч өөрийн тунхгийг ‘аливаа үндэстэн, овог, хэл, ард түмэнд’ хүргэнэ хэмээн тунхагладаг. Ижил энэ гурвалсан мэдээний нэг хэсгийг бүрдүүлдэг, мөн энэ цаг үеийн мэдээ болох гурав дахь тэнгэрэлчийн анхааруулга ч үүнээс дутахгүй өргөнөөр түгээгдэх болно. ‘Бурханы тушаалууд ба Есүсийн итгэл’ хэмээн бичигдсэн тугийг өндөрт өргөн мандуулах ёстой. Эхний ба хоёр дахь мэдээний хүч гурав дахьд улам эрчимжих ёстой. Зөгнөлд энэ нь тэнгэрийн дунд нисэн яваа тэнгэрэлч чанга дуугаар тунхаглаж буйгаар дүрслэгдсэн бөгөөд энэ нь дэлхийн анхаарлыг татах болно.”</w:t>
      </w:r>
    </w:p>
    <w:p>
      <w:pPr>
        <w:pStyle w:val="ArticleScripture"/>
        <w:jc w:val="left"/>
      </w:pPr>
      <w:r>
        <w:rPr>
          <w:rFonts w:ascii="Times New Roman" w:hAnsi="Times New Roman" w:eastAsia="Times New Roman" w:cs="Times New Roman"/>
        </w:rPr>
        <w:t>“Мөнх бус хүмүүст хандан хэлэгдсэн хамгийн аймшигт сүрдүүлэг нь гурав дахь тэнгэрэлчийн мэдээнд агуулагддаг. Бурханы өршөөлтэй холилдоогүй уур хилэнг буулгадаг тийм нүгэл нь үнэхээр аймшигтай байх учиртай. Гэвч хүмүүсийг энэ чухал асуудлын талаар харанхуйд орхиогүй; араатан болон түүний хөрөг дүрд мөргөхөөс сэрэмжлүүлсэн анхааруулгыг Бурханы шүүлтүүд ирэхээс өмнө дэлхийд тунхаглах ёстой бөгөөд ингэснээр бүгд шүүлтүүд юунаас болж бууж байгааг мэдэж, мөн түүнээс зугтах боломжтой болох юм.” Signs of the Times, 1910 оны 1 дүгээр сарын 25.</w:t>
      </w:r>
    </w:p>
    <w:p>
      <w:pPr>
        <w:pStyle w:val="ArticleBody"/>
        <w:jc w:val="left"/>
      </w:pPr>
      <w:r>
        <w:rPr>
          <w:rFonts w:ascii="Times New Roman" w:hAnsi="Times New Roman" w:eastAsia="Times New Roman" w:cs="Times New Roman"/>
        </w:rPr>
        <w:t>Хабаккук номын хоёрдугаар бүлгийн биелэл болгон хоёр самбар бүтээгдсэн нь хэд хэдэн эш үзүүллэгийн биелэл байсан юм.</w:t>
      </w:r>
    </w:p>
    <w:p>
      <w:pPr>
        <w:pStyle w:val="ArticleScripture"/>
        <w:jc w:val="left"/>
      </w:pPr>
      <w:r>
        <w:rPr>
          <w:rFonts w:ascii="Times New Roman" w:hAnsi="Times New Roman" w:eastAsia="Times New Roman" w:cs="Times New Roman"/>
        </w:rPr>
        <w:t>Би харуулынхаа дээр зогсож, цамхаг дээрээ байрлан, Тэр надад юу айлдахыг, мөн намайг зэмлэгдэхэд би юу хариулахаа харахаар ажиглан хүлээнэ. Тэгтэл ЭЗЭН надад хариулан айлдсан нь: Үзэгдлийг бич, түүнийг хавтангууд дээр тодорхой болго; үүнийг уншигч нь гүйн одож болохын тулд. Учир нь үзэгдэл нь тогтоогдсон цаг хугацаанд зориулагдсан хэвээр байгаа; харин эцэстээ энэ нь өгүүлж, худал болохгүй. Хэдий удаашрах мэт санагдавч, түүнийг хүлээ; учир нь тэр нь гарцаагүй ирнэ, хойшлохгүй.</w:t>
      </w:r>
    </w:p>
    <w:p>
      <w:pPr>
        <w:pStyle w:val="ArticleScripture"/>
        <w:jc w:val="left"/>
      </w:pPr>
      <w:r>
        <w:rPr>
          <w:rFonts w:ascii="Times New Roman" w:hAnsi="Times New Roman" w:eastAsia="Times New Roman" w:cs="Times New Roman"/>
        </w:rPr>
        <w:t>Харагтун, биеэ өргөмжилсөн түүний сэтгэл түүнд зөв шударга бус; харин зөвт хүн өөрийн итгэлээр амьдарна. Хабаккук 2:1–4.</w:t>
      </w:r>
    </w:p>
    <w:p>
      <w:pPr>
        <w:pStyle w:val="ArticleBody"/>
        <w:jc w:val="left"/>
      </w:pPr>
      <w:r>
        <w:rPr>
          <w:rFonts w:ascii="Times New Roman" w:hAnsi="Times New Roman" w:eastAsia="Times New Roman" w:cs="Times New Roman"/>
        </w:rPr>
        <w:t>1843 оны анхдагч хүснэгт болон 1850 оны анхдагч хүснэгт хоёулынх нь бүтээгдсэн явдал нь эш үзүүлгийн биелэл байсан. Хабаккукийн хүснэгтүүдийг судлах нь үүний талаар хангалттай нотолгоо өгдөг. Гэвч Хабаккукийн энэ хэсэг нь бидний хэлэлцэж буй энэ асуудалд чухал хувь нэмэр оруулдаг.</w:t>
      </w:r>
    </w:p>
    <w:p>
      <w:pPr>
        <w:pStyle w:val="ArticleScripture"/>
        <w:jc w:val="left"/>
      </w:pPr>
      <w:r>
        <w:rPr>
          <w:rFonts w:ascii="Times New Roman" w:hAnsi="Times New Roman" w:eastAsia="Times New Roman" w:cs="Times New Roman"/>
        </w:rPr>
        <w:t>“1843 оны хүснэгт Эзэний мутрын удирдлагаар бүтээгдсэн бөгөөд түүнд өөрчлөлт оруулах ёсгүйг; тоонууд нь Түүний хүссэнчлэн байсныг; зарим тоон дахь нэгэн алдааг хэн ч харж чадахгүй байхаар Түүний мутар дээр нь байж, түүнийг нуусан бөгөөд Түүний мутар автагдах хүртэл хэн ч түүнийг олж хараагүйг би харсан.” Early Writings, 74, 75.</w:t>
      </w:r>
    </w:p>
    <w:p>
      <w:pPr>
        <w:pStyle w:val="ArticleBody"/>
        <w:jc w:val="left"/>
      </w:pPr>
      <w:r>
        <w:rPr>
          <w:rFonts w:ascii="Times New Roman" w:hAnsi="Times New Roman" w:eastAsia="Times New Roman" w:cs="Times New Roman"/>
        </w:rPr>
        <w:t>1843 оноос хойш Эзэн өөр нэгэн хүснэгт хийхийг чиглүүлсэн боловч, анхны (1843) хүснэгтийг зөвхөн онгодоор л засварлах ёстой, өөрөөр өөрчлөх ёсгүй гэж айлдсан.</w:t>
      </w:r>
    </w:p>
    <w:p>
      <w:pPr>
        <w:pStyle w:val="ArticleScripture"/>
        <w:jc w:val="left"/>
      </w:pPr>
      <w:r>
        <w:rPr>
          <w:rFonts w:ascii="Times New Roman" w:hAnsi="Times New Roman" w:eastAsia="Times New Roman" w:cs="Times New Roman"/>
        </w:rPr>
        <w:t>“Үнэнийг хүснэгтүүд дээр тодорхой илэрхийлэх ёстойг, мөн газар дэлхий ба түүний доторх бүх юм Эзэнийх тул үүнийг тодорхой болгоход шаардлагатай хэрэгслийг хайрлаж болохгүйг би харсан. Хуучин хүснэгт Эзэнээр удирдуулсан болохыг, мөн өдөөлтөөр бус бол түүний нэг ч дүрсийг өөрчилж үл болохыг би харсан. Хүснэгтийн дүрсүүд Бурханы хүссэнээр байсан бөгөөд Түүний гар зарим дүрсэн дэх нэг алдааг дарж, нуун халхалсан тул Түүний гар зайлуулагдах хүртэл хэн ч түүнийг олж харахгүй байхаар байсныг би харсан.” Spalding and Magan, 2.</w:t>
      </w:r>
    </w:p>
    <w:p>
      <w:pPr>
        <w:pStyle w:val="ArticleBody"/>
        <w:jc w:val="left"/>
      </w:pPr>
      <w:r>
        <w:rPr>
          <w:rFonts w:ascii="Times New Roman" w:hAnsi="Times New Roman" w:eastAsia="Times New Roman" w:cs="Times New Roman"/>
        </w:rPr>
        <w:t>Ах Николсын хамт (1850 оны хүснэгтийг бүтээсэн тэр хүн) амьдарч байх үед, тэрхүү хүснэгтийг хийж байсан цагт, эгч Уайт өөрийгөө 1850 оны хүснэгтийг Библи дотор харсан хэмээн хэлсэн.</w:t>
      </w:r>
    </w:p>
    <w:p>
      <w:pPr>
        <w:pStyle w:val="ArticleScripture"/>
        <w:jc w:val="left"/>
      </w:pPr>
      <w:r>
        <w:rPr>
          <w:rFonts w:ascii="Times New Roman" w:hAnsi="Times New Roman" w:eastAsia="Times New Roman" w:cs="Times New Roman"/>
        </w:rPr>
        <w:t>“Ах дүү Николсын хэвлүүлсэн зурагт Бурхан оршиж байсныг би харсан. Энэ зургийн тухай Библид эш үзүүллэг байгааг би харсан бөгөөд хэрэв энэ зураг Бурханы ард түмэнд зориулагдсан юм бол, хэрэв энэ нь нэг хүнд хангалттай бол нөгөөд нь ч мөн адил хангалттай; мөн хэрэв нэгэнд нь илүү том хэмжээгээр шинээр зурсан зураг хэрэгтэй байсан бол, бүгдэд нь ч яг адилхан хэрэгтэй.” Manuscript Releases, volume 13, 359.</w:t>
      </w:r>
    </w:p>
    <w:p>
      <w:pPr>
        <w:pStyle w:val="ArticleBody"/>
        <w:jc w:val="left"/>
      </w:pPr>
      <w:r>
        <w:rPr>
          <w:rFonts w:ascii="Times New Roman" w:hAnsi="Times New Roman" w:eastAsia="Times New Roman" w:cs="Times New Roman"/>
        </w:rPr>
        <w:t>Хабаккук: “Үзэгдлийг бич, мөн самбарууд дээр тодорхой болго” хэмээн тушаасан билээ. Хабаккукийн хоёр самбар нь Бурхан Өөрийн эш үзүүллүүдийн хадгаламжийг тэдэнд даатгахдаа Адвентизмтай байгуулсан гэрээний бэлгэдэл байсан бөгөөд энэ нь Тэрээр эртний Израильтай гэрээ байгуулж, хуулийн хоёр самбарыг өгч, мөн хуулийн хадгаламжийг сахих үүргийг хариуцуулсантай адил юм. Гэвч Хабаккук үзэгдлийг тодорхой болгох ёстой байсан самбаруудтай холбогдуулан мөргөгчдийн хоёр ангийг ялган заадаг. Нэг анги нь “өөрийгөө өргөмжилсөн сэтгэлтэй” бөгөөд “зөв бус” нэгэн, нөгөө анги нь “зөвт хүн” хэмээн тодорхойлогдож, “өөрийн итгэлээр амьдарна” гэж хэлэгдсэн хүмүүс юм.</w:t>
      </w:r>
    </w:p>
    <w:p>
      <w:pPr>
        <w:pStyle w:val="ArticleBody"/>
        <w:jc w:val="left"/>
      </w:pPr>
      <w:r>
        <w:rPr>
          <w:rFonts w:ascii="Times New Roman" w:hAnsi="Times New Roman" w:eastAsia="Times New Roman" w:cs="Times New Roman"/>
        </w:rPr>
        <w:t>Хабаккукийн нөхцөл байдал нь зөвтгөгдөгсөд хоёр самбараар төлөөлөгдсөн эш үзүүллэгийн Үгэнд үндэслэсэн итгэлээр амьдардгийг тодорхойлж байгаа бөгөөд иймээс зөвтгөгдөөгүй хүмүүс Адвентизмийн эхлэлүүдийг няцаасан байна. Миний хэлэхийг хүсэж буй гол санаа нь бидний хэсэг хугацааны өмнө авч үзсэн нэгэн эшлэл дээр үндэслэж байна. Тэр нь ийнхүү өгүүлдэг:</w:t>
      </w:r>
    </w:p>
    <w:p>
      <w:pPr>
        <w:pStyle w:val="ArticleScripture"/>
        <w:jc w:val="left"/>
      </w:pPr>
      <w:r>
        <w:rPr>
          <w:rFonts w:ascii="Times New Roman" w:hAnsi="Times New Roman" w:eastAsia="Times New Roman" w:cs="Times New Roman"/>
        </w:rPr>
        <w:t>“Харин ариун сүмийн тухай, 2300 өдрийн тухай, Бурханы тушаалууд болон Есүсийн итгэлийн тухай зэрэг сэдвүүд нь өнгөрсөн Адвентийн хөдөлгөөнийг тайлбарлаж, бидний өнөөгийн байр суурь юу болохыг харуулж, эргэлзэгчдийн итгэлийг бэхжүүлэн, алдар суут ирээдүйн талаар бат итгэлийг төрүүлэхэд төгс зохицсон юм. Элч нарын анхаарлаа төвлөрүүлэх ёстой үндсэн сэдвүүд нь эдгээр мөн болохыг би олонтаа үзсэн.” Early Writings, 63.</w:t>
      </w:r>
    </w:p>
    <w:p>
      <w:pPr>
        <w:pStyle w:val="ArticleBody"/>
        <w:jc w:val="left"/>
      </w:pPr>
      <w:r>
        <w:rPr>
          <w:rFonts w:ascii="Times New Roman" w:hAnsi="Times New Roman" w:eastAsia="Times New Roman" w:cs="Times New Roman"/>
        </w:rPr>
        <w:t>Бид эдгээр дөрвөн үнэнийг саяхан бүгдийг нь авч үзлээ: ариун газар, 2300 өдөр, Бурханы тушаалууд, мөн Есүсийн итгэл. Бид эдгээр дөрвөн үнэнийг “өнгөрсөн Адвент хөдөлгөөнийг тайлбарлаж, бидний өнөөгийн байр суурь юу болохыг харуулахад төгс тооцоологдсон” үнэний тогтолцоонд байрлуулсан. Тэр тогтолцоо нь “анхны дурдлын дүрэм” бөгөөд энэ нь Альфа ба Омегагийн гарын үсэг, мөн үнэний тогтолцоо юм. Учир нь “үнэн” хэмээх үг нь Адвентизмын эхлэлийг тайлбарлахаар зориулагдсан “өнөөгийн үнэн” гэж тодорхойлогдсон тэр дөрвөн үнэнтэй яг адилхан гарын үсгийг агуулдаг.</w:t>
      </w:r>
    </w:p>
    <w:p>
      <w:pPr>
        <w:pStyle w:val="ArticleBody"/>
        <w:jc w:val="left"/>
      </w:pPr>
      <w:r>
        <w:rPr>
          <w:rFonts w:ascii="Times New Roman" w:hAnsi="Times New Roman" w:eastAsia="Times New Roman" w:cs="Times New Roman"/>
        </w:rPr>
        <w:t>Өөр юу ч биш юмаа гэхэд, энэ нь бидний авч үзэж буй “үнэн” хэмээн орчуулагдсан үг нь мөнхийн сайн мэдээний хүрээ бөгөөд, эцсийн анхааруулгын мэдээний хүрээ мөн бөгөөд, гурав дахь тэнгэрэлчийн мэдээний хүрээ бөгөөд, мөн Есүс Христийн Илчлэлийн ихээхэн томоохон хэсэг мөн гэсэн утгатай.</w:t>
      </w:r>
    </w:p>
    <w:p>
      <w:pPr>
        <w:pStyle w:val="ArticleBody"/>
        <w:jc w:val="left"/>
      </w:pPr>
      <w:r>
        <w:rPr>
          <w:rFonts w:ascii="Times New Roman" w:hAnsi="Times New Roman" w:eastAsia="Times New Roman" w:cs="Times New Roman"/>
        </w:rPr>
        <w:t>Илчлэлт номын нэгдүгээр бүлгийн эхний гурван эшлэлд Есүс Христийн Илчлэл хэмээн дүрслэгдсэн эцсийн анхааруулгын мэдээ Илчлэл номын төгсгөлд дахин хоёр дахь удаагаа гэрчлэгддэг. Илчлэл номын төгсгөл нь Хуучин Гэрээний эхний эшлэлүүдийн тухай ч, мөн Хуучин Гэрээний сүүлчийн эшлэлүүдийн тухай ч гэрчилдэг. Эдгээр дөрвөн ишлэлийг хамтад нь авч, эш үзүүллэгийн мөрийг эш үзүүллэгийн мөр дээр тавих тэнгэрлэг дүрмийг хэрэглэвэл, эцсийн анхааруулгын мэдээ нь Бүтээгчийн Өөрийн бүтээсэн амьтадтайгаа тогтоодог харилцаатай холбоотой гэдгийг дүгнэж болно. Энэ нь Түүний бүтээх хүчин чадалтай холбоотой. Энэ нь Түүний бүтээх хүчин чадал Өөрийн сүмд хэрхэн дамжуулагддагтай холбоотой. Энэ нь төгсгөлийг эхлэлтэй адилтган тодорхойлдог Бурханлаг чанарын шинжтай холбоотой. Энэ бол сорилтын хугацаа хаагдахын яг өмнө ирдэг мэдээ бөгөөд үүгээр ч хязгаарлагдахгүй. Эдгээрийг хамтад нь авч үзвэл, энэ нь Бурханы бүтээх хүчин чадлын тухай юм! Мөн Түүний бүтээх хүчин чадлын тухай анхны дурдалт нь Эхлэл номын эхэнд, нэгдүгээр эшлэлээс хоёрдугаар бүлгийн гуравдугаар эшлэл хүртэл байдаг.</w:t>
      </w:r>
    </w:p>
    <w:p>
      <w:pPr>
        <w:pStyle w:val="ArticleScripture"/>
        <w:jc w:val="left"/>
      </w:pPr>
      <w:r>
        <w:rPr>
          <w:rFonts w:ascii="Times New Roman" w:hAnsi="Times New Roman" w:eastAsia="Times New Roman" w:cs="Times New Roman"/>
        </w:rPr>
        <w:t>Эхэнд Бурхан тэнгэр ба газрыг бүтээв. Газар нь ямар ч хэлбэр дүрсгүй, хоосон байв; мөн гүн усны мандал дээр харанхуй байлаа. Бурханы Сүнс усны мандал дээгүүр халин байв.</w:t>
      </w:r>
    </w:p>
    <w:p>
      <w:pPr>
        <w:pStyle w:val="ArticleScripture"/>
        <w:jc w:val="left"/>
      </w:pPr>
      <w:r>
        <w:rPr>
          <w:rFonts w:ascii="Times New Roman" w:hAnsi="Times New Roman" w:eastAsia="Times New Roman" w:cs="Times New Roman"/>
        </w:rPr>
        <w:t>Бурхан айлдан, Гэрэл бий болог гэжээ; тэгээд гэрэл бий болов. Бурхан гэрлийг хараад, сайн байгааг нь үзэв; мөн Бурхан гэрлийг харанхуйгаас салгав. Бурхан гэрлийг Өдөр гэж нэрлэж, харанхуйг Шөнө гэж нэрлэв. Үдэш болж, өглөө болсон нь анхны өдөр байв.</w:t>
      </w:r>
    </w:p>
    <w:p>
      <w:pPr>
        <w:pStyle w:val="ArticleScripture"/>
        <w:jc w:val="left"/>
      </w:pPr>
      <w:r>
        <w:rPr>
          <w:rFonts w:ascii="Times New Roman" w:hAnsi="Times New Roman" w:eastAsia="Times New Roman" w:cs="Times New Roman"/>
        </w:rPr>
        <w:t>Бурхан айлдахдаа, «Усны дунд огторгуй бий болог; тэгээд тэр нь усыг уснаас нь ялгаг» гэв. Бурхан огторгуйг бүтээж, огторгуйн доорх усыг огторгуйн дээдэх уснаас нь салгав. Тийнхүү болов. Бурхан огторгуйг Тэнгэр гэж нэрлэв. Үдэш болж, өглөө болж, хоёр дахь өдөр болов.</w:t>
      </w:r>
    </w:p>
    <w:p>
      <w:pPr>
        <w:pStyle w:val="ArticleScripture"/>
        <w:jc w:val="left"/>
      </w:pPr>
      <w:r>
        <w:rPr>
          <w:rFonts w:ascii="Times New Roman" w:hAnsi="Times New Roman" w:eastAsia="Times New Roman" w:cs="Times New Roman"/>
        </w:rPr>
        <w:t>Тэгээд Бурхан, “Тэнгэрийн доорх ус нэг газарт цуглагдаж, хуурай газар ил гарч ирэг” гэж айлдав. Тэгэхэд тийн болов. Бурхан хуурай газрыг Газар гэж нэрлэж, усны цугларсан газрыг Тэнгисүүд гэж нэрлэв. Бурхан үүнийг сайн болохыг харав. Тэгээд Бурхан, “Газар дэлхий өвс ногоо, үр гаргадаг ургамал, мөн өөрийн төрлөөрөө жимс гаргадаг, үр нь өөртөө байдаг жимсний моддыг дэлхий дээр ургуулан гаргаг” гэж айлдав. Тэгэхэд тийн болов. Газар дэлхий өвс ногоо, өөрийн төрлөөрөө үр гаргадаг ургамал, мөн өөрийн төрлөөрөө жимс гаргадаг, үр нь өөртөө байдаг моддыг ургуулан гаргав. Бурхан үүнийг сайн болохыг харав. Үдэш болж, өглөө болов. Энэ нь гурав дахь өдөр байлаа.</w:t>
      </w:r>
    </w:p>
    <w:p>
      <w:pPr>
        <w:pStyle w:val="ArticleScripture"/>
        <w:jc w:val="left"/>
      </w:pPr>
      <w:r>
        <w:rPr>
          <w:rFonts w:ascii="Times New Roman" w:hAnsi="Times New Roman" w:eastAsia="Times New Roman" w:cs="Times New Roman"/>
        </w:rPr>
        <w:t>Бурхан айлдан, “Тэнгэрийн огторгуйд гэрэлтүүлэгчид байж, өдрийг шөнөөс салгаг; мөн тэд тэмдэг, улирал, өдөр, жилүүдийн төлөө байг. Мөн тэд тэнгэрийн огторгуйд гэрэлтүүлэгчид байж, газар дэлхий дээр гэрэл тусгаг” гэв. Тийнхүү болов. Бурхан хоёр агуу гэрэлтүүлэгчийг бүтээв; их гэрэлтүүлэгчийг өдрийг захирахаар, бага гэрэлтүүлэгчийг шөнийг захирахаар, мөн оддыг ч бүтээв. Бурхан тэднийг газар дэлхий дээр гэрэл тусгахаар, мөн өдөр ба шөнийг захирахаар, гэрлийг харанхуйгаас салгахаар тэнгэрийн огторгуйд байрлуулав. Бурхан үүнийг сайн болохыг харав. Үдэш болж, өглөө болов; энэ нь дөрөв дэх өдөр байв.</w:t>
      </w:r>
    </w:p>
    <w:p>
      <w:pPr>
        <w:pStyle w:val="ArticleScripture"/>
        <w:jc w:val="left"/>
      </w:pPr>
      <w:r>
        <w:rPr>
          <w:rFonts w:ascii="Times New Roman" w:hAnsi="Times New Roman" w:eastAsia="Times New Roman" w:cs="Times New Roman"/>
        </w:rPr>
        <w:t>Тэгээд Бурхан, Амьтай хөдөлгөөнт амьтдыг ус арвин дэлгэрүүлэн гаргаг; мөн шувууд тэнгэрийн огторгуйн уудамд газрын дээгүүр нисэг гэж айлдав. Тэгээд Бурхан агуу халимуудыг, мөн ус арвин гаргасан, өөр өөрийн төрлөөрөө хөдөлдөг амьтай бүх амьтдыг, бас өөр өөрийн төрлөөрөө жигүүрт бүх шувуудыг бүтээв. Бурхан үүнийг сайн гэж үзэв. Тэгээд Бурхан тэднийг ерөөн, Үржилтэй байж, өсөн олшрон, тэнгисийн уснуудыг дүүргэгтүн; мөн шувууд газар дээр өсөн олшрог гэж айлдав. Үдэш болж, өглөө болсон нь тав дахь өдөр байв.</w:t>
      </w:r>
    </w:p>
    <w:p>
      <w:pPr>
        <w:pStyle w:val="ArticleScripture"/>
        <w:jc w:val="left"/>
      </w:pPr>
      <w:r>
        <w:rPr>
          <w:rFonts w:ascii="Times New Roman" w:hAnsi="Times New Roman" w:eastAsia="Times New Roman" w:cs="Times New Roman"/>
        </w:rPr>
        <w:t>Бурхан айлдсан нь: Газар дэлхий өөрийн төрлөөр амьтай бодгалиудыг, мал адгуусыг, мөлхөгч амьтдыг, газрын зэрлэг амьтдыг өөр өөрийн төрлөөр гаргаж ирэг. Тэгээд тийн болов. Бурхан газрын зэрлэг амьтдыг өөр өөрийн төрлөөр, мал адгуусыг өөр өөрийн төрлөөр, газар дээр мөлхөгч бүхнийг өөр өөрийн төрлөөр бүтээв. Бурхан үүнийг сайн болохыг харав. Тэгээд Бурхан айлдсан нь: Өөрсдийн дүр төрхөөр, Өөрсдийн адилтгалаар хүнийг бүтээе. Тэд далайн загас, тэнгэрийн шувуу, мал адгуус, бүх газар дэлхий, мөн газар дээр мөлхөгч бүхэнд ноёрхог. Ийнхүү Бурхан хүнийг Өөрийн дүрээр бүтээв; Бурханы дүрээр түүнийг бүтээв; эр, эм хоёроор тэднийг бүтээв. Бурхан тэднийг ерөөж, тэдэнд айлдсан нь: Үржилтэй байж, өсөн олширч, газар дэлхийг дүүргэж, түүнийг эрхшээлдээ оруул. Далайн загас, тэнгэрийн шувуу, газар дээр хөдлөн явагч бүх амьтанд ноёрхогтун. Бурхан айлдсан нь: Харагтун, бүх газар дэлхийн мандал дээрх үртэй өвс ногоо бүрийг, мөн үр бүхий жимс ургуулдаг мод бүрийг Би та нарт өгсөн; энэ нь та нарт хоол хүнс болог. Газрын зэрлэг амьтан бүрд, тэнгэрийн шувуу бүрд, газар дээр мөлхөгч, амьсгал амьтай бүхэнд Би бүх ногоон өвсийг хоол болгон өгсөн. Тэгээд тийн болов. Бурхан Өөрийн бүтээсэн бүхнээ харахад, болгоогтун, маш сайн байв. Үдэш болж, өглөө болж, зургаа дахь өдөр болов. Ийнхүү тэнгэр, газар, тэдгээрийн бүх чуулган төгсөв. Долоо дахь өдөр Бурхан Өөрийн хийсэн ажлыг гүйцээж, Өөрийн хийсэн бүх ажлаас долоо дахь өдөр амрав. Бурхан долоо дахь өдрийг ерөөж, ариусгав. Учир нь Бурханы бүтээж хийсэн бүх ажлаас Тэр энэ өдөр амарсан юм. Эхлэл 1:1–2:3.</w:t>
      </w:r>
    </w:p>
    <w:p>
      <w:pPr>
        <w:pStyle w:val="ArticleBody"/>
        <w:jc w:val="left"/>
      </w:pPr>
      <w:r>
        <w:rPr>
          <w:rFonts w:ascii="Times New Roman" w:hAnsi="Times New Roman" w:eastAsia="Times New Roman" w:cs="Times New Roman"/>
        </w:rPr>
        <w:t>Өмнөх эшлэлүүд нь бүх бүтээлийн гэрчлэлийг төлөөлж, Бурханы үг бүтээх хүчийг эзэмшдэгийг онцлон тэмдэглэж байна.</w:t>
      </w:r>
    </w:p>
    <w:p>
      <w:pPr>
        <w:pStyle w:val="ArticleScripture"/>
        <w:jc w:val="left"/>
      </w:pPr>
      <w:r>
        <w:rPr>
          <w:rFonts w:ascii="Times New Roman" w:hAnsi="Times New Roman" w:eastAsia="Times New Roman" w:cs="Times New Roman"/>
        </w:rPr>
        <w:t>Бүх дэлхий ЭЗЭНээс эмээг; ертөнцийн бүх оршин суугчид Түүний өмнө сүрдэн биширч зогсог. Учир нь Тэр айлдсан бөгөөд тийнхүү болсон; Тэр тушаасан бөгөөд тэр нь бат тогтов. Дуулал 33:8, 9.</w:t>
      </w:r>
    </w:p>
    <w:p>
      <w:pPr>
        <w:pStyle w:val="ArticleBody"/>
        <w:jc w:val="left"/>
      </w:pPr>
      <w:r>
        <w:rPr>
          <w:rFonts w:ascii="Times New Roman" w:hAnsi="Times New Roman" w:eastAsia="Times New Roman" w:cs="Times New Roman"/>
        </w:rPr>
        <w:t>Ертөнцийг бүтээсэн тэрхүү мөн бүтээлч хүчийг Христ хүнийг өөрчлөн шинэчлэхэд хэрэглэдэг.</w:t>
      </w:r>
    </w:p>
    <w:p>
      <w:pPr>
        <w:pStyle w:val="ArticleScripture"/>
        <w:jc w:val="left"/>
      </w:pPr>
      <w:r>
        <w:rPr>
          <w:rFonts w:ascii="Times New Roman" w:hAnsi="Times New Roman" w:eastAsia="Times New Roman" w:cs="Times New Roman"/>
        </w:rPr>
        <w:t>“Ертөнцүүдийг оршин тогтноход дуудсан бүтээлч хүч нь Бурханы үгэнд байдаг. Энэ үг хүчийг өгдөг; амийг төрүүлдэг. Аливаа тушаал бүр амлалт мөн; хүсэлээр хүлээн авч, сэтгэлд шингээн авбал, тэр нь Хязгааргүй Нэгэний амийг өөртэйгөө хамт авчирдаг. Энэ нь мөн чанарыг хувиргаж, сэтгэлийг Бурханы дүр төрхөөр дахин бүтээдэг.</w:t>
      </w:r>
    </w:p>
    <w:p>
      <w:pPr>
        <w:pStyle w:val="ArticleScripture"/>
        <w:jc w:val="left"/>
      </w:pPr>
      <w:r>
        <w:rPr>
          <w:rFonts w:ascii="Times New Roman" w:hAnsi="Times New Roman" w:eastAsia="Times New Roman" w:cs="Times New Roman"/>
        </w:rPr>
        <w:t>“Ийнхүү хүртээгдсэн амь мөн адил тэтгэгдэн хадгалагддаг. ‘Хүн Бурханы амнаас гарах үг бүрээр амьдарна’ (Матай 4:4).” Боловсрол, 126.</w:t>
      </w:r>
    </w:p>
    <w:p>
      <w:pPr>
        <w:pStyle w:val="ArticleBody"/>
        <w:jc w:val="left"/>
      </w:pPr>
      <w:r>
        <w:rPr>
          <w:rFonts w:ascii="Times New Roman" w:hAnsi="Times New Roman" w:eastAsia="Times New Roman" w:cs="Times New Roman"/>
        </w:rPr>
        <w:t>Есүс Христийн Илчлэлт нь Бурханы Үг хүмүүст хэрхэн дамжуулагддагийг онцлон харуулдаг. Энэ нь Эцгээс, Хүүд, тэнгэрэлчид, улмаар түүнийг бичиж тэмдэглээд чуулгануудад илгээдэг эш үзүүлэгчид хүрдэг. Илчлэлт номын эхэнд болон төгсгөлд тавигдсан энэхүү харилцаа-дамжуулалтын үйл явц нь мөн Иаковын шат дээр тэнгэрэлч нар шатаар өгсөн уруудан яваагаар дүрслэгдсэн байдаг. Энэ нь тосыг ариун сүмд оруулдаг Зехариагийн хоёр алтан хоолойгоор ч дүрслэгддэг. Бурхан ба хүний хоорондын харилцаа-дамжуулалтын үйл явц нь Библийн зөгнөлийн нэгэн сэдэв бөгөөд илгээгдэн гардаг мэдээ нь орчлон ертөнцийг бүтээсэн тэрхүү бүтээлч хүчийг агуулдаг. Илчлэлт номын нэгдүгээр бүлэг дэх харилцаа-дамжуулалтын үйл явцад, чуулгануудад уламжлагдан өгөгдсөн мэдээ нь Лаодикийг Филадельфи болгон хувиргах хүчийг агуулдаг хэмээн ойлгох ёстой.</w:t>
      </w:r>
    </w:p>
    <w:p>
      <w:pPr>
        <w:pStyle w:val="ArticleBody"/>
        <w:jc w:val="left"/>
      </w:pPr>
      <w:r>
        <w:rPr>
          <w:rFonts w:ascii="Times New Roman" w:hAnsi="Times New Roman" w:eastAsia="Times New Roman" w:cs="Times New Roman"/>
        </w:rPr>
        <w:t>Хуучин Гэрээний ч бай, Шинэ Гэрээний ч бай эхлэлийг нь эсвэл төгсгөлийг нь авч үзсэн ч адилхан нэгэн мэдээ байдаг. Бурхан эцсийн анхааруулгын мэдээг дамжуулж байгаа бөгөөд, тэр нь сонсогчид түүнийг сонсон сахих аваас, Бурханы бүтээх хүчийг агуулдаг. Үүнийг гүйцэлдүүлдэг мэдээ нь Альфа ба Омегагийн тэнгэрлэг хүрээнд байрладаг. Эхлэл, дунд, төгсгөл. “Үнэн” хэмээх үгийг бүрдүүлэхээр хамт ордог еврей гурван үсэг нь мөнхийн сайн мэдээ бөгөөд, тэдгээр үсэг, тэдгээрийн утга, мөн хоорондоо нэгдэн бий болгодог үг нь зарчмыг төдийгүй Альфа ба Омега мөн Нэгэнийг бэлгэддэг. Энэ нь Түүний бүтээх хүчийг онцолдог. Бүтээлийн түүхийн сүүлийн гурван үг нь тус бүр “үнэн” хэмээх үгийг бүрдүүлдэг гурван үсгээр, тэрхүү дарааллаар эхэлдэг.</w:t>
      </w:r>
    </w:p>
    <w:p>
      <w:pPr>
        <w:pStyle w:val="ArticleBody"/>
        <w:jc w:val="left"/>
      </w:pPr>
      <w:r>
        <w:rPr>
          <w:rFonts w:ascii="Times New Roman" w:hAnsi="Times New Roman" w:eastAsia="Times New Roman" w:cs="Times New Roman"/>
        </w:rPr>
        <w:t>Бүтээлийн түүхийн төгсгөлд байдаг гурван үг нь нийлээд “үнэн” хэмээх үгийг бүрдүүлдэг гурван үсгээр эхэлдэг. Тэр эшлэлийн сүүлийн гурван үг нь א (Алеф), מ (Мем), ת (Тав) гэсэн үсгүүдээр дарааллаараа эхэлдэг. Эдгээр гурван үгийг “Бурхан,” “бүтээсэн,” “хийсэн” хэмээн орчуулдаг. Энэ гурван үг нь тус бүр א (Алеф), מ (Мем), ת (Тав) гэсэн үсгүүдээр тэрхүү дарааллаар эхэлдэг нь бүтээлийн өгүүлэмжийн бүрэн төгс байдал болон эмх цэгцтэй шинжийг улам тодотгодог. Энэ хэв маягийг Еврейн тайлбарлагчид еврей эх бичвэрийн хэлзүйн сонирхолтой онцлог хэмээн тэмдэглэсэн байдаг.</w:t>
      </w:r>
    </w:p>
    <w:p>
      <w:pPr>
        <w:pStyle w:val="ArticleBody"/>
        <w:jc w:val="left"/>
      </w:pPr>
      <w:r>
        <w:rPr>
          <w:rFonts w:ascii="Times New Roman" w:hAnsi="Times New Roman" w:eastAsia="Times New Roman" w:cs="Times New Roman"/>
        </w:rPr>
        <w:t>Бүтээлийн түүх “эхэнд” гэсэн үгсээр эхэлж, Альфа ба Омега, эхлэл ба төгсгөл, анхдагч ба эцсийнхнийг илэрхийлдэг гурван үгээр төгсөнө. Эхлэл номын гэрчлэлд дүрслэгдсэн бүтээх хүч нь гайхамшигт хэл шинжээчийн гарын үсгээр эхэлж, төгсөнө.</w:t>
      </w:r>
    </w:p>
    <w:p>
      <w:pPr>
        <w:pStyle w:val="ArticleBody"/>
        <w:jc w:val="left"/>
      </w:pPr>
      <w:r>
        <w:rPr>
          <w:rFonts w:ascii="Times New Roman" w:hAnsi="Times New Roman" w:eastAsia="Times New Roman" w:cs="Times New Roman"/>
        </w:rPr>
        <w:t>Аливаа зүйлийн эхнийх нь тухайн зүйлийн эцсийнхийг дүрслэн үзүүлдэг гэдгийг эш үзүүлэгч Иохан тухайн үед байсан зүйлийг бичихдээ, нэгэн зэрэг юу болохыг мөн бичиж байснаараа онцлон тэмдэглэсэн юм.</w:t>
      </w:r>
    </w:p>
    <w:p>
      <w:pPr>
        <w:pStyle w:val="ArticleBody"/>
        <w:jc w:val="left"/>
      </w:pPr>
      <w:r>
        <w:rPr>
          <w:rFonts w:ascii="Times New Roman" w:hAnsi="Times New Roman" w:eastAsia="Times New Roman" w:cs="Times New Roman"/>
        </w:rPr>
        <w:t>Хуучин Гэрээний төгсгөлд дүрслэгдсэн Елиагийн эцсийн анхааруулгын мэдээ нь Ням гаргийн хуулийн хямрал болон айсуй долоон сүүлчийн гамшгийн хүрээнд мөнөөх л эш үзүүллэгийн зарчмыг тодорхойлдог.</w:t>
      </w:r>
    </w:p>
    <w:p>
      <w:pPr>
        <w:pStyle w:val="ArticleBody"/>
        <w:jc w:val="left"/>
      </w:pPr>
      <w:r>
        <w:rPr>
          <w:rFonts w:ascii="Times New Roman" w:hAnsi="Times New Roman" w:eastAsia="Times New Roman" w:cs="Times New Roman"/>
        </w:rPr>
        <w:t>“Эхний дурдлагын зарчим” болон түүний төлөөлөн илэрхийлдэг бүхэн нь “өнөөгийн үнэн”-ийг байрлуулах ёстой “хүрээ” мөн. Тэрхүү хүрээ нь “эхний дурдлагын зарчим” бөгөөд энэ нь мөн Бурханы шинж чанаруудын нэг юм.</w:t>
      </w:r>
    </w:p>
    <w:p>
      <w:pPr>
        <w:pStyle w:val="ArticleBody"/>
        <w:jc w:val="left"/>
      </w:pPr>
      <w:r>
        <w:rPr>
          <w:rFonts w:ascii="Times New Roman" w:hAnsi="Times New Roman" w:eastAsia="Times New Roman" w:cs="Times New Roman"/>
        </w:rPr>
        <w:t>Адвентизмын эхлэлийг төлөөлдөг Даниелын ном болон Адвентизмын төгсгөлийг төлөөлдөг Илчлэлтийн номд, эхнийх нь сүүлчхийг дүрслэн үзүүлдэг зарчмаар харахад, бид гайхамшигт зэрэгцлүүдийг олж хардаг. Даниелын номд “нууцуудыг гайхамшигтайгаар тоологч” гэсэн утгатай Палмони хэмээх нэрийг хэрэглэснээр Есүсийн нэгэн шинжийг илэрхийлдэг. Даниел мөн Есүсийг тэргүүн тэнгэрэлч Михаел хэмээн танилцуулдаг. Иохан Даниелын адил үйлдэхээр хэрэглэгддэг бөгөөд тэрээр математикийн эзэн, эсвэл тэнгэрэлч нарын удирдагчийг бус, харин хэлний эзнийг тодорхойлдог. Есүсийг цагаан толгойн эзэн хэмээн авч үзэхдээ, бид Библийн хамгийн урт бүлэг болох Дуулал 119-ийг авч үзэх ёстой.</w:t>
      </w:r>
    </w:p>
    <w:p>
      <w:pPr>
        <w:pStyle w:val="ArticleBody"/>
        <w:jc w:val="left"/>
      </w:pPr>
      <w:r>
        <w:rPr>
          <w:rFonts w:ascii="Times New Roman" w:hAnsi="Times New Roman" w:eastAsia="Times New Roman" w:cs="Times New Roman"/>
        </w:rPr>
        <w:t>Дуулал 119 нь цагаан толгойн акростик бүтэцтэй бөгөөд энэ нь найман ишлэлээс бүрдэх бүлэг бүрийн эхний үсэг ижил үсгээр эхэлдгийг илэрхийлнэ. Еврей цагаан толгойд хорин хоёр үсэг байдаг тул найман ишлэлтэй хорин хоёр хэсэг байна. Хэсэг бүр цагаан толгойн дарааллын дагуу тухайн үсгээр эхэлж, түүнээс хойш тэр үсэгт хамаарагдсан найман ишлэл тус бүр мөн тэр үсгээр эхэлдэг. Үсэг бүрт найман ишлэл ногдох учир, ийнхүү найман ишлэлийг еврей цагаан толгойн хорин хоёр үсгээр үржүүлэхэд нэг зуун далан зургаан мөр болно. Энэхүү Дуулал нь эмх замбараагүй байдлын Бурхан бус, харин дэг журмын Бурхан болох Бурханд дуулгавартай байхыг онцлон тэмдэглэдэг (иймээс акростик бүтэцтэй).</w:t>
      </w:r>
    </w:p>
    <w:p>
      <w:pPr>
        <w:pStyle w:val="ArticleBody"/>
        <w:jc w:val="left"/>
      </w:pPr>
      <w:r>
        <w:rPr>
          <w:rFonts w:ascii="Times New Roman" w:hAnsi="Times New Roman" w:eastAsia="Times New Roman" w:cs="Times New Roman"/>
        </w:rPr>
        <w:t>Дуулал 119-ийн өөр нэгэн тод томруун сэдэв бол Бурханы Үг бүх талаар хангалттай гэсэн гүнзгий үнэн юм. Энэ дууллын туршид Бурханы Үгийг заасан найман өөр нэр томьёо хэрэглэгдсэн байдаг: хууль, гэрчлэлүүд, тушаалууд, тогтоолууд, зарлигууд, шүүлтүүд, үг, мөн захирамжууд. Бараг бүх эшлэлд Бурханы Үг дурдагдсан байдаг. Дуулал 119 нь зөвхөн Судрын мөн чанарыг батлан тунхаглаад зогсохгүй, Бурханы Үг нь Бурхан Өөрийнх нь мөн чанарыг яг таг тусгадаг гэдгийг мөн батлан тунхагладаг. Дуулал 119-д өгүүлсэн Бурханы дараах шинжүүдийг анхааран үзэгтүн:</w:t>
      </w:r>
    </w:p>
    <w:p>
      <w:pPr>
        <w:pStyle w:val="ArticleListItem"/>
        <w:ind w:left="576" w:hanging="259"/>
        <w:jc w:val="left"/>
      </w:pPr>
      <w:r>
        <w:rPr>
          <w:rFonts w:ascii="Times New Roman" w:hAnsi="Times New Roman" w:eastAsia="Times New Roman" w:cs="Times New Roman"/>
        </w:rPr>
        <w:t>1. Зөвт байдал (7, 62, 75, 106, 123, 138, 144, 160, 164, 172-р зүйлс)</w:t>
      </w:r>
    </w:p>
    <w:p>
      <w:pPr>
        <w:pStyle w:val="ArticleListItem"/>
        <w:ind w:left="576" w:hanging="259"/>
        <w:jc w:val="left"/>
      </w:pPr>
      <w:r>
        <w:rPr>
          <w:rFonts w:ascii="Times New Roman" w:hAnsi="Times New Roman" w:eastAsia="Times New Roman" w:cs="Times New Roman"/>
        </w:rPr>
        <w:t>2. Итгэл даахуй чанар (42-р эшлэл)</w:t>
      </w:r>
    </w:p>
    <w:p>
      <w:pPr>
        <w:pStyle w:val="ArticleListItem"/>
        <w:ind w:left="576" w:hanging="259"/>
        <w:jc w:val="left"/>
      </w:pPr>
      <w:r>
        <w:rPr>
          <w:rFonts w:ascii="Times New Roman" w:hAnsi="Times New Roman" w:eastAsia="Times New Roman" w:cs="Times New Roman"/>
        </w:rPr>
        <w:t>3. Үнэнч чанар (43, 142, 151, 160-р эшлэлүүд)</w:t>
      </w:r>
    </w:p>
    <w:p>
      <w:pPr>
        <w:pStyle w:val="ArticleListItem"/>
        <w:ind w:left="576" w:hanging="259"/>
        <w:jc w:val="left"/>
      </w:pPr>
      <w:r>
        <w:rPr>
          <w:rFonts w:ascii="Times New Roman" w:hAnsi="Times New Roman" w:eastAsia="Times New Roman" w:cs="Times New Roman"/>
        </w:rPr>
        <w:t>4. Итгэмжит байдал (86-р зүйл)</w:t>
      </w:r>
    </w:p>
    <w:p>
      <w:pPr>
        <w:pStyle w:val="ArticleListItem"/>
        <w:ind w:left="576" w:hanging="259"/>
        <w:jc w:val="left"/>
      </w:pPr>
      <w:r>
        <w:rPr>
          <w:rFonts w:ascii="Times New Roman" w:hAnsi="Times New Roman" w:eastAsia="Times New Roman" w:cs="Times New Roman"/>
        </w:rPr>
        <w:t>5. Өөрчлөгдөшгүй байдал (89-р зүйл)</w:t>
      </w:r>
    </w:p>
    <w:p>
      <w:pPr>
        <w:pStyle w:val="ArticleListItem"/>
        <w:ind w:left="576" w:hanging="259"/>
        <w:jc w:val="left"/>
      </w:pPr>
      <w:r>
        <w:rPr>
          <w:rFonts w:ascii="Times New Roman" w:hAnsi="Times New Roman" w:eastAsia="Times New Roman" w:cs="Times New Roman"/>
        </w:rPr>
        <w:t>6. Мөнх байдал (90, 152-р зүйлүүд)</w:t>
      </w:r>
    </w:p>
    <w:p>
      <w:pPr>
        <w:pStyle w:val="ArticleListItem"/>
        <w:ind w:left="576" w:hanging="259"/>
        <w:jc w:val="left"/>
      </w:pPr>
      <w:r>
        <w:rPr>
          <w:rFonts w:ascii="Times New Roman" w:hAnsi="Times New Roman" w:eastAsia="Times New Roman" w:cs="Times New Roman"/>
        </w:rPr>
        <w:t>7. Гэрэл (105-р эшлэл)</w:t>
      </w:r>
    </w:p>
    <w:p>
      <w:pPr>
        <w:pStyle w:val="ArticleListItem"/>
        <w:ind w:left="576" w:hanging="259"/>
        <w:jc w:val="left"/>
      </w:pPr>
      <w:r>
        <w:rPr>
          <w:rFonts w:ascii="Times New Roman" w:hAnsi="Times New Roman" w:eastAsia="Times New Roman" w:cs="Times New Roman"/>
        </w:rPr>
        <w:t>8. Цэвэр ариун байдал (140-р зүйл)</w:t>
      </w:r>
    </w:p>
    <w:p>
      <w:pPr>
        <w:pStyle w:val="ArticleBody"/>
        <w:jc w:val="left"/>
      </w:pPr>
      <w:r>
        <w:rPr>
          <w:rFonts w:ascii="Times New Roman" w:hAnsi="Times New Roman" w:eastAsia="Times New Roman" w:cs="Times New Roman"/>
        </w:rPr>
        <w:t>Дуулал нь хоёр ерөөлөөр эхэлдэг. Бурханы хуулийн дагуу амьдарч, Түүний зарлигуудыг сахин, Түүнийг бүх зүрхээрээ эрэн хайдаг, зам мөр нь гэм зэмгүй хүмүүс “ерөөлтэй”. Энэхүү агуу Дуулал дахь бидэнд зориулсан сургамжууд нь эдгээр юм. Бурханы Үг нь биднийг мэргэн болгох, зөвт байдалд сурган хүмүүжүүлэх, мөн аливаа сайн үйл бүрд бүрэн бэлтгэхэд хангалттай юм (2 Тимот 3:15–17).</w:t>
      </w:r>
    </w:p>
    <w:p>
      <w:pPr>
        <w:pStyle w:val="ArticleBody"/>
        <w:jc w:val="left"/>
      </w:pPr>
      <w:r>
        <w:rPr>
          <w:rFonts w:ascii="Times New Roman" w:hAnsi="Times New Roman" w:eastAsia="Times New Roman" w:cs="Times New Roman"/>
        </w:rPr>
        <w:t>Мэдээж, Дуулал 119 нь шашны ертөнцөд бараг шийдэгдээгүй хэвээр байгаа нэгэн сэдэвтэй холбоотой. Энэ нь Библийн дунд орших эшлэл аль нь вэ, мөн Библийн дунд орших бүлэг аль нь вэ гэдэгтэй хамаарна. Та интернетээр хайвал, аль Библийг ашиглаж байгаагаас шалтгаалсан янз бүрийн маргаанууд болон түүнтэй төстэй зүйлсийг олж харах болно. Энэхүү маргаан дахь байр суурь бүрийн асуудал нь Библийн дунд хэсгийг—эшлэл ч бай, бүлэг ч бай—юу гэж тодорхойлохыг Библийн хүний суралцагч эсвэл шүүмжлэгч бус, харин Библийн Зохиогч өөрөө тогтоох ёстойд оршино.</w:t>
      </w:r>
    </w:p>
    <w:p>
      <w:pPr>
        <w:pStyle w:val="ArticleBody"/>
        <w:jc w:val="left"/>
      </w:pPr>
      <w:r>
        <w:rPr>
          <w:rFonts w:ascii="Times New Roman" w:hAnsi="Times New Roman" w:eastAsia="Times New Roman" w:cs="Times New Roman"/>
        </w:rPr>
        <w:t>Библи хүн бүрийн зүйлд эхлэл ба төгсгөл байдаг гэж заадаг. Аливаа бүхэнд өөрийн цаг үе бий.</w:t>
      </w:r>
    </w:p>
    <w:p>
      <w:pPr>
        <w:pStyle w:val="ArticleScripture"/>
        <w:jc w:val="left"/>
      </w:pPr>
      <w:r>
        <w:rPr>
          <w:rFonts w:ascii="Times New Roman" w:hAnsi="Times New Roman" w:eastAsia="Times New Roman" w:cs="Times New Roman"/>
        </w:rPr>
        <w:t>Тэнгэрийн дорх аливаа зүйлд өөрийн улирал бий, зорилго бүрд өөрийн цаг буй: төрөх цаг, үхэх цаг; тарих цаг, тарьсныг сугалж авах цаг. Номлогчийн үгс 3:1, 2.</w:t>
      </w:r>
    </w:p>
    <w:p>
      <w:pPr>
        <w:pStyle w:val="ArticleBody"/>
        <w:jc w:val="left"/>
      </w:pPr>
      <w:r>
        <w:rPr>
          <w:rFonts w:ascii="Times New Roman" w:hAnsi="Times New Roman" w:eastAsia="Times New Roman" w:cs="Times New Roman"/>
        </w:rPr>
        <w:t>Төрөх цаг гэж байдаг бөгөөд үхэх цаг ч байдаг. Гэвч түүнчлэн бидний амьдралын эхлэл ба төгсгөлийн дунд өрнөдөг амьдрал ч бас бий. Төрөлт нь цаг хугацааны хувьд агшин зуурын үйл явдал байдаг, үхэл ч мөн адил. Амьдрал бол тэрхүү дунд үе бөгөөд ерөнхийдөө бидний төрөх цаг ба үхэх цагтай харьцуулахад түүнтэй холбоотой түүх нь хавьгүй арвин байдаг.</w:t>
      </w:r>
    </w:p>
    <w:p>
      <w:pPr>
        <w:pStyle w:val="ArticleBody"/>
        <w:jc w:val="left"/>
      </w:pPr>
      <w:r>
        <w:rPr>
          <w:rFonts w:ascii="Times New Roman" w:hAnsi="Times New Roman" w:eastAsia="Times New Roman" w:cs="Times New Roman"/>
        </w:rPr>
        <w:t>“анхны дурдалтын дүрэм”-ийн дахь дунд хэсэг нь ерөнхийдөө эхлэл ба төгсгөлөөс хавьгүй илүү олон гэрчлэлтэй байдаг. Библиэс ганцхан эшлэл эсвэл бүлгийг эрэн олоод түүнийг дунд хэсэг хэмээн тодорхойлох нь, эхлэл ба төгсгөл нь үндсэндээ цаг хугацааны цэгүүд байдаг байсан ч, библийн нотолгоог үл ойшоосон хэрэг юм; харин дунд хэсэг нь ерөнхийдөө цаг хугацааны нэгэн үе байдаг. Мэдээж, эхлэл, төгсгөл болон дунд хэсэг нь хоорондоо нийцнэ. Гэвч ихэнхдээ төгсгөл дэх яг адил тэмдэглэгээ нь эхлэлийн эсрэг тал болдог.</w:t>
      </w:r>
    </w:p>
    <w:p>
      <w:pPr>
        <w:pStyle w:val="ArticleBody"/>
        <w:jc w:val="left"/>
      </w:pPr>
      <w:r>
        <w:rPr>
          <w:rFonts w:ascii="Times New Roman" w:hAnsi="Times New Roman" w:eastAsia="Times New Roman" w:cs="Times New Roman"/>
        </w:rPr>
        <w:t>Есүс Баптисм хүртээгч Иоханыг Елиа мөн хэмээн тодорхойлсон бөгөөд тэд хоёул адилхан эш үзүүллэгийн үйл явдлын дарааллыг дүрслэн харуулдаг. Гэвч Елиа нь Елиаг шоронд хорьж, алахыг оролдсон ёс бус эмэгтэй—Иезебелээр—хавчигдсан боловч тэр хэзээ ч тэгж чадсангүй. Елиагийн бэлгэ тэмдэг байсан Иоханыг мөн түүнийг шоронд хорьж, алахыг хүссэн хорон эмэгтэй—Херодиасаар—мөшгин хөөсөн бөгөөд тэр үнэхээр тэгсэн. Елиа ба Иохан нь бие биеэ орлон илэрхийлэх бэлгэ тэмдгүүд мөн боловч, тэдэнд зарим эш үзүүллэгийн шинжүүд нь эсрэг шинжтэй атлаа, мөн л бие биеэ зэрэгцэн тусгасан байдаг. Елиа үхээгүй, харин Иохан үхсэн. Ийнхүү бие биетэйгээ нийцэн давхцах эш үзүүллэгийн тэмдэглэгээнүүд нь олонтаа эсрэг шинжтэй байдгийг ойлгох нь, харахыг хүсэгчдэд Библийн дундах хэсэг нь Дуулал 118 мөн гэдгийг ойлгох боломжийг олгодог.</w:t>
      </w:r>
    </w:p>
    <w:p>
      <w:pPr>
        <w:pStyle w:val="ArticleBody"/>
        <w:jc w:val="left"/>
      </w:pPr>
      <w:r>
        <w:rPr>
          <w:rFonts w:ascii="Times New Roman" w:hAnsi="Times New Roman" w:eastAsia="Times New Roman" w:cs="Times New Roman"/>
        </w:rPr>
        <w:t>Бид “анх дурдагдсаны зарчим”-ыг дээр тодорхойлсон ёсоор хэрэглэхэд, Библийн дунд хэсгийн эхлэл нь Библийн хамгийн богино бүлэг болох Дуулал 117 бөгөөд энэ нь хоёр ишлэлээс бүрддэгийг олж харна. Үүний дараа Библийн яг дунд байрлах 118-р бүлэг оршино, мөн 118-р бүлгийн дараа Библийн хамгийн урт бүлэг бөгөөд Библийн дунд хэсгийн төгсгөл болох 119-р бүлэг үргэлжилнэ. Гайхамшигт Хэлзүйч эхлэлийг хамгийн богино бүлгээр тэмдэглэж, дараа нь төгсгөлийг хамгийн урт бүлгээр тэмдэглэсэн байна. Эдгээр нь хоорондоо эсрэгцэх хоёр бүлэг юм. Эхлэл нь үр бөгөөд төгсгөл нь дунд хэсэгт орших бүх гэрчлэлүүд хоорондоо зангилагдан холбогдсон, бүрэн боловсорсон ургамал хөгжиж бүрэлдсэн газар мөн. Дуулал 117-г анзаарагтун.</w:t>
      </w:r>
    </w:p>
    <w:p>
      <w:pPr>
        <w:pStyle w:val="ArticleScripture"/>
        <w:jc w:val="left"/>
      </w:pPr>
      <w:r>
        <w:rPr>
          <w:rFonts w:ascii="Times New Roman" w:hAnsi="Times New Roman" w:eastAsia="Times New Roman" w:cs="Times New Roman"/>
        </w:rPr>
        <w:t>ЭЗЭНийг магтагтун, бүх үндэстнүүд ээ; Түүнийг магтагтун, бүх ард түмнүүд ээ. Учир нь Түүний энэрэнгүй хайр бидний дээр агуу билээ; мөн ЭЗЭНий үнэн мөнхөд оршино. ЭЗЭНийг магтагтун. Дуулал 117:1, 2.</w:t>
      </w:r>
    </w:p>
    <w:p>
      <w:pPr>
        <w:pStyle w:val="ArticleBody"/>
        <w:jc w:val="left"/>
      </w:pPr>
      <w:r>
        <w:rPr>
          <w:rFonts w:ascii="Times New Roman" w:hAnsi="Times New Roman" w:eastAsia="Times New Roman" w:cs="Times New Roman"/>
        </w:rPr>
        <w:t>Бидний авч үзэж буй, гурван үсгээс бүрдэх энэ үг нь хоёрдугаар эшлэлд “үнэн” хэмээн орчуулагдсан бөгөөд Библийн дундахын эхлэлийг төлөөлдөг (Библийн дундах хэсэг нь Дуулал 117–119 юм). Тэрхүү дундахын төгсгөл нь Дуулал 119 юм. Дуулал 118 нь дундахын дундах нь юм. Дуулал 118 нь Библийн хамгийн богино бөгөөд хамгийн урт бүлгүүдийн дунд хавчуулагдан оршдог бөгөөд эхлэл болох хамгийн богино нь мөнхийн сайн мэдээний гурван алхмыг төлөөлдөг гурван үсгээр бүтээгдсэн “үнэн” хэмээх үгийг илэрхийлдэг бөгөөд тэдгээр нь үнэнийг ойлгох хүрээ бүтцийг бүрдүүлдэг. Тэрхүү хүрээ бүтэц нь Христийн зан чанарыг Альфа ба Омега байдлаар төлөөлөх зарчим юм.</w:t>
      </w:r>
    </w:p>
    <w:p>
      <w:pPr>
        <w:pStyle w:val="ArticleBody"/>
        <w:jc w:val="left"/>
      </w:pPr>
      <w:r>
        <w:rPr>
          <w:rFonts w:ascii="Times New Roman" w:hAnsi="Times New Roman" w:eastAsia="Times New Roman" w:cs="Times New Roman"/>
        </w:rPr>
        <w:t>Дундахын төгсгөл болох 119-р бүлэг нь Библийн дунд байрласан, гайхамшигт Хэл шинжээчийг онцлон тэмдэглэсэн цагаан толгойн акростих юм. 119-р бүлэгт ижил үгийг дөрвөн удаа “үнэн” гэж орчуулсан байдаг.</w:t>
      </w:r>
    </w:p>
    <w:p>
      <w:pPr>
        <w:pStyle w:val="ArticleScripture"/>
        <w:jc w:val="left"/>
      </w:pPr>
      <w:r>
        <w:rPr>
          <w:rFonts w:ascii="Times New Roman" w:hAnsi="Times New Roman" w:eastAsia="Times New Roman" w:cs="Times New Roman"/>
        </w:rPr>
        <w:t>Таны үнэний үгийг миний амнаас огтхон ч бүү ав; учир нь би Таны шүүлтүүдэд найдсан билээ. 43-р зүйл.</w:t>
      </w:r>
    </w:p>
    <w:p>
      <w:pPr>
        <w:pStyle w:val="ArticleScripture"/>
        <w:jc w:val="left"/>
      </w:pPr>
      <w:r>
        <w:rPr>
          <w:rFonts w:ascii="Times New Roman" w:hAnsi="Times New Roman" w:eastAsia="Times New Roman" w:cs="Times New Roman"/>
        </w:rPr>
        <w:t>Таны зөвт байдал мөнхийн зөвт байдал бөгөөд Таны хууль үнэн мөн. 142-р зүйл.</w:t>
      </w:r>
    </w:p>
    <w:p>
      <w:pPr>
        <w:pStyle w:val="ArticleScripture"/>
        <w:jc w:val="left"/>
      </w:pPr>
      <w:r>
        <w:rPr>
          <w:rFonts w:ascii="Times New Roman" w:hAnsi="Times New Roman" w:eastAsia="Times New Roman" w:cs="Times New Roman"/>
        </w:rPr>
        <w:t>ЭЗЭН, Та ойрхон байна; мөн Таны бүх тушаал үнэн мөн. 151-р зүйл.</w:t>
      </w:r>
    </w:p>
    <w:p>
      <w:pPr>
        <w:pStyle w:val="ArticleScripture"/>
        <w:jc w:val="left"/>
      </w:pPr>
      <w:r>
        <w:rPr>
          <w:rFonts w:ascii="Times New Roman" w:hAnsi="Times New Roman" w:eastAsia="Times New Roman" w:cs="Times New Roman"/>
        </w:rPr>
        <w:t>Таны үг эхнээсээ үнэн мөн бөгөөд Таны зөвт шүүлт бүр мөнхөд оршино. 160-р эшлэл.</w:t>
      </w:r>
    </w:p>
    <w:p>
      <w:pPr>
        <w:pStyle w:val="ArticleBody"/>
        <w:jc w:val="left"/>
      </w:pPr>
      <w:r>
        <w:rPr>
          <w:rFonts w:ascii="Times New Roman" w:hAnsi="Times New Roman" w:eastAsia="Times New Roman" w:cs="Times New Roman"/>
        </w:rPr>
        <w:t>Эдгээр эшлэл дэх үнэн бол эхнээс нь төгсгөлийг танин тогтоодог Библийн эш үзүүллэгийн нэгэн дүрэм мөн бөгөөд эдгээр эшлэл дэх үнэн нь Альфа ба Омега Библийн дунд хэсэг дээр Өөрийн гарын үсгийг тавьсан явдал юм; Тэрээр үүнийг эхлэл болон төгсгөлийн дээр ч мөн адил үйлдсэн билээ. Эхний ба сүүлчийн Нэгэний гарын үсэг нь гурав дахь тэнгэрэлчийн эцсийн анхааруулах мэдээг толилуулах “суурь хүрээ” мөн. Дунд хэсгийн хамгийн сүүлчийн хэсэгт “үнэн” хэмээн орчуулагдсан үгийг хэрэглэсэн дөрвөн эшлэл багтдаг боловч тэдгээрийн дөрөв дэх эшлэл нь зүгээр л “үнэн” бус “үнэн зөв” гэж орчуулагдсан байдаг. Тэр дөрвөн эшлэлийн хамгийн сүүлчийнх нь “эхнээс нь” Үг “үнэн” болохыг тодорхойлдог.</w:t>
      </w:r>
    </w:p>
    <w:p>
      <w:pPr>
        <w:pStyle w:val="ArticleBody"/>
        <w:jc w:val="left"/>
      </w:pPr>
      <w:r>
        <w:rPr>
          <w:rFonts w:ascii="Times New Roman" w:hAnsi="Times New Roman" w:eastAsia="Times New Roman" w:cs="Times New Roman"/>
        </w:rPr>
        <w:t>Эхлэл номын нэг, хоёрдугаар бүлэгт өгүүлэгдэх бүтээлийн түүхэнд “үнэн” гэх үг шууд бичигдээгүй боловч, бүтээлийн түүхийн төгсгөлийн сүүлийн гурван үгэнд төлөөлөн илэрхийлэгддэг; учир нь үг бүр нь дарааллаараа “үнэн” гэх үгийг бүтээх үсгүүдээр эхэлдэг. Эхэнд Үг байсан бөгөөд Түүгээр бүх юмс бүтээгдсэн билээ. Эхлэл дэх бүтээлийн гэрчлэл “Эхэнд” гэсэн үгсээр эхэлж, Христийн нэгэн шинж чанарт хамаарах үнэнүүдийг төлөөлөх гурван үгээр төгсөнө. Исаиад тэрхүү шинж чанар нь Тэр Өөрөө цорын ганц Бурхан мөн гэдгийн нотолгоо хэмээн тодорхойлогдсон байдаг.</w:t>
      </w:r>
    </w:p>
    <w:p>
      <w:pPr>
        <w:pStyle w:val="ArticleBody"/>
        <w:jc w:val="left"/>
      </w:pPr>
      <w:r>
        <w:rPr>
          <w:rFonts w:ascii="Times New Roman" w:hAnsi="Times New Roman" w:eastAsia="Times New Roman" w:cs="Times New Roman"/>
        </w:rPr>
        <w:t>Библийн дундах хэсэг (Дуулал 117–119) нь 117-р бүлэгт “үнэн” хэмээх үгийг хэрэглэснээр эхлэл нь төгсгөлийг төлөөлдөг гэсэн үнэнийг эш татан эхэлдэг. Тэр үг нь мөнхийн сайн мэдээ болон гурван тэнгэрэлчийн мэдээг төлөөлдөг гурван үсгээр бүтэж, бүтээлийн түүхийн төгсгөлийг тодорхойлдог. Библийн дундах хэсгийн төгсгөл нь гайхамшигт хэл шинжээчийн бий болгосон цагаан толгойн танилцуулга бөгөөд энэ нь эдүгээ Түүний зан чанарын талаар илчлэгдэж буй зүйлс “илчлэл” хэмээх үгийн тодорхойлолттой нийцэж байгааг ойлгуулахаар тогтоогдсон юм. Учир нь Есүс Христийн Илчлэл нь урьд өмнө бүрэн танигдаагүй, эсвэл бүр огт танигдаагүй байсан Христийн зан чанарын нэгэн талыг харуулахаар зориулагдсан мэдээ мөн. Энэхүү илчлэл нь гэрээний түүхийн шугамуудтай нийцтэй байдаг, учир нь гэрээний түүх нь Өөрийн түүх дэлгэгдэхийн хэрээр Бурхан Өөрийгөө нэрсээр дамжуулан илчлэхээр чармайсны нотолгоог агуулдаг.</w:t>
      </w:r>
    </w:p>
    <w:p>
      <w:pPr>
        <w:pStyle w:val="ArticleScripture"/>
        <w:jc w:val="left"/>
      </w:pPr>
      <w:r>
        <w:rPr>
          <w:rFonts w:ascii="Times New Roman" w:hAnsi="Times New Roman" w:eastAsia="Times New Roman" w:cs="Times New Roman"/>
        </w:rPr>
        <w:t>“Хуулийн агуу зарчмууд, Бурханы мөн чанарын өөрийнх нь зарчмууд нь уулан дээр Христийн айлдсан үгсэд биеллээ олсон байдаг. Тэдгээрийн дээр хэн байгуулна, тэр нь мөнхийн Хад болох Христийн дээр байгуулж байна. Үгийг хүлээн авахдаа бид Христийг хүлээн авдаг. Түүний үгсийг ийм байдлаар хүлээн авдаг хүмүүс л Түүний дээр байгуулж байдаг. ‘Тавигдсан нэгэн суурь болох Есүс Христээс өөр суурийг хэн ч тавьж үл чадна.’ 1 Коринт 3:11. ‘Хүмүүсийн дунд, тэнгэрийн доор бидний аврагдах ёстой өөр нэр огт үгүй.’ Үйлс 4:12. Христ, Үг, Бурханы илчлэл, Түүний зан чанар, Түүний хууль, Түүний хайр, Түүний амийн илрэл нь—мөхөлгүй тэсэх зан чанарыг бидний барьж байгуулж чадах цорын ганц суурь мөн.” Mount of Blessings, 148.</w:t>
      </w:r>
    </w:p>
    <w:p>
      <w:pPr>
        <w:pStyle w:val="ArticleBody"/>
        <w:jc w:val="left"/>
      </w:pPr>
      <w:r>
        <w:rPr>
          <w:rFonts w:ascii="Times New Roman" w:hAnsi="Times New Roman" w:eastAsia="Times New Roman" w:cs="Times New Roman"/>
        </w:rPr>
        <w:t>Мэдээж, энэ үнэний талаар авч үзэх зүйл үүнээс хавьгүй олон байгаа боловч бид энд хүрээд өндөрлөе.</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Үнэн гэж юу вэ? — Нэгдүгээр дугаар</dc:title>
  <dc:subject>Үнэний бүтэц: Илчлэл, эш үзүүллэгийн параллель холбоосууд, ба Альфа ба Омега</dc:subject>
  <dc:creator>Jeff Pippenger</dc:creator>
  <cp:keywords/>
  <dc:description>Generated by ArticleDigger from truth\01_truth.json</dc:description>
  <cp:lastModifiedBy>ArticleDigger</cp:lastModifiedBy>
  <cp:revision>1</cp:revision>
  <dcterms:created xsi:type="dcterms:W3CDTF">2000-01-01T00:00:00Z</dcterms:created>
  <dcterms:modified xsi:type="dcterms:W3CDTF">2000-01-01T00:00:00Z</dcterms:modified>
  <cp:category>truth</cp:category>
  <cp:lastPrinted>2000-01-01T00:00:00Z</cp:lastPrinted>
</cp:coreProperties>
</file>