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Үнэн гэж юу вэ? — Хоёрдугаар хэсэг</w:t>
      </w:r>
    </w:p>
    <w:p>
      <w:pPr>
        <w:pStyle w:val="ArticleSubtitle"/>
        <w:jc w:val="left"/>
      </w:pPr>
      <w:r>
        <w:rPr>
          <w:rFonts w:ascii="Arial" w:hAnsi="Arial" w:eastAsia="Arial" w:cs="Arial"/>
        </w:rPr>
        <w:t>Энэ Номын Эш Үзүүллэгийн Үгсийг бүү лацад.</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2023-09-05</w:t>
      </w:r>
    </w:p>
    <w:p>
      <w:pPr>
        <w:pStyle w:val="ArticleBody"/>
        <w:jc w:val="left"/>
      </w:pPr>
      <w:r>
        <w:rPr>
          <w:rFonts w:ascii="Times New Roman" w:hAnsi="Times New Roman" w:eastAsia="Times New Roman" w:cs="Times New Roman"/>
        </w:rPr>
        <w:t>1840 оны 8 дугаар сарын 11-нээс 1844 оны 10 дугаар сарын 22 хүртэлх түүх нь, нигүүлслийн хугацаа хаагдахын яг өмнөхөн хүртэл лацлагдсан байсан долоон аянгын төлөөлүүлдэг түүх мөн болох нь харуулагдсан билээ. Энэ өгүүлэлд би долоон аянгын бэлгэдлийн талаар бидний тогтоосон зүйлсийн заримыг тоймлон авч үзэж эхэлнэ. Бид эдгээр үнэнийг илэрхийлэхийн тулд түүхэн шугамуудыг түүхэн шугамуудын дээр хэрэглэж байна. 1840 оны 8 дугаар сарын 11-нээс 1844 оны 10 дугаар сарын 22-ны өдрийг хүртэл, түүнийг оролцуулан, эш үзүүллэгийн дөрвөн замын тэмдэг байдаг; эхний тэнгэрэлчийн мэдээ хүчирхэгжсэн нь, анхны урам хугаралт, Шөнө дундын Хашхираан, мөн Агуу Урам Хугаралт юм.</w:t>
      </w:r>
    </w:p>
    <w:p>
      <w:pPr>
        <w:pStyle w:val="ArticleBody"/>
        <w:jc w:val="left"/>
      </w:pPr>
      <w:r>
        <w:rPr>
          <w:rFonts w:ascii="Times New Roman" w:hAnsi="Times New Roman" w:eastAsia="Times New Roman" w:cs="Times New Roman"/>
        </w:rPr>
        <w:t>1840 оны 8-р сарын 11-нийг Мосе шатаж буй бутны дэргэд дүрслэн үзүүлсэн байв. 1844 оны хаврын анхны урам хугарал нь Мосегийн эхнэр Зиппора хүүгээ уй гашуу, айдастайгаар хөвч хөндөхөд дүрслэгдсэн байв. 8-р сарын 12–17-нд Эксетерийн хээрийн цуглаанаас эхэлсэн Шөнө дундын Хашхираан нь Мосе Египетэд хүрэлцэн ирж, Египетийн ууган хөвгүүдийн үхлийн тухай анхны анхааруулгаа өгснөөр дүрслэгдсэн байв. 1844 оны 10-р сарын 22-ны Агуу Урам Хугарал нь Улаан тэнгисийн дэргэдэх еврейчүүдээр дүрслэгдсэн байв.</w:t>
      </w:r>
    </w:p>
    <w:p>
      <w:pPr>
        <w:pStyle w:val="ArticleBody"/>
        <w:jc w:val="left"/>
      </w:pPr>
      <w:r>
        <w:rPr>
          <w:rFonts w:ascii="Times New Roman" w:hAnsi="Times New Roman" w:eastAsia="Times New Roman" w:cs="Times New Roman"/>
        </w:rPr>
        <w:t>Давид хааны цаг үед 1840 оны 8 дугаар сарын 11-нийг филистчүүд Бурханы авдрыг буцаан авчирснаар бэлгэдэн дүрсэлсэн. 1844 оны хаврын анхны урам хугаралт нь Узза Бурханы авдарт хүрснээр бэлгэдэн дүрслэгдсэн. 8 дугаар сарын 12–17-ны хооронд Эксетерийн цуглааны хуаранд эхэлсэн Шөнө дундын хашхираан нь Давид авдрыг Иерусалимд авчирснаар бэлгэдэн дүрслэгдсэн. 1844 оны 10 дугаар сарын 22-ны Их урам хугаралт нь Давидын эхнэр Михал Давидыг авдартайгаа Иерусалимд орж ирсний төлөө жигшсэнээр бэлгэдэн дүрслэгдсэн.</w:t>
      </w:r>
    </w:p>
    <w:p>
      <w:pPr>
        <w:pStyle w:val="ArticleBody"/>
        <w:jc w:val="left"/>
      </w:pPr>
      <w:r>
        <w:rPr>
          <w:rFonts w:ascii="Times New Roman" w:hAnsi="Times New Roman" w:eastAsia="Times New Roman" w:cs="Times New Roman"/>
        </w:rPr>
        <w:t>1840 оны 8-р сарын 11 нь Христийн баптисмаар хэв шинжлэгдсэн юм. 1844 оны хаврын анхны урам хугаралт нь Лазарын үхлийн урам хугаралтаар хэв шинжлэгдсэн юм. 8-р сарын 12–17-нд Эксетерийн майхант цуглаанаас эхэлсэн Шөнө дундын Хашхираан нь Христийн Иерусалим руу сүр жавхлантайгаар оруулснаар хэв шинжлэгдсэн юм. 1844 оны 10-р сарын 22-ны Их Урам Хугаралт нь загалмайн урам хугаралтаар хэв шинжлэгдсэн юм.</w:t>
      </w:r>
    </w:p>
    <w:p>
      <w:pPr>
        <w:pStyle w:val="ArticleBody"/>
        <w:jc w:val="left"/>
      </w:pPr>
      <w:r>
        <w:rPr>
          <w:rFonts w:ascii="Times New Roman" w:hAnsi="Times New Roman" w:eastAsia="Times New Roman" w:cs="Times New Roman"/>
        </w:rPr>
        <w:t>Бид эдгээр дөрвөн тэмдэгт нь шинэчлэлийн аливаа хөдөлгөөн бүрийн иж бүрэн бүтцийн зөвхөн нэг хэсэгчилсэн хэсгийг л төлөөлдөг гэдгийг тэмдэглэсэн. Бид эдгээр дөрвөн тэмдэгтийг 2001 оны 9 дүгээр сарын 11-нд эхэлсэн түүхийн гэрчүүд хэмээн тодорхойлж байна. Дөрвөн шугам тус бүрийн эш үзүүллэгийн шинжүүдийн нэг нь, шугам бүр дэх тэмдэгтүүд ижил сэдвийг агуулдаг явдал юм.</w:t>
      </w:r>
    </w:p>
    <w:p>
      <w:pPr>
        <w:pStyle w:val="ArticleBody"/>
        <w:jc w:val="left"/>
      </w:pPr>
      <w:r>
        <w:rPr>
          <w:rFonts w:ascii="Times New Roman" w:hAnsi="Times New Roman" w:eastAsia="Times New Roman" w:cs="Times New Roman"/>
        </w:rPr>
        <w:t>Мосегийн хувьд, тэрхүү дөрвөн тэмдэглэл нь бүгд Абрахамд өгөгдсөн эш үзүүллэгийг биелүүлэхдээ Бурханы сонгосон ард түмэнтэй гэрээ байгуулах ажлыг хөндсөн байв. Давид хааны шинэчлэлийн шугамд тэрхүү дөрвөн тэмдэглэл нь бүгд Бурханы авдартай холбоотой байв. Христийн шугамд тэрхүү дөрвөн тэмдэглэл нь бүгд үхэл ба амилалттай холбоотой байв.</w:t>
      </w:r>
    </w:p>
    <w:p>
      <w:pPr>
        <w:pStyle w:val="ArticleBody"/>
        <w:jc w:val="left"/>
      </w:pPr>
      <w:r>
        <w:rPr>
          <w:rFonts w:ascii="Times New Roman" w:hAnsi="Times New Roman" w:eastAsia="Times New Roman" w:cs="Times New Roman"/>
        </w:rPr>
        <w:t>1840 оны 8 дугаар сарын 11 нь өдрийг жилээр тооцох зарчмын баталгаа болсон юм. 1844 оны хаврын анхны урам хугаралт нь өдрийг жилээр тооцох зарчмыг буруу хэрэглэснээс үүдсэн байв. Самуэл Сноугийн “Шөнө дундын хашхираан” хэмээх мэдээ нь өдрийг жилээр тооцох зарчмын тэрхүү алдаатай хэрэглээний залруулга бөгөөд төгөлдөржүүлэлт байсан юм. Залруулсан тэрхүү мэдээ нь өдрийг жилээр тооцох зарчимд тулгуурласан бөгөөд 1844 оны 10 дугаар сарын 22-нд биелсэн юм. Дөрвөн тэмдэгт үе бүгд өдрийг жилээр тооцох зарчмыг илтгэн зааж байна.</w:t>
      </w:r>
    </w:p>
    <w:p>
      <w:pPr>
        <w:pStyle w:val="ArticleBody"/>
        <w:jc w:val="left"/>
      </w:pPr>
      <w:r>
        <w:rPr>
          <w:rFonts w:ascii="Times New Roman" w:hAnsi="Times New Roman" w:eastAsia="Times New Roman" w:cs="Times New Roman"/>
        </w:rPr>
        <w:t>Сестэр Уайт долоон аянгыг эхний болон хоёр дахь тэнгэрэлчийн мэдээнүүдийн үеэр болсон үйл явдлуудыг төлөөлдөг гэж бидэнд мэдэгддэг; гэвч тэрээр мөн долоон аянга нь “дарааллаараа илчлэгдэх ирээдүйн үйл явдлууд”-ыг төлөөлдөг гэж заадаг. Долоон аянга нь 1840 оны 8 дугаар сарын 11-нд эхэлж, 1844 оны 10 дугаар сарын 22-нд дууссан эш үзүүллэгийн дөрвөн үйл явдлыг төлөөлдөг бөгөөд тэдгээр дөрвөн замын тэмдэг нь манай түүхэнд мөн тэрхүү дарааллаар дахин давтагдах болно.</w:t>
      </w:r>
    </w:p>
    <w:p>
      <w:pPr>
        <w:pStyle w:val="ArticleBody"/>
        <w:jc w:val="left"/>
      </w:pPr>
      <w:r>
        <w:rPr>
          <w:rFonts w:ascii="Times New Roman" w:hAnsi="Times New Roman" w:eastAsia="Times New Roman" w:cs="Times New Roman"/>
        </w:rPr>
        <w:t>2001 оны 9 дүгээр сарын 11-нийг 1840 оны 8 дугаар сарын 11 урьдчилан дүрсэлсэн бөгөөд эдгээр хоёр огноо хоёулаа Исламтай холбоотой тул Адвентизмийн эхлэлийг Адвентизмийн төгсгөлтэй холбон зангидаж байна. 1840 оны 8 дугаар сарын 11 болон 2001 оны 9 дүгээр сарын 11-ний аль аль нь өөр өөрсдийн түүхэн үеийн анхдагч эш үзүүллэгийн дүрмийн баталгаа болсон юм.</w:t>
      </w:r>
    </w:p>
    <w:p>
      <w:pPr>
        <w:pStyle w:val="ArticleBody"/>
        <w:jc w:val="left"/>
      </w:pPr>
      <w:r>
        <w:rPr>
          <w:rFonts w:ascii="Times New Roman" w:hAnsi="Times New Roman" w:eastAsia="Times New Roman" w:cs="Times New Roman"/>
        </w:rPr>
        <w:t>2001 оны 9 дүгээр сарын 11-нд Илчлэлт арван наймын тэнгэрэлч бууж ирсэн бөгөөд 1840 оны 8 дугаар сарын 11-нд Илчлэлт аравын тэнгэрэлч бууж ирсэн юм. Future for America-гийн анхны урам хугаралт нь 2020 оны 7 дугаар сарын 18-нд Исламын талаар өгөгдсөн бүтэлгүй зөгнөл байсан. 1844 оны зун Эксетер дэх Шөнө дундын Хашхираан байсанчлан лац нь тайлагдсан мэдээ нь өмнө нь өгөгдсөн боловч бүтэлгүйтсэн зөгнөлийг засварласан хэрэг мөн. Миллерчүүдийн хувьд уг засвар нь Эзэний эргэн ирэлтийн цаг хугацааг 1843 он хэмээн тодорхойлсон өдөр-жилийн зарчмын өмнөх бүтэлгүй хэрэглээтэй холбоотой байв. Өнөөдөр Миллерчүүдийн Шөнө дундын Хашхираан мэдээгээр төлөөлөгдөх энэ засвар нь өмнөх хоёр тэмдэглэгээний адил Исламыг төлөөлөх тэмдэглэгээ байх ёстой. Самуэл Сноугийн ажлаар хэвшин төлөөлөгдсөн энэхүү засвар нь өмнөх бүтэлгүй зөгнөлийг үл хэрэгсэх явдал бус, харин урьд нь бүтэлгүйтсэн зөгнөлийг улам нарийн тааруулах явдал байсан юм.</w:t>
      </w:r>
    </w:p>
    <w:p>
      <w:pPr>
        <w:pStyle w:val="ArticleScripture"/>
        <w:jc w:val="left"/>
      </w:pPr>
      <w:r>
        <w:rPr>
          <w:rFonts w:ascii="Times New Roman" w:hAnsi="Times New Roman" w:eastAsia="Times New Roman" w:cs="Times New Roman"/>
        </w:rPr>
        <w:t>Урам хугарсан хүмүүс Судруудаас өөрсдийгөө саатлын цаг үед байгааг, мөн үзэгдлийн биеллийг тэвчээртэйгээр хүлээх ёстойгоо олж харсан юм. “1843 онд Эзнээ хүлээн харахад нь тэднийг хүргэсэн тэрхүү адил нотолгоо, 1844 онд ч Түүнийг хүлээхэд нь тэднийг хүргэсэн юм.” Early Writings, 247.</w:t>
      </w:r>
    </w:p>
    <w:p>
      <w:pPr>
        <w:pStyle w:val="ArticleBody"/>
        <w:jc w:val="left"/>
      </w:pPr>
      <w:r>
        <w:rPr>
          <w:rFonts w:ascii="Times New Roman" w:hAnsi="Times New Roman" w:eastAsia="Times New Roman" w:cs="Times New Roman"/>
        </w:rPr>
        <w:t>Өнөөдөр Эксетерийн майхны цуглаанаас гарсан мэдээгээр бэлгэдэгддэг мэдээ нь өмнө нь бүтэлгүйтсэн эш үзүүлгийн төгс гүйцээлт байх болно. Миллерчүүдийн түүхэн дэх Их Урам Хугаралт нь Ням гаргийн хуулийн үед тохиолдох их урам хугарлыг төлөөлдөг бөгөөд энэ нь Исламын тухай эш үзүүлгийн хүрээнд тохиолдох болно. Самуел Сноугийн мэдээ нь яг тодорхой өдрийг тогтоосон хэрэг байсан. Огноо нь зөв байсан, харин үйл явдал нь буруу байсан. Өнөөдөр Сноугийн мэдээгээр төлөөлөгдөж буй мэдээ нь 2020 оны 7 дугаар сарын 18-ны анхны урам хугарлын үед бүтэлгүйтсэн мэдээний төгс гүйцээлт болох Исламын тухай мэдээ байх болно.</w:t>
      </w:r>
    </w:p>
    <w:p>
      <w:pPr>
        <w:pStyle w:val="ArticleBody"/>
        <w:jc w:val="left"/>
      </w:pPr>
      <w:r>
        <w:rPr>
          <w:rFonts w:ascii="Times New Roman" w:hAnsi="Times New Roman" w:eastAsia="Times New Roman" w:cs="Times New Roman"/>
        </w:rPr>
        <w:t>Одоо ямар нэгэн цаг хугацаа, он сар өдөр огт хамаарахгүй. Учир нь 1844 оны 10 дугаар сарын 22-ноос хойш хугацаа тогтоох явдал Бурханы эш үзүүллэгийн мэдээний нэг хэсэг байхаа больсон юм.</w:t>
      </w:r>
    </w:p>
    <w:p>
      <w:pPr>
        <w:pStyle w:val="ArticleScripture"/>
        <w:jc w:val="left"/>
      </w:pPr>
      <w:r>
        <w:rPr>
          <w:rFonts w:ascii="Times New Roman" w:hAnsi="Times New Roman" w:eastAsia="Times New Roman" w:cs="Times New Roman"/>
        </w:rPr>
        <w:t>“Эзэн надад гурав дахь тэнгэрэлчийн мэдээ явах ёстой бөгөөд Эзэний тархан сарнисан хүүхдүүдэд тунхаглагдах ёстойг, мөн энэ нь цаг хугацаанд дүүжлэгдэх ёсгүйг үзүүлсэн; учир нь цаг хугацаа дахин хэзээ ч сорилт болохгүй. Зарим нь цаг хугацааг номлосноос үүдсэн хуурамч сэрэлд автаж байгааг би харсан; гурав дахь тэнгэрэлчийн мэдээ нь цаг хугацааны хүрч чадах хэмжээнээс илүү хүчтэй байв. Энэ мэдээ өөрийн суурин дээр өөрөө бат зогсож чадна, түүнийг бэхжүүлэхэд цаг хугацаа хэрэггүй, мөн энэ нь агуу хүч чадлаар урагшлан, ажлаа хийж, зөвт байдал дотор богиносгогдоно гэдгийг би харсан.” Experience and Views, 48, 49.</w:t>
      </w:r>
    </w:p>
    <w:p>
      <w:pPr>
        <w:pStyle w:val="ArticleBody"/>
        <w:jc w:val="left"/>
      </w:pPr>
      <w:r>
        <w:rPr>
          <w:rFonts w:ascii="Times New Roman" w:hAnsi="Times New Roman" w:eastAsia="Times New Roman" w:cs="Times New Roman"/>
        </w:rPr>
        <w:t>Бидний түүхийн дөрөв дэх замын тэмдэг нь Ням гаргийн хууль байх ёстой. Учир нь бүх шинэчлэлийн шугамуудын ариун түүхүүдийг нэгэн шугам дээр нөгөө шугамыг нэмэн хамтатган үзэхэд, мөн Тэрхүү түүхүүдийн талаар Зөгнөлийн Сүнсээр өгөгдсөн сүнслэгээр нөлөөлөгдсөн тайлбартай нь хамтатган авч үзэхэд, хүчирхэг тэнгэрэлч бидний түүхэнд буусны дараах дөрөв дэх замын тэмдэг нь Ням гаргийн хууль мөн гэдгийг эцэслэн тогтоодог. “Өөрсдийн дарааллаар илчлэгдэх ирээдүйн үйл явдлууд” хэмээх долоон аянгын түүхэн дэх дөрөв дэх замын тэмдэг нь Исламтай холбогдсон байх ёстой. Учир нь шинэчлэлийн аливаа хөдөлгөөн бүрийн хувьд ижил сэдэв нь үргэлж ижил дөрвөн замын тэмдэгт оршдог билээ.</w:t>
      </w:r>
    </w:p>
    <w:p>
      <w:pPr>
        <w:pStyle w:val="ArticleBody"/>
        <w:jc w:val="left"/>
      </w:pPr>
      <w:r>
        <w:rPr>
          <w:rFonts w:ascii="Times New Roman" w:hAnsi="Times New Roman" w:eastAsia="Times New Roman" w:cs="Times New Roman"/>
        </w:rPr>
        <w:t>Ислам нь Ням гаргийн хуулийн үеийн эш үзүүллэгийн үйл явдлуудын нэг хэсэг байх хоёр дахь шалтгаан бий. Иуда овгийн Арслан болох Есүс эдгээр дөрвөн үйл явдлын түүхийг онцгойлон авч, тэдгээрийг өөрсдөө бэлгэдэл болгон тодорхойлсон. Тэрхүү бэлгэдэл нь долоон аянга мөн. Иуда овгийн Арслангийн долоон аянга хэмээн тодорхойлсон тэрхүү дөрвөн тэмдэгт үеийн өмнө болон дараа, шинэчлэлийн хөдөлгөөн бүрд байдаг өөр тэмдэгт үеүүд ч мөн бий. Өөрсдөө бэлгэдэл болохын хувьд, эдгээр дөрвөн тэмдэгт үеийг агуулсан бэлгэдэлт түүхийн эхний тэмдэгт үе нь 2001 оны 9 дүгээр сарын 11-нд Исламын зүгээс Америкийн Нэгдсэн Улсад хийсэн халдлагыг төлөөлсөн. Альфа ба Омега төгсгөлийг эхлэлтэй нь адилтган тодорхойлдог гэдэг баримт Ням гаргийн хууль дээр Исламыг тогтоон харуулж байна. Учир нь эдгээр дөрвөн тэмдэгт үеийн эхнийх нь 2001 оны 9 дүгээр сарын 11-ний Исламын халдлага байсан тул, дөрөв дэх буюу сүүлчийн тэмдэгт үе нь мөн Америкийн Нэгдсэн Улсын эсрэг Исламын халдлага байх ёстой.</w:t>
      </w:r>
    </w:p>
    <w:p>
      <w:pPr>
        <w:pStyle w:val="ArticleBody"/>
        <w:jc w:val="left"/>
      </w:pPr>
      <w:r>
        <w:rPr>
          <w:rFonts w:ascii="Times New Roman" w:hAnsi="Times New Roman" w:eastAsia="Times New Roman" w:cs="Times New Roman"/>
        </w:rPr>
        <w:t>Ням гарагийн хууль нь Нью-Йорк хотын эсрэг Исламын хийсэн дахин нэг довтолгоо байх бүрэн боломжтой бөгөөд тийнхүү төгсгөл нь эхлэлээрээ тодорхойлогдсон нэгэн төгсгөл болох юм. Наад зах нь, 2020 оны 7 дугаар сарын 18-ны зөгнөлд дурдсанчлан, энэ нь Исламын хийсэн довтолгоо байх болно.</w:t>
      </w:r>
    </w:p>
    <w:p>
      <w:pPr>
        <w:pStyle w:val="ArticleBody"/>
        <w:jc w:val="left"/>
      </w:pPr>
      <w:r>
        <w:rPr>
          <w:rFonts w:ascii="Times New Roman" w:hAnsi="Times New Roman" w:eastAsia="Times New Roman" w:cs="Times New Roman"/>
        </w:rPr>
        <w:t>Бид мөн Альфа ба Омега тэрхүү дөрвөн түүхийн дотор нэгэн түүхийг нууцалсан болохыг тэмдэглэсэн билээ. Үнэндээ, тэрхүү дотоод нууц түүх нь одоо “Илчлэл номын эш үзүүллэгийн үгсийг бүү лацад” гэсэн тушаалтай уялдан ил болгогдож буй үндсэн илчлэл мөн. Тэрхүү нууц дотоод түүх нь долоон аянгаар төлөөлөгдсөн дөрвөн замт тэмдгийн дотор, урам хугаралтаар эхэлж урам хугаралтаар төгсөх нэгэн хугацаа дөрвөн замт тэмдгийн хүрээнд байгааг бид харах үед танигддаг. Миллерийн хөдөлгөөний түүхэнд хоёр дахь тэнгэрэлчийн ирэлтээс гурав дахь тэнгэрэлчийн ирэлт хүртэлх үе нь өөрөө өөртөө бэлгэдэл болдог онцгой нэгэн түүх мөн. Энэ нь идэгдэх ёстой тэнгэрэлчийн мэдээгээр эхэлдэг бөгөөд ингэснээр арван охины сургаалт зүйрлэл дэх саатлын цагийг тэмдэглэдэг. Дараа нь энэ нь мөн идэгдэх ёстой мэдээ болох Шөнийн дундын хашхирааныг тодорхойлж, улмаар идэгдэх ёстой гурав дахь мэдээний ирэлтэд хүргэдэг.</w:t>
      </w:r>
    </w:p>
    <w:p>
      <w:pPr>
        <w:pStyle w:val="ArticleBody"/>
        <w:jc w:val="left"/>
      </w:pPr>
      <w:r>
        <w:rPr>
          <w:rFonts w:ascii="Times New Roman" w:hAnsi="Times New Roman" w:eastAsia="Times New Roman" w:cs="Times New Roman"/>
        </w:rPr>
        <w:t>Долоон аянгын шугам доторх нуугдмал дотоод шугам нь эхлэл нь урам хугаралтыг төлөөлдөгөөр, мөн тэнгэрэлчийн ирэлт ба идэх тухай мэдээ дараа нь агуу урам хугаралтын үед дахин давтагддагаар эш үзүүллэгийн хувьд батлагдаад зогсохгүй, мөн “үнэн”-ээр ч батлагддаг.</w:t>
      </w:r>
    </w:p>
    <w:p>
      <w:pPr>
        <w:pStyle w:val="ArticleBody"/>
        <w:jc w:val="left"/>
      </w:pPr>
      <w:r>
        <w:rPr>
          <w:rFonts w:ascii="Times New Roman" w:hAnsi="Times New Roman" w:eastAsia="Times New Roman" w:cs="Times New Roman"/>
        </w:rPr>
        <w:t>Хуучин Гэрээнд “үнэн” хэмээн орчуулагддаг еврей үг “‘ĕmeṯ” нь еврей цагаан толгойн эхний үсгийг авч, түүний дараа цагаан толгойн арван гурав дахь үсгийг залган, эцэст нь цагаан толгойн сүүлчийн үсгээр төгсгөн, “үнэн” хэмээн орчуулагддаг тэрхүү үгийг бүрдүүлсэн гайхамшигт хэл шинжээчээр бүтээгдсэн юм. Бид эдгээр үсгүүд нь анхны дурдлагын дүрмийн зарчмыг, өөрөөр хэлбэл төгсгөлийг эхлэлээс нь тодорхойлдог зарчмыг илэрхийлдгийг харуулсан. Эхний үсэг нь “альфа” үсэг юм. Дунд үсэг нь еврей цагаан толгойн арван гурав дахь үсэг бөгөөд бослогыг төлөөлдөг. Сүүлчийн үсэг нь хамгийн сүүлчийнх, төгсгөл, омега юм. Бид эдгээр гурван үсэг нь мөнхийн сайн мэдээний гурван алхмыг төлөөлдгийг, хэд хэдэн эш үзүүллэгийн шугамаар батлагдсаны дагуу, харуулсан.</w:t>
      </w:r>
    </w:p>
    <w:p>
      <w:pPr>
        <w:pStyle w:val="ArticleBody"/>
        <w:jc w:val="left"/>
      </w:pPr>
      <w:r>
        <w:rPr>
          <w:rFonts w:ascii="Times New Roman" w:hAnsi="Times New Roman" w:eastAsia="Times New Roman" w:cs="Times New Roman"/>
        </w:rPr>
        <w:t>Тэр гурван үсгийн утга нь гурван тэнгэрэлчийн мэдээ тус бүрийн утгатай нийцдэг. Тэр гурван үсгийн утга нь Даниел арван хоёрын аравт гардаг мэргэн ба хорон хүмүүсийн ариусгагдаж, цагаарагдаж, соригдох цэвэршүүлэлтийн үйл явцтай нийцдэг. “Үнэн” хэмээх үгийг бүтээхийн тулд нийлүүлэгдсэн еврей гурван үсэг нь Альфа ба Омегийн тэмдгийг, мөн тэдний эхний тэнгэрэлчийн мэдээнд тодорхойлдог гурван алхмыг агуулдаг бөгөөд энэ нь мөнхийн сайн мэдээ хэмээн нэрлэгддэг. Тэдгээр үсгээр илэрхийлэгдсэн гурван алхам нь мөн Иохан арван зургаад өгүүлэгдсэнчлэн Ариун Сүнсний ажлыг төлөөлдөг.</w:t>
      </w:r>
    </w:p>
    <w:p>
      <w:pPr>
        <w:pStyle w:val="ArticleScripture"/>
        <w:jc w:val="left"/>
      </w:pPr>
      <w:r>
        <w:rPr>
          <w:rFonts w:ascii="Times New Roman" w:hAnsi="Times New Roman" w:eastAsia="Times New Roman" w:cs="Times New Roman"/>
        </w:rPr>
        <w:t>Тэр ирэхдээ ертөнцийг нүглийн талаар, зөвт байдлын талаар, мөн шүүлтийн талаар буруушаан илчилнэ. Нүглийн талаар гэвэл, тэд Надад итгэдэггүй учраас; зөвт байдлын талаар гэвэл, Би Эцэг уруугаа явж, та нар Намайг дахин харахгүй болох учраас; шүүлтийн талаар гэвэл, энэ ертөнцийн ноён аль хэдийн шүүгдсэн учраас. Иохан 16:8–11.</w:t>
      </w:r>
    </w:p>
    <w:p>
      <w:pPr>
        <w:pStyle w:val="ArticleBody"/>
        <w:jc w:val="left"/>
      </w:pPr>
      <w:r>
        <w:rPr>
          <w:rFonts w:ascii="Times New Roman" w:hAnsi="Times New Roman" w:eastAsia="Times New Roman" w:cs="Times New Roman"/>
        </w:rPr>
        <w:t>Анхны урам хугаралт нь нүгэл хэмээн төлөөлөгддөг. Үүнийг Мосе, Узза, Мариа ба Марта, мөн Миллеритүүдийн жишээ харуулдаг. Учир нь Иохан арван зургаад Ариун Сүнсний “нүглийн” талаар яллан үнэмшүүлэх ажлыг дүрслэхдээ, энэ нь “тэд итгээгүй” учраас болсон гэж өгүүлдэг. Бидний сая эш татсан бэлгэдэл бүр анхны урам хугарлыг төлөөлдөг бөгөөд тэдгээрийн түүх тус бүр энэ урам хугаралт нь тэдэнд урьд нь илчлэгдсэн ямар нэгэнд итгээгүй нүглээс үүдсэн гэдгийг гэрчилдэг. Эхний алхам бол нүглийн талаар яллан үнэмшүүлэх явдал мөн. Эхний алхам бол Еврей цагаан толгойн эхний үсэг мөн.</w:t>
      </w:r>
    </w:p>
    <w:p>
      <w:pPr>
        <w:pStyle w:val="ArticleBody"/>
        <w:jc w:val="left"/>
      </w:pPr>
      <w:r>
        <w:rPr>
          <w:rFonts w:ascii="Times New Roman" w:hAnsi="Times New Roman" w:eastAsia="Times New Roman" w:cs="Times New Roman"/>
        </w:rPr>
        <w:t>Нууцлагдсан түүхийн хоёр дахь замын тэмдэг нь зөвт байдал мөн. Энэ нь Шөнийн дундын Хашхирааны мэдээг авч явагчдын зөвт байдалд Бурханы хүчний илрэл илэрдэг үе юм. Тэд саатлын цагийн төгсгөлд Бурханы зөвт байдлыг илэрхийлдэг. Учир нь Иохан арван зургаад Христ Эцэг уруугаа явсан бөгөөд тэд Христийг дахин хараагүй гэж хэлдэг. Зөвт байдлын илрэлээс өмнө Христ саатсан билээ. Миллерчүүдийн үед Христ Өөрийн мутрыг татан авахад алдаа нь танигдсан. Дараа нь засагдсан мэдээний агуулга шүтэгчдийн хоёр ангийг бий болгосон. Нэг анги нь тостой байсан тул зөвт байдлыг илэрхийлсэн, харин нөгөө анги нь еврей цагаан толгойн арван гурав дахь үсгээр төлөөлөгддөг тэрслүү байдлыг илэрхийлсэн.</w:t>
      </w:r>
    </w:p>
    <w:p>
      <w:pPr>
        <w:pStyle w:val="ArticleScripture"/>
        <w:jc w:val="left"/>
      </w:pPr>
      <w:r>
        <w:rPr>
          <w:rFonts w:ascii="Times New Roman" w:hAnsi="Times New Roman" w:eastAsia="Times New Roman" w:cs="Times New Roman"/>
        </w:rPr>
        <w:t>“Бүх газрын Эзэний дэргэд зогсож буй тослогдогсод нь урьд цагт халхлагч херуб болох Сатанд өгөгдсөн байр суурийг эзэлдэг. Өөрийн сэнтийг нь хүрээлэн буй ариун оршихуйнуудаар дамжуулан Эзэн газрын оршин суугчидтай тасралтгүй харилцаа холбоогоо хадгалдаг. Алтан тос нь Бурхан итгэгчдийн дэнлүүнүүдийг ганхаж бөхөхгүй байлгахын тулд тэднийг ханган тэтгэдэг нигүүлслийг төлөөлдөг. Хэрэв энэ ариун тос Бурханы Сүнсний мэдээнүүдээр дамжин тэнгэрээс юүлэгддэггүйсэн бол, бузар муугийн хүчнүүд хүнийг бүхэлд нь захирах байсан.”</w:t>
      </w:r>
    </w:p>
    <w:p>
      <w:pPr>
        <w:pStyle w:val="ArticleScripture"/>
        <w:jc w:val="left"/>
      </w:pPr>
      <w:r>
        <w:rPr>
          <w:rFonts w:ascii="Times New Roman" w:hAnsi="Times New Roman" w:eastAsia="Times New Roman" w:cs="Times New Roman"/>
        </w:rPr>
        <w:t>Бурхан бидэнд илгээдэг мэдээг нь бид хүлээн авдаггүй үед Түүнд хүндэтгэл үл үзүүлдэг. Ийнхүү бид Түүний сүнснүүдэд маань юүлж, харанхуйд буй хүмүүст дамжуулагдахаар өгч буй алтан тосыг няцаадаг. “Харагтун, хүргэн ирж байна; Түүнийг угтан гарагтун” гэсэн дуудлага ирэх үед ариун тосыг хүлээн аваагүй, Христийн нигүүлслийг зүрх сэтгэлдээ нандигнаагүй хүмүүс мунхаг онгон бүсгүйчүүдийн адил Эзэнтэйгээ уулзахад бэлэн бус байгаагаа олж мэднэ. Тэд тосыг олж авах хүч чадлыг өөрсдийн дотор агуулдаггүй бөгөөд тэдний амьдрал сүйрэлд хүрдэг. Харин Бурханы Ариун Сүнсийг гуйж, Мосегийн адил “Надад Өөрийн алдрыг үзүүлээч” хэмээн гуйн залбирвал Бурханы хайр бидний зүрх сэтгэлд элбэгээр асгарна. Алтан хоолойгоор дамжин алтан тос бидэнд дамжин ирнэ. “Хүчээр ч биш, чадлаар ч биш, харин Миний Сүнсээр, түмэн цэргийн ЭЗЭН айлдаж байна.” Зөвт байдлын Нараас цацрах гэрэлт туяаг хүлээн авснаар Бурханы хүүхдүүд ертөнцөд гэрэл мэт гялалздаг. Review and Herald, 1897 оны 7 дугаар сарын 20.</w:t>
      </w:r>
    </w:p>
    <w:p>
      <w:pPr>
        <w:pStyle w:val="ArticleBody"/>
        <w:jc w:val="left"/>
      </w:pPr>
      <w:r>
        <w:rPr>
          <w:rFonts w:ascii="Times New Roman" w:hAnsi="Times New Roman" w:eastAsia="Times New Roman" w:cs="Times New Roman"/>
        </w:rPr>
        <w:t>Шөнийн хашхирааны мэдээг хүлээн авдаг хүмүүс нь Хоребын агуйд байж, Бурханаас Өөрийн алдарыг түүнд үзүүлэхийг гуйн мөхөсдсөн Мосегоор бэлгэдэгдсэнийг анхаар. Тэр хоёр бүлэг нь хүлээлгийн хугацааны турш, Шөнийн хашхираанаас өмнө өөрсдийн зан чанарыг эцэслэн тогтоосон байв.</w:t>
      </w:r>
    </w:p>
    <w:p>
      <w:pPr>
        <w:pStyle w:val="ArticleScripture"/>
        <w:jc w:val="left"/>
      </w:pPr>
      <w:r>
        <w:rPr>
          <w:rFonts w:ascii="Times New Roman" w:hAnsi="Times New Roman" w:eastAsia="Times New Roman" w:cs="Times New Roman"/>
        </w:rPr>
        <w:t>“Бид эдүгээ хамгийн аюултай цаг үед амьдарч байна. Тиймээс Христийн ирэлтэд бэлтгэгдэхийг эрж хайх хэрэгт бидний хэн ч саатаж болохгүй. Мунхаг охидын үлгэр жишээг хэн ч бүү дагаг. Тэдэн шиг зан чанарын бэлтгэлээ тэр цагт тэсэж зогсохын тулд олж авахын өмнө хямрал иртэл хүлээх нь аюулгүй гэж бүү бодог. Зочдыг дуудаж, шалган үзэх цаг болоход Христийн зөвт байдлыг эрж хайхад хэтэрхий оройтсон байх болно. Одоо бол Христийн зөвт байдлыг өмсөх цаг мөн. Энэ нь Хурганы хуримын зоогт ороход чамайг зохистой болгох хуримын хувцас юм. Сургаалт зүйрлэлд мунхаг охид тос гуйж байгаа боловч хүссэнээрээ авч чадалгүй үлдсэнээр дүрслэгддэг. Энэ нь хямралын үед тэсэж зогсох зан чанарыг хөгжүүлэх замаар өөрсдийгөө бэлтгээгүй хүмүүсийг бэлгэдэн илэрхийлдэг.” The Youth’s Instructor, January 16, 1896.</w:t>
      </w:r>
    </w:p>
    <w:p>
      <w:pPr>
        <w:pStyle w:val="ArticleBody"/>
        <w:jc w:val="left"/>
      </w:pPr>
      <w:r>
        <w:rPr>
          <w:rFonts w:ascii="Times New Roman" w:hAnsi="Times New Roman" w:eastAsia="Times New Roman" w:cs="Times New Roman"/>
        </w:rPr>
        <w:t>Шөнө дундын хашхираан гарахад нэг хэсэгт хэрэгтэй тос байсан, харин нөгөө хэсэгт байгаагүй. Хоёр дахь алхам нь саатлын хугацааны төгсгөлд, хүргэн Өөрийн «Эцэг уруу» явж, «та нар Намайг цаашид харахгүй» болсон «учир» зөвт байдал эсвэл зөвт бус байдлын илрэл юм. Хоёр дахь алхам нь Еврей цагаан толгойн арван гурав дахь үсэг мөн. Нуугдмал түүх дэх гурав дахь алхам нь шүүлт, агуу урам хугаралт, мөн цагаан толгойн сүүлчийн үсэг юм.</w:t>
      </w:r>
    </w:p>
    <w:p>
      <w:pPr>
        <w:pStyle w:val="ArticleBody"/>
        <w:jc w:val="left"/>
      </w:pPr>
      <w:r>
        <w:rPr>
          <w:rFonts w:ascii="Times New Roman" w:hAnsi="Times New Roman" w:eastAsia="Times New Roman" w:cs="Times New Roman"/>
        </w:rPr>
        <w:t>Долоон аянгын доторх нууцлаг түүх нь “үнэн” хэмээх үгээр, төгсгөлийн урам хугаралтыг тодорхойлон заах эхэн үеийн урам хугаралтаар, мөн эхэнд ба төгсгөлд мэдээтэйгээр ирэх тэнгэрэлчээр гэрчлэгддэг. Энэхүү нууцлаг түүхийг зөвхөн хамгийн дээд эрх мэдлээс өгөгдсөн Библийг судлах дүрмүүдийг хүлээн авсан хүмүүс л танин мэднэ. Эхэнд Миллерийн дүрмүүд, төгсгөлд Prophetic Keys.</w:t>
      </w:r>
    </w:p>
    <w:p>
      <w:pPr>
        <w:pStyle w:val="ArticleBody"/>
        <w:jc w:val="left"/>
      </w:pPr>
      <w:r>
        <w:rPr>
          <w:rFonts w:ascii="Times New Roman" w:hAnsi="Times New Roman" w:eastAsia="Times New Roman" w:cs="Times New Roman"/>
        </w:rPr>
        <w:t>Бидний сая өгүүлэн тайлбарласан долоон аянгын түүхтэй холбогдуулан, дахин давтан онцолж, санан дурсах ёстой нэгэн чухал зүйл бий. Шинэтгэлийн аливаа шугам дахь эхний урам хугаралт нь урьд нь тогтоогдсон үнэнийг үл хайхрах явдал байдаг. Мосе Абрахамын эш үзүүллэгээр тодорхойлогдож байсан Гэрээний яг бэлгэдэл нь мөн атал хүүгээ хөвч хөндөхөө мартсан. Узза зөвхөн санваартнууд л гэрээний авдарт хүрч болохыг мартсан. Мариа, Елизабет хоёр Лазарын түүхэнд Христийн амилуулах хүчийг урьд нь мэдэж байснаа гэрчилдэг. 1843 оны хүснэгтийг гаргах үед удирдагчид (үе тэнгийн дарамт) Эцэг Миллерийг 1843 оны тухай өөрийн үргэлж хэлж ирсэн зүйлийг үл хайхрахад түшиглүүлсэн. Тэд түүнийг хорин гурван зуун өдрийн биелэлтийг 1843 он гэж урьдчилан хэлсэндээ багахан зай үлдээж байсан, урьд нь тогтоогдсон гэрчлэлээ өөрчлөхийг шаардав. Миллерийн гэрчлэл нь хөдөлгөөний бусад удирдагчдын үзүүлсэн үе тэнгийн дарамт түүнийг эш үзүүллэгийн биелэх хугацааг бүдэг бадаг тодорхойлж байснаа орхиж, энэ нь 1843 онд биелнэ хэмээн шууд мэдэгдэхэд хүргэснийг илтгэнэ.</w:t>
      </w:r>
    </w:p>
    <w:p>
      <w:pPr>
        <w:pStyle w:val="ArticleBody"/>
        <w:jc w:val="left"/>
      </w:pPr>
      <w:r>
        <w:rPr>
          <w:rFonts w:ascii="Times New Roman" w:hAnsi="Times New Roman" w:eastAsia="Times New Roman" w:cs="Times New Roman"/>
        </w:rPr>
        <w:t>Future for America-тай хамт байхад, “цаг хугацаанд тулгуурлан” өлгөгдөх өөр ямар ч захиас хэзээ ч байх ёсгүйг бид мэдэж байсан. Future for America энэ баримтыг хөдөлгөөний түүхийн турш дахин дахин зааж ирсэн. Эхний урам хугаралт нь үргэлж тогтоогдсон сорилтын үнэнийг үл хайхарсанд үндэслэдэг. Энэ нь үнэнийг нүгэлтээр үл тоомсорлосон явдал байсан, гэвч үүнээс ч илүү чухал нь, энэ нь 1844 онд төгссөн хэмээн онцгойлон тодорхойлогдсон Уильям Миллерийн үндсэн дүрмийг нүгэлтээр үл хайхарсан явдал байсан.</w:t>
      </w:r>
    </w:p>
    <w:p>
      <w:pPr>
        <w:pStyle w:val="ArticleScripture"/>
        <w:jc w:val="left"/>
      </w:pPr>
      <w:r>
        <w:rPr>
          <w:rFonts w:ascii="Times New Roman" w:hAnsi="Times New Roman" w:eastAsia="Times New Roman" w:cs="Times New Roman"/>
        </w:rPr>
        <w:t>Тэгээд миний далай дээр болон газар дээр зогсож байхыг харсан тэр тэнгэрэлч тэнгэр өөд гараа өргөж, тэнгэрийг болон түүн доторх юмсыг, газрыг болон түүн доторх юмсыг, далайг болон түүн доторх юмсыг Бүтээгч, мөнхөд мөнхөд амьдрагч Түүгээр тангараглан, цаашид цаг хугацаа байхгүй болно гэж айлдав. Илчлэлт 10:5, 6.</w:t>
      </w:r>
    </w:p>
    <w:p>
      <w:pPr>
        <w:pStyle w:val="ArticleBody"/>
        <w:jc w:val="left"/>
      </w:pPr>
      <w:r>
        <w:rPr>
          <w:rFonts w:ascii="Times New Roman" w:hAnsi="Times New Roman" w:eastAsia="Times New Roman" w:cs="Times New Roman"/>
        </w:rPr>
        <w:t>Газарт ба тэнгист зогсож байсан тэрхүү тэнгэрэлчийг Сэстр Уайт “Есүс Христээс дутуугүй Нэгэн” хэмээн өгүүлсэн байдаг. Америкийн ирээдүй Есүс Христийн шууд тушаалыг үл тоомсорлосон! Хувьдаа, 2020 оны 7 дугаар сарын 18-наас өмнө холбоотой байсан хүмүүсээсээ би цөөн хэдхэн хүнтэй л харилцсан. Тэр цөөн хүмүүсийн дотроос зөвхөн хоёртой нь, мөн тэр хоёрын нэг нь эдүгээ Есүс дотор нойрсож буй, 2020 оны 7 дугаар сарын 18-ны туршлагын талаар Бурханы Үгээс ирж байсан зүйлийг би хамт судалж, сорин шалгасан билээ. Гэвч бидний эцэс нь болж буй тэрхүү эхлэлийн Миллерит түүхэнд үндэслэвэл, тухайн үед уг хөдөлгөөнд байсан бөгөөд одоо ч зөгнөлийн “цаг хугацаанд өлгөгдсөн” хэрэглээг гаргасаар байгаа хүмүүс байсаар гэдэгт би итгэлтэй байна. Наран дор шинэ юм гэж үгүй.</w:t>
      </w:r>
    </w:p>
    <w:p>
      <w:pPr>
        <w:pStyle w:val="ArticleBody"/>
        <w:jc w:val="left"/>
      </w:pPr>
      <w:r>
        <w:rPr>
          <w:rFonts w:ascii="Times New Roman" w:hAnsi="Times New Roman" w:eastAsia="Times New Roman" w:cs="Times New Roman"/>
        </w:rPr>
        <w:t>Тэр төрлийн эш үзүүллэгийн хөөрөлд цаашид үргэлжлэн автахад цаг хугацаа хэтэрхий богино байна. Харин хүн бүр өөрийн оюун ухаанд бүрэн итгэлтэй байг. Мөн хугацаатай холбоотойгоор Future for America-гийн няцаадаг, цаг хугацаагаар тоглосоор байгаа талд байр суурь эзэлдэг хүн бүр тэдгээр хэрэглээнүүдийг бүгдийг нь няцааг; учир нь тэдгээр нь сатаны төөрөгдлөөс өөр юу ч биш юм.</w:t>
      </w:r>
    </w:p>
    <w:p>
      <w:pPr>
        <w:pStyle w:val="ArticleBody"/>
        <w:jc w:val="left"/>
      </w:pPr>
      <w:r>
        <w:rPr>
          <w:rFonts w:ascii="Times New Roman" w:hAnsi="Times New Roman" w:eastAsia="Times New Roman" w:cs="Times New Roman"/>
        </w:rPr>
        <w:t>Долоон аянгыг бүрдүүлдэг дөрвөн замын тэмдгийн дотор орших нууцлаг дотоод эш үзүүллэгийн шугамыг одоо Иуда овгийн Арслан лацнаас чөлөөлөн нээж байна. Энэхүү өгүүлэл нь “үнэн” хэмээн орчуулагддаг еврей “‘ĕmeṯ” гэдэг үгийн талаар бидний өмнө өгүүлсэн зүйлийг ердөө нэгэн тоймлон үзсэн хэрэг юм. Энэ нь бидний урьд нь хуваалцсан бүхнийг хамраагүй боловч уг тоймын зорилго нь Иохан 16:8 нь долоон аянгын доторх нууцлаг дотоод эш үзүүллэгийн шугамын талаар бидний дэвшүүлж буй эш үзүүллэгийн загварт туйлын нийцэж байгааг харуулахад оршино.</w:t>
      </w:r>
    </w:p>
    <w:p>
      <w:pPr>
        <w:pStyle w:val="ArticleBody"/>
        <w:jc w:val="left"/>
      </w:pPr>
      <w:r>
        <w:rPr>
          <w:rFonts w:ascii="Times New Roman" w:hAnsi="Times New Roman" w:eastAsia="Times New Roman" w:cs="Times New Roman"/>
        </w:rPr>
        <w:t>Бид дараагийн өгүүлэлд авч үзэх дүгнэлтэд хүрэхээсээ өмнө дахин авч үзэх шаардлагатай зүйл бага зэрэг үлдсэн байна.</w:t>
      </w:r>
    </w:p>
    <w:p>
      <w:pPr>
        <w:pStyle w:val="ArticleScripture"/>
        <w:jc w:val="left"/>
      </w:pPr>
      <w:r>
        <w:rPr>
          <w:rFonts w:ascii="Times New Roman" w:hAnsi="Times New Roman" w:eastAsia="Times New Roman" w:cs="Times New Roman"/>
        </w:rPr>
        <w:t>Энэ номын эш үзүүллэгийн үгсийг бүү битүүмжил, учир нь цаг нь ойрхон байна. Шударга бус нэгэн нь цаашид ч шударга бус хэвээр байг; бузар нэгэн нь цаашид ч бузар хэвээр байг; зөвт нэгэн нь цаашид ч зөвт хэвээр байг; ариун нэгэн нь цаашид ч ариун хэвээр байг. Мөн, болгоогтун, Би удахгүй ирнэ; хүн бүрд үйлсийнх нь дагуу өгөхөөр Миний шагнал Надтай хамт байна. Би бол Альфа ба Омега, эхлэл ба төгсгөл, анхны ба эцсийнх мөн. Илчлэлт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Үнэн гэж юу вэ? — Хоёрдугаар хэсэг</dc:title>
  <dc:subject>Энэ Номын Эш Үзүүллэгийн Үгсийг бүү лацад.</dc:subject>
  <dc:creator>Jeff Pippenger</dc:creator>
  <cp:keywords/>
  <dc:description>Generated by ArticleDigger from truth\02_truth.json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