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Үнэн гэж юу вэ? — Гуравдугаар дугаар</w:t>
      </w:r>
    </w:p>
    <w:p>
      <w:pPr>
        <w:pStyle w:val="ArticleSubtitle"/>
        <w:jc w:val="left"/>
      </w:pPr>
      <w:r>
        <w:rPr>
          <w:rFonts w:ascii="Arial" w:hAnsi="Arial" w:eastAsia="Arial" w:cs="Arial"/>
        </w:rPr>
        <w:t>Эммаус руу хүрэх зам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Иоханы сайн мэдээнд Эцсийн Зоогийн яг дараагаас Есүс Гетсеманийн цэцэрлэг рүү явах хүртэлх урт өгүүлэмж арван дөрөвдүгээр бүлгээс эхлэн арван долоодугаар бүлгийн төгсгөл хүртэл үргэлжилдэг. Би дараагийн өгүүлэлдээ эдгээр бүлгүүдийг авч үзэхээр зорьж байна. Энэ өгүүлэл нь тэдгээр бүлгүүдийн ойлголтыг дээр нь байгуулан босгох суурь тавцан мөн. Христийн түүхийн шинэчлэлийн шугамын хувьд авч үзвэл, эдгээр бүлгүүд дэх Христ ба Түүний шавь нарын харилцан яриа нь ялалтын оролтын яг дараа, загалмайн яг өмнө болж байна. Есүс Иерусалимд орж, дараа нь шавь нартайгаа эцсийн зоогоо барьж, үүний дараа уг өгүүлэмж өрнөөд, дараа нь Тэр Гетсемани руу явдаг бөгөөд мөн тэр өдөр шөнө дунд Тэр баривчлагдаж, цовдлолд хүргэдэг долоон шатат үйл явц эхэлсэн. Тэр болон шавь нар нь эш үзүүллэгийн хувьд долоо дахь сарын хөдөлгөөнөөр төлөөлөгддөг нэгэн түүхэн дотор, Эксетерийн хээрийн цуглааны яг дараа, Агуу Урам Хугарлын яг өмнөхөн байрлаж байв. Эцсийн Зоогийн яг дараа эхэлдэг уг өгүүлэмжид Есүсийн хэлсэн хамгийн эхний үг нь:</w:t>
      </w:r>
    </w:p>
    <w:p>
      <w:pPr>
        <w:pStyle w:val="ArticleScripture"/>
        <w:jc w:val="left"/>
      </w:pPr>
      <w:r>
        <w:rPr>
          <w:rFonts w:ascii="Times New Roman" w:hAnsi="Times New Roman" w:eastAsia="Times New Roman" w:cs="Times New Roman"/>
        </w:rPr>
        <w:t>Зүрх сэтгэл чинь бүү түгшиг. Та нар Бурханд итгэдэг; надад ч мөн итгэ. Иохан 14:1.</w:t>
      </w:r>
    </w:p>
    <w:p>
      <w:pPr>
        <w:pStyle w:val="ArticleBody"/>
        <w:jc w:val="left"/>
      </w:pPr>
      <w:r>
        <w:rPr>
          <w:rFonts w:ascii="Times New Roman" w:hAnsi="Times New Roman" w:eastAsia="Times New Roman" w:cs="Times New Roman"/>
        </w:rPr>
        <w:t>Агуу их урам хугарал ердөө хэдхэн цагийн дараа тулгарахыг мэдэж байсан Есүс, айсуй хямралын өмнө Өөрийн шавь нарыг бэхжүүлэхийг эрмэлзэв. Долоон аянгын бэлгэдлээр дүрслэгдсэн үйл явдлуудыг бүрдүүлдэг дөрвөн тэмдэгтийн доторх эш үзүүллэгийн нууц шугам нь Иоханы Сайн мэдээний өгүүлэмж дэх эдгээр гурван алхам өрнөдөг түүх мөн. Долоон аянгын дотор орших тэрхүү нууц шугам нь анхны урам хугаралаас эцсийн урам хугарал хүртэлх түүхийг илэрхийлдэг.</w:t>
      </w:r>
    </w:p>
    <w:p>
      <w:pPr>
        <w:pStyle w:val="ArticleBody"/>
        <w:jc w:val="left"/>
      </w:pPr>
      <w:r>
        <w:rPr>
          <w:rFonts w:ascii="Times New Roman" w:hAnsi="Times New Roman" w:eastAsia="Times New Roman" w:cs="Times New Roman"/>
        </w:rPr>
        <w:t>Есүс тэдэнд зүрх нь “бүү зовог” хэмээн айлдахын яг өмнөхөн Искариотын Иуда Синедрионд гурав дахь бөгөөд эцсийн удаагаа очихоор зоогийн ширээнээс гарч явсан байв. Тэрээр гурав дахь уулзалтаа хийхээр зоогийн газраас гарч явахдаа өөрийн шалгалтын хугацааг хаасан юм.</w:t>
      </w:r>
    </w:p>
    <w:p>
      <w:pPr>
        <w:pStyle w:val="ArticleBody"/>
        <w:jc w:val="left"/>
      </w:pPr>
      <w:r>
        <w:rPr>
          <w:rFonts w:ascii="Times New Roman" w:hAnsi="Times New Roman" w:eastAsia="Times New Roman" w:cs="Times New Roman"/>
        </w:rPr>
        <w:t>Долоон аянгын бэлгэдэл доторх нууц шугамын хүрээнд Христийн сүр жавхлант ёслолын оролт нь хоёр ангиллын мөргөгчид илрэн гардаг Шөнийн Дундын Хашхирааг төлөөлдөг. Еврей хэлний “үнэн” хэмээх үгийг бүтээхэд хэрэглэгддэг еврей үсгийн дундах үсгийн замын тэмдэг нь еврей цагаан толгойн арван гурав дахь үсэг юм. Арван гурав нь тэрслүү байдлыг илэрхийлдэг бөгөөд эш үзүүллэгийн замын тэмдгийн хувьд энэ нь мэргэн бус онгон бүсгүйчүүд тэрслүү байдлын илрэлийг төлөөлдөгтэй адил, сүр жавхлант ёслолын оролтын замын тэмдэг дээр Иудас ч мөн адил тийм илрэлийг үзүүлдэг Шөнийн Дундын Хашхирааг төлөөлдөг.</w:t>
      </w:r>
    </w:p>
    <w:p>
      <w:pPr>
        <w:pStyle w:val="ArticleScripture"/>
        <w:jc w:val="left"/>
      </w:pPr>
      <w:r>
        <w:rPr>
          <w:rFonts w:ascii="Times New Roman" w:hAnsi="Times New Roman" w:eastAsia="Times New Roman" w:cs="Times New Roman"/>
        </w:rPr>
        <w:t>“Буудайн дунд хогийн ургамал байсан бөгөөд үргэлж байх болно; ухаантай охидын хамт мунхаг охид, дэнлүүнийхээ хамт савандаа тосгүй хүмүүс ч байх болно. Христийн газар дээр байгуулсан чуулганд шунахай Иудас байсан, мөн түүний түүхийн үе шат бүрд чуулганд Иудасууд байх болно.” Signs of the Times, October 23, 1879.</w:t>
      </w:r>
    </w:p>
    <w:p>
      <w:pPr>
        <w:pStyle w:val="ArticleBody"/>
        <w:jc w:val="left"/>
      </w:pPr>
      <w:r>
        <w:rPr>
          <w:rFonts w:ascii="Times New Roman" w:hAnsi="Times New Roman" w:eastAsia="Times New Roman" w:cs="Times New Roman"/>
        </w:rPr>
        <w:t>Иуда мөнгийг буцаан өгч, Кайафад, дараа нь Христэд өөрийн урвалтыг хүлээн зөвшөөрснийхөө дараа, өөрийгөө дүүжлэхээр явсан. Шүүлтийн танхимаас гарч явахдаа тэрээр, тосыг олж авч чадаагүйгээ ухаарсан үед мөхөс онгон бүсгүйчүүдийн бэрхшээлийг илэрхийлдэг яг тэр үгсээр хашхирсан.</w:t>
      </w:r>
    </w:p>
    <w:p>
      <w:pPr>
        <w:pStyle w:val="ArticleScripture"/>
        <w:jc w:val="left"/>
      </w:pPr>
      <w:r>
        <w:rPr>
          <w:rFonts w:ascii="Times New Roman" w:hAnsi="Times New Roman" w:eastAsia="Times New Roman" w:cs="Times New Roman"/>
        </w:rPr>
        <w:t>“Иуда өөрийн гуйлтууд талаар өнгөрснийг хараад, «Хэтэрхий оройтсон байна! Хэтэрхий оройтсон байна!» хэмээн хашхирсаар танхимаас ухасхийн гарч одов. Тэрээр Есүсийг цовдлогдохыг харан амьд байж үл чадна гэж мэдэрч, цөхрөн гараад өөрийгөө дүүжилжээ.” The Desire of Ages, 722.</w:t>
      </w:r>
    </w:p>
    <w:p>
      <w:pPr>
        <w:pStyle w:val="ArticleBody"/>
        <w:jc w:val="left"/>
      </w:pPr>
      <w:r>
        <w:rPr>
          <w:rFonts w:ascii="Times New Roman" w:hAnsi="Times New Roman" w:eastAsia="Times New Roman" w:cs="Times New Roman"/>
        </w:rPr>
        <w:t>Иуда хуурамч Дундшөнийн Хашхирааны мэдээг «танхимаас яаран гарч, “Хэтэрхий оройтсон байна! Хэтэрхий оройтсон байна!” хэмээн хашхирсан» байдлаар дүрслэн үзүүлдэг. Энэхүү мэдээ нь үргэлж мөргөгчдийн хоёр ангийг ил тод болгодог бөгөөд Миллеритийн түүхэнд байсанчлан, жинхэнэ Дундшөнийн Хашхирааны мэдээ ирсний дараа мэргэн бус онгон охид хуурамч мэдээтэйгээр цааш үргэлжлүүлдэг. Ийнхүү Миллеритийн түүхэнд бид Уильям Миллерийг удирдагчаараа сонгосон хөдөлгөөнийг хардаг бөгөөд тэр нь гурав дахь тэнгэрэлчийн мэдээг няцааж, Христийг даган Ариунуудын Ариунд орсон бяцхан сүргийг эсэргүүцсэн юм.</w:t>
      </w:r>
    </w:p>
    <w:p>
      <w:pPr>
        <w:pStyle w:val="ArticleScripture"/>
        <w:jc w:val="left"/>
      </w:pPr>
      <w:r>
        <w:rPr>
          <w:rFonts w:ascii="Times New Roman" w:hAnsi="Times New Roman" w:eastAsia="Times New Roman" w:cs="Times New Roman"/>
        </w:rPr>
        <w:t>“Миний оюун ирээдүй рүү аваачигдаж, дохио өгөх тэр цагийг харлаа. ‘Харагтун, Сүйт залуу ирж байна; Түүнийг угтан гарагтун.’ Гэвч зарим нь дэнлүүндээ тос нэмж дүүргэхийн тулд олж авахыг хойшлуулсан байх бөгөөд, тосоор дүрслэгдсэн зан чанар шилжүүлэн өгөгдөх боломжгүйг тэд хэтэрхий оройтсон хойноо мэдэх болно.” Review and Herald, February 11, 1896.</w:t>
      </w:r>
    </w:p>
    <w:p>
      <w:pPr>
        <w:pStyle w:val="ArticleBody"/>
        <w:jc w:val="left"/>
      </w:pPr>
      <w:r>
        <w:rPr>
          <w:rFonts w:ascii="Times New Roman" w:hAnsi="Times New Roman" w:eastAsia="Times New Roman" w:cs="Times New Roman"/>
        </w:rPr>
        <w:t>Нууц түүхийн гурав дахь замын тэмдэг нь шүүлтийг илэрхийлдэг бөгөөд еврей цагаан толгойн сүүлчийн үсгээр төлөөлөгдөнө. Тэр үсэг нь “Тав” бөгөөд бичигдэхдээ загалмайн хэлбэртэй байдаг. Загалмай нь шүүлтийг илэрхийлдэг.</w:t>
      </w:r>
    </w:p>
    <w:p>
      <w:pPr>
        <w:pStyle w:val="ArticleBody"/>
        <w:jc w:val="left"/>
      </w:pPr>
      <w:r>
        <w:rPr>
          <w:rFonts w:ascii="Times New Roman" w:hAnsi="Times New Roman" w:eastAsia="Times New Roman" w:cs="Times New Roman"/>
        </w:rPr>
        <w:t>Миллерчүүдийн түүхэн дэх анхны урам хугаралтаас эхлэн Шөнө дундын хашхираан хүртэл, өөрөөр хэлбэл альфа үсгээс арван гурав дахь үсэг хүртэл, тодорхой нэг цаг хугацааны үеийг төлөөлөх тэмдэглэгээ байдаг бөгөөд энэ нь арван охины тухай сургаалт зүйрлэл дэх саатлын хугацаа гэж тодорхойлогддог, мөн Хабаккукын хоёрдугаар бүлэгт ч мөн адил гардаг саатлын хугацаа юм. Шөнө дундын хашхираанаас, өөрөөр хэлбэл тэрслүү байдлын арван гурав дахь үсгээс эхлэн агуу урам хугарал хүртэл, цагаан толгойн сүүлчийн үсэг хүртэл мөн бас нэгэн цаг хугацааны үе байдаг бөгөөд үүнийг “долоо дахь сарын хөдөлгөөн” гэж нэрлэдэг байсан нь энэ хөдөлгөөн долоон сар үргэлжилсэндээ бус, харин Шөнө дундын хашхирааны мэдээ нь Христ Иудейн хуанлийн долоо дахь сарын арав дахь өдөр, өөрөөр хэлбэл Цагаатгалын өдөр ирнэ хэмээн зааж байсанд оршино.</w:t>
      </w:r>
    </w:p>
    <w:p>
      <w:pPr>
        <w:pStyle w:val="ArticleBody"/>
        <w:jc w:val="left"/>
      </w:pPr>
      <w:r>
        <w:rPr>
          <w:rFonts w:ascii="Times New Roman" w:hAnsi="Times New Roman" w:eastAsia="Times New Roman" w:cs="Times New Roman"/>
        </w:rPr>
        <w:t>Иоханы арван дөрөвдүгээр бүлгээс арван наймдугаар бүлэг хүртэлх өгүүлэмжийн нөхцөл байдал нь Миллерчүүдийн түүхэн дэх долоо дахь сарын хөдөлгөөнийг бэлгэдэн төлөөлөх цаг үед эхэлдэг. Иоханы Сайн мэдээний энэхүү өгүүлэмжийн гол агуулга нь шавь нарыг загалмайн ирэх хямралд (‘‘Тав’’ үсэг) бэлтгэхэд оршино. Иймээс Христ Өөрийн үхлээс эхлэн Эцэг уруугаа өгсөж, дахин эргэн ирэх хүртэлх хугацаа нь Өөрийн шавь нарын хувьд уй гашуу, тодорхойгүй байдал, урам хугаралын үе байх болно гэдгийг тодорхойлсон. Шинэчлэлийн шугамуудын гэрчлэлд дүрслэгдсэн бүх анхны урам хугаралуудын эш үзүүллэгийн шинжүүдийн адил, энэхүү урам хугарал нь урьд нь илчлэгдсэн чухал үнэнийг үл хайхарснаас үүдэн бий болсон нөхцөл байдлыг хамардаг. Христийн загалмай дээрх үхэл бол чухал үнэн байсан бөгөөд одоо ч мөн тийм бөгөөд Тэр Өөрийг нь цовдолж, амилуулах болно гэдгийг шавь нартаа шууд хэлсэн байсан; гэвч тэрхүү хямрал нь тийм агуу, тийм бүхнийг нөмөрсөн байсан тул тэд санах учиртай зүйлээ мартжээ.</w:t>
      </w:r>
    </w:p>
    <w:p>
      <w:pPr>
        <w:pStyle w:val="ArticleScripture"/>
        <w:jc w:val="left"/>
      </w:pPr>
      <w:r>
        <w:rPr>
          <w:rFonts w:ascii="Times New Roman" w:hAnsi="Times New Roman" w:eastAsia="Times New Roman" w:cs="Times New Roman"/>
        </w:rPr>
        <w:t>“Израилийн Найдвар болох Христ загалмайд хадагдаж, Никодемд Өөрийгөө тийнхүү өргөгдөнө хэмээн айлдсанчлан өргөгдөхөд, шавь нарын найдвар Есүстэй хамт үхсэн юм. Тэд энэ хэргийг тайлбарлаж чадсангүй. Христ энэ тухай тэдэнд урьдчилан хэлсэн бүхнийг тэд ойлгож чадсангүй.” Faith and Works, 63.</w:t>
      </w:r>
    </w:p>
    <w:p>
      <w:pPr>
        <w:pStyle w:val="ArticleBody"/>
        <w:jc w:val="left"/>
      </w:pPr>
      <w:r>
        <w:rPr>
          <w:rFonts w:ascii="Times New Roman" w:hAnsi="Times New Roman" w:eastAsia="Times New Roman" w:cs="Times New Roman"/>
        </w:rPr>
        <w:t>Бидний авч үзэж буй Иоханы дөрвөн бүлэгт өгүүлэгдэх бүх түүхэн хүүрнэлийн гол агуулга нь Есүс шавь нараа Есүсийг шөнө дунд баривчлагдсан мөчөөс эхлэн Тэр Өөрийн Эцэг уруу өгсөн гарч, тэндээс буцан ирэх хүртэлх хугацаанд тэдний амсах урам хугаралтын үеэд бэлтгэж байсан явдал юм. Иоханы эдгээр дөрвөн бүлэгт, Христ шавь нараасаа хол байсан тэр хугацаа нь хүлээлтийн үеийг төлөөлдөг. Түүхэн утгаараа, миний хүлээлтийн үе гэж тодорхойлж буй тэр хугацаа нь загалмайн хямралын дараа болсон. Бидний авч үзэхээр бэлтгэж буй эдгээр дөрвөн бүлэгт, тэд эш үзүүллэгийн утгаар бол загалмайн агуу урам хугаралтын дараа бус, харин анхны урам хугаралтаас эхэлдэг хүлээлтийн үеийг төлөөлдөг.</w:t>
      </w:r>
    </w:p>
    <w:p>
      <w:pPr>
        <w:pStyle w:val="ArticleBody"/>
        <w:jc w:val="left"/>
      </w:pPr>
      <w:r>
        <w:rPr>
          <w:rFonts w:ascii="Times New Roman" w:hAnsi="Times New Roman" w:eastAsia="Times New Roman" w:cs="Times New Roman"/>
        </w:rPr>
        <w:t>Христ Өөрийн шавь нараа бэлтгэж байсан эцсийн урам хугаралт нь Христийн шинэчлэлийн шугам дахь анхны урам хугаралт болох Лазарын үхлийг бэлгэдэн дүрсэлж байсан гэж би яагаад үзүүлж байна вэ? Долоон аянгын нууцлаг түүхтэй холбоотойгоор одоо лац нь тайлагдаж буй үнэнүүдийг батлан тогтоодог гэрэлд Иоханы номын тэрхүү дөрвөн бүлэг дэх өгүүлэмжийг харахын өмнө энэ асуулт шийдвэрлэгдэх ёстой.</w:t>
      </w:r>
    </w:p>
    <w:p>
      <w:pPr>
        <w:pStyle w:val="ArticleBody"/>
        <w:jc w:val="left"/>
      </w:pPr>
      <w:r>
        <w:rPr>
          <w:rFonts w:ascii="Times New Roman" w:hAnsi="Times New Roman" w:eastAsia="Times New Roman" w:cs="Times New Roman"/>
        </w:rPr>
        <w:t>Христийн түүхэнд Лазарын үхэл ба амилалтын хоорондох хугацаа нь саатлын хугацаатай давхцан таардаг. Үүний дараа Христ Өөрийн ялгуусан оролтоо хийхээр Иерусалим уруу явдаг. Иохан арван дөрөвдүгээр бүлэгт Христ шавь нартаа хандан, саатлын хугацаа аль хэдийн төгсөж, долоо дахь сарын хөдөлгөөнийг эхлүүлсэн Шөнийн Дунд Хашхирааны мэдээ ирснээр эхэлсэн тэрхүү долоо дахь сарын хөдөлгөөний түүхийн үед айлдаж байна.</w:t>
      </w:r>
    </w:p>
    <w:p>
      <w:pPr>
        <w:pStyle w:val="ArticleBody"/>
        <w:jc w:val="left"/>
      </w:pPr>
      <w:r>
        <w:rPr>
          <w:rFonts w:ascii="Times New Roman" w:hAnsi="Times New Roman" w:eastAsia="Times New Roman" w:cs="Times New Roman"/>
        </w:rPr>
        <w:t>Еврей хэлний “үнэн” хэмээх үг нь долоон аянгын бэлгэдэлт түүхээс лац нь тайлагдан ил болсон нуугдмал түүхийн танигдлыг хэрхэн баталж байгааг ойлгохын тулд Иохан номын арван дөрөвдүгээр бүлгээс арван долоодугаар бүлэг хүртэлх хэсэгт Христ Өөрийн шавь нартаа тухайн үед айлдаж байсан мэдээг няхуур шинжлэх шаардлагатай. Агуу урам хугаралын замын тэмдэг эхний урам хугаралын замын тэмдгийг тайлбарлан үзүүлэхэд хэрэглэгдэж буй нэг жишээ нь Эммаус хүрэх зам дээрх шавь нарын туршлагаас танигдаж болно.</w:t>
      </w:r>
    </w:p>
    <w:p>
      <w:pPr>
        <w:pStyle w:val="ArticleBody"/>
        <w:jc w:val="left"/>
      </w:pPr>
      <w:r>
        <w:rPr>
          <w:rFonts w:ascii="Times New Roman" w:hAnsi="Times New Roman" w:eastAsia="Times New Roman" w:cs="Times New Roman"/>
        </w:rPr>
        <w:t>Миллерит хөдөлгөөний түүхэн дэх саатлын цагийг төгсгөсөн зүйл нь 1843 оны өмнөх бүтэлгүй зөгнөлийн залруулга байв. Агуу Урам Хугаралд хүргэн төгссөн долоо дахь сарын хөдөлгөөнийг эхлүүлсэн мэдээг боловсруулсан Самуел Сноугийн ажлыг, Эксетерийн хуарангийн цуглаанд хүргэх хүртэлх түүний нийтлэгдсэн бичвэрүүд болон олон нийтийн илтгэлүүдээр дамжуулан ойлголт нь хэрхэн өсөж хөгжсөнийг мөрдөн судлах замаар түүхэн байдлаар тогтоож болно. Онгодоор өдөөгдсөн тайлбар энэ хөгжлийг, Сноугийн эцэст нь тунхагласан мэдээний ердөө түүхэн хөгжлөөр хязгаарлан авч үздэггүй. Хатагтай Уайт, Эзэн Хабакукийн 1843 оны хүснэгт дэх тоонуудын алдаанаас Өөрийн мутрыг татан авсан үед тэрхүү мэдээ хүлээн зөвшөөрөгдсөн гэж бидэнд мэдэгддэг.</w:t>
      </w:r>
    </w:p>
    <w:p>
      <w:pPr>
        <w:pStyle w:val="ArticleScripture"/>
        <w:jc w:val="left"/>
      </w:pPr>
      <w:r>
        <w:rPr>
          <w:rFonts w:ascii="Times New Roman" w:hAnsi="Times New Roman" w:eastAsia="Times New Roman" w:cs="Times New Roman"/>
        </w:rPr>
        <w:t>“Би Бурханы ард түмнийг баярт найдвар дотор, Эзэнээ хүсэн хүлээж байхыг харсан. Харин Бурхан тэднийг сорихоор тогтоосон байв. Түүний мутар эш үзүүллэгийн хугацаануудыг тооцоолсон хэрэгт гарсан нэгэн алдааг халхалсан байлаа. Эзэнээ хүсэн хүлээж байсан хүмүүс тэр алдааг олж мэдээгүй бөгөөд цаг хугацааны тухай эсэргүүцэж байсан хамгийн эрдэмтэй хүмүүс ч мөн түүнийг олж хараагүй. Бурхан Өөрийн ард түмэн урам хугаралттай учрах ёстой хэмээн тогтоосон байв. Цаг хугацаа өнгөрч, Аврагчаа баярт найдвараар хүлээж байсан хүмүүс гунигтай, мохсон байхад, харин Есүсийн илрэн ирэлтийг хайрлаагүй мөртөө, айдсаас болж энэ мэдээг хүлээн авсан хүмүүс Тэр хүлээлтийн цагт ирээгүйд баярлаж байлаа. Тэдний итгэлийн тунхаг зүрхэнд нөлөөлж, амьдралыг ариусгаагүй байв. Цаг хугацаа өнгөрсөн явдал ийм зүрх сэтгэлийг илчлэн гаргахаар маш нарийн зохицуулагдсан байлаа. Тэд л хамгийн түрүүнд эргэж буцан, Аврагчийнхаа илрэн ирэлтийг үнэхээр хайрлаж байсан гунигтай, урам хугарсан хүмүүсийг дооглон тохуурхсан. Бурхан Өөрийн ард түмнийг сорьж, шалгалтын цагт хэн нь агшиж ухарч, буцахыг илрүүлэхийн тулд тэдэнд нэвт шалгах сорил өгсөнд буй Бурханы мэргэн ухааныг би харсан.”</w:t>
      </w:r>
    </w:p>
    <w:p>
      <w:pPr>
        <w:pStyle w:val="ArticleScripture"/>
        <w:jc w:val="left"/>
      </w:pPr>
      <w:r>
        <w:rPr>
          <w:rFonts w:ascii="Times New Roman" w:hAnsi="Times New Roman" w:eastAsia="Times New Roman" w:cs="Times New Roman"/>
        </w:rPr>
        <w:t>“Есүс болон тэнгэрийн бүх цэрэг сүнс нь хайрласан Түүнийг үзэхээр эелдэгхэн найдвар тээж удаан хүсэн хүлээсэн хүмүүсийг энэрэл, хайраар харж байв. Тэдний сорилтын цагт тэднийг дэмжихээр тэнгэрэлчүүд тэдний эргэн тойронд хөвөн байлаа. Тэнгэрийн мэдээг хүлээн авахаас үл тоомсорлосон хүмүүс харанхуйд үлдэж, Бурханы уур тэдний эсрэг дүрэлзэв. Учир нь Тэрээр тэнгэрээс илгээсэн гэрлийг тэд хүлээн авахыг хүсээгүй аж. Эзэн нь яагаад ирээгүйг ойлгож чадахгүй байсан, үнэнч атлаа урам нь хугарсан тэдгээр хүмүүс харанхуйд орхигдсонгүй. Тэд эш үзүүллэгийн хугацаануудыг шинжлэн судлахаар дахин Библи рүүгээ хөтлөгдөв. Эзэний гар тоонууд дээрээс авагдаж, алдаа нь тайлбарлагдав. Тэд эш үзүүллэгийн хугацаанууд 1844 он хүрч байгааг олж харсан бөгөөд эш үзүүллэгийн хугацаанууд 1843 онд дууссан гэж батлан харуулахын тулд тэдний гаргасан тэрхүү нотолгоо нь 1844 онд төгсөнө гэдгийг мөн адил нотолж байв. Бурханы Үгийн гэрэл тэдний байр суурин дээр тусаж, тэд саатлын хугацааг олж мэдэв—‘Хэдийгээр тэр [үзэгдэл] саатавч, түүнийг хүлээгтүн.’ Христийн нэн даруй ирэхийг гэсэн хайрандаа тэд жинхэнэ хүлээгчдийг ил болгохоор тооцоологдсон үзэгдлийн саатлыг анзааралгүй өнгөрөөсөн байжээ. Тэдэнд дахин нэг хугацааны цэг байв. Гэвч 1843 онд тэдний итгэлийг тодорхойлж байсан тэрхүү идэвх зүтгэл, эрч хүчний хэмжээнд хүрэхийн тулд тэдний олонх нь гүн хүнд урам хугарлаа даван гарч чадсангүй гэдгийг би харсан.”</w:t>
      </w:r>
    </w:p>
    <w:p>
      <w:pPr>
        <w:pStyle w:val="ArticleScripture"/>
        <w:jc w:val="left"/>
      </w:pPr>
      <w:r>
        <w:rPr>
          <w:rFonts w:ascii="Times New Roman" w:hAnsi="Times New Roman" w:eastAsia="Times New Roman" w:cs="Times New Roman"/>
        </w:rPr>
        <w:t>“Сатан болон түүний тэнгэрэлчүүд тэднийг ялсан бөгөөд мэдээг хүлээн авахгүй байсан хүмүүс үүнийг, тэдний нэрлэснээр, төөрөгдөл хэмээн үзэж, түүнийг хүлээн аваагүйдээ өөрсдийн холч ухаант шүүлт ба мэргэн ухаандаа өөрсдийгөө баяртайгаар сайшаав. Тэд Бурханы зөвлөгөөг өөрсдийн эсрэгээр няцааж байгаагаа ухаараагүй бөгөөд тэнгэрээс илгээгдсэн мэдээг амьдралдаа хэрэгжүүлж байсан Бурханы ардыг будлиулахын тулд Сатан болон түүний тэнгэрэлчүүдтэй нэгдэн үйлчилж байлаа.</w:t>
      </w:r>
    </w:p>
    <w:p>
      <w:pPr>
        <w:pStyle w:val="ArticleScripture"/>
        <w:jc w:val="left"/>
      </w:pPr>
      <w:r>
        <w:rPr>
          <w:rFonts w:ascii="Times New Roman" w:hAnsi="Times New Roman" w:eastAsia="Times New Roman" w:cs="Times New Roman"/>
        </w:rPr>
        <w:t>“Энэхүү мэдээний итгэгчид сүмүүдэд хавчигдан дарлагдаж байв. Хэсэг хугацаанд, мэдээг хүлээн авахгүй байсан хүмүүс зүрх сэтгэлийнхээ бодлыг үйлдлээрээ илэрхийлэхээс айдсаар хязгаарлагдаж байлаа; гэвч цаг хугацаа өнгөрөхөд тэдний жинхэнэ мэдрэмж ил болов. Тэд эш үзүүллэгийн хугацаанууд 1844 он хүртэл үргэлжилсэн гэж хүлээгчид өөрсдийгөө гэрчлэхээс өөр аргагүй гэж үзсэн тэрхүү гэрчлэлийг чимээгүй болгохыг хүсэж байв. Итгэгчид алдаагаа тодорхойгоор тайлбарлаж, 1844 онд Эзэнээ хүлээсэн шалтгаануудаа өгүүлэв. Тэдний эсэргүүцэгчид гаргасан хүчтэй үндэслэлүүдийн эсрэг ямар ч маргаан дэвшүүлж чадсангүй. Гэвч сүмүүдийн уур хилэн дүрэлзэн асав; тэд нотолгоог сонсохгүй байхаар, мөн бусад нь сонсож чадахгүй байлгахын тулд гэрчлэлийг сүмүүдээс хааж гаргахаар шийдсэн байв. Бурхан тэдэнд өгсөн гэрлийг бусдаас нуун далдлахаас эмээсэн хүмүүс сүмүүдээс хөөгдөн гарсан; харин Есүс тэдэнтэй хамт байсан бөгөөд тэд Түүний мэлмийн гэрэлд баяр хөөртэй байлаа. Тэд хоёр дахь тэнгэрэлчийн мэдээг хүлээн авахаар бэлтгэгдсэн байв.” Early Writings, 235–237.</w:t>
      </w:r>
    </w:p>
    <w:p>
      <w:pPr>
        <w:pStyle w:val="ArticleBody"/>
        <w:jc w:val="left"/>
      </w:pPr>
      <w:r>
        <w:rPr>
          <w:rFonts w:ascii="Times New Roman" w:hAnsi="Times New Roman" w:eastAsia="Times New Roman" w:cs="Times New Roman"/>
        </w:rPr>
        <w:t>Дөнгөж өгүүлсэн түүх нь бусад зүйлсийн хамт 2020 оны 7 дугаар сарын 18-ны туршлагыг дүрслэн харуулж байгаа хэдий ч, та бүхний анхааран үзээсэй гэж миний хүсэж буй гол санаа нь, Эксетерийн майхан цуглаанд Самуел Сноугийн тунхагласан Шөнө дундын Хашхирааны мэдээгээр төлөөлөгдсөн ойлголт нь Сноугийн түүхэн ажлаар бус, харин Эзэний мутрын үйлдлээр төлөөлөгддөг явдал юм. Түүний мутар нэгэн алдааг халхалж байсан бөгөөд Тэр мутраа татан авмагц Миллерчүүд өөрсдийн урам хугарлыг ойлгож, мөн тэд хойшлогдлын цаг хэмээн дүрслэгдсэн хугацаанд байсан гэдгээ ч ойлгох боломжтой болсон юм.</w:t>
      </w:r>
    </w:p>
    <w:p>
      <w:pPr>
        <w:pStyle w:val="ArticleBody"/>
        <w:jc w:val="left"/>
      </w:pPr>
      <w:r>
        <w:rPr>
          <w:rFonts w:ascii="Times New Roman" w:hAnsi="Times New Roman" w:eastAsia="Times New Roman" w:cs="Times New Roman"/>
        </w:rPr>
        <w:t>Түүний мутрыг татан авах нь Эммаус уруу замд явж байсан шавь нарын тухай өгүүлэл дэх амин чухал нэгэн бүрэлдэхүүн мөн. Энэ нь “саатлын хугацаа” хэмээн танигдсан үеийн төгсгөлийг бэлгэдэж, Шөнө дундын Хашхирааны мэдээгээр илэрхийлэгддэг ойлголтоор төгсөнө. Гэвч Эммаусын дүрслэл нь Лазарын үхлийн анхны урам хугарал бус, Их Урам Хугарлыг төлөөлдөг загалмайн дараа болсон билээ.</w:t>
      </w:r>
    </w:p>
    <w:p>
      <w:pPr>
        <w:pStyle w:val="ArticleScripture"/>
        <w:jc w:val="left"/>
      </w:pPr>
      <w:r>
        <w:rPr>
          <w:rFonts w:ascii="Times New Roman" w:hAnsi="Times New Roman" w:eastAsia="Times New Roman" w:cs="Times New Roman"/>
        </w:rPr>
        <w:t>Харагтун, тэдний хоёул тэр өдөр Иерусалимаас жаран хэрийн зайтай, Эммаус хэмээх нэгэн тосгон уруу явж байлаа. Тэд тохиолдсон энэ бүхний тухай хоорондоо ярилцаж байв. Тэгээд тэд ийнхүү хоорондоо хөөрөлдөн, учрыг тунгааж байх зуур Есүс Өөрөө ойртон ирж, тэдэнтэй хамт явлаа. Гэвч тэд Түүнийг танихгүй байхын тулд нүд нь баригдсан байв. Тэр тэдэнд, Та нар алхаж явахдаа хоорондоо юун тухай ярилцаж, ийнхүү гунигтай байна вэ? гэж айлдав. Лук 24:13–16.</w:t>
      </w:r>
    </w:p>
    <w:p>
      <w:pPr>
        <w:pStyle w:val="ArticleBody"/>
        <w:jc w:val="left"/>
      </w:pPr>
      <w:r>
        <w:rPr>
          <w:rFonts w:ascii="Times New Roman" w:hAnsi="Times New Roman" w:eastAsia="Times New Roman" w:cs="Times New Roman"/>
        </w:rPr>
        <w:t>Энэ хэсэг дэх “нүд” гэдэг үг нь нүд хэмээх бодит эрхтнээс илүүтэйгээр хараа, үзэгдлийг илэрхийлж байна. “Баригдсан” гэдэг үг нь хүч чадлыг гэсэн утгатай. Шавь нар загалмайн үзэгдлийг ойлгох боломжгүй байсан, учир нь Христ загалмайн эш үзүүллэгийн үзэгдлийг харах чадварыг нь халхалсан байв. Христийн гар нь Түүний хүч чадлын бэлгэдэл мөн. Есүсийн олж харсан уйтгар гуниг нь тэдний асар их урам хугарлыг илэрхийлж байлаа. Урам хугарсан шавь нар цаашид ярилцсаны дараа Христ ярьж эхлэв.</w:t>
      </w:r>
    </w:p>
    <w:p>
      <w:pPr>
        <w:pStyle w:val="ArticleScripture"/>
        <w:jc w:val="left"/>
      </w:pPr>
      <w:r>
        <w:rPr>
          <w:rFonts w:ascii="Times New Roman" w:hAnsi="Times New Roman" w:eastAsia="Times New Roman" w:cs="Times New Roman"/>
        </w:rPr>
        <w:t>Тэр тэдэнд, «Ай, мунхаг хүмүүс ээ, эш үзүүлэгчдийн айлдсан бүгдэд итгэхдээ зүрх нь удаан хүмүүс ээ! Христ эдгээрийг амсаж, Өөрийн алдар уруу орох ёсгүй байсан гэж үү?» хэмээн айлдав. Тэгээд Мосегоос эхлэн бүх эш үзүүлэгчдээр дамжуулан, бүх Судар дотор Өөрийнх нь тухай өгүүлсэн зүйлсийг тэдэнд тайлбарлан өгөв. Тэдний явж байсан тосгонд ойртон ирэхэд, Тэр цааш явах гэж байгаа мэт болов. Харин тэд Түүнийг ятган, «Бидэнтэй хамт байгаач; учир нь үдэш болж, өдөр аль хэдийн өнгөрчээ» гэв. Тэгээд Тэр тэдэнтэй хамт саатахаар дотогш оров. Лук 24:25–29.</w:t>
      </w:r>
    </w:p>
    <w:p>
      <w:pPr>
        <w:pStyle w:val="ArticleBody"/>
        <w:jc w:val="left"/>
      </w:pPr>
      <w:r>
        <w:rPr>
          <w:rFonts w:ascii="Times New Roman" w:hAnsi="Times New Roman" w:eastAsia="Times New Roman" w:cs="Times New Roman"/>
        </w:rPr>
        <w:t>Есүс Библийн тайлбарын “түүхч” арга зүйг хэрэглэн, Мосегоос эхлэн эш үзүүллэгийн шугамуудыг ариун түүхээр дамжуулан авч явж, загалмайн түүхийг таниулах замаар шавь нарыг сургажээ. Есүс урам нь хугарсан шавь нарт зааварлахдаа хуучин замуудыг болон мөр мөрөөр нь тавигдах арга зүйг төлөөлдөг өнгөрсөн эш үзүүллэгийн түүхийн шугамуудыг хэрэглэсэн. Тэр тэднийг орхиод цааш явах мэт харагдах үед, тэд Түүнийг дотогш орж, өөрсөдтэй нь хамт саатахыг ятган хүчилжээ. Тэд саатлын цаг үед байсан бөгөөд Христ тэдний нүднээс Өөрийн мутрыг авах гэж байв. Түүний мутар авагдмагц саатлын цаг үе төгсөх байсан бөгөөд тэд харанхуй дундуур Иерусалим болон арван нэгэн шавь руу буцан яарахдаа Шөнийн Дундын Хашхирааны мэдээ дамжих хурдыг бэлгэджээ.</w:t>
      </w:r>
    </w:p>
    <w:p>
      <w:pPr>
        <w:pStyle w:val="ArticleScripture"/>
        <w:jc w:val="left"/>
      </w:pPr>
      <w:r>
        <w:rPr>
          <w:rFonts w:ascii="Times New Roman" w:hAnsi="Times New Roman" w:eastAsia="Times New Roman" w:cs="Times New Roman"/>
        </w:rPr>
        <w:t>Тэрээр тэдэнтэй хамт зооглож суухдаа талх авч, ерөөгөөд хуваан тэдэнд өгөв. Тэгэхэд тэдний нүд нээгдэж, Түүнийг танин мэдэв; харин Тэр тэдний нүднээс далд болов. Лук 24:31.</w:t>
      </w:r>
    </w:p>
    <w:p>
      <w:pPr>
        <w:pStyle w:val="ArticleBody"/>
        <w:jc w:val="left"/>
      </w:pPr>
      <w:r>
        <w:rPr>
          <w:rFonts w:ascii="Times New Roman" w:hAnsi="Times New Roman" w:eastAsia="Times New Roman" w:cs="Times New Roman"/>
        </w:rPr>
        <w:t>Есүс тэдний эш үзүүллэгийн үзэгдлийг ойлгох ухааныг нь барьж байсан Өөрийн мутрыг татан авмагц, тэд Түүнийг танин мэдэв. Есүс тэдэнд Шөнийн дунд хашхирах дууны мэдээг авчирсан бөгөөд тэд үүнийг хооллож байхдаа хүлээн авсан, учир нь аливаа мэдээ бүр идэгдэж байх ёстой. Тэд даруйхан “газар орныг хамран нөмрөх далайн түрлэг мэт” яаран очиж, арван нэгэн шавьд мэдэгдэв.</w:t>
      </w:r>
    </w:p>
    <w:p>
      <w:pPr>
        <w:pStyle w:val="ArticleScripture"/>
        <w:jc w:val="left"/>
      </w:pPr>
      <w:r>
        <w:rPr>
          <w:rFonts w:ascii="Times New Roman" w:hAnsi="Times New Roman" w:eastAsia="Times New Roman" w:cs="Times New Roman"/>
        </w:rPr>
        <w:t>Тэд өөр хоорондоо, “Тэр замд бидэнтэй ярилцаж, Судруудыг бидэнд тайлж өгөхөд зүрх маань дотор минь шатаж байгаагүй гэж үү?” хэмээн хэлэлцэв. Тэгээд тэд тэр даруй босож, Иерусалим уруу буцан очоод, арван нэгэн шавь болон тэдэнтэй хамт байсан хүмүүсийг цугларсныг олж, тэд, “Эзэн үнэхээр амилж, Симонд үзэгдсэн байна” хэмээн хэлж байв. Тэд ч мөн замд тохиолдсон зүйлсийг, мөн талх хуваахад Түүнийг хэрхэн таньж мэдснээ өгүүлэв. Тэд ийнхүү ярьж байтал Есүс Өөрөө тэдний дунд зогсоод, тэдэнд, “Та нарт амгалан байг” айлдав. Харин тэд айн цочирдож, сүнс харлаа хэмээн бодов. Тэгэхэд Тэр тэдэнд, “Та нар юунд түгшинэ вэ? Яагаад зүрх сэтгэлд чинь ийм бодлууд төрнө вэ? Миний гар, Миний хөлийг хар. Энэ чинь Би Өөрөө мөн. Намайг тэмтэрч үз; учир нь та нарын Намайг харж байгаачлан сүнсэнд мах, яс гэж үгүй” гэв. Ингэж айлдсаны дараа Тэр Өөрийн гар, хөлийг тэдэнд үзүүлэв. Тэд баярласандаа одоо ч итгэж ядан, гайхсаар байхад нь Тэр тэдэнд, “Энд та нарт идэх юм байна уу?” гэж айлдав. Тэгэхэд тэд Түүнд шарсан загасны хэсэг, бас зөгийн балны сархинаг өгөв. Тэр авч, тэдний өмнө идэв. Тэгээд Тэр тэдэнд, “Би та нартай хамт байхдаа, Миний тухай Мосегийн хуульд, эш үзүүлэгчдийн бичээсүүдэд, мөн Дууллуудад бичигдсэн бүхэн биелэгдэх ёстой гэж та нарт хэлж байсан үгс минь энэ мөн” гэж айлдав. Тэгээд Тэр тэдний оюун ухааныг нээж, Судруудыг ойлгохуйц болгов. Лук 24:32–45.</w:t>
      </w:r>
    </w:p>
    <w:p>
      <w:pPr>
        <w:pStyle w:val="ArticleBody"/>
        <w:jc w:val="left"/>
      </w:pPr>
      <w:r>
        <w:rPr>
          <w:rFonts w:ascii="Times New Roman" w:hAnsi="Times New Roman" w:eastAsia="Times New Roman" w:cs="Times New Roman"/>
        </w:rPr>
        <w:t>Эммаус хүрэх замд явж байсан шавь нартай адил, Есүс Өөрийн үхэл ба амилалтын түүхийг тайлбарлахын тулд Библийн өнгөрсөн ариун түүхүүдээр дамжуулан мэдээг толилуулсан бөгөөд үүнийг Тэр тэдэнд идэхийн жишээ өгснөөр хийсэн. Бурханы ард түмэн мэдээг идэх учиртай. Тэдний эргэлзээ ба уй гашууны дунд, Есүс өнгөрсөн үеийн ариун түүхүүдийг мөр мөрөөр нь нэгтгэн байгуулсан өнөөгийн үнэний мэдээнд тэдний ойлголтыг нээснээр, Өөрийн үхлээс эхлэн амилалт, тэнгэрт өргөгдөлт болон эргэн ирэлт хүртэл үргэлжилсэн саатлын цаг хугацааг төгсгөлд нь хүргэдэг.</w:t>
      </w:r>
    </w:p>
    <w:p>
      <w:pPr>
        <w:pStyle w:val="ArticleBody"/>
        <w:jc w:val="left"/>
      </w:pPr>
      <w:r>
        <w:rPr>
          <w:rFonts w:ascii="Times New Roman" w:hAnsi="Times New Roman" w:eastAsia="Times New Roman" w:cs="Times New Roman"/>
        </w:rPr>
        <w:t>Тиймээс Еммаус руу явж байсан хоёр шавь (Шөнө дундын хашхирааны мэдээгээр нэгдэж, хүчирхэгждэг хоёр дахь тэнгэрэлчийг төлөөлдөг) загалмайн дараа үргэлжилсэн саатлын үеийг Шөнө дундын хашхирааны өмнө тохиосон саатлын үе мөн гэж тодорхойлдог. Иймээс тэр шавийн урам хугаралт нь агуу урам хугаралт бус, харин эш үзүүллэгийн шугам дахь анхны урам хугаралтыг төлөөлдөг.</w:t>
      </w:r>
    </w:p>
    <w:p>
      <w:pPr>
        <w:pStyle w:val="ArticleBody"/>
        <w:jc w:val="left"/>
      </w:pPr>
      <w:r>
        <w:rPr>
          <w:rFonts w:ascii="Times New Roman" w:hAnsi="Times New Roman" w:eastAsia="Times New Roman" w:cs="Times New Roman"/>
        </w:rPr>
        <w:t>Дараа нь Эммаусын түүх урам нь хугарсан арван нэгэн шавийн хамт дахин давтагдана. Есүс тэдэнтэй нэгдэж, “түүхэнчлэлийн” аргачлалаар дамжуулан эш үзүүллэгийн үг хэрхэн биелснийг тэдэнд зааж, хооллон байх зуурт нь тэдний ойлголтыг нээв. Түүхийн эхлэл нь түүхийн төгсгөлийг тодорхойлдог. Дараа нь Есүс загалмайн урам хугарал анхны урам хугаралд эш үзүүллэгийн хувьд хэрэглэгдэж болохыг нотлох гурав дахь гэрчийг гарган тавив. Тэрээр дээрээс хүч хүлээн авах хүртлээ Иерусалимд саатан бай хэмээн тэдэнд айлдсанаараа уг түүхийн бүтцийн гурав дахь гэрчийг өгсөн юм.</w:t>
      </w:r>
    </w:p>
    <w:p>
      <w:pPr>
        <w:pStyle w:val="ArticleScripture"/>
        <w:jc w:val="left"/>
      </w:pPr>
      <w:r>
        <w:rPr>
          <w:rFonts w:ascii="Times New Roman" w:hAnsi="Times New Roman" w:eastAsia="Times New Roman" w:cs="Times New Roman"/>
        </w:rPr>
        <w:t>Тэр тэдэнд ийн айлдав: Христ зовж шаналах, мөн гурав дахь өдөр үхэгсдээс амилан босох нь ийнхүү бичигдсэн бөгөөд тийнхүү зохистой байжээ. Мөн нүглүүдийн уучлалын төлөөх гэмшил нь Түүний нэрээр бүх үндэстнүүдийн дунд, Иерусалимаас эхлэн тунхаглагдах ёстой байв. Та нар эдгээрийн гэрч нар мөн. Мөн, болгоогтун, Би Эцэгийнхээ амлалтыг та нарын дээр илгээнэ. Харин та нар дээрээс хүчээр хувцаслагдах хүртлээ Иерусалим хотод байгтун. Тэгээд Тэр тэднийг Бетани хүрэх хүртэл дагуулан гаргаж, гараа өргөн тэднийг ерөөв. Тэр тэднийг ерөөж байх зуур Өөрөөс нь тэд салгагдан, тэнгэр өөд өргөгдөн одов. Тэгэхэд тэд Түүнд мөргөн, агуу баяртайгаар Иерусалим уруу буцав. Мөн тэд үргэлж сүмд байж, Бурханыг магтан алдаршуулж, ерөөж байв. Амен. Лук 24:46–53.</w:t>
      </w:r>
    </w:p>
    <w:p>
      <w:pPr>
        <w:pStyle w:val="ArticleBody"/>
        <w:jc w:val="left"/>
      </w:pPr>
      <w:r>
        <w:rPr>
          <w:rFonts w:ascii="Times New Roman" w:hAnsi="Times New Roman" w:eastAsia="Times New Roman" w:cs="Times New Roman"/>
        </w:rPr>
        <w:t>Эммаус орох замд явсан шавь нарын тухай дүрслэл нь Түүний үхлээс эхлэн Тэр амилж, Эцэг уруугаа өргөгдөн одох хүртэл үргэлжилсэн саатах цаг үеийг тодорхойлж өгдөг. Загалмайн үйл явдлуудын тухай мэдээ нь өнгөрсөн ариун түүхүүдийн шугамуудыг шугам дээр шугам нэмж нэгтгэн авчрах аргачлалаар бат тогтоогдоход Эммаусын шавь нарын хувьд саатах цаг үе төгссөн юм. Дараа нь тэрхүү мэдээг шавь нар аль болох хурдан дамжуулсан. Тэгээд Есүс арван нэгэн шавьтай уулзах бөгөөд дахин хамт хоол идэх тухай дурдагдаж, мэдээг батлахын тулд шугам дээр шугам нэмэх арга хэрэглэгдэн, Эммаусын шавь нартай адил Тэр тэдний ойлголтыг нээж, дараа нь явдаг. Гэвч Тэр Иерусалимд саатан байх түүхийг, Пентекостын өдөр Ариун Сүнс ирснээр саатах цаг үе төгсөнө гэдгийг тодорхойлж өгсний дараа л явсан юм.</w:t>
      </w:r>
    </w:p>
    <w:p>
      <w:pPr>
        <w:pStyle w:val="ArticleBody"/>
        <w:jc w:val="left"/>
      </w:pPr>
      <w:r>
        <w:rPr>
          <w:rFonts w:ascii="Times New Roman" w:hAnsi="Times New Roman" w:eastAsia="Times New Roman" w:cs="Times New Roman"/>
        </w:rPr>
        <w:t>Есүс Өөрийн шавь нарт Иерусалимд саатахыг айлдах үед энэ нь Эммаус хүрэх замын түүхийн төгсгөл байв. Тэрхүү түүхийн эхлэл нь урам хугаралтыг илэрхийлдэг бөгөөд түүний дараа саатлын цаг үе, түүнээс хойш Шөнө дундын Хашхирааны мэдээг төлөөлөх үнэний илчлэлт дагалддаг. Үнэний тэрхүү илчлэлт нь Христ шавь нарын нүдийг “барьж” байсан Өөрийн мутрыг татан авснаар биелсэн юм. Энэ нь түүхийн эхлэл бөгөөд түүхийн дунд хэсэг нь Христ арван нэгэн шавьдаа Өөрийгөө илчилж, Түүний Үгийн талаарх тэдний ойлголтыг нээснээр тэдний урам хугаралтыг арилгасан тэр л адил түүхээр давтагддаг. Дараа нь их урам хугаралт биш, харин анхны урам хугаралтаар эхэлдэг яг ижил эш үзүүллэгийн бүтцийн эцсийн нэгэн гэрчлэл гарч ирдэг.</w:t>
      </w:r>
    </w:p>
    <w:p>
      <w:pPr>
        <w:pStyle w:val="ArticleBody"/>
        <w:jc w:val="left"/>
      </w:pPr>
      <w:r>
        <w:rPr>
          <w:rFonts w:ascii="Times New Roman" w:hAnsi="Times New Roman" w:eastAsia="Times New Roman" w:cs="Times New Roman"/>
        </w:rPr>
        <w:t>Эммаусаас Пентекост хүртэлх түүх нь анхны урам хугарал, саатлын хугацаа, мөн Шөнийн дунд хашхирааны талаар гурван гэрчийг өгдөг. Гэвч эдгээр гурван гэрчийн тус бүрийн эхэнд буй замын тэмдэг болох бодит урам хугарал нь үнэндээ эхнийх бус, хоёр дахь урам хугарал байв. Миллеритийн түүхэн дэх Агуу урам хугарал гэсэн замын тэмдгийг Миллеритийн түүхэн дэх анхны урам хугарлыг дүрслэн үзүүлэхэд ашигладаг гэдгийг таних нь, сүүлчийн зоогийн үеийн идэлтээс эхлээд Гетсеманийн цэцэрлэг дэх шөнө дундын баривчилгааны хооронд өрнөдөг Иоханы дөрвөн бүлэгт бидний олж хардаг өгүүлэмжийг ойлгоход нэн чухал юм. Есүс арван нэгэн шавьд үзэгдэж, тэдэнтэй хамт хооллохдоо, “Та нар юунд сандарна вэ? мөн яагаад та нарын зүрхэнд бодлууд төрнө вэ?” хэмээн асуусныг тэмдэглэх нь зүйтэй.</w:t>
      </w:r>
    </w:p>
    <w:p>
      <w:pPr>
        <w:pStyle w:val="ArticleBody"/>
        <w:jc w:val="left"/>
      </w:pPr>
      <w:r>
        <w:rPr>
          <w:rFonts w:ascii="Times New Roman" w:hAnsi="Times New Roman" w:eastAsia="Times New Roman" w:cs="Times New Roman"/>
        </w:rPr>
        <w:t>Тэрээр Иоханы номд өгүүлэгддэг Сүүлчийн зоогийг идэж дууссаны яг дараа, бидний авч үзэх гэж буй энэ хэсэг Христийн тэдэнд хандан, “Зүрх сэтгэл чинь бүү зовог” хэмээн айлдсан үгээр эхэлдэг. Таван өдрийн дотор тэд яг тэр тушаалыг мартчихсан байв. Иоханы Сайн мэдээний арван дөрөвдүгээр бүлгээс арван долдугаар бүлэг хүртэлх хэсэг нь 2020 оны 7 дугаар сарын 18-ны анхны урам хугаралтыг төлөөлдөг бөгөөд энэ нь хүлээлтийн цаг үеийг эхлүүлж, шалгалтын хугацаа хаагдахын яг өмнө лац нь тайлагддаг Есүс Христийн Илчлэл рүү хүргэж, мөн Шөнө дундын Хашхирааны мэдээг төлөөлдөг. Тэрхүү мэдээ нь долоо дахь сарын хөдөлгөөнөөр хэв шинжлэгдсэн цаг хугацааны үеийг эхлүүлдэг бөгөөд мөн шөнө дундын харанхуйд Эммаусын шавь нарын Иерусалим руу яаран гүйсэн явдлаар ч хэв шинжлэгддэг. Тэрхүү түүх бол Христ Өөрийгөө “Үнэн” хэмээн төлөөлүүлэхэд хэрэглэсэн еврей гурван үсгээр дүрслэгддэг зүйл мөн.</w:t>
      </w:r>
    </w:p>
    <w:p>
      <w:pPr>
        <w:pStyle w:val="ArticleBody"/>
        <w:jc w:val="left"/>
      </w:pPr>
      <w:r>
        <w:rPr>
          <w:rFonts w:ascii="Times New Roman" w:hAnsi="Times New Roman" w:eastAsia="Times New Roman" w:cs="Times New Roman"/>
        </w:rPr>
        <w:t>Иоханы эдгээр дөрвөн бүлгийн өгүүлэмжээс бид зөвхөн Ариун Сүнсний үйл ажиллагаа нь тэрхүү Үгийн яг тэр алхмуудтай адилхан болохыг танин мэдэх төдийгүй, мөн одоо гарч буй, Шөнө дундын хашхирааны мэдээний эцсийн биелэл нь наймдугаар сарын арван хоёроос арван долоон хүртэлх хугацаанд Exeter camp meeting дээр аажмаар танилцуулагдаж байна гэсэн мэдэгдлүүдийг батлан дэмжих хамгийн хүчтэй нотолгоог ч олж хардаг. Энэ мэдээг хүлээн хүлээж буй ариун хүмүүс эцэст нь хүлээн зөвшөөрөх үед, тэр элч нар “эцсийн өдрүүд”-ийн сүүлчийн анхааруулгын мэдээг мөхөж буй дэлхийд хүргэхэд, дэлхий Ням гаргийн хуулийн хямралд автан унана.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Үнэн гэж юу вэ? — Гуравдугаар дугаар</dc:title>
  <dc:subject>Эммаус руу хүрэх зам</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