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Үнэн гэж юу вэ? — Дөрөвдүгээр дугаар</w:t>
      </w:r>
    </w:p>
    <w:p>
      <w:pPr>
        <w:pStyle w:val="ArticleSubtitle"/>
        <w:jc w:val="left"/>
      </w:pPr>
      <w:r>
        <w:rPr>
          <w:rFonts w:ascii="Arial" w:hAnsi="Arial" w:eastAsia="Arial" w:cs="Arial"/>
        </w:rPr>
        <w:t>Таны зүрх бүү түгшиг.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1798 онд Миллеритийн түүхийн эхэнд Даниелын ном дахь Улай голын үзэгдэл лацнаасаа тайлагдаж, мэдлэгийн өсөлтийг бий болгосноор шүтэгчдийн хоёр ангийг сорьж, ил болгосон юм. Улай үзэгдэл нь Илчлэл номын хоёр, гуравдугаар бүлгүүдэд дүрслэгдсэн долоон чуулганаар төлөөлөгдөх Бурханы ард түмэнд хандсан дотоод мэдээг төлөөлдөг. 1798 онд эхэлсэн эш үзүүллэгийн түүхийн төгсгөлд, 1844 оны 8-р сарын 12–17-ны өдрүүдэд болсон Экзетерийн цугларалтын үеэр Иуда овгийн Арслан нуугдмал үнэний дээрээс Өөрийн мутрыг татан авснаар Шөнө дундын хашхирааны мэдээ лацнаасаа тайлагдаж, улмаар мэдлэгийн өсөлтийг бий болгож, шүтэгчдийн хоёр ангийг сорьж, ил болгосон юм.</w:t>
      </w:r>
    </w:p>
    <w:p>
      <w:pPr>
        <w:pStyle w:val="ArticleBody"/>
        <w:jc w:val="left"/>
      </w:pPr>
      <w:r>
        <w:rPr>
          <w:rFonts w:ascii="Times New Roman" w:hAnsi="Times New Roman" w:eastAsia="Times New Roman" w:cs="Times New Roman"/>
        </w:rPr>
        <w:t>1989 онд, Даниел номын арван нэгдүгээр бүлгийн дөчдүгээр зүйлд дүрслэгдсэнчлэн, хуучин Зөвлөлт Холбоот Улсыг төлөөлж байсан улс орнууд папын засаглал болон Америкийн Нэгдсэн Улсад хамагдан зайлуулагдах үед Даниел ном дахь Хиддекел голын үзэгдэл тайлагдаж, мэдлэгийн өсөлтийг бий болгосон бөгөөд энэ нь мөргөгчдийн хоёр ангийг сорьж, ил болгосон юм. Хиддекелийн үзэгдэл нь Илчлэлт ном дахь долоон лацаар төлөөлөгдсөнөөр Бурханы ард түмний дайснуудын гадаад мэдээг төлөөлдөг. 1989 онд эхэлсэн эш үзүүллэгийн түүхийн төгсгөлд, 2023 оны долоодугаар сарын сүүлийн хэдэн долоо хоногоос эхлэн, Иуда овгийн Арслан Өөрийн мутрыг далд үнэний дээрээс авч, Шөнийн дундын Хашхирааны мэдээг тайлж эхлэх үйл явцыг эхлүүлсэн бөгөөд энэ нь мэдлэгийн өсөлтийг бий болгож, Бурханы ард түмний дунд мөргөгчдийн хоёр ангийг сорьж, эцэст нь ил болгох болно.</w:t>
      </w:r>
    </w:p>
    <w:p>
      <w:pPr>
        <w:pStyle w:val="ArticleBody"/>
        <w:jc w:val="left"/>
      </w:pPr>
      <w:r>
        <w:rPr>
          <w:rFonts w:ascii="Times New Roman" w:hAnsi="Times New Roman" w:eastAsia="Times New Roman" w:cs="Times New Roman"/>
        </w:rPr>
        <w:t>Иоханы арван дөрөвдүгээр бүлгийн эхний эшлэлд Христ шавь нараа зүрх сэтгэлээ бүү түгшээ хэмээн зоригжуулдаг.</w:t>
      </w:r>
    </w:p>
    <w:p>
      <w:pPr>
        <w:pStyle w:val="ArticleScripture"/>
        <w:jc w:val="left"/>
      </w:pPr>
      <w:r>
        <w:rPr>
          <w:rFonts w:ascii="Times New Roman" w:hAnsi="Times New Roman" w:eastAsia="Times New Roman" w:cs="Times New Roman"/>
        </w:rPr>
        <w:t>Зүрх сэтгэл чинь бүү зовог; та нар Бурханд итгэдэг, Надад ч мөн итгэ. Иохан 14:1.</w:t>
      </w:r>
    </w:p>
    <w:p>
      <w:pPr>
        <w:pStyle w:val="ArticleBody"/>
        <w:jc w:val="left"/>
      </w:pPr>
      <w:r>
        <w:rPr>
          <w:rFonts w:ascii="Times New Roman" w:hAnsi="Times New Roman" w:eastAsia="Times New Roman" w:cs="Times New Roman"/>
        </w:rPr>
        <w:t>Хэдхэн цагийн дотор Христ баривчлагдаж, удалгүй Тэр цовдлогдон, оршуулагдаж, амилсан юм. Эцэгт өргөгдсөнийхөө дараа Тэр шавь нартаа буцан ирсэн.</w:t>
      </w:r>
    </w:p>
    <w:p>
      <w:pPr>
        <w:pStyle w:val="ArticleScripture"/>
        <w:jc w:val="left"/>
      </w:pPr>
      <w:r>
        <w:rPr>
          <w:rFonts w:ascii="Times New Roman" w:hAnsi="Times New Roman" w:eastAsia="Times New Roman" w:cs="Times New Roman"/>
        </w:rPr>
        <w:t>Тэд ийнхүү ярьж байтал Есүс Өөрөө тэдний дунд зогсоод, тэдэнд, “Та нарт амар амгалан байг” хэмээн айлдав. Харин тэд айн цочирдож, эмээн түгшиж, сүнс харлаа гэж бодов. Тэгээд Тэр тэдэнд, “Та нар юунд түгшинэ вэ? Та нарын зүрхэнд юунд ийм бодлууд төрнө вэ?” хэмээн айлдав. Лук 24:36–38.</w:t>
      </w:r>
    </w:p>
    <w:p>
      <w:pPr>
        <w:pStyle w:val="ArticleBody"/>
        <w:jc w:val="left"/>
      </w:pPr>
      <w:r>
        <w:rPr>
          <w:rFonts w:ascii="Times New Roman" w:hAnsi="Times New Roman" w:eastAsia="Times New Roman" w:cs="Times New Roman"/>
        </w:rPr>
        <w:t>Шинэчлэлийн нэгэн шугам дахь анхны урам хугаралт нь Бурханы ард түмэн өмнө нь илчлэгдсэн үнэнийг мартсан үед тохиолддог. Загалмайн хямралын үед тэдний айдас ба урам хугаралт илрэн гарахаас долоо хоног ч хүрэхгүй хугацааны өмнө Есүс өөрсдөд нь хэлсэн зүйлийг шавь нар мартсан байв. Энэхүү анхны урам хугаралтын дараа саатлын хугацаа дагалддаг бөгөөд арван онгон охины тухай сургаалт зүйрлэлд энэ нь Хүргэний эзгүйдлээр дүрслэгддэг. Есүс Өөрөө Эцэг уруугаа явж байгаа ч эргэн ирнэ гэдгээ шавь нартаа шууд хэлсэн байсан. Шавь нарт өгсөн Түүний урьдаас мэдүүлсэн мэдлэг нь тэднийг тэрхүү хямралд автан дийлэгдэхээс сэргийлж чадсангүй. Арван онгон охины тухай сургаалт зүйрлэлийн утга агуулгын хүрээнд хямрал гэдэг нь зан чанар төлөвшин бий болдог газар бус, харин илэрхийлэгддэг газар юм. Есүс шавь нарыг сонгон томилсон бөгөөд хямралын өмнө Тэр энэ үнэнийг тэдэнд хэлсэн билээ.</w:t>
      </w:r>
    </w:p>
    <w:p>
      <w:pPr>
        <w:pStyle w:val="ArticleScripture"/>
        <w:jc w:val="left"/>
      </w:pPr>
      <w:r>
        <w:rPr>
          <w:rFonts w:ascii="Times New Roman" w:hAnsi="Times New Roman" w:eastAsia="Times New Roman" w:cs="Times New Roman"/>
        </w:rPr>
        <w:t>Та нар Намайг сонгоогүй, харин Би та нарыг сонгож, та нарыг томилсон нь та нар явж, үр жимс авчрахын тулд, мөн та нарын үр жимс үлдэхийн тулд юм. Ингэснээр та нар Миний нэрээр Эцгээс юуг ч гуйсан, Тэр та нарт өгөх болно. Иохан 15:16.</w:t>
      </w:r>
    </w:p>
    <w:p>
      <w:pPr>
        <w:pStyle w:val="ArticleBody"/>
        <w:jc w:val="left"/>
      </w:pPr>
      <w:r>
        <w:rPr>
          <w:rFonts w:ascii="Times New Roman" w:hAnsi="Times New Roman" w:eastAsia="Times New Roman" w:cs="Times New Roman"/>
        </w:rPr>
        <w:t>Гэвч тэд сонгогдсон байсан хэдий ч энэ нь тэднийг тэрхүү хямралд автагдахаас сэргийлсэнгүй.</w:t>
      </w:r>
    </w:p>
    <w:p>
      <w:pPr>
        <w:pStyle w:val="ArticleScripture"/>
        <w:jc w:val="left"/>
      </w:pPr>
      <w:r>
        <w:rPr>
          <w:rFonts w:ascii="Times New Roman" w:hAnsi="Times New Roman" w:eastAsia="Times New Roman" w:cs="Times New Roman"/>
        </w:rPr>
        <w:t>“Зан чанар хямралаар илэрдэг. Шөнө дунд чин сэтгэлийн дуугаар, ‘Харагтун, хүргэн ирж байна; түүнийг угтан гарагтун’ хэмээн тунхаглагдахад унтаж байсан онгон охид нойрноосоо сэрж, энэ үйл явдалд хэн нь бэлтгэл хийснийг харуулсан юм. Хоёр тал хоёулаа гэнэдсэн боловч нэг нь гэнэтийн хэрэгцээнд бэлтгэгдсэн байсан, нөгөө нь бэлтгэлгүй нь илэрсэн. Зан чанар нөхцөл байдлаар илэрдэг. Онцгой байдал зан чанарын жинхэнэ чанарыг гарган ирдэг. Гэнэтийн, төсөөлөөгүй гай гамшиг, хагацал, эсвэл хямрал, урьдчилан санагдаагүй өвчин эсвэл шаналал, сүнсийг үхэлтэй нүүр тулган учруулдаг ямар нэгэн зүйл нь зан чанарын дотоод мөн чанарыг ил гаргана. Бурханы үгийн амлалтуудад жинхэнэ итгэл үнэхээр байгаа эсэх нь ил тод болно. Сүнс нигүүлслээр дэмжигддэг эсэх, дэнгийн хамт саванд тос байгаа эсэх нь ил тод болно.”</w:t>
      </w:r>
    </w:p>
    <w:p>
      <w:pPr>
        <w:pStyle w:val="ArticleScripture"/>
        <w:jc w:val="left"/>
      </w:pPr>
      <w:r>
        <w:rPr>
          <w:rFonts w:ascii="Times New Roman" w:hAnsi="Times New Roman" w:eastAsia="Times New Roman" w:cs="Times New Roman"/>
        </w:rPr>
        <w:t>“Шалгалтын цаг үе хүн бүрт ирдэг. Бурханы шалгалт ба сорилтын дор бид өөрсдийгөө хэрхэн авч явдаг вэ? Бидний дэнлүүнүүд унтардаг уу? Эсвэл бид тэдгээрийг үргэлжлүүлэн асаалттай байлгадаг уу? Нигүүлсэл ба үнэнээр дүүрэн Түүнтэй холбогдсоноороо бид аливаа онцгой нөхцөл байдалд бэлэн байдаг уу? Таван ухаалаг онгон таван мунхаг онгонд өөрсдийн зан чанарыг дамжуулж чадахгүй байв. Зан чанар нь хувь хүний хувьд биднээр өөрсдөөр маань төлөвшигдөх ёстой.” Review and Herald, October 17, 1895.</w:t>
      </w:r>
    </w:p>
    <w:p>
      <w:pPr>
        <w:pStyle w:val="ArticleBody"/>
        <w:jc w:val="left"/>
      </w:pPr>
      <w:r>
        <w:rPr>
          <w:rFonts w:ascii="Times New Roman" w:hAnsi="Times New Roman" w:eastAsia="Times New Roman" w:cs="Times New Roman"/>
        </w:rPr>
        <w:t>Илчлэл номын эхний ишлэлүүдэд тодорхойлогдсон Есүс Христийн илчлэл нь сүмд, түүнээс хойш дэлхийд хандсан эцсийн анхааруулгын мэдээ мөн. Тамгалагдсан байсан тэрхүү илчлэл нь нигүүлслийн хугацаа хаагдахын яг өмнө, Илчлэл номын тавдугаар бүлэгт тамгалагдсан номыг нээхэд зохистой цорын ганц Нэгэн хэмээн тодорхойлогдсон Иудагийн овгийн Арслангаар нээгддэг.</w:t>
      </w:r>
    </w:p>
    <w:p>
      <w:pPr>
        <w:pStyle w:val="ArticleScripture"/>
        <w:jc w:val="left"/>
      </w:pPr>
      <w:r>
        <w:rPr>
          <w:rFonts w:ascii="Times New Roman" w:hAnsi="Times New Roman" w:eastAsia="Times New Roman" w:cs="Times New Roman"/>
        </w:rPr>
        <w:t>Ахлагчдын нэг нь надад, “Бүү уйлагтун. Харагтун, Иудагийн овгийн Арслан, Давидын Үндэс нь номыг нээж, түүний долоон лацыг тайлахаар дийлэн ялсан” хэмээн айлдав. Илчлэл 5:5.</w:t>
      </w:r>
    </w:p>
    <w:p>
      <w:pPr>
        <w:pStyle w:val="ArticleBody"/>
        <w:jc w:val="left"/>
      </w:pPr>
      <w:r>
        <w:rPr>
          <w:rFonts w:ascii="Times New Roman" w:hAnsi="Times New Roman" w:eastAsia="Times New Roman" w:cs="Times New Roman"/>
        </w:rPr>
        <w:t>Иуда овгийн Арслан нь мөн “Давидын үндэс” бөгөөд, Тэр мөн “Давидын хүү” бөгөөд мөн Давидын Эзэн мөн. Иуда овгийн Арслангаар дүрслэгдсэн энэ холбоо нь Иуда овгийн Арслан аливаа үнэнийг лацдах буюу лацыг нь задлахдаа анхны дурдлагын дүрмийг хэрэглэдгийг илтгэнэ; энэ нь Есүсийг “Давидын үндэс” хэмээн дүрсэлснээр, аливаа зүйлийн эхлэлээр төгсгөлийг нь тодорхойлдгийг илэрхийлдэг. Үнэнийг эцсийн цагийн ‘нэгэн’ үед лацнаас чөлөөлөхөд, Даниел арван хоёрт дүрслэгдсэнчлэн ариусгалын үйл явц эхэлдэг.</w:t>
      </w:r>
    </w:p>
    <w:p>
      <w:pPr>
        <w:pStyle w:val="ArticleScripture"/>
        <w:jc w:val="left"/>
      </w:pPr>
      <w:r>
        <w:rPr>
          <w:rFonts w:ascii="Times New Roman" w:hAnsi="Times New Roman" w:eastAsia="Times New Roman" w:cs="Times New Roman"/>
        </w:rPr>
        <w:t>“Иудагийн овгийн Арслан л номын лацыг нээж, эдгээр эцсийн өдрүүдэд юу тохиох ёстой тухай илчлэлийг Иоханд өгсөн билээ. Даниел өөрт оноогдсон хувиа эзлэн, өөрийн гэрчлэлийг өгч зогссон бөгөөд тэр нь төгсгөлийн цаг хүртэл, анхны тэнгэрэлчийн мэдээ манай дэлхийд тунхаглагдах хүртэл лацтай байсан. Эдгээр зүйлс нь эдгээр эцсийн өдрүүдэд хязгааргүй чухал ач холбогдолтой; гэвч ‘олон хүн цэвэршиж, ариусгагдан, шалгагдах’ боловч, ‘хорон муу хүмүүс хорон муугаа үйлдэх бөгөөд; хорон муу хүмүүсийн хэн нь ч ойлгохгүй.’” Manuscript Releases, 18-р боть, 14, 15.</w:t>
      </w:r>
    </w:p>
    <w:p>
      <w:pPr>
        <w:pStyle w:val="ArticleBody"/>
        <w:jc w:val="left"/>
      </w:pPr>
      <w:r>
        <w:rPr>
          <w:rFonts w:ascii="Times New Roman" w:hAnsi="Times New Roman" w:eastAsia="Times New Roman" w:cs="Times New Roman"/>
        </w:rPr>
        <w:t>Иуда овгийн Арслан болох Есүсийн үйлс нь хязгааргүй ач холбогдолтой боловч, “хорон муу хүмүүсийн” “хэн нь ч ойлгохгүй” бөгөөд Түүний үйлсийг ч, лац нь тайлагдсан мэдээг ч ойлгохгүй.</w:t>
      </w:r>
    </w:p>
    <w:p>
      <w:pPr>
        <w:pStyle w:val="ArticleScripture"/>
        <w:jc w:val="left"/>
      </w:pPr>
      <w:r>
        <w:rPr>
          <w:rFonts w:ascii="Times New Roman" w:hAnsi="Times New Roman" w:eastAsia="Times New Roman" w:cs="Times New Roman"/>
        </w:rPr>
        <w:t>Тэгээд тэрээр хэлэв: Яв, Даниел аа; учир нь эдгээр үгс төгсгөлийн цаг хүртэл хаагдаж, лацдан битүүмжлэгдсэн байна. Олон хүн ариусгагдаж, цайрч, соригдох болно; харин хорон муу хүмүүс хорон муугаа үйлдэх болно; мөн хорон муу хүмүүсээс хэн нь ч ойлгохгүй; харин мэргэд ойлгоно. Даниел 12:9, 10.</w:t>
      </w:r>
    </w:p>
    <w:p>
      <w:pPr>
        <w:pStyle w:val="ArticleBody"/>
        <w:jc w:val="left"/>
      </w:pPr>
      <w:r>
        <w:rPr>
          <w:rFonts w:ascii="Times New Roman" w:hAnsi="Times New Roman" w:eastAsia="Times New Roman" w:cs="Times New Roman"/>
        </w:rPr>
        <w:t>Шалгалтын үйл явцыг “цэвэршүүлэгдсэн, цайруулсан, соригдсон” гэсэн гурван алхмаар дүрсэлдэг. Эдгээр гурван алхам нь “мөнхийн сайн мэдээ”-ний гурван алхмыг төлөөлдөг бөгөөд тэр нь эхний тэнгэрэлчийн мэдээнд Бурханаас эмээгтүн (цэвэршүүлэгдсэн), Түүнд алдрыг өргөгтүн (цайруулсан), учир нь Түүний шүүлтийн цаг ирсэн (соригдсон) хэмээн илэрхийлэгддэг. Эдгээр гурван алхам нь Еврей цагаан толгойн эхний үсэг, арван гурав дахь үсэг, сүүлчийн үсгээр төлөөлөгдсөн “үнэн” мөн бөгөөд тэдгээр үсгийг тэр дарааллаар нь нэгтгэхэд Еврей хэлний “үнэн” гэсэн үг бүрэлддэг.</w:t>
      </w:r>
    </w:p>
    <w:p>
      <w:pPr>
        <w:pStyle w:val="ArticleBody"/>
        <w:jc w:val="left"/>
      </w:pPr>
      <w:r>
        <w:rPr>
          <w:rFonts w:ascii="Times New Roman" w:hAnsi="Times New Roman" w:eastAsia="Times New Roman" w:cs="Times New Roman"/>
        </w:rPr>
        <w:t>Тэр гурван алхам нь “зам” мөн. Учир нь Асафын Дуулал 77:13-т хэлснээр Бурханы зам нь ариун сүмд байдаг бөгөөд тэнд гаднах хашаанд нүгэлтэн цус урсгах замаар ариусгагддаг. Үүний дараа тэр цус ариун газарт аваачигддаг бөгөөд энэ нь “цагаан болгогдох” үйл явц болох ариусгалыг төлөөлдөг.</w:t>
      </w:r>
    </w:p>
    <w:p>
      <w:pPr>
        <w:pStyle w:val="ArticleScripture"/>
        <w:jc w:val="left"/>
      </w:pPr>
      <w:r>
        <w:rPr>
          <w:rFonts w:ascii="Times New Roman" w:hAnsi="Times New Roman" w:eastAsia="Times New Roman" w:cs="Times New Roman"/>
        </w:rPr>
        <w:t>Тэгэхэд ахлагчдын нэг нь надад хандан: Цагаан нөмрөг өмссөн эдгээр нь хэн бэ? Тэд хаанаас ирсэн бэ? гэж хэлэв. Би түүнд: Эзэнтэн, Та мэднэ гэж хариуллаа. Тэгэхэд тэр надад: Эдгээр нь агуу их гай зовлонгоос гарч ирсэн хүмүүс бөгөөд өөрсдийн нөмрөгийг Хурганы цусанд угааж, түүгээр цайруулсан юм гэв. Илчлэлт 7:13, 14.</w:t>
      </w:r>
    </w:p>
    <w:p>
      <w:pPr>
        <w:pStyle w:val="ArticleBody"/>
        <w:jc w:val="left"/>
      </w:pPr>
      <w:r>
        <w:rPr>
          <w:rFonts w:ascii="Times New Roman" w:hAnsi="Times New Roman" w:eastAsia="Times New Roman" w:cs="Times New Roman"/>
        </w:rPr>
        <w:t>Тэгвэл зөвтгөгдөн ариусгагдсан нүгэлтэн Ариун газрын Доторх Хамгийн Ариун газраар дүрслэгдсэн шүүлтэд “шалгуулахад” бэлтгэгддэг. Есүс бол “зам”, “үнэн”, “амь” мөн. Зам нь эхлэл, үнэн нь дунд үе, амь нь төгсгөл мөн. Хэрэв бид эхний алхмаар цэвэршүүлэгдсэн бол, бид зөвтгөгдсөн хүмүүсийн зам болох тэр зам дээр байна.</w:t>
      </w:r>
    </w:p>
    <w:p>
      <w:pPr>
        <w:pStyle w:val="ArticleScripture"/>
        <w:jc w:val="left"/>
      </w:pPr>
      <w:r>
        <w:rPr>
          <w:rFonts w:ascii="Times New Roman" w:hAnsi="Times New Roman" w:eastAsia="Times New Roman" w:cs="Times New Roman"/>
        </w:rPr>
        <w:t>Харин зөвт хүний зам нь гялалзах гэрэл мэт бөгөөд төгс өдөр хүртэл улам бүр тодрон гэрэлтдэг. Сургаалт үгс 4:18.</w:t>
      </w:r>
    </w:p>
    <w:p>
      <w:pPr>
        <w:pStyle w:val="ArticleBody"/>
        <w:jc w:val="left"/>
      </w:pPr>
      <w:r>
        <w:rPr>
          <w:rFonts w:ascii="Times New Roman" w:hAnsi="Times New Roman" w:eastAsia="Times New Roman" w:cs="Times New Roman"/>
        </w:rPr>
        <w:t>Хоёр дахь алхам нь Түүний үнэний үйлчлэлээр гүйцэлддэг зөвт байдлын илрэл мөн; учир нь Түүний Үг бол үнэн юм.</w:t>
      </w:r>
    </w:p>
    <w:p>
      <w:pPr>
        <w:pStyle w:val="ArticleScripture"/>
        <w:jc w:val="left"/>
      </w:pPr>
      <w:r>
        <w:rPr>
          <w:rFonts w:ascii="Times New Roman" w:hAnsi="Times New Roman" w:eastAsia="Times New Roman" w:cs="Times New Roman"/>
        </w:rPr>
        <w:t>Тэднийг Өөрийн үнэнээр ариусгаач: Таны үг бол үнэн мөн. Иохан 17:17.</w:t>
      </w:r>
    </w:p>
    <w:p>
      <w:pPr>
        <w:pStyle w:val="ArticleBody"/>
        <w:jc w:val="left"/>
      </w:pPr>
      <w:r>
        <w:rPr>
          <w:rFonts w:ascii="Times New Roman" w:hAnsi="Times New Roman" w:eastAsia="Times New Roman" w:cs="Times New Roman"/>
        </w:rPr>
        <w:t>Зөвтгөгдөгсөд нь нэгдүгээр алхмаар төлөөлөгдөж, ариусгагдагсад нь хоёрдугаар алхмаар төлөөлөгдөнө. Эхний хоёр алхам нь зөвтгөгдөж, ариусгагдсан хүмүүсийг шүүлтэд орох болон мөнх амийг хүлээн авахад бэлтгэдэг. Есүс бол зам, үнэн, амь мөн.</w:t>
      </w:r>
    </w:p>
    <w:p>
      <w:pPr>
        <w:pStyle w:val="ArticleScripture"/>
        <w:jc w:val="left"/>
      </w:pPr>
      <w:r>
        <w:rPr>
          <w:rFonts w:ascii="Times New Roman" w:hAnsi="Times New Roman" w:eastAsia="Times New Roman" w:cs="Times New Roman"/>
        </w:rPr>
        <w:t>“Доторх зөвт байдал нь гаднах зөвт байдлаар гэрчлэгддэг. Дотроо зөвт нэгэн нь хатуу зүрхтэй, энэрэлгүй байдаггүй, харин өдөр ирэх тусам Христийн дүр төрхөд өсөж, хүчнээс хүчинд урагшилдаг. Үнэнээр ариусгагдаж буй нэгэн нь өөрийгөө захирдаг байж, нигүүлсэл алдар суу дотор шингэтэл Христийн мөрийг дагана. Бид зөвтгөгдөхдөө хүртдэг зөвт байдал нь тохоогдсон зөвт байдал; бид ариусахдаа хүртдэг зөвт байдал нь хүртээгдсэн зөвт байдал юм. Эхнийх нь тэнгэрийн эрхэмлэл, хоёр дахь нь тэнгэрт зохистой болох маань юм.” Review and Herald, June 4, 1895.</w:t>
      </w:r>
    </w:p>
    <w:p>
      <w:pPr>
        <w:pStyle w:val="ArticleBody"/>
        <w:jc w:val="left"/>
      </w:pPr>
      <w:r>
        <w:rPr>
          <w:rFonts w:ascii="Times New Roman" w:hAnsi="Times New Roman" w:eastAsia="Times New Roman" w:cs="Times New Roman"/>
        </w:rPr>
        <w:t>Иохан номын арван дөрөвдүгээр бүлгээс арван долоодугаар бүлэг хүртэл Христ тэднийг орхин Өөрийн Эцэг уруу явах үед шавь нар хэрхэн хариу үйлдэл үзүүлэх тухай асуудлуудыг дахин дахин хөндөн өгүүлдэг. Тэр эргэн ирнэ хэмээн амласан бөгөөд, ойртон ирж буй хямрал гүн гүнзгий урам хугарлыг төрүүлэхийг Тэр ойлгож байсан юм (шавь нар харин тэгж ойлгоогүй). Эдгээр дөрвөн бүлгийн турш Ариун Сүнсийг “Тайтгаруулагч” хэмээн таньж тодорхойлсон утга сүлжилдэн оршдог. Ариун Сүнсийг Иоханы сайн мэдээнд дөрвөн удаа “Тайтгаруулагч” хэмээн нэрлэсэн байдаг бөгөөд Иоханы нэгдүгээр захидалд нэг удаа дурдсан ч тэнд энэ үгийг “өмгөөлөгч” хэмээн орчуулсан байдаг. Энэ үг Шинэ Гэрээний өөр хаана ч байдаггүй.</w:t>
      </w:r>
    </w:p>
    <w:p>
      <w:pPr>
        <w:pStyle w:val="ArticleBody"/>
        <w:jc w:val="left"/>
      </w:pPr>
      <w:r>
        <w:rPr>
          <w:rFonts w:ascii="Times New Roman" w:hAnsi="Times New Roman" w:eastAsia="Times New Roman" w:cs="Times New Roman"/>
        </w:rPr>
        <w:t>Хуучин Гэрээнд Екклесиаст 4:1 болон Иеремиагийн Гашуудал 1:9, 16-д “тайвшруулагч” гэж орчуулагдсан нэгэн еврей үг бий. Эдгээр гурван эшлэл бүгд дарлагчид Бурханы ардыг дарлан мөлжсөн бөгөөд тэдний орсон зовлон, мохож гутарсан байдал дунд тэдэнд түшиг болж дэмжих тайвшруулагч үгүй байсныг зааж байна.</w:t>
      </w:r>
    </w:p>
    <w:p>
      <w:pPr>
        <w:pStyle w:val="ArticleBody"/>
        <w:jc w:val="left"/>
      </w:pPr>
      <w:r>
        <w:rPr>
          <w:rFonts w:ascii="Times New Roman" w:hAnsi="Times New Roman" w:eastAsia="Times New Roman" w:cs="Times New Roman"/>
        </w:rPr>
        <w:t>Ариун Сүнсийг “Тайтгаруулагч” хэмээн тодорхойлсон нь, Есүс шавь нараа ердөө хэдхэн цагийн дараа тулгарах агуу урам хугаралд бэлтгэхийг зорьж буй хэсэгт байрладаг. Тэрхүү нөхцөл байдалд Тэр Өөрийгөө байхгүй байсан ч Ариун Сүнс тэдэнд тайтгарал өгөхөөр байлцах болно гэдгийг онцлон тэмдэглэдэг. Ариун Сүнсийг Тайтгаруулагчийн хүрээнд тодорхойлохдоо, Есүс Тайтгаруулагчийн гүйцэтгэх ажлын шинж чанаруудыг тодорхойлон зааж өгдөг.</w:t>
      </w:r>
    </w:p>
    <w:p>
      <w:pPr>
        <w:pStyle w:val="ArticleBody"/>
        <w:jc w:val="left"/>
      </w:pPr>
      <w:r>
        <w:rPr>
          <w:rFonts w:ascii="Times New Roman" w:hAnsi="Times New Roman" w:eastAsia="Times New Roman" w:cs="Times New Roman"/>
        </w:rPr>
        <w:t>Есүс Өөрийн явах ба эргэж ирэх тухай дахин дахин дурдсан нь уг сэдвийг тухайн хэсгийн үндсэн сэдвийн хувьд хамгийн тэргүүнд тавьж байна.</w:t>
      </w:r>
    </w:p>
    <w:p>
      <w:pPr>
        <w:pStyle w:val="ArticleBody"/>
        <w:jc w:val="left"/>
      </w:pPr>
      <w:r>
        <w:rPr>
          <w:rFonts w:ascii="Times New Roman" w:hAnsi="Times New Roman" w:eastAsia="Times New Roman" w:cs="Times New Roman"/>
        </w:rPr>
        <w:t>Иохан 14:2–4, 18, 19, 28; 16:5–7, 10, 28; 17:11–13 нь арван охины тухай сургаалт зүйрлэл дэх саатлын хугацааг шууд хөндсөн эшлэлүүд юм. Өмнөх эшлэлүүдтэй хамт, давталтаар дамжуулан уг саатлын хугацааг онцлон тэмдэглэсэн дараах хэсэг мөн багтана. Учир нь “Эзэн үлэмж ач холбогдолгүй зүйлийг давтан хэлдэггүй.”</w:t>
      </w:r>
    </w:p>
    <w:p>
      <w:pPr>
        <w:pStyle w:val="ArticleScripture"/>
        <w:jc w:val="left"/>
      </w:pPr>
      <w:r>
        <w:rPr>
          <w:rFonts w:ascii="Times New Roman" w:hAnsi="Times New Roman" w:eastAsia="Times New Roman" w:cs="Times New Roman"/>
        </w:rPr>
        <w:t>“Удалгүй та нар Намайг харахгүй; мөн дахин удалгүй та нар Намайг харах болно. Учир нь Би Эцэг уруу явж байна.” Тэгэхэд шавь нарынх нь зарим нь хоорондоо: “Түүний бидэнд айлдаж буй энэ нь юу вэ: ‘Удалгүй та нар Намайг харахгүй; мөн дахин удалгүй та нар Намайг харах болно’; бас, ‘Учир нь Би Эцэг уруу явж байна’ гэж?” гэцгээв. Иймээс тэд: “‘Удалгүй’ гэж айлдсан нь юу гэсэн үг вэ? Түүний юу айлдаж байгааг бид ойлгохгүй байна” гэцгээв. Есүс тэд Өөрөөс нь асуухыг хүсэж байгааг мэдээд тэдэнд айлдсан нь: “Би ‘Удалгүй та нар Намайг харахгүй; мөн дахин удалгүй та нар Намайг харах болно’ гэж хэлсний учрыг та нар хоорондоо лавлан асууж байна уу? Үнэнээр, үнэнээр Би та нарт хэлье, та нар уйлж, гашуудах болно, харин ертөнц баярлах болно; та нар гуниглах болно, гэвч та нарын гуниг баяр хөөр болж хувирна. Төрөх цаг нь болсон тул төрж буй эмэгтэй уй гашуутай байдаг; харин хүүхдээ төрүүлмэгцээ, хүн энэ ертөнцөд мэндэлсний баяр хөөрөөс болж зовлонгоо цаашид үл санана. Иймээс та нар одоо гунигтай байна; гэвч Би та нарыг дахин харах бөгөөд та нарын зүрх баярлана, та нарын баяр хөөрийг хэн ч та нараас булаан авч чадахгүй.” Иохан 16:16–22.</w:t>
      </w:r>
    </w:p>
    <w:p>
      <w:pPr>
        <w:pStyle w:val="ArticleBody"/>
        <w:jc w:val="left"/>
      </w:pPr>
      <w:r>
        <w:rPr>
          <w:rFonts w:ascii="Times New Roman" w:hAnsi="Times New Roman" w:eastAsia="Times New Roman" w:cs="Times New Roman"/>
        </w:rPr>
        <w:t>Арван дөрөвдүгээр бүлгээс арван долоодугаар бүлэг хүртэлх дор хаяж хорин нэгэн эшлэл нь шавь нар Христийг дахин ирэхийг хүлээн хүлээх шаардлагатай байх хугацааг тодорхойлж байна. Тэрхүү хугацаа нь Христийн үхлээс эхлэн, Эцэгээсээ буцан ирэх хүртэл үргэлжлэх байв. Тэд Түүний эргэн ирэлтийг хүлээн хүлээх ёстой байсан тэр хугацаа нь арван онгон охины сургаалт зүйрлэл дэх саатлын хугацааг бэлгэддэг. Еммаусын замын шавь нарын тухай Лукийн өгүүлэмжид байдгийн адил, загалмайн урам хугаралт нь эхний урам хугарлын дараа дагалдан ирэх саатлын хугацааны эхлэлийг эш үзүүллэгийн хувьд хэв шинжлэн илэрхийлж байна.</w:t>
      </w:r>
    </w:p>
    <w:p>
      <w:pPr>
        <w:pStyle w:val="ArticleBody"/>
        <w:jc w:val="left"/>
      </w:pPr>
      <w:r>
        <w:rPr>
          <w:rFonts w:ascii="Times New Roman" w:hAnsi="Times New Roman" w:eastAsia="Times New Roman" w:cs="Times New Roman"/>
        </w:rPr>
        <w:t>Библийн эхний номын эхний хэсэгт бид бүтээлийн түүхийг олж, тэнгэрлэг гурвалын гурван Хүнийг танин мэддэг. Библийн сүүлчийн номын эхний хэсэгт бид тэнгэрлэг гурвалын гурван Хүнийг олж хардаг. Бидний авч үзэж буй энэ дөрвөн бүлэгт бид тэнгэрлэг гурвалын гурван Хүнийг олж хардаг. Энэ баримтыг хүлээн зөвшөөрөх нь бидэнд Иоханы энэ дөрвөн бүлгийг Эхлэл 1:1-ээс 2:3 хүртэлх эш үзүүллэгийн шугаман дээр, мөн Илчлэл 1:1–11-ийн дээр давхардуулан тавих боломжийг олгодог.</w:t>
      </w:r>
    </w:p>
    <w:p>
      <w:pPr>
        <w:pStyle w:val="ArticleBody"/>
        <w:jc w:val="left"/>
      </w:pPr>
      <w:r>
        <w:rPr>
          <w:rFonts w:ascii="Times New Roman" w:hAnsi="Times New Roman" w:eastAsia="Times New Roman" w:cs="Times New Roman"/>
        </w:rPr>
        <w:t>Энэ хэсэгт Есүс Томаст хэрэв хүн Есүсийг харсан бол Эцгийг харсан гэж айлдсан байдаг. Мөн уг хэсэгт Христ бол Өөрийн оршихуйгаар шавь нараа тайтгаруулагч Нэгэн байсан боловч, Өөрөө явах үедээ “өөр” “Тайтгаруулагч”-ийг илгээнэ гэж заасан байна. Ариун Сүнс бол Тайтгаруулагч мөн, харин Христ ч бас Тайтгаруулагч байсан.</w:t>
      </w:r>
    </w:p>
    <w:p>
      <w:pPr>
        <w:pStyle w:val="ArticleScripture"/>
        <w:jc w:val="left"/>
      </w:pPr>
      <w:r>
        <w:rPr>
          <w:rFonts w:ascii="Times New Roman" w:hAnsi="Times New Roman" w:eastAsia="Times New Roman" w:cs="Times New Roman"/>
        </w:rPr>
        <w:t>Хэрэв та нар Намайг мэдсэнсэн бол Миний Эцгийг ч мөн мэдэх байсан; харин эдүгээгээс та нар Түүнийг мэддэг бөгөөд харсан билээ. Филип Түүнд, Эзэн, Эцгийг бидэнд үзүүлээч, тэгвэл бидэнд хангалттай байна гэв. Есүс түүнд, Би та нартай ийм удаан хамт байсан атлаа чи Намайг таньсангүй гэж үү, Филип ээ? Намайг харсан хүн Эцгийг харсан; тэгтэл чи яагаад, “Эцгийг бидэнд үзүүлээч” гэж хэлнэ вэ? Иохан 14:7–9.</w:t>
      </w:r>
    </w:p>
    <w:p>
      <w:pPr>
        <w:pStyle w:val="ArticleBody"/>
        <w:jc w:val="left"/>
      </w:pPr>
      <w:r>
        <w:rPr>
          <w:rFonts w:ascii="Times New Roman" w:hAnsi="Times New Roman" w:eastAsia="Times New Roman" w:cs="Times New Roman"/>
        </w:rPr>
        <w:t>Томас нь Адвентизм доторх, тэнгэрлэг гурвалын харилцааны тухай гэрчлэлийг харахаас татгалздаг хүмүүсийг төлөөлдөг бөгөөд тэд энэ үнэнийг батлан дэмждэг гэрчлэлүүдийг дахин дахин уншсан байх магадлалтай атал тийнхүү татгалзсаар байдаг.</w:t>
      </w:r>
    </w:p>
    <w:p>
      <w:pPr>
        <w:pStyle w:val="ArticleScripture"/>
        <w:jc w:val="left"/>
      </w:pPr>
      <w:r>
        <w:rPr>
          <w:rFonts w:ascii="Times New Roman" w:hAnsi="Times New Roman" w:eastAsia="Times New Roman" w:cs="Times New Roman"/>
        </w:rPr>
        <w:t>Би Эцэгт залбирах бөгөөд Тэр та нарт өөр нэг Тайтгаруулагчийг өгнө; Тэр та нартай үүрд оршихын тулд; үнэний Сүнс мөн. Ертөнц Түүнийг хардаггүй, бас мэддэггүй тул Түүнийг хүлээн авч чаддаггүй; харин та нар Түүнийг мэднэ. Учир нь Тэр та нартай хамт оршдог бөгөөд та нарын дотор байх болно. Би та нарыг өнчрүүлж орхихгүй; Би та нар уруу ирнэ. Удахгүй ертөнц Намайг дахин харахгүй; харин та нар Намайг харна. Учир нь Би амьд тул та нар ч бас амьд байх болно. Иохан 14:16–19.</w:t>
      </w:r>
    </w:p>
    <w:p>
      <w:pPr>
        <w:pStyle w:val="ArticleBody"/>
        <w:jc w:val="left"/>
      </w:pPr>
      <w:r>
        <w:rPr>
          <w:rFonts w:ascii="Times New Roman" w:hAnsi="Times New Roman" w:eastAsia="Times New Roman" w:cs="Times New Roman"/>
        </w:rPr>
        <w:t>Хэрэв бид Есүсийг харсан бол Эцгийг харсан гэсэн үг. Есүс бол “Тайтгаруулагч” мөн Ариун Сүнс бол “өөр нэгэн Тайтгаруулагч” юм. Хэрэв бид Есүсийг харсан бол Эцгийг харсан бөгөөд Тайтгаруулагчийг ч харсан гэсэн үг. Библид “тайтгаруулагч” гэдэг үг таван удаа хэрэглэгдсэн байдаг бөгөөд тэдгээрийг бүгдийг нь элч Иохан хэрэглэсэн байдаг. Тав дахь эшлэлд энэ үгийг “өмгөөлөгч” хэмээн орчуулсан байдаг.</w:t>
      </w:r>
    </w:p>
    <w:p>
      <w:pPr>
        <w:pStyle w:val="ArticleScripture"/>
        <w:jc w:val="left"/>
      </w:pPr>
      <w:r>
        <w:rPr>
          <w:rFonts w:ascii="Times New Roman" w:hAnsi="Times New Roman" w:eastAsia="Times New Roman" w:cs="Times New Roman"/>
        </w:rPr>
        <w:t>Хайрт бяцхан хүүхдүүд минь, та нарыг нүгэл үйлдэхгүй байгаасай гэж эдгээрийг би та нарт бичиж байна. Хэрэв хэн нэгэн нь нүгэл үйлдвэл, бид Эцэгийн өмнө өмгөөлөгчтэй бөгөөд Тэр нь зөвт Есүс Христ мөн. 1 Иохан 2:1.</w:t>
      </w:r>
    </w:p>
    <w:p>
      <w:pPr>
        <w:pStyle w:val="ArticleBody"/>
        <w:jc w:val="left"/>
      </w:pPr>
      <w:r>
        <w:rPr>
          <w:rFonts w:ascii="Times New Roman" w:hAnsi="Times New Roman" w:eastAsia="Times New Roman" w:cs="Times New Roman"/>
        </w:rPr>
        <w:t>Хэрэв хэн нэгэн нүгэл үйлдвэл, бидэнд Зөвт Есүс Христ хэмээх Тайтгаруулагч бий. Өмгөөлөгч гэдэг нь нүгэлтний төлөө зуучлан гуйлга үйлдэгч нэгнийг хэлнэ. Паул Есүсийн ажлыг бидний Өмгөөлөгчийн ажил мөн хэмээн тодорхойлдог.</w:t>
      </w:r>
    </w:p>
    <w:p>
      <w:pPr>
        <w:pStyle w:val="ArticleScripture"/>
        <w:jc w:val="left"/>
      </w:pPr>
      <w:r>
        <w:rPr>
          <w:rFonts w:ascii="Times New Roman" w:hAnsi="Times New Roman" w:eastAsia="Times New Roman" w:cs="Times New Roman"/>
        </w:rPr>
        <w:t>Яллагч нь хэн бэ? Үхсэн нь Христ мөн, тийм ээ, харин бүр дахин амилсан бөгөөд Бурханы баруун гар талд байгаа Тэр бидний төлөө мөн зуучлан гуйдаг. Ром 8:34.</w:t>
      </w:r>
    </w:p>
    <w:p>
      <w:pPr>
        <w:pStyle w:val="ArticleBody"/>
        <w:jc w:val="left"/>
      </w:pPr>
      <w:r>
        <w:rPr>
          <w:rFonts w:ascii="Times New Roman" w:hAnsi="Times New Roman" w:eastAsia="Times New Roman" w:cs="Times New Roman"/>
        </w:rPr>
        <w:t>Есүс бол нүгэлтний Өмгөөлөгч мөн бөгөөд үүнд Тэрээр Тайтгаруулагч мөн гэсэн утга багтана. Мөн тэрхүү бүлэгт Паул үүнээс өмнө Ариун Сүнс ч бас бидний төлөө зуучлан гуйдаг болохыг тодорхойлсон билээ.</w:t>
      </w:r>
    </w:p>
    <w:p>
      <w:pPr>
        <w:pStyle w:val="ArticleScripture"/>
        <w:jc w:val="left"/>
      </w:pPr>
      <w:r>
        <w:rPr>
          <w:rFonts w:ascii="Times New Roman" w:hAnsi="Times New Roman" w:eastAsia="Times New Roman" w:cs="Times New Roman"/>
        </w:rPr>
        <w:t>Үүнчлэн Сүнс ч бас бидний сул дорой байдлыг тусалдаг. Учир нь бид хэрхэн зохистойгоор юуны төлөө залбирах ёстойгоо мэддэггүй; харин Сүнс Өөрөө үгээр илэрхийлж үл болох ёололтоор бидний төлөө зуучлан гуйдаг. Зүрх сэтгэлийг шинжин шалгагч нь Сүнсний бодол санаа юу болохыг мэддэг. Учир нь Тэрээр Бурханы хүслийн дагуу ариун хүмүүсийн төлөө зуучлан гуйдаг. Ром 8:26, 27.</w:t>
      </w:r>
    </w:p>
    <w:p>
      <w:pPr>
        <w:pStyle w:val="ArticleBody"/>
        <w:jc w:val="left"/>
      </w:pPr>
      <w:r>
        <w:rPr>
          <w:rFonts w:ascii="Times New Roman" w:hAnsi="Times New Roman" w:eastAsia="Times New Roman" w:cs="Times New Roman"/>
        </w:rPr>
        <w:t>Есүс болон Ариун Сүнс хоёул Тайтгаруулагч хэмээн тодорхойлогддог бөгөөд иймээс тэд хоёул бидний төлөө өмгөөлөн зуучлал үйлдэгчид мөн. Бидний авч үзэж буй Иоханы эшлэлд тэнгэрлэг гурвалын гурван Бие бүгд дүрслэгдсэн байдаг бөгөөд үүнийг Библийн эхний номын анхны гэрчлэл болон Библийн сүүлчийн номын анхны гэрчлэлтэй хамтатган үзэхэд Бурханлаг чанарын гурван Биеийн харилцаа болон ажлын талаарх гэрэл улам тодрон гийдэг.</w:t>
      </w:r>
    </w:p>
    <w:p>
      <w:pPr>
        <w:pStyle w:val="ArticleScripture"/>
        <w:jc w:val="left"/>
      </w:pPr>
      <w:r>
        <w:rPr>
          <w:rFonts w:ascii="Times New Roman" w:hAnsi="Times New Roman" w:eastAsia="Times New Roman" w:cs="Times New Roman"/>
        </w:rPr>
        <w:t>“Эцгийг газрын юмсаар дүрслэн тайлбарлах боломжгүй. Эцэг бол Бурханы Бүрэн Бүтэн Чанарын бүхэл дүүрэн байдал мөн бөгөөд үхлэн амьдарч буй хүний нүдэнд үл үзэгдэгч юм. Хүү бол илчлэгдсэн Бурханы Бүрэн Бүтэн Чанарын бүхэл дүүрэн байдал мөн. Бурханы үг Түүнийг ‘Түүний мөн чанарын илэрхий дүр’ хэмээн тунхагладаг. ‘Бурхан ертөнцийг үнэхээр хайрласандаа Өөрийн цорын ганц Төрүүлсэн Хүүг өгсөн нь, Түүнд итгэгч хэн боловч мөхөхгүй, харин мөнх амьтай байхын тулд юм.’ Энд Эцгийн биечлэн орших чанар харагдаж байна.”</w:t>
      </w:r>
    </w:p>
    <w:p>
      <w:pPr>
        <w:pStyle w:val="ArticleScripture"/>
        <w:jc w:val="left"/>
      </w:pPr>
      <w:r>
        <w:rPr>
          <w:rFonts w:ascii="Times New Roman" w:hAnsi="Times New Roman" w:eastAsia="Times New Roman" w:cs="Times New Roman"/>
        </w:rPr>
        <w:t>“Христ тэнгэрт өргөгдөн гарсныхаа дараа илгээнэ хэмээн амласан Тайтгаруулагч нь Бурханлаг чанарын бүх төгөлдөр дүүрэн байдлаар орших Сүнс бөгөөд Христийг хувийн Аврагчаа болгон хүлээн авч, Түүнд итгэдэг бүх хүмүүст тэнгэрлэг нигүүлслийн хүчийг илэрхийлэн үзүүлдэг. Тэнгэрийн гурвал дотор амьд гурван Бие хүн байдаг. Эцэг, Хүү, Ариун Сүнс хэмээх энэ гурван хүчний нэрээр амьд итгэлээр Христийг хүлээн авдаг хүмүүс баптисм хүртдэг бөгөөд эдгээр хүчнүүд Христ доторх шинэ амьдралаар амьдрахын төлөөх тэдний хүчин чармайлтад тэнгэрийн дуулгавартай харьяат нартай хамтран ажиллах болно.”</w:t>
      </w:r>
    </w:p>
    <w:p>
      <w:pPr>
        <w:pStyle w:val="ArticleScripture"/>
        <w:jc w:val="left"/>
      </w:pPr>
      <w:r>
        <w:rPr>
          <w:rFonts w:ascii="Times New Roman" w:hAnsi="Times New Roman" w:eastAsia="Times New Roman" w:cs="Times New Roman"/>
        </w:rPr>
        <w:t>“Нүгэлтэн юу хийх ёстой вэ?—Христэд итгэх ёстой. Тэр бол Христийн өмч бөгөөд Бурханы Хүүгийн цусаар худалдан авсан нэгэн юм. Аврагч сорилт ба шалгалтыг туулан, хүн төрөлхтнийг нүглийн боолчлолоос золин аварсан билээ. Тэгвэл нүглээс аврагдахын тулд бид юу хийх ёстой вэ?—Нүглийг уучлагч Аврагч Эзэн Есүс Христэд итгэх ёстой. Нүглээ хүлээн зөвшөөрч, зүрх сэтгэлээ даруу болгодог хүн уучлалыг хүлээн авна. Есүс бол нүглийг уучлагч Аврагч мөн бөгөөд хязгааргүй Бурханы цорын ганц Хүү юм. Уучлагдсан нүгэлтэн нүглээс Чөлөөлөгч бидний Есүс Христээр дамжин Бурхантай эвлэрдэг. Ариун байдлын замд тууштай явахдаа тэрээр Бурханы нигүүлслийн харьяат болдог. Түүнд бүрэн аврал, баяр хөөр, амар тайван, мөн Бурханаас ирдэг жинхэнэ мэргэн ухаан өгөгдөнө.”</w:t>
      </w:r>
    </w:p>
    <w:p>
      <w:pPr>
        <w:pStyle w:val="ArticleScripture"/>
        <w:jc w:val="left"/>
      </w:pPr>
      <w:r>
        <w:rPr>
          <w:rFonts w:ascii="Times New Roman" w:hAnsi="Times New Roman" w:eastAsia="Times New Roman" w:cs="Times New Roman"/>
        </w:rPr>
        <w:t>“Есүс Христийн цагаатгах цусанд итгэх итгэл нь уучлалын баталгаа мөн. Христ бүх нүглийг арилган цэвэрлэж чадна. Тэрхүү хүчинд өдөр өдрөөр энгийнээр найдах нь хүний үйлчлэгчид энэ эцсийн өдрүүдэд сэтгэлийг нүглийн боолчлолоос юу хамгаалан хадгалахыг ялган таних хурц мэргэн ухааныг өгнө. Итгэл ба залбирлаар, Христийг мэдэх мэдлэгээр дамжин, тэрээр өөрийн авралыг хэрэгжүүлэн биелүүлэх ёстой.</w:t>
      </w:r>
    </w:p>
    <w:p>
      <w:pPr>
        <w:pStyle w:val="ArticleScripture"/>
        <w:jc w:val="left"/>
      </w:pPr>
      <w:r>
        <w:rPr>
          <w:rFonts w:ascii="Times New Roman" w:hAnsi="Times New Roman" w:eastAsia="Times New Roman" w:cs="Times New Roman"/>
        </w:rPr>
        <w:t>“Ариун Сүнс биднийг таньж, бүх үнэн уруу удирдана. Бурхан Өөрийн цорын ганц төрсөн Хүүгээ өгсөн нь, Түүнд итгэгч хэн боловч мөхөхгүй, харин мөнх амьтай болохын тул юм. Христ бол нүгэлтний Аврагч мөн. Христийн үхэл нүгэлтнийг золин аварсан. Энэ бол бидний цорын ганц найдвар мөн. Хэрэв бид өөрсдийгөө бүрэн дүүрэн бууж өгч, Христийн ариун чанаруудыг хэрэгжүүлбэл, мөнх амийн шагналыг хүртэх болно.</w:t>
      </w:r>
    </w:p>
    <w:p>
      <w:pPr>
        <w:pStyle w:val="ArticleScripture"/>
        <w:jc w:val="left"/>
      </w:pPr>
      <w:r>
        <w:rPr>
          <w:rFonts w:ascii="Times New Roman" w:hAnsi="Times New Roman" w:eastAsia="Times New Roman" w:cs="Times New Roman"/>
        </w:rPr>
        <w:t>“‘Хүүд итгэдэг нэгэн Эцгийг мөн эзэмшдэг.’ Эцэг ба Хүүд тасралтгүй итгэх итгэлтэй хүн Сүнсийг ч мөн эзэмшдэг. Ариун Сүнс нь түүний Тайтгаруулагч бөгөөд тэр хэзээ ч үнэнээс холддоггүй.” Bible Training School, March 1, 1906.</w:t>
      </w:r>
    </w:p>
    <w:p>
      <w:pPr>
        <w:pStyle w:val="ArticleBody"/>
        <w:jc w:val="left"/>
      </w:pPr>
      <w:r>
        <w:rPr>
          <w:rFonts w:ascii="Times New Roman" w:hAnsi="Times New Roman" w:eastAsia="Times New Roman" w:cs="Times New Roman"/>
        </w:rPr>
        <w:t>Тэнгэрлэг гурвалын үйл хэрэг болон харилцааны тухай нэмэгдсэн гэрлээс гадна, уг эшлэл дэх тэнгэрлэг гурвалын тодорхойлолт нь эдгээр дөрвөн бүлгийг Иуда овгийн Арслангийн эдүгээ лацыг нь тайлж буй мэдээтэй уялдуулан авч үзэх ёстойг гэрчилж байна.</w:t>
      </w:r>
    </w:p>
    <w:p>
      <w:pPr>
        <w:pStyle w:val="ArticleBody"/>
        <w:jc w:val="left"/>
      </w:pPr>
      <w:r>
        <w:rPr>
          <w:rFonts w:ascii="Times New Roman" w:hAnsi="Times New Roman" w:eastAsia="Times New Roman" w:cs="Times New Roman"/>
        </w:rPr>
        <w:t>Эммаусын шавь нарын түүхэн дэх гэрчлэл нь загалмайн дараа тохиосон урам хугаралт ба саатлын үе нь эхний урам хугарлын дараах урам хугаралт ба саатлын үеийг төлөөлдөг болохыг тогтоодог гурван гэрчлэлийг илэрхийлдэг. Иоханы дөрвөн бүлэгт дүрслэгдсэн түүх нь анхны урам хугарлын нөхцөл байдлыг төлөөлдөг болохыг бататгах өөр нэгэн гэрчлэл бий.</w:t>
      </w:r>
    </w:p>
    <w:p>
      <w:pPr>
        <w:pStyle w:val="ArticleBody"/>
        <w:jc w:val="left"/>
      </w:pPr>
      <w:r>
        <w:rPr>
          <w:rFonts w:ascii="Times New Roman" w:hAnsi="Times New Roman" w:eastAsia="Times New Roman" w:cs="Times New Roman"/>
        </w:rPr>
        <w:t>Бурханы Үгийн дотор дурдагдсан хамгийн анхны үнэн болох бүтээлийн түүхийн төгсгөлийн эшлэл нь гурван үгээр төгсдөг бөгөөд тэдгээр үг бүр нь “үнэн” хэмээх үгийг бүрдүүлдэг гурван үсгийн нэгээр эхэлж, зөв дарааллаар байрладаг. Эхлэл дэх бүтээлийн түүх “Эхэнд” гэсэн үгсээр эхэлж, “Бурхан бүтээж үйлдэв” гэсэн гурван үгээр төгсдөг.</w:t>
      </w:r>
    </w:p>
    <w:p>
      <w:pPr>
        <w:pStyle w:val="ArticleBody"/>
        <w:jc w:val="left"/>
      </w:pPr>
      <w:r>
        <w:rPr>
          <w:rFonts w:ascii="Times New Roman" w:hAnsi="Times New Roman" w:eastAsia="Times New Roman" w:cs="Times New Roman"/>
        </w:rPr>
        <w:t>Тэрхүү гурван үгийн эхний үсгүүдийг нэгтгэхэд “үнэн” гэсэн үг бүрэлдэнэ. Бүтээлийн түүх “эхлэл”-ээр эхэлж, Альфа ба Омегаг төлөөлдөг үсгүүдээр бэлгэдлийн утгаар илэрхийлэгдсэн үгээр төгсөнө. Үүнчлэн, Библийн сүүлчийн номын эхний хэсэгт Есүсийг хоёр удаа Альфа ба Омега, эхлэл ба төгсгөл, анхны ба эцсийн хэмээн тодорхойлсон байдаг. Альфа ба Омегаг төлөөлдөг тэрхүү гурван үсэг нь Иохан дахь уг хэсгийг Эхлэл номын эхэн дэх эш үзүүллэгийн шугам болон Илчлэлт номын эхэн дэх эш үзүүллэгийн шугамтай заавал нэгтгэн авч үзэх ёстойг нотлох өөр нэг гэрч болдог. Тэрхүү гэрчлэл нь Тайтгаруулагчийн ажлын тодорхойлолт дотор танигдана. Тайтгаруулагчийн ажил бол мөнөөх гурван еврей үсгээр илэрхийлэгддэг гурван үе шаттай ажил юм. Альфа ба Омегагийн тамга нь тэнсэл хаагдахын яг өмнө лац нь тайлагдах Есүс Христийн Илчлэлтийн мэдээний хүрээнд эдгээр дөрвөн бүлгийг байрлуулах боломжийг бидэнд олгодог.</w:t>
      </w:r>
    </w:p>
    <w:p>
      <w:pPr>
        <w:pStyle w:val="ArticleBody"/>
        <w:jc w:val="left"/>
      </w:pPr>
      <w:r>
        <w:rPr>
          <w:rFonts w:ascii="Times New Roman" w:hAnsi="Times New Roman" w:eastAsia="Times New Roman" w:cs="Times New Roman"/>
        </w:rPr>
        <w:t>Долоон аянга нь газар дэлхийг Өөрийн алдраар гэрэлтүүлэхээр бууж ирэх тэнгэрэлчийн буултын тэмдэгт цэгээс эхэлдэг дөрвөн тодорхой тэмдэгт цэгийг (цаг хугацааны цэгүүдийг) болон гурван тодорхой хугацааны үеийг төлөөлдөг. Тэрхүү тэмдэгт цэг нь цаг хугацааны нэгэн цэг байсан. Хоёр дахь тэмдэгт цэг (цаг хугацааны цэг) нь анхны урам хугарал бөгөөд энэ нь саатлын цаг хугацааны үеийг эхлүүлдэг. Саатлын цаг хугацаа нь гурав дахь тэмдэгт цэгт (цаг хугацааны цэгт) хүргэдэг бөгөөд тэнд нэгэн үнэн лацнаасаа тайлагдаж, үүний үр дүнд нэгэн хөдөлгөөн бий болдог. Тэр хөдөлгөөн шүүлтээр дүрслэгдсэн дөрөв дэх тэмдэгт цэг дээр төгсөнө. Эдгээр дөрвөн тэмдэгт цэг болон гурван хугацааны үе тус бүр нэг аянгыг төлөөлж, нийтдээ долоон аянга болдог. Тэд мөн дөрөв-гуравын хослолыг төлөөлдөг.</w:t>
      </w:r>
    </w:p>
    <w:p>
      <w:pPr>
        <w:pStyle w:val="ArticleBody"/>
        <w:jc w:val="left"/>
      </w:pPr>
      <w:r>
        <w:rPr>
          <w:rFonts w:ascii="Times New Roman" w:hAnsi="Times New Roman" w:eastAsia="Times New Roman" w:cs="Times New Roman"/>
        </w:rPr>
        <w:t>Өмнөх өгүүллүүдэд бид долоон сүм, долоон лац, долоон бүрээний анхдагч ойлголт нь “дөрөв-гуравын хослол”-ыг хүлээн зөвшөөрдөг болохыг тодорхойлсон. Эхний дөрвөн сүм, лац, бүрээ нь сүүлийн гурван сүм, лац, бүрээнээс ялгаатай. Долоон аянга нь дөрвөн тэмдэглэлт үе шатыг илэрхийлдэг боловч, тэдгээр дөрвөн тэмдэглэлт үе шатны дотор цаг хугацааны гурван үе байдаг. Илчлэл ном дахь “дөрөв ба гурав”-ын энэхүү тэнгэрлэг хослол нь гурван гэрчийн (сүмүүд, лацууд, бүрээнүүд) дээр тогтоогдсон бөгөөд тэдгээр гэрч нь Илчлэл номын долоон аянгын “дөрөв ба гурав”-ын хослолын хүчин төгөлдөр байдлыг гэрчилдэг.</w:t>
      </w:r>
    </w:p>
    <w:p>
      <w:pPr>
        <w:pStyle w:val="ArticleBody"/>
        <w:jc w:val="left"/>
      </w:pPr>
      <w:r>
        <w:rPr>
          <w:rFonts w:ascii="Times New Roman" w:hAnsi="Times New Roman" w:eastAsia="Times New Roman" w:cs="Times New Roman"/>
        </w:rPr>
        <w:t>Гэвч долоон аянгад дүрслэгдсэн түүхийн шугамын дотор өөр нэгэн нуугдмал бөгөөд тусдаа эш үзүүллэгийн шугам агуулагддаг бөгөөд тэр нь долоон аянгын бэлгэдлээр илэрхийлэгдсэн зүйлээс ялгаатай гурван тэмдэгт үе шатыг агуулдаг. Иймээс бид одоо лац нь тайлагдаж буй нуугдмал түүхтэй долоон аянгын эш үзүүллэгийн холбоог авч үзэхэд, долоон аянга нь дөрвөн тэмдэгт үе шатыг (цаг хугацааны цэгүүдийг), харин нуугдмал түүх нь гурван тэмдэгт үе шатыг (цаг хугацааны цэгүүдийг) илэрхийлж байгааг олж хардаг. Чуулганууд, лацнууд, бүрээнүүд болон аянгуудын адил, нуугдмал түүх нь долоон аянгын дөрвөн тэмдэгт үе шаттай холбогдсон гурван тэмдэгт үе шатыг илэрхийлдэг. Нуугдмал түүх мөн адил гурав-дөрвийн хослолыг агуулдаг.</w:t>
      </w:r>
    </w:p>
    <w:p>
      <w:pPr>
        <w:pStyle w:val="ArticleBody"/>
        <w:jc w:val="left"/>
      </w:pPr>
      <w:r>
        <w:rPr>
          <w:rFonts w:ascii="Times New Roman" w:hAnsi="Times New Roman" w:eastAsia="Times New Roman" w:cs="Times New Roman"/>
        </w:rPr>
        <w:t>Долоон аянгын дотор шингэсэн нууц түүхэнд тус бүр нь “цаг хугацааны нэгэн мөч” болох гурван тодорхой тэмдэгт үе байдаг бөгөөд тэдгээр гурван тэмдэгт үеийн эхнийх ба сүүлчийнх нь урам хугаралтыг илэрхийлдэг. Эхний ба хоёр дахь тэмдэгт үеийн хооронд нэгэн тодорхой “цаг хугацааны үе” байдаг бөгөөд хоёр дахь ба гурав дахь цаг хугацааны мөчийн хооронд мөн нэгэн тодорхой “цаг хугацааны үе” байдаг. “Урам хугаралт” гэсэн үг нь товлосон уулзалтыг өнгөрөөсөн гэсэн ойлголтоос үүсэлтэй бөгөөд тодорхойлолтдоо цаг хугацааны нэгэн мөчийн онцгойлон тэмдэглэлийг агуулдаг. Шөнө дунд мөн тодорхой нэгэн цаг мөн. Энэхүү нууц түүх нь цаг хугацааны хоёр үеэр тусгаарлагдсан цаг хугацааны гурван мөчөөр дүрслэгддэг; саатлын хугацаа болон долоо дахь сарын хөдөлгөөн.</w:t>
      </w:r>
    </w:p>
    <w:p>
      <w:pPr>
        <w:pStyle w:val="ArticleBody"/>
        <w:jc w:val="left"/>
      </w:pPr>
      <w:r>
        <w:rPr>
          <w:rFonts w:ascii="Times New Roman" w:hAnsi="Times New Roman" w:eastAsia="Times New Roman" w:cs="Times New Roman"/>
        </w:rPr>
        <w:t>Нууц түүхийн эхний замын тэмдэг нь нэгэн урам хугаралтыг тодорхойлдог бөгөөд сүүлчийн замын тэмдэг ч мөн урам хугаралтыг тодорхойлдог. Иймээс эхний урам хугаралтаас эхлэн сүүлчийн урам хугаралт хүртэл бүх шинэчлэлийн шугамуудад байдгийн адил ижил гурван алхмыг агуулсан нэгэн нууц эш үзүүллэгийн шугам оршдог. Мөн энэ нь Альфа ба Омегагийн гарын үсгийг агуулдаг. Учир нь “үнэн”-ийг бүрдүүлдэг гурван үсэг нь урам хугаралтаар эхэлж, урам хугаралтаар төгсдөг гурван замын тэмдэгтэй тохирч байдаг. Долоон аянгын доторх тэрхүү нууц түүх нь Иудагийн овгийн Арслан эдүгээ тайлан нээж буй үнэн мөн.</w:t>
      </w:r>
    </w:p>
    <w:p>
      <w:pPr>
        <w:pStyle w:val="ArticleBody"/>
        <w:jc w:val="left"/>
      </w:pPr>
      <w:r>
        <w:rPr>
          <w:rFonts w:ascii="Times New Roman" w:hAnsi="Times New Roman" w:eastAsia="Times New Roman" w:cs="Times New Roman"/>
        </w:rPr>
        <w:t>Бидний авч үзэж буй Иоханы хэсэг нь өмнөх бүлэгт Сүүлчийн Зоогийн үйл явдлаар эхлэн танилцуулагддаг бөгөөд энэ нь эдгээр дөрвөн бүлгийн захиас идэгдэх учиртайг онцолдог. Тэр дөрвөн бүлэг Гетсемани руу алхсан явдлаар төгсөнө. Өгүүлэмж нь идэхээс эхлээд загалмайн хямрал эхлэх хүртэлх хөдөлгөөн дунд өрнөдөг. Эш үзүүллэгийн утгаар бол, эдгээр дөрвөн бүлгийн нөхцөл байдал шүүлтийн өмнө идэгдэх ёстой сүүлчийн захиасыг тодорхойлдог. Шүүлт хаагдахад хүргэдэг тэрхүү захиас нь Илчлэлийн номд, шүүлт хаагдахын яг өмнө лац нь тайлагддаг захиас юм.</w:t>
      </w:r>
    </w:p>
    <w:p>
      <w:pPr>
        <w:pStyle w:val="ArticleBody"/>
        <w:jc w:val="left"/>
      </w:pPr>
      <w:r>
        <w:rPr>
          <w:rFonts w:ascii="Times New Roman" w:hAnsi="Times New Roman" w:eastAsia="Times New Roman" w:cs="Times New Roman"/>
        </w:rPr>
        <w:t>Шавь нар болон Есүс эш үзүүллэгийн түүхэн дэх саатлын хугацааны талаар тэдэнд мэдэгдэж буй тэр цэгт хүрээд байна. Миллерчүүдийн түүхэнд Эзэн Өөрийн мутрыг татан авснаар Шөнө дундын Хашхирааны мэдээг ойлгох ойлголтыг бий болгосон бөгөөд Самуэл Сноугийн мэдээг төрүүлсэн тэрхүү ойлголт мөн Миллерчүүдэд тэд арван онгон охины саатлын хугацаанд байгааг мэдүүлсэн юм. Шавь нар дөнгөж Эцсийн Зоогийг хүртээд байсан бөгөөд тэд тэрхүү мэдээг дотроо тунгаан шингээж байх үед Христ Иоханы номын дөрвөн бүлэгт саатлын хугацааг тайлбарласан билээ.</w:t>
      </w:r>
    </w:p>
    <w:p>
      <w:pPr>
        <w:pStyle w:val="ArticleBody"/>
        <w:jc w:val="left"/>
      </w:pPr>
      <w:r>
        <w:rPr>
          <w:rFonts w:ascii="Times New Roman" w:hAnsi="Times New Roman" w:eastAsia="Times New Roman" w:cs="Times New Roman"/>
        </w:rPr>
        <w:t>Самуел Сноугийн ойлголтыг Шөнө дундын Хашхирааны мэдээ хэмээн илэрхийлэгдсэн эцсийн ойлголтыг хөгжүүлсэн цуврал өгүүллүүдээр баримтжуулж болно. Түүний мэдээ хөгжиж байх явцад тэрээр мөн уг мэдээг хэд хэдэн кэмп цуглаанд танилцуулсан. Кэмп цуглаанууд руу хөтөлсөн тэрхүү цуврал өгүүллүүд эцэстээ түүнийг зургаан өдөр үргэлжилсэн Эксетерийн кэмп цуглаанд хүргэсэн юм. Зөгнөлийн утгаар Шөнө дундын Хашхирааны мэдээ тодорхой хугацааны туршид алхам алхмаар хөгждөг. Иоханы дөрвөн бүлэг нь уг мэдээ хөгжиж буй зөгнөлийн түүхэн хүрээнд өрнөдөг.</w:t>
      </w:r>
    </w:p>
    <w:p>
      <w:pPr>
        <w:pStyle w:val="ArticleBody"/>
        <w:jc w:val="left"/>
      </w:pPr>
      <w:r>
        <w:rPr>
          <w:rFonts w:ascii="Times New Roman" w:hAnsi="Times New Roman" w:eastAsia="Times New Roman" w:cs="Times New Roman"/>
        </w:rPr>
        <w:t>Иоханы дөрвөн бүлэгт Ариун Сүнсний үйлсийг нүгэл, зөвт байдал, шүүлтийн талаар яллан илчлэх гэсэн гурван алхмаар тодорхойлсон байдаг. Эдгээр гурван алхам нь мөн долоон аянганд шингээн нуусан түүхийн гурван тэмдэгт цэг мөн.</w:t>
      </w:r>
    </w:p>
    <w:p>
      <w:pPr>
        <w:pStyle w:val="ArticleScripture"/>
        <w:jc w:val="left"/>
      </w:pPr>
      <w:r>
        <w:rPr>
          <w:rFonts w:ascii="Times New Roman" w:hAnsi="Times New Roman" w:eastAsia="Times New Roman" w:cs="Times New Roman"/>
        </w:rPr>
        <w:t>Гэсэн хэдий ч Би та нарт үнэнийг хэлж байна: Намайг явах нь та нарт ашигтай. Учир нь Би явахгүй бол Тайтгаруулагч та нарт ирэхгүй; харин Би явбал Түүнийг та нар уруу илгээнэ. Тэр ирэхдээ ертөнцийг нүглийн тухай, зөвт байдлын тухай, шүүлтийн тухай буруушаан илчилнэ. Нүглийн тухай гэвэл, тэд Надад итгэдэггүйгээс; зөвт байдлын тухай гэвэл, Би Эцэг уруугаа явж, та нар Намайг дахин харахгүйгээс; шүүлтийн тухай гэвэл, энэ ертөнцийн ноён шүүгдсэнээс болно. Та нарт хэлэх олон зүйл Надад одоо ч байна, гэвч та нар эдүгээ тэдгээрийг дааж чадахгүй. Харин үнэний Сүнс болох Тэр ирэхдээ та нарыг бүх үнэн уруу удирдана. Учир нь Тэр Өөрөөсөө ярихгүй, харин юу сонсоно, түүнийгээ л айлдана; мөн ирэх зүйлсийг та нарт мэдүүлнэ. Тэр Намайг алдаршуулна. Учир нь Минийхаас авч, та нарт мэдүүлнэ. Иохан 16:7–14.</w:t>
      </w:r>
    </w:p>
    <w:p>
      <w:pPr>
        <w:pStyle w:val="ArticleBody"/>
        <w:jc w:val="left"/>
      </w:pPr>
      <w:r>
        <w:rPr>
          <w:rFonts w:ascii="Times New Roman" w:hAnsi="Times New Roman" w:eastAsia="Times New Roman" w:cs="Times New Roman"/>
        </w:rPr>
        <w:t>Миллеритүүдийн түүхэнд Есүс Шөнө дунд хашхирааны үеэр саатлын цагийг төгсгөхөөр эргэж ирээгүй. Тэр Өөрийн мутрыг татан авч, Ариун Сүнсийг асгасан буюу илгээсэн. Тайтгаруулагч хэмээн төлөөлөгдсөн Ариун Сүнс урам хугарлыг арилгахаар ирсэн. Тэрээр бүтэлгүй зөгнөлөөс үүдсэн урам хугаралд мэгдэн будилсан боловч сонгогдсон хүмүүст тайтгарал өгөхөөр ирсэн.</w:t>
      </w:r>
    </w:p>
    <w:p>
      <w:pPr>
        <w:pStyle w:val="ArticleBody"/>
        <w:jc w:val="left"/>
      </w:pPr>
      <w:r>
        <w:rPr>
          <w:rFonts w:ascii="Times New Roman" w:hAnsi="Times New Roman" w:eastAsia="Times New Roman" w:cs="Times New Roman"/>
        </w:rPr>
        <w:t>Бид өмнө нь элч Иохан, Езекиел, Иеремиа нар бүгд аманд зөгийн бал мэт амттай бяцхан номыг идэж буйгаар дүрслэгдсэнийг онцлон тэмдэглэсэн билээ. Эдгээр гурван эш үзүүлэгчийн хооронд зориудын ялгаа байдаг бөгөөд энэ нь олонтаа анзаарагдалгүй өнгөрдөг.</w:t>
      </w:r>
    </w:p>
    <w:p>
      <w:pPr>
        <w:pStyle w:val="ArticleBody"/>
        <w:jc w:val="left"/>
      </w:pPr>
      <w:r>
        <w:rPr>
          <w:rFonts w:ascii="Times New Roman" w:hAnsi="Times New Roman" w:eastAsia="Times New Roman" w:cs="Times New Roman"/>
        </w:rPr>
        <w:t>Езекиелийг жижиг номыг идсэн бөгөөд Бурханы тэрслүү болсон сүмд хүргэх мэдээ хүлээн авсан хүмүүсийг дүрслэн үзүүлэхэд ашигладаг. Езекиел идэгдсэн тэр ном нь цаашид биелүүлэх ёстой ажлыг тодорхойлдгийг төлөөлдөг. Тэрээр Бурханы урьдын сонгогдсон ард түмэнд өгөгдсөн мэдээг төлөөлдөг. Түүний мэдээ нь урьдын сонгогдсон ард түмнийг галд зориулагдсан боодлууд болгон боодог зүйл мөн. Иоханы дөрвөн бүлэгт Есүс Езекиелийн ажлын зорилгыг тодорхойлдог.</w:t>
      </w:r>
    </w:p>
    <w:p>
      <w:pPr>
        <w:pStyle w:val="ArticleScripture"/>
        <w:jc w:val="left"/>
      </w:pPr>
      <w:r>
        <w:rPr>
          <w:rFonts w:ascii="Times New Roman" w:hAnsi="Times New Roman" w:eastAsia="Times New Roman" w:cs="Times New Roman"/>
        </w:rPr>
        <w:t>Би та нарт хэлсэн үгийг санагтун: Боол нь эзнээсээ агуу биш. Хэрэв тэд Намайг хавчсан бол та нарыг ч мөн хавчина; хэрэв тэд Миний үгийг сахисан бол та нарын үгийг ч мөн сахих болно. Харин тэд энэ бүгдийг та нарт Миний нэрийн төлөө үйлдэх болно. Учир нь тэд Намайг Илгээгчийг мэддэггүй. Хэрэв Би ирж, тэдэнд айлдаагүйсэн бол тэд нүгэлгүй байх байсан; харин эдүгээ тэд нүглээ халхлах шалтаггүй болжээ. Намайг үзэн ядагч нь Миний Эцгийг ч бас үзэн яддаг. Хэрэв Би тэдний дунд өөр хэний ч үйлдээгүй үйлсийг үйлдээгүйсэн бол тэд нүгэлгүй байх байсан; харин эдүгээ тэд хоёуланг нь, Намайг ч Миний Эцгийг ч харж, үзэн ядсан билээ. Гэвч энэ нь тэдний хуульд бичигдсэн, “Тэд Намайг шалтгаангүйгээр үзэн ядсан” гэсэн үг биелэгдэхийн тулд тохиож байна. Харин Тайтгаруулагч ирэх үед, Өөрөөр хэлбэл Эцгээс гардаг Үнэн Сүнс, Түүнийг Би Эцгээс та нар уруу илгээх бөгөөд Тэр Миний тухай гэрчлэх болно. Иохан 15:20–26.</w:t>
      </w:r>
    </w:p>
    <w:p>
      <w:pPr>
        <w:pStyle w:val="ArticleBody"/>
        <w:jc w:val="left"/>
      </w:pPr>
      <w:r>
        <w:rPr>
          <w:rFonts w:ascii="Times New Roman" w:hAnsi="Times New Roman" w:eastAsia="Times New Roman" w:cs="Times New Roman"/>
        </w:rPr>
        <w:t>Номыг идэх үедээ эхэлсэн Езекиелийн ажил нь няцаагдах мэдээний тунхаглалыг илэрхийлдэг; харин тэрхүү няцаалт нь тэд Бурханыг үзэн яддаг бөгөөд шалгалтын хугацааныхаа аягыг бүрэн дүүргэсэн болохын баталгаа юм.</w:t>
      </w:r>
    </w:p>
    <w:p>
      <w:pPr>
        <w:pStyle w:val="ArticleScripture"/>
        <w:jc w:val="left"/>
      </w:pPr>
      <w:r>
        <w:rPr>
          <w:rFonts w:ascii="Times New Roman" w:hAnsi="Times New Roman" w:eastAsia="Times New Roman" w:cs="Times New Roman"/>
        </w:rPr>
        <w:t>Тэр надад айлдахдаа: Хүний хүү ээ, Би чамайг Израилийн хөвгүүд уруу, Миний эсрэг тэрсэлсэн тэрслүү үндэстэн уруу илгээж байна. Тэд болон тэдний эцэг өвгөд өнөө энэ өдрийг хүртэл Миний эсрэг гэм нүгэл үйлдсээр ирсэн. Учир нь тэд бол нүүр хатуутай, зүрх хөшүүн хөвгүүд юм. Би чамайг тэдэн уруу илгээж байна; чи тэдэнд: Эзэн БУРХАН ийнхүү айлдаж байна гэж хэл. Тэд сонсох эсэх, эсвэл үл тоомсорлох эсэхээс үл хамааран (учир нь тэд бол тэрслүү гэр юм), тэдний дунд эш үзүүлэгч байсныг мэдэх болно. Езекиел 2:3–5.</w:t>
      </w:r>
    </w:p>
    <w:p>
      <w:pPr>
        <w:pStyle w:val="ArticleBody"/>
        <w:jc w:val="left"/>
      </w:pPr>
      <w:r>
        <w:rPr>
          <w:rFonts w:ascii="Times New Roman" w:hAnsi="Times New Roman" w:eastAsia="Times New Roman" w:cs="Times New Roman"/>
        </w:rPr>
        <w:t>Езекиелийн үйлчлэл нь хуучин гэрээний ард түмний эсрэг гэрч болсон нь Христ маргалдаанч иудейчүүдийн дунд тийн байсанчлан; иймээс Езекиелийн мэдээ нь хуучин гэрээний ард түмнийг хогийн ургамал мэт боодол болгон хүлж, сүйрлийн галд зориулагдсан болохыг тогтоодог эцсийн анхааруулгын мэдээ мөн.</w:t>
      </w:r>
    </w:p>
    <w:p>
      <w:pPr>
        <w:pStyle w:val="ArticleScripture"/>
        <w:jc w:val="left"/>
      </w:pPr>
      <w:r>
        <w:rPr>
          <w:rFonts w:ascii="Times New Roman" w:hAnsi="Times New Roman" w:eastAsia="Times New Roman" w:cs="Times New Roman"/>
        </w:rPr>
        <w:t>“Тэгээд би гурав дахь тэнгэрэлчийг харлаа. Надтай хамт явсан тэнгэрэлч ийн хэлэв: ‘Түүний ажил сүрдэм ажээ. Түүний даалгавар аймшигт ажээ. Тэр бол буудайг зэрлэг өвснөөс ялган салгаж, мөн буудайг тэнгэрийн амбаарт зориулан тамгалж, эсвэл боож баглах ёстой тэнгэрэлч мөн. Эдгээр зүйлс нь бүх оюун санаа, бүх анхаарлыг бүхэлд нь эзэмдэх учиртай.’” Early Writings, 118.</w:t>
      </w:r>
    </w:p>
    <w:p>
      <w:pPr>
        <w:pStyle w:val="ArticleBody"/>
        <w:jc w:val="left"/>
      </w:pPr>
      <w:r>
        <w:rPr>
          <w:rFonts w:ascii="Times New Roman" w:hAnsi="Times New Roman" w:eastAsia="Times New Roman" w:cs="Times New Roman"/>
        </w:rPr>
        <w:t>Бяцхан номыг идэхээр дүрслэгдсэн ажил нь хүчирхэг тэнгэрэлч гартаа бяцхан ном барин бууж ирэх үед эхэлдэг. Эхний тэнгэрэлчийн түүхэнд энэ нь 1840 оны 8 дугаар сарын 11-нд тохиосон бөгөөд гурав дахь тэнгэрэлчийн түүхэнд энэ нь 2001 оны 9 дүгээр сарын 11-нд тохиосон юм. Эдгээр хоёр огноо хоёулаа тус тусдаа хоёр дахь гай зовлонгийн Ислам эсвэл гурав дахь гай зовлонгийн Исламтай холбоотой эш үзүүллэгүүдийн биеллийг төлөөлдөг. Тийм учраас Исаиа хорин хоёрдугаар бүлэгт, Филаделфи болон Лаодикийнханд хамаарах үзэгдлийн хөндийн хямралыг дүрслэхдээ, 1840 онд протестантизмын сонгогдсон ард түмэн байсан лаодикийнхан болон 2001 онд сонгогдсон ард түмэн байсан Адвентизмынхныг “нумчдад хүлэгдсэн” хэмээн тодорхойлдог. Библийн эш үзүүллэг дэх нумчид бол Ислам мөн бөгөөд 1840 болон 2001 онд Исламын үзэгдэл биелэгдэхэд, урьдын сонгогдсон ард түмэн Езекиелээр төлөөлөгдсөн хүмүүсийн танилцуулсан Исламын эш үзүүллэгийг няцаасан. Тэд тэнд, тэр үед хогийн буудай мэт хүлэгдсэн. Езекиелийн ажил нь “тэдний нүглийг” халхалж буй “бүрхүүлийг” зайлуулах явдал байсан бөгөөд үүнийг Есүс Бурханыг үзэн ядахуйгаар төлөөлүүлдэг.</w:t>
      </w:r>
    </w:p>
    <w:p>
      <w:pPr>
        <w:pStyle w:val="ArticleScripture"/>
        <w:jc w:val="left"/>
      </w:pPr>
      <w:r>
        <w:rPr>
          <w:rFonts w:ascii="Times New Roman" w:hAnsi="Times New Roman" w:eastAsia="Times New Roman" w:cs="Times New Roman"/>
        </w:rPr>
        <w:t>Үзэгдлийн хөндийн тухай зөн. Чамд одоо юу тохиолдов, чи яагаад бүхлээрээ дээвэр дээр гарцгаав? Үймээн самуунаар дүүрэн, бужигнаант хот, баясан цэнгэсэн хот оо: чиний алагдагсад илдэнд цавчуулаагүй, тулалдаанд үхэгсэд биш. Чиний бүх ноёд хамтдаа зугтсан, тэд нумчдад баригдсан; чиний дотор олдсон бүгд хамтдаа хүлэгдсэн, холоос зугтсан хүмүүс юм. Исаиа 22:1–3.</w:t>
      </w:r>
    </w:p>
    <w:p>
      <w:pPr>
        <w:pStyle w:val="ArticleScripture"/>
        <w:jc w:val="left"/>
      </w:pPr>
      <w:r>
        <w:rPr>
          <w:rFonts w:ascii="Times New Roman" w:hAnsi="Times New Roman" w:eastAsia="Times New Roman" w:cs="Times New Roman"/>
        </w:rPr>
        <w:t>Хүү [Ишмаел]-тэй Бурхан хамт байв; тэр өсөж, цөлд суурьшин, харваач болов. Эхлэл 21:20.</w:t>
      </w:r>
    </w:p>
    <w:p>
      <w:pPr>
        <w:pStyle w:val="ArticleScripture"/>
        <w:jc w:val="left"/>
      </w:pPr>
      <w:r>
        <w:rPr>
          <w:rFonts w:ascii="Times New Roman" w:hAnsi="Times New Roman" w:eastAsia="Times New Roman" w:cs="Times New Roman"/>
        </w:rPr>
        <w:t>Үзэгдэл үгүй газарт ард түмэн завхран мөхдөг; харин хуулийг сахидаг хүн ерөөлтэй бөлгөө. Сургаалт үгс 29:18.</w:t>
      </w:r>
    </w:p>
    <w:p>
      <w:pPr>
        <w:pStyle w:val="ArticleBody"/>
        <w:jc w:val="left"/>
      </w:pPr>
      <w:r>
        <w:rPr>
          <w:rFonts w:ascii="Times New Roman" w:hAnsi="Times New Roman" w:eastAsia="Times New Roman" w:cs="Times New Roman"/>
        </w:rPr>
        <w:t>Иеремиа нь хүчирхэг тэнгэрэлч бууж ирэн, газар дэлхийг Өөрийн алдраар гэрэлтүүлэх үед номыг идсэн боловч 1843 оны биелээгүй зөгнөлийн урам хугаралтыг амссан хүмүүсийг төлөөлдөг. Иеремиа эш үзүүлгийн утгаар Бурхан худал хэлсэн эсэхийг авч үздэг. Тэрхүү эшлэл нь Иеремиаг Хабаккук хоёрдугаар бүлэгтэй холбодог.</w:t>
      </w:r>
    </w:p>
    <w:p>
      <w:pPr>
        <w:pStyle w:val="ArticleScripture"/>
        <w:jc w:val="left"/>
      </w:pPr>
      <w:r>
        <w:rPr>
          <w:rFonts w:ascii="Times New Roman" w:hAnsi="Times New Roman" w:eastAsia="Times New Roman" w:cs="Times New Roman"/>
        </w:rPr>
        <w:t>Би харуулын газартаа зогсож, цамхаг дээр гарч зогсоод, Тэр надад юу айлдахыг, мөн зэмлүүлэгдэхдээ би юу хариулахыг харахаар ажиглан харна. ЭЗЭН надад хариулан айлдахдаа, Үзэгдлийг бич, үүнийг самбарууд дээр тодорхой болго, тэгвэл үүнийг уншигч хүн гүйж чадах болно. Учир нь үзэгдэл нь товлогдсон цагийн төлөө хэвээр байгаа; харин эцэстээ энэ нь айлдаж, худал хэлэхгүй. Хэдийгээр удаашрах мэт санагдавч түүнийг хүлээгтүн; учир нь энэ нь гарцаагүй ирнэ, саатахгүй. Болгоогтун, бардамнан өргөгдсөн түүний сэтгэл дотор нь зөв шулуун бус; харин зөвт хүн өөрийн итгэлээр амьдрах болно. Хабаккук 2:1–4.</w:t>
      </w:r>
    </w:p>
    <w:p>
      <w:pPr>
        <w:pStyle w:val="ArticleBody"/>
        <w:jc w:val="left"/>
      </w:pPr>
      <w:r>
        <w:rPr>
          <w:rFonts w:ascii="Times New Roman" w:hAnsi="Times New Roman" w:eastAsia="Times New Roman" w:cs="Times New Roman"/>
        </w:rPr>
        <w:t>Иохан нь амтлаг байдал болон гашуун урам хугаралтыг туулсан хүмүүсийг бэлгэдэхэд хэрэглэгдсэн бөгөөд энэ нь 1840 оны 8 дугаар сарын 11-нээс 1844 оны 10 дугаар сарын 22 хүртэлх бүхэл бүтэн түүхийг төлөөлж байв.</w:t>
      </w:r>
    </w:p>
    <w:p>
      <w:pPr>
        <w:pStyle w:val="ArticleScripture"/>
        <w:jc w:val="left"/>
      </w:pPr>
      <w:r>
        <w:rPr>
          <w:rFonts w:ascii="Times New Roman" w:hAnsi="Times New Roman" w:eastAsia="Times New Roman" w:cs="Times New Roman"/>
        </w:rPr>
        <w:t>Тэгээд би тэнгэрэлч уруу очиж, түүнд, «Надад тэр бяцхан номыг өгөөч» хэмээн хэлэв. Харин тэр надад, «Үүнийг авч, бүгдийг нь ид; энэ нь чиний гэдсийг гашуун болгоно, харин аманд чинь зөгийн бал мэт амттай байх болно» гэв. Тэгээд би тэр бяцхан номыг тэнгэрэлчийн гараас авч, бүгдийг нь идэв; тэгэхэд энэ нь миний аманд зөгийн бал мэт амттай байсан бөгөөд үүнийг идмэгц миний гэдэс гашуун болов. Илчлэл 10:9, 10.</w:t>
      </w:r>
    </w:p>
    <w:p>
      <w:pPr>
        <w:pStyle w:val="ArticleBody"/>
        <w:jc w:val="left"/>
      </w:pPr>
      <w:r>
        <w:rPr>
          <w:rFonts w:ascii="Times New Roman" w:hAnsi="Times New Roman" w:eastAsia="Times New Roman" w:cs="Times New Roman"/>
        </w:rPr>
        <w:t>Езекиел нь 1840 оны 8-р сарын 11-нд болон 2001 оны 9-р сарын 11-нд тэнгэрэлч бууж ирэхэд эхэлсэн, урьдын сонгогдсон ард түмнийг хаан боодог эш үзүүллэгийн мэдээг танилцуулах ажлыг төлөөлдөг.</w:t>
      </w:r>
    </w:p>
    <w:p>
      <w:pPr>
        <w:pStyle w:val="ArticleScripture"/>
        <w:jc w:val="left"/>
      </w:pPr>
      <w:r>
        <w:rPr>
          <w:rFonts w:ascii="Times New Roman" w:hAnsi="Times New Roman" w:eastAsia="Times New Roman" w:cs="Times New Roman"/>
        </w:rPr>
        <w:t>Харин чи, хүний хүү, Миний чамд хэлж буйг сонсогтун; тэрслүү тэр гэрийн адил бүү тэрслэгтүн. Амаа ангайж, Миний чамд өгч буйг идэгтүн. Тэгээд би харахад, болгоогтун, нэгэн гар над руу сунгагдсан байв; мөн, болгоогтун, түүн дотор нэгэн номын хуйлмал байлаа. Тэр үүнийг миний өмнө дэлгэв; энэ нь дотор гадаргүй бичигдсэн байв. Түүн дээр гашуудал, уй гашуу, гай зовлон бичигдсэн байлаа. Түүнээс гадна Тэр надад, Хүний хүү, чи олсноо идэгтүн; энэ хуйлмалыг идээд, Израилийн гэрт очин айлдагтун хэмээн айлдав. Тэгэхэд би амаа ангайтал, Тэр надаар тэр хуйлмалыг идүүлэв. Тэгээд Тэр надад, Хүний хүү, Миний чамд өгч буй энэ хуйлмалаар хэвлийгээ идүүлж, гэдсээ дүүргэгтүн хэмээн айлдав. Тэгээд би түүнийг идэв; энэ нь миний аманд балаас адил чихэрлэг байлаа. Езекиел 2:8–3:3.</w:t>
      </w:r>
    </w:p>
    <w:p>
      <w:pPr>
        <w:pStyle w:val="ArticleBody"/>
        <w:jc w:val="left"/>
      </w:pPr>
      <w:r>
        <w:rPr>
          <w:rFonts w:ascii="Times New Roman" w:hAnsi="Times New Roman" w:eastAsia="Times New Roman" w:cs="Times New Roman"/>
        </w:rPr>
        <w:t>Иеремиа нь 1840 оны 8 дугаар сарын 11-ний өдрөөс Шөнө дундын Хашхирааны яг өмнөх үе хүртэлх түүхийг төлөөлдөг.</w:t>
      </w:r>
    </w:p>
    <w:p>
      <w:pPr>
        <w:pStyle w:val="ArticleScripture"/>
        <w:jc w:val="left"/>
      </w:pPr>
      <w:r>
        <w:rPr>
          <w:rFonts w:ascii="Times New Roman" w:hAnsi="Times New Roman" w:eastAsia="Times New Roman" w:cs="Times New Roman"/>
        </w:rPr>
        <w:t>Таны үгс олдсон тул би тэдгээрийг идсэн; Таны үг надад зүрхний минь баяр хөөр, цэнгэл болсон билээ. Учир нь, цэргийн ЭЗЭН Бурхан минь, би Таны нэрээр нэрлэгддэг. Би дооглогчдын цуглаанд сууж, баяссангүй; Таны мутрын учир би ганцаараа суусан. Учир нь Та намайг хилэгнэлээр дүүргэсэн. Миний өвдөлт яагаад байнга үргэлжилж, эдгэрэхээс татгалздаг миний шарх яагаад эдгэршгүй байна вэ? Та надад үнэхээр худалч мэт, тасалдах ус мэт байх уу? Иймийн тул ЭЗЭН ийн айлдаж байна: Хэрэв чи эргэвэл, Би чамайг дахин авчирч, чи Миний өмнө зогсох болно. Хэрэв чи үнэтэйг бузар муугаас ялган гаргавал, чи Миний ам мэт байх болно. Тэд чам уруу эргэг; харин чи тэдэн уруу бүү эргэ. Би чамайг энэ ард түмэнд хүрэл хэрэм мэт цайзлагдсан хана болгоно. Тэд чиний эсрэг тэмцэх боловч чамайг дийлэхгүй. Учир нь Би чамайг аврахын тулд, мөн чамайг чөлөөлөхийн тулд чамтай хамт байна гэж ЭЗЭН айлдаж байна. Би чамайг бузар муу хүмүүсийн гараас аварч, аймшигт хүмүүсийн гараас золин гаргана. Иеремиа 15:16–21.</w:t>
      </w:r>
    </w:p>
    <w:p>
      <w:pPr>
        <w:pStyle w:val="ArticleBody"/>
        <w:jc w:val="left"/>
      </w:pPr>
      <w:r>
        <w:rPr>
          <w:rFonts w:ascii="Times New Roman" w:hAnsi="Times New Roman" w:eastAsia="Times New Roman" w:cs="Times New Roman"/>
        </w:rPr>
        <w:t>Иеремиа нь бидний өнөөгийн түүх ба мэдээг төлөөлдөг. Өнөөгийн мэдээ бол Шөнө дундын Хашхирааны мэдээ бөгөөд Бурханы ард түмэн Иеремиагийн дүрээр төлөөлөгдөн, өөрсдийн “өвдөлт”-ийг “үүрдийнх” бөгөөд өөрсдийн “шарх”-ыг эдгэх аргагүй, хэзээ ч эдгэрэхгүй шарх гэж бодсоноос “уур хилэнгээр” “дүүргэгдсэн” тэр мөчид энэ мэдээ аажмаар хөгжүүлэгдэж байна. Тэд “дооглогчдын чуулган”-аас өөрсдийгөө тусгаарласан. Тэд урьд нь номыг идэж, тэр нь тэдний “зүрхний” “баяр хөөр” болж байсан үеийнх шигээ цаашид “баярлахаа” больсон.</w:t>
      </w:r>
    </w:p>
    <w:p>
      <w:pPr>
        <w:pStyle w:val="ArticleBody"/>
        <w:jc w:val="left"/>
      </w:pPr>
      <w:r>
        <w:rPr>
          <w:rFonts w:ascii="Times New Roman" w:hAnsi="Times New Roman" w:eastAsia="Times New Roman" w:cs="Times New Roman"/>
        </w:rPr>
        <w:t>Гэвч тийм байдалд буй хүмүүст зориулсан зөвлөгөө бий. “Хэрэв чи эргэж ирвэл”, мөн “хэрэв чи үнэтэйг өөдгүйгээс ялган гаргавал”, тэгвэл Бурхан тэдэнд эргэн ирнэ. Тухайн хэсэгт буй еврей хэлний “би чамайг дахин авчирна” гэсэн нь, хэрэв тэд Түүн уруу эргэж ирвэл Бурхан тэдэнд эргэн ирнэ гэсэн утгатай.</w:t>
      </w:r>
    </w:p>
    <w:p>
      <w:pPr>
        <w:pStyle w:val="ArticleScripture"/>
        <w:jc w:val="left"/>
      </w:pPr>
      <w:r>
        <w:rPr>
          <w:rFonts w:ascii="Times New Roman" w:hAnsi="Times New Roman" w:eastAsia="Times New Roman" w:cs="Times New Roman"/>
        </w:rPr>
        <w:t>Иймээс Бурханд захирагдагтун. Диавлыг эсэргүүцэгтүн, тэгвэл тэр та нараас зугтах болно. Бурханд ойртогтун, тэгвэл Тэр та нарт ойртох болно. Нүгэлтнүүд ээ, гараа цэвэрлэгтүн; хоёр санаатнууд аа, зүрх сэтгэлээ ариусгагтун. Зовогтун, гашуудаж уйлагтун; инээд чинь гашуудал болон хувирч, баяр чинь уйтгар гуниг болох болтугай. Эзэний өмнө өөрсдийгөө даруу болгогтун, тэгвэл Тэр та нарыг өргөмжлөх болно. Иаков 4:7–10.</w:t>
      </w:r>
    </w:p>
    <w:p>
      <w:pPr>
        <w:pStyle w:val="ArticleBody"/>
        <w:jc w:val="left"/>
      </w:pPr>
      <w:r>
        <w:rPr>
          <w:rFonts w:ascii="Times New Roman" w:hAnsi="Times New Roman" w:eastAsia="Times New Roman" w:cs="Times New Roman"/>
        </w:rPr>
        <w:t>Хэрэв тэд Бурханд ойртон очвол, Тэр тэдэнд ойртон ирнэ. Хэрэв тэд эдгээрийг үйлдвэл, тэд Эзэний өмнө “зогсох” бөгөөд Бурханы “ам” болно. Цааш нь Тэр Иеремиад (бидэнд) Өөрийн ард түмнийг “хорон муу” хүмүүсийн эсрэг “хүрлэн бэхлэгдсэн хэрэм” болгоно гэж зааварлаж, үүний дараа “аймшигт” хүмүүс Иеремиар төлөөлүүлэгдсэн хүмүүсийн эсрэг дайн өдөөх болно. “Хорон муу” хүмүүс нь Матай дахь ухаангүй онгон охидын талаарх Даниелын төлөөлөл мөн. “Аймшигт” нь Ням гаргийн хуулийн хямралын үеэрх орчин үеийн Вавилоны гурвалсан нэгдлийг төлөөлнө.</w:t>
      </w:r>
    </w:p>
    <w:p>
      <w:pPr>
        <w:pStyle w:val="ArticleBody"/>
        <w:jc w:val="left"/>
      </w:pPr>
      <w:r>
        <w:rPr>
          <w:rFonts w:ascii="Times New Roman" w:hAnsi="Times New Roman" w:eastAsia="Times New Roman" w:cs="Times New Roman"/>
        </w:rPr>
        <w:t>Гурван эш үзүүлэгчийн гэрчлэлүүд бүгд ижил түүхийг авч үздэг боловч тэрхүү нэгэн ижил түүхийн гурван өөр талыг хөндөн өгүүлдэг. Иеремиа нь анхны урам хугаралтыг саяхан амссан боловч хараахан Шөнө дундын Хашхирааны замын тэмдэгт хүрээгүй байгаа хүмүүсийг төлөөлдөг. Бид 2020 оны 7 дугаар сарын 18-наас хойш энэ байдалд байна. Асуулт нь: бид буцаж эргэх үү? Хэрэв тэгвэл, Америкийн Нэгдсэн Улс лууны адил “ярьж” буй яг тэр цагт бид Эзэний төлөө “ярих” болно.</w:t>
      </w:r>
    </w:p>
    <w:p>
      <w:pPr>
        <w:pStyle w:val="ArticleBody"/>
        <w:jc w:val="left"/>
      </w:pPr>
      <w:r>
        <w:rPr>
          <w:rFonts w:ascii="Times New Roman" w:hAnsi="Times New Roman" w:eastAsia="Times New Roman" w:cs="Times New Roman"/>
        </w:rPr>
        <w:t>Иеремиагийн дүрслэн үзүүлж буй түүх бол бидний өнөөгийн түүх мөн бөгөөд энэ нь мөн долоон аянганд агуулагдах гурван нуугдмал тэмдэгт үеэр төлөөлөгдөн харуулагдсан түүх юм. Түүнчлэн энэ нь Иоханд буй тэр хэсэг эш үзүүллэгийн хувьд байршуулсан түүх мөн; учир нь Иоханы дөрвөн бүлгийн онцлох сэдэв нь худал зүйлд итгэсэн эсэхээ, мөн тийм амттай санагдсан захиас үнэндээ тасалдсан ус байсан эсэхийг асууж буй Иеремиаг тайвшруулах Ариун Сүнсний ажил юм.</w:t>
      </w:r>
    </w:p>
    <w:p>
      <w:pPr>
        <w:pStyle w:val="ArticleBody"/>
        <w:jc w:val="left"/>
      </w:pPr>
      <w:r>
        <w:rPr>
          <w:rFonts w:ascii="Times New Roman" w:hAnsi="Times New Roman" w:eastAsia="Times New Roman" w:cs="Times New Roman"/>
        </w:rPr>
        <w:t>Тиймээс Иеремиа нь 2001 оны 9 дүгээр сарын 11-нээс эхлэн 2020 оны 7 дугаар сарын 18 хүртэлх, түүнээс хойших бэлгэдлийн гурав хагас өдрөөр дүрслэгдсэн саатлын цаг эхэлсэн үе хүртэлх түүхийг төлөөлдөг. Би “бэлгэдлийн” гэж хэлэхдээ хугацааны зөгнөлт тооцоог хэлж байгаа юм биш. Харин 2020 оны 7 дугаар сарын 18 бол Илчлэлт арван нэгд хоёр гэрч болох Библи ба Зөгнөлийн Сүнс алагдаж, тэдний үхсэн бие гудамжинд гурав хагас өдөр хэвтэж орхигдсон үе мөн гэж хэлж байна.</w:t>
      </w:r>
    </w:p>
    <w:p>
      <w:pPr>
        <w:pStyle w:val="ArticleScripture"/>
        <w:jc w:val="left"/>
      </w:pPr>
      <w:r>
        <w:rPr>
          <w:rFonts w:ascii="Times New Roman" w:hAnsi="Times New Roman" w:eastAsia="Times New Roman" w:cs="Times New Roman"/>
        </w:rPr>
        <w:t>Би Өөрийн хоёр гэрчдээ эрх мэдэл өгнө. Тэд таар хувцас өмсөн, нэг мянга хоёр зуун жаран өдрийн турш эш үзүүлнэ. Эд бол газрын Бурханы өмнө зогсдог хоёр чидун мод, хоёр дэнлүүний тавиур мөн. Хэрэв хэн нэгэн тэдэнд хор хүргэхийг хүсвэл, тэдний амнаас гал гарч, дайснуудыг нь залгина. Хэрэв хэн нэгэн тэдэнд хор хүргэхийг хүсвэл, тэр ийм маягаар алагдах ёстой. Эдэнд эш үзүүлж буй өдрүүдэд нь бороо оруулахгүйн тулд тэнгэрийг хаах эрх мэдэл бий. Мөн усыг цус болгон хувиргах, хүссэн бүхэндээ газар дэлхийг аливаа гай гамшгаар цохих эрх мэдэл тэдэнд бий. Тэд гэрчлэлээ дуусгасныхаа дараа ёроолгүй ангалын дундаас гарч ирдэг араатан тэдний эсрэг дайн хийж, тэднийг дийлж, ална. Тэдний цогцос Сүнслэг утгаараа Содом, Египет хэмээн нэрлэгддэг, мөн бидний Эзэн цовдлогдсон агуу хотын гудамжинд хэвтэнэ. Ард түмэн, овог удам, хэлтэн, үндэстнүүдийн дундах хүмүүс тэдний цогцсыг гурав хагас өдрийн турш харж, тэдний цогцсыг булшинд тавихыг зөвшөөрөхгүй. Газар дэлхий дээр оршин суугчид тэдний дээр баярлан хөөрч, цэнгэн баясаж, бие биедээ бэлэг илгээнэ. Учир нь эдгээр хоёр эш үзүүлэгч газар дэлхий дээр оршин суугчдыг тарчлааж байсан юм. Илчлэл 11:3–10.</w:t>
      </w:r>
    </w:p>
    <w:p>
      <w:pPr>
        <w:pStyle w:val="ArticleBody"/>
        <w:jc w:val="left"/>
      </w:pPr>
      <w:r>
        <w:rPr>
          <w:rFonts w:ascii="Times New Roman" w:hAnsi="Times New Roman" w:eastAsia="Times New Roman" w:cs="Times New Roman"/>
        </w:rPr>
        <w:t>Иеремиагийн байдлаар илэрхийлэгдсэн гэрчлэл нь урам хугаралтын дараа, харин Шөнийн Дунд Хашхирааны өмнө оршдог. Иеремиа Шөнийн Дунд Хашхирааны мэдээний дуу хоолой болж чадахын өмнө буцан ирэх шаардлагатай байсан. Өнөөдөр бидний байдал ч мөн ийм байна. Энэ нь мөн бидний авч үзэж буй Иоханы дөрвөн бүлгийн түүхэн нөхцөл бөгөөд, түүнчлэн долоон аянганд агуулагдсан нууц түүхээр төлөөлөгдөж буй түүх мөн юм.</w:t>
      </w:r>
    </w:p>
    <w:p>
      <w:pPr>
        <w:pStyle w:val="ArticleBody"/>
        <w:jc w:val="left"/>
      </w:pPr>
      <w:r>
        <w:rPr>
          <w:rFonts w:ascii="Times New Roman" w:hAnsi="Times New Roman" w:eastAsia="Times New Roman" w:cs="Times New Roman"/>
        </w:rPr>
        <w:t>Хэрэв бид Иоханы дөрвөн бүлэгт өгсөн гэрчлэл дэх “Тайтгаруулагч”-тай холбоотой гэрлийг авч үзвэл, энэ өгүүлэмж нь 2020 оны 7-р сарын 18, урам хугаралт ба саатлын үе, лац тайлагдсан Шөнө дундын Хашхирааны мэдээ, мөн ирэх Ням гаргийн хуулийн шүүлтийн тухай болохыг хүлээн зөвшөөрөхөд хангалттай элбэг нотолгоо байгааг олж харна. Эдгээр бүлгүүд нь далд түүхийн эш үзүүллэгийн бүтцэн дээр тулгуурлан байгуулагдаж байна.</w:t>
      </w:r>
    </w:p>
    <w:p>
      <w:pPr>
        <w:pStyle w:val="ArticleBody"/>
        <w:jc w:val="left"/>
      </w:pPr>
      <w:r>
        <w:rPr>
          <w:rFonts w:ascii="Times New Roman" w:hAnsi="Times New Roman" w:eastAsia="Times New Roman" w:cs="Times New Roman"/>
        </w:rPr>
        <w:t>Хэрэв бид тун удахгүй ирэх хямралын үед Бурханы ам мэт байх гэж байгаа бол, өнөөдрийн бидний ажил нь “үнэт зүйлийг өөдгүйгээс салган гаргах” явдал мөн; эсвэл Иаков энэ л ажлыг ийн тодорхойлсон байдаг: “Нүгэлтнүүд ээ, гараа цэвэрлэ; хоёр санаатнууд аа, зүрхээ ариусга. Зовогтун, гашуудан уйлагтун; инээд чинь гашуудал болж, баяр чинь уйтгар болон хувираг. Эзэний өмнө өөрсдийгөө даруу болго, тэгвэл Тэр та нарыг” тун ойрын ирээдүйд туг тэмдэг болгон “өргөнө.”</w:t>
      </w:r>
    </w:p>
    <w:p>
      <w:pPr>
        <w:pStyle w:val="ArticleScripture"/>
        <w:jc w:val="left"/>
      </w:pPr>
      <w:r>
        <w:rPr>
          <w:rFonts w:ascii="Times New Roman" w:hAnsi="Times New Roman" w:eastAsia="Times New Roman" w:cs="Times New Roman"/>
        </w:rPr>
        <w:t>Тэрээр үндэстнүүдийн төлөө туг босгож, Израилийн хөөгдөгсдийг цуглуулан, Иудагийн тархагсдыг газрын дөрвөн өнцгөөс хамтатгана. Исаиа 11:12.</w:t>
      </w:r>
    </w:p>
    <w:p>
      <w:pPr>
        <w:pStyle w:val="ArticleBody"/>
        <w:jc w:val="left"/>
      </w:pPr>
      <w:r>
        <w:rPr>
          <w:rFonts w:ascii="Times New Roman" w:hAnsi="Times New Roman" w:eastAsia="Times New Roman" w:cs="Times New Roman"/>
        </w:rPr>
        <w:t>Эдгээр дөрвөн бүлгийн талаарх бидний авч үзэлтийг дараагийн өгүүлэлд төгсгөнө.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Үнэн гэж юу вэ? — Дөрөвдүгээр дугаар</dc:title>
  <dc:subject>Таны зүрх бүү түгшиг.</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