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Үнэн гэж юу вэ? - Тавдугаар дугаар</w:t>
      </w:r>
    </w:p>
    <w:p>
      <w:pPr>
        <w:pStyle w:val="ArticleSubtitle"/>
        <w:jc w:val="left"/>
      </w:pPr>
      <w:r>
        <w:rPr>
          <w:rFonts w:ascii="Arial" w:hAnsi="Arial" w:eastAsia="Arial" w:cs="Arial"/>
        </w:rPr>
        <w:t>Тайтгаруулагч</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2023-09-11</w:t>
      </w:r>
    </w:p>
    <w:p>
      <w:pPr>
        <w:pStyle w:val="ArticleBody"/>
        <w:jc w:val="left"/>
      </w:pPr>
      <w:r>
        <w:rPr>
          <w:rFonts w:ascii="Times New Roman" w:hAnsi="Times New Roman" w:eastAsia="Times New Roman" w:cs="Times New Roman"/>
        </w:rPr>
        <w:t>Долоон аянгын дотор нээгдсэн эш үзүүллэгийн түүх нь бидний одоо оршиж буй түүхийг тодорхойлж байна. Энэхүү нууц нь өөрийн төлөөлж байсан түүх ирэх хүртэл нууцлагдмал байв. Энэ нь Тайтгаруулагч, “үнэний” Сүнс, Иоханы Есүс Христийн Илчлэлт хэмээн нэрлэсэн үнэнийг илчилдэг цаг мөн; учир нь Есүс Христ бол Үнэн билээ. “Үнэн” хэмээх үг нь Бурханы зан чанарыг төлөөлдөг төдий зүйл биш юм. Мөн Еврей хэлний “үнэн” гэсэн үг Судрууд даяар ямар гүн утгаар хэрэглэгддэгийг агуу хэл шинжээчийн илчлэл төдий ч биш юм. Харин ойлгогдох үедээ Илчлэлт номын эш үзүүллэгүүдийг нээх түлхүүр болж, улмаар бүхэл Библийг нээдэг гайхамшигт ид шидийн үйл мөн. Гэвч энэ нь зөвхөн тэнд бичигдсэн зүйлсийг харж, сонсож, сахих хүсэлтэй хүмүүст л зориулагдсан юм; учир нь цаг нь ойрхон байна.</w:t>
      </w:r>
    </w:p>
    <w:p>
      <w:pPr>
        <w:pStyle w:val="ArticleBody"/>
        <w:jc w:val="left"/>
      </w:pPr>
      <w:r>
        <w:rPr>
          <w:rFonts w:ascii="Times New Roman" w:hAnsi="Times New Roman" w:eastAsia="Times New Roman" w:cs="Times New Roman"/>
        </w:rPr>
        <w:t>Хүмүүс “үнэн”-ийг түүгээр ариусгагдахуйц байдлаар танин мэдэхийн тулд Ариун Сүнсний оршихуй шаардагдана. Хүмүүс “үнэн” хэмээх үгийг оюун санааны хувьд ойлгож, тэр ч байтугай түүний ач холбогдолд гайхширч болох боловч “үнэн” нь идэгдсэн байх ёстой. Энэ нь хүний дотор шингэж, түүний амьдралын туршлагын нэг хэсэг болох ёстой. Учир нь үг нь Христийн дүр төрхөд хувиргахыг эрмэлздэг хүмүүст Бурханы бүтээлч хүчийг дамжуулдаг. “Үнэн” хэмээн орчуулагдсан еврей үгийн талаарх миний хувийн судалгааны эхлэлүүдийн нэг нь еврей хэлний эрдэмтэд байсан бөгөөд тэд мөн “үнэн” хэмээх үгийн гайхамшигт мөн чанар болон Библи дэх хэрэглээг нь авч үздэг. Гэвч тэдний “үнэн” хэмээх үгийн талаарх оюуны ойлголт нь тэднийг Христ уруу хөтөлсөн гэж үзэх ямар ч үндэс байхгүй.</w:t>
      </w:r>
    </w:p>
    <w:p>
      <w:pPr>
        <w:pStyle w:val="ArticleBody"/>
        <w:jc w:val="left"/>
      </w:pPr>
      <w:r>
        <w:rPr>
          <w:rFonts w:ascii="Times New Roman" w:hAnsi="Times New Roman" w:eastAsia="Times New Roman" w:cs="Times New Roman"/>
        </w:rPr>
        <w:t>Үгийг Ариун Сүнсний оршихуйтай хамт идэх ёстой гэсэн эш үзүүллэгийн баримт нь арван охины сургаалт зүйрлэл дэх “тос”-ын талаар Систер Уайтын өгсөн тодорхойлолттой, мөн Хүргэнийг хүлээж буй хоёр төрлийн охидын тухай түүний дүрслэлтэй нийцэн цуурайтаж байна.</w:t>
      </w:r>
    </w:p>
    <w:p>
      <w:pPr>
        <w:pStyle w:val="ArticleBody"/>
        <w:jc w:val="left"/>
      </w:pPr>
      <w:r>
        <w:rPr>
          <w:rFonts w:ascii="Times New Roman" w:hAnsi="Times New Roman" w:eastAsia="Times New Roman" w:cs="Times New Roman"/>
        </w:rPr>
        <w:t>Бэлгэдэл нь ихэнхдээ нэгээс илүү утгатай байдаг бөгөөд түүний утга нь тухайн бэлгэдэл байрлаж буй нөхцөл байдлаар тодорхойлогдох ёстой. Үүнийг үгийн утгын тухай хэлзүйн мэргэжилтний тодорхойлолтоор ч, уг үг бичигдсэн түүхэн цаг хугацааны хүрээгээр ч тодорхойлох ёсгүй. Эдгээр хоёр хандлага нь Адвентизмын теологичдын “үнэнийг” үгүйсгэхийн тулд баримталж ирсэн зүйл мөн. Бэлгэдэл нь хэрэглэгдэж буй нөхцөл байдлаараа тодорхойлогдоно. Зөгнөлийн Сүнсний хүрээнд арван охины тухай сургаалт зүйрлэл дэх “тос” гэдэг үг нь “тос” оршиж буй эшлэлийн нөхцөлөөс хамааран дор хаяж хэд хэдэн өөр зүйлийг төлөөлдөг. Яагаад охидын нэг бүлэг нь тосыг эзэмшдэг байхад нөгөө нь үгүй байдаг вэ?</w:t>
      </w:r>
    </w:p>
    <w:p>
      <w:pPr>
        <w:pStyle w:val="ArticleScripture"/>
        <w:jc w:val="left"/>
      </w:pPr>
      <w:r>
        <w:rPr>
          <w:rFonts w:ascii="Times New Roman" w:hAnsi="Times New Roman" w:eastAsia="Times New Roman" w:cs="Times New Roman"/>
        </w:rPr>
        <w:t>“Ёс бусын дунд, хууран мэхлэлт ба төөрөгдлийн дунд, үхлийн сүүдрийн яг дор оршин буй нэгэн ертөнц байна,—нойрсож байна, нойрсож байна. Тэднийг сэрээхийн төлөө сэтгэлээрээ шаналж буй хүн хэн бэ? Ямар дуу хоолой тэдэнд хүрч чадах вэ? Миний оюун ухаан ирээдүй рүү хөтлөгдөн, ‘Харагтун, Сүйт залуу ирж байна; Түүнтэй уулзахаар гарцгаа’ гэсэн дохио өгөх цагийг харж байна. Гэвч зарим нь дэнлүүндээ нэмж хийх тосыг олж авахаа хойшлуулсан байх бөгөөд, дэндүү оройтсоны хойно тосоор төлөөлүүлсэн зан чанар бусдад шилжүүлэн өгөгдөшгүй гэдгийг тэд мэдэх болно. Тэр тос бол Христийн зөвт байдал мөн. Энэ нь зан чанарыг төлөөлдөг, харин зан чанар шилжүүлэн өгөгдөшгүй. Хэн ч өөр нэгний төлөө үүнийг баталгаажуулан олж авч чадахгүй. Хүн бүр нүглийн аливаа толбоноос ариусгагдсан зан чанарыг өөрөө олж авах ёстой.” Bible Echo, May 4, 1896.</w:t>
      </w:r>
    </w:p>
    <w:p>
      <w:pPr>
        <w:pStyle w:val="ArticleBody"/>
        <w:jc w:val="left"/>
      </w:pPr>
      <w:r>
        <w:rPr>
          <w:rFonts w:ascii="Times New Roman" w:hAnsi="Times New Roman" w:eastAsia="Times New Roman" w:cs="Times New Roman"/>
        </w:rPr>
        <w:t>Мунхаг онгон охид удахгүй ирэх хямралыг даван туулахад шаардлагатай зан чанарыг эзэмшээгүй байдаг. Тэдэнд Христийн зөвт байдал үгүйлэгддэг. Гэвч тос нь мөн мэдээ бөгөөд “эцсийн өдрүүд”-ийн арван онгон охины тухай сургаалт зүйрлэл дэх тос нь сонсогдож, уншигдаж, сахигдах ёстой Есүс Христийн Илчлэлээр төлөөлөгдсөн эцсийн анхааруулгын мэдээ мөн.</w:t>
      </w:r>
    </w:p>
    <w:p>
      <w:pPr>
        <w:pStyle w:val="ArticleScripture"/>
        <w:jc w:val="left"/>
      </w:pPr>
      <w:r>
        <w:rPr>
          <w:rFonts w:ascii="Times New Roman" w:hAnsi="Times New Roman" w:eastAsia="Times New Roman" w:cs="Times New Roman"/>
        </w:rPr>
        <w:t>“Бүх газрын Эзэний дэргэд зогсогч тослогдсон хүмүүс нь нэгэн цагт халхлагч херуб байсан Сатанд өгөгдсөн байр суурийг эзэлдэг. Өөрийн сэнтийг хүрээлэгч ариун оршигчдоор дамжуулан Эзэн газрын оршин суугчидтай байнгын харилцааг хадгалж байдаг. Алтан тос нь Бурхан итгэгчдийн дэнлүүнүүдийг анивчин унтрахгүй байлгахын тулд тэдгээрийг ханган тэтгэж байдаг нигүүлслийг төлөөлдөг. Хэрэв энэхүү ариун тос Бурханы Сүнсний мэдээнүүдээр дамжин тэнгэрээс асгарч байдаггүйсэн бол, бузар муугийн хүчин зүйлс хүмүүсийг бүхэлд нь захирах байсан.”</w:t>
      </w:r>
    </w:p>
    <w:p>
      <w:pPr>
        <w:pStyle w:val="ArticleScripture"/>
        <w:jc w:val="left"/>
      </w:pPr>
      <w:r>
        <w:rPr>
          <w:rFonts w:ascii="Times New Roman" w:hAnsi="Times New Roman" w:eastAsia="Times New Roman" w:cs="Times New Roman"/>
        </w:rPr>
        <w:t>“Бурхан бидэнд илгээдэг мэдээ, илчлэлтүүдийг нь бид хүлээн авдаггүй үед Бурханы нэр төр гутаагддаг. Ийнхүү бид Түүний сүнснүүдэд минь асгаж, харанхуйд буй хүмүүст дамжуулахыг хүсдэг алтан тосыг няцаадаг. ‘Харагтун, хүргэн ирж байна; түүнийг угтан гарагтун’ гэсэн дуудлага ирэхэд ариун тосыг хүлээн аваагүй, Христийн нигүүлслийг зүрхэндээ эрхэмлэн хадгалаагүй хүмүүс мунхаг охидын адил Эзэнтэйгээ уулзахад бэлэн биш байгаагаа олж мэднэ. Тэдэнд тосыг олж авах хүч чадал өөрсдөд нь үгүй бөгөөд тэдний амьдрал сүйрсэн байдаг. Харин Бурханы Ариун Сүнсийг гуйж, Мосегийн адил ‘Надад Өөрийн алдрыг үзүүлээч’ хэмээн бид гуйн залбирвал, Бурханы хайр бидний зүрхэнд бялхан асгарах болно. Алтан хоолойгоор дамжин алтан тос бидэнд дамжин ирнэ. ‘Хүчээр ч биш, чадлаар ч биш, харин Миний Сүнсээр болно гэж Түмэн цэргийн ЭЗЭН айлдаж байна.’ Зөвт байдлын Нарны гэрэлт цацрагийг хүлээн авснаар Бурханы хүүхдүүд дэлхийд гэрлүүд мэт гэрэлтдэг.” Review and Herald, July 20, 1897.</w:t>
      </w:r>
    </w:p>
    <w:p>
      <w:pPr>
        <w:pStyle w:val="ArticleBody"/>
        <w:jc w:val="left"/>
      </w:pPr>
      <w:r>
        <w:rPr>
          <w:rFonts w:ascii="Times New Roman" w:hAnsi="Times New Roman" w:eastAsia="Times New Roman" w:cs="Times New Roman"/>
        </w:rPr>
        <w:t>“Тос” гэдэг нь эцсийн мэдээ бөгөөд дахин хэлэхэд, энэ нь Есүс Христийн Илчлэл мөн. Тухайн хэсэгт тосыг авахыг хүсэгчид нь Хоребын агуйд Мосегийн үйлдсэнчлэн Бурханд гуйн гуйх ёстой. Гэвч хэрэв бид Бурхан Өөрийн “алдрыг” бидэнд “үзүүлэхийг” “Мосегийн үйлдсэнчлэн гуйн” гуйх гэж байгаа бол, эхлээд Тайтгаруулагч болох Ариун Сүнсийг гуйх ёстойг анхаар. Хэрэв тэгвэл, тэнгэрэлчүүд болон хоёр алтан хоолойгоор дамжин бид Христийн зөвт байдлыг хүлээн авах болно. Хэрэв бид нэгэн зэрэг Есүс Христийн Илчлэлийн мэдээг няцааж байж, Лаодикийн Адвентизмын уламжлал, ёс заншлын заадаг ёсоор Христийн зан чанарын төлөө залбирч, гуйн гуйж болно гэж боддог бол, бид өөрсдийгөө мэхэлж байна. Түүний зөвт байдал нь Бурханы сэнтийн өмнө зогсогч хоёр тослогдсон нэгнээр дамжин уламжлагддаг “Бурханы Сүнсний мэдээнүүд”-ээр дамжин бидэнд хүргэгддэг. Бид Түүний мэдээг няцаах үедээ Түүний зөвт байдлыг няцааж байдаг.</w:t>
      </w:r>
    </w:p>
    <w:p>
      <w:pPr>
        <w:pStyle w:val="ArticleScripture"/>
        <w:jc w:val="left"/>
      </w:pPr>
      <w:r>
        <w:rPr>
          <w:rFonts w:ascii="Times New Roman" w:hAnsi="Times New Roman" w:eastAsia="Times New Roman" w:cs="Times New Roman"/>
        </w:rPr>
        <w:t>Тэгээд би хариулж, түүнд хэлэв: “Дэнлүүний баруун талд болон зүүн талд буй эдгээр хоёр чидун мод юу вэ?” Би дахин хариулж, түүнд хэлэв: “Өөрсдөөсөө алтан тосыг юүлэн гаргадаг хоёр алтан гуурсаар дамжих эдгээр хоёр чидун мөчир юу вэ?” Тэр надад хариулан: “Эдгээр нь юу болохыг чи мэдэхгүй гэж үү?” гэв. Тэгэхэд би: “Үгүй, эзэнтэн минь” гэв. Тэгээд тэрээр хэлэв: “Эдгээр нь бүх дэлхийн Эзэний дэргэд зогсдог тослогдсон тэр хоёр хүн мөн.” Зехариа 4:11–14.</w:t>
      </w:r>
    </w:p>
    <w:p>
      <w:pPr>
        <w:pStyle w:val="ArticleBody"/>
        <w:jc w:val="left"/>
      </w:pPr>
      <w:r>
        <w:rPr>
          <w:rFonts w:ascii="Times New Roman" w:hAnsi="Times New Roman" w:eastAsia="Times New Roman" w:cs="Times New Roman"/>
        </w:rPr>
        <w:t>“Бүх газрын Эзэний дэргэд зогсдог” тэр хоёр “тослогдсон хүн” нь мөн Илчлэлт арван нэгд гардаг хоёр гэрчээр төлөөлөгдөн үзүүлэгдсэн байдаг.</w:t>
      </w:r>
    </w:p>
    <w:p>
      <w:pPr>
        <w:pStyle w:val="ArticleScripture"/>
        <w:jc w:val="left"/>
      </w:pPr>
      <w:r>
        <w:rPr>
          <w:rFonts w:ascii="Times New Roman" w:hAnsi="Times New Roman" w:eastAsia="Times New Roman" w:cs="Times New Roman"/>
        </w:rPr>
        <w:t>“Хоёр гэрчийн талаар эш үзүүлэгч цааш нь: ‘Эдгээр нь газрын Бурханы өмнө зогсдог хоёр чидун мод, хоёр дэнлүүний суурь мөн’ хэмээн тунхагладаг.” “Таны үг,” хэмээн дуулалч өгүүлсэн нь, “миний хөлд дэнлүү, миний замд гэрэл мөн.” Илчлэл 11:4; Дуулал 119:105. Хоёр гэрч нь Хуучин ба Шинэ Гэрээний Судруудыг төлөөлдөг. Агуу тэмцэл, 267.</w:t>
      </w:r>
    </w:p>
    <w:p>
      <w:pPr>
        <w:pStyle w:val="ArticleBody"/>
        <w:jc w:val="left"/>
      </w:pPr>
      <w:r>
        <w:rPr>
          <w:rFonts w:ascii="Times New Roman" w:hAnsi="Times New Roman" w:eastAsia="Times New Roman" w:cs="Times New Roman"/>
        </w:rPr>
        <w:t>Бид Зехариагийн ч бай, Иоханы ч бай хоёр гэрчийн тухай гэрчлэлийг авч үзсэн боловч, эдгээр хоёр гэрчлэлийн аль алиных нь агуулга нь Илчлэл номын нэгдүгээр бүлгийн нэгдүгээр зүйлд Есүс Христийн Илчлэлийн мэдээтэй холбоотойгоор хамгийн түрүүнд дурдагдсан үнэн болох дамжуулалтын үйл явц мөн юм. Эцгээс Хүүд, Хүүгээс тэнгэрэлч нарт, тэнгэрэлч нараас эш үзүүлэгчид, эш үзүүлэгчээс чуулганд хүрдэг. Христ хүн төрөлхтөнд хэрхэн айлддаг тэр үйл явц нь Түүний эцсийн сануулгын мэдээнд илчлэхийг зорьдог гол ойлголт мөн. Энэ нь нэгдүгээр болон гуравдугаар тэнгэрэлчийн мэдээнүүдийг толилуулахад өгөгдсөн онцгой анхааралтай нийцдэг.</w:t>
      </w:r>
    </w:p>
    <w:p>
      <w:pPr>
        <w:pStyle w:val="ArticleBody"/>
        <w:jc w:val="left"/>
      </w:pPr>
      <w:r>
        <w:rPr>
          <w:rFonts w:ascii="Times New Roman" w:hAnsi="Times New Roman" w:eastAsia="Times New Roman" w:cs="Times New Roman"/>
        </w:rPr>
        <w:t>Эхний тэнгэрэлчийн мэдээ Вильям Миллерээр төлөөлөгддөг. Миллерт зайлшгүй танигдах ёстой эш үзүүллэгийн хэд хэдэн шинж чанар бий. Тэрээр хөдөлгөөний “Эцэг” байсан бөгөөд энэ нь Альфа ба Омегагийн утгын хүрээнд хүү байх ёстойг шаарддаг. Тэрээр “Миллерит” хэмээх нэрээр төлөөлөгдөх хөдөлгөөнийг төлөөлсөн бөгөөд энэ нь нэгэн төрлийн чулуулагт хэрэглэгддэг үг юм. Түүнийг эш үзүүллэгийг тайлбарлах Библийн дүрмүүдийн цогцыг зохион байгуулахад ашигласан. Тэдгээр дүрмүүд нь Бурханы Сүнсний мэдээнүүдийн дамжуулалтын гол бүрэлдэхүүн хэсэг болдог бөгөөд Миллерийн үеийнхэн өөрсдийн мунхаг Лаодикийн байдлаа хадгалан үлдэх үү, эсвэл мэргэн Филадельфичууд болох уу гэдгээ сонгосноор тэдгээр мэдээнүүдийг эсэргүүцэх эсвэл хүлээн авах явдал шийдэгдсэн юм. Эхний тэнгэрэлчийн мэдээний эцгийн хувьд тэрээр гурав дахь тэнгэрэлчийн мэдээг тунхаглах нэгэн хөдөлгөөний хэв шинж болдог бөгөөд тэрхүү хөдөлгөөний энэ мэдээний талаарх ойлголт нь эш үзүүллэгийг тайлбарлах Библийн онцгой дүрмүүдийн цогцоор удирдуулж, тэдгээр нь гурав дахь тэнгэрэлчийн мэдээг Миллерийг эхний тэнгэрэлчийн мэдээг тогтоон батжуулахад ашигласантай адил баттайгаар тогтоон тогтооно. Бурхан хэзээ ч өөрчлөгддөггүй, Есүс Христ өчигдөр, өнөөдөр, мөнхөд адил юм.</w:t>
      </w:r>
    </w:p>
    <w:p>
      <w:pPr>
        <w:pStyle w:val="ArticleScripture"/>
        <w:jc w:val="left"/>
      </w:pPr>
      <w:r>
        <w:rPr>
          <w:rFonts w:ascii="Times New Roman" w:hAnsi="Times New Roman" w:eastAsia="Times New Roman" w:cs="Times New Roman"/>
        </w:rPr>
        <w:t>Бүү төөрөгд, хайрт ах дүүс минь. Аливаа сайн бэлэг, аливаа төгс хишиг бүхэн дээрээс, гэрлүүдийн Эцгээс бууж ирдэг; Түүнд хувирал үгүй, эргэхийн сүүдэр ч үгүй. Өөрийн хүслээр Тэр биднийг үнэний үгээр төрүүлсэн нь биднийг Өөрийн бүтээлүүдийн нэгэн төрлийн анхны үр жимс болгохын тулд юм. Иаков 1:16–18.</w:t>
      </w:r>
    </w:p>
    <w:p>
      <w:pPr>
        <w:pStyle w:val="ArticleBody"/>
        <w:jc w:val="left"/>
      </w:pPr>
      <w:r>
        <w:rPr>
          <w:rFonts w:ascii="Times New Roman" w:hAnsi="Times New Roman" w:eastAsia="Times New Roman" w:cs="Times New Roman"/>
        </w:rPr>
        <w:t>Адвентизмын эхэнд ч, төгсгөлд ч тосоор дүрслэгдсэн Бурханы Сүнсний мэдээнүүд хоёр гэрчээр дамжин хүргэгддэг. Эхэнд, Миллерчүүдийн үед, хоёр гэрч нь Хуучин ба Шинэ Гэрээ байсан; харин төгсгөлд тэдгээр нь Библи болон Эш Үзүүллийн Сүнс юм. Иймээс мөрдөн шалгах шүүлтийн эцсийн өдрүүдэд байгаа Бурханы ардын төгсгөлийг хамгийн төгсөөр дүрслэн үзүүлдэг Иохан Патмос арал дээр байсан билээ.</w:t>
      </w:r>
    </w:p>
    <w:p>
      <w:pPr>
        <w:pStyle w:val="ArticleScripture"/>
        <w:jc w:val="left"/>
      </w:pPr>
      <w:r>
        <w:rPr>
          <w:rFonts w:ascii="Times New Roman" w:hAnsi="Times New Roman" w:eastAsia="Times New Roman" w:cs="Times New Roman"/>
        </w:rPr>
        <w:t>Та нарын ах дүү бөгөөд зовлон дотор, мөн Есүс Христийн хаанчлал ба тэвчээр дотор хамтрагч болох би Иохан, Бурханы үгийн төлөө, Есүс Христийн гэрчлэлийн төлөө Патмос хэмээгддэг арал дээр байлаа. Илчлэлт 1:9.</w:t>
      </w:r>
    </w:p>
    <w:p>
      <w:pPr>
        <w:pStyle w:val="ArticleBody"/>
        <w:jc w:val="left"/>
      </w:pPr>
      <w:r>
        <w:rPr>
          <w:rFonts w:ascii="Times New Roman" w:hAnsi="Times New Roman" w:eastAsia="Times New Roman" w:cs="Times New Roman"/>
        </w:rPr>
        <w:t>Патмосын эш үзүүллэгийн нөхцөл байдал нь Иохан хавчигдан мөшгөгдөж байсныг илэрхийлдэг. Тэрээр Библи болон Эш үзүүллэгийн Сүнсээр дамжин Есүс Христийн Илчлэлийг тодорхойлон өгдөг Бурханы Сүнсний мэдээг хүлээн авсны төлөө хавчигдан мөшгөгдөж байсан юм.</w:t>
      </w:r>
    </w:p>
    <w:p>
      <w:pPr>
        <w:pStyle w:val="ArticleBody"/>
        <w:jc w:val="left"/>
      </w:pPr>
      <w:r>
        <w:rPr>
          <w:rFonts w:ascii="Times New Roman" w:hAnsi="Times New Roman" w:eastAsia="Times New Roman" w:cs="Times New Roman"/>
        </w:rPr>
        <w:t>Бурханы “эцсийн өдрүүдийн” ард түмний хавчлага мөн Илчлэлт арван нэгдүгээр бүлэгт, хоёр гэрч гудамжинд алагдаж, хүн бүр тэдний үхлийг тэмдэглэн баярлах үед дүрслэгдсэн байдаг. Арван нэгдүгээр бүлэгт тэрхүү хоёр гэрч нь Елиа ба Мосе юм. Тэд гурван жил хагасын турш гэрчлэлээ өгөөд дараа нь алагдсан боловч үүний дараа дахин амилуулагдсан билээ.</w:t>
      </w:r>
    </w:p>
    <w:p>
      <w:pPr>
        <w:pStyle w:val="ArticleBody"/>
        <w:jc w:val="left"/>
      </w:pPr>
      <w:r>
        <w:rPr>
          <w:rFonts w:ascii="Times New Roman" w:hAnsi="Times New Roman" w:eastAsia="Times New Roman" w:cs="Times New Roman"/>
        </w:rPr>
        <w:t>Бүх эш үзүүлэгчид өөрсдийн үеийн түүхээсээ илүүтэйгээр эцсийн өдрүүдийн тухай өгүүлдэг; тиймээс хэрэв эцсийн өдрүүдийн тухай өгүүлдэг нэгэн ном байдаг бол, тэр нь Библийн бүх номууд уулзан төгсдөг Илчлэл ном мөн. Иймд эцсийн өдрүүдэд алагдаж, түүнээс хойш амилуулагдах нэгэн “мэдээ” зайлшгүй байх ёстой. Илчлэл арван нэг дэх бүлэг Францын хувьсгалын түүхийг дүрсэлсэн боловч, үүнээс ч илүү шууд утгаараа эцсийн өдрүүд дэх гурав дахь тэнгэрэлчийн мэдээний эсрэг чиглэсэн дайралтыг дүрслэн харуулдаг. Миллерийн мэдээ болон хөдөлгөөнөөр бэлгэдэгдсэн тэрхүү мэдээ ба хөдөлгөөн уг дайралтад өртөн, 2020 оны 7-р сарын 18-нд үхсэн. Илчлэл арван нэгд зааснаар, тэрхүү дайралтыг ёроолгүй ангал дундаас өгсөн гарч ирсэн араатан үйлдэх ёстой байв.</w:t>
      </w:r>
    </w:p>
    <w:p>
      <w:pPr>
        <w:pStyle w:val="ArticleScripture"/>
        <w:jc w:val="left"/>
      </w:pPr>
      <w:r>
        <w:rPr>
          <w:rFonts w:ascii="Times New Roman" w:hAnsi="Times New Roman" w:eastAsia="Times New Roman" w:cs="Times New Roman"/>
        </w:rPr>
        <w:t>Тэд гэрчлэлээ дуусгасны дараа, ёроолгүй ангал дотроос гарч ирдэг араатан тэдний эсрэг дайн хийж, тэднийг дийлэн ялж, ална. Тэдний цогцос агуу хотын гудамжинд хэвтэнэ; тэр хотыг сүнслэг утгаар Содом ба Египет гэж нэрлэдэг бөгөөд тэнд мөн бидний Эзэн цовдлогдсон билээ. Илчлэлт 11:8, 9.</w:t>
      </w:r>
    </w:p>
    <w:p>
      <w:pPr>
        <w:pStyle w:val="ArticleBody"/>
        <w:jc w:val="left"/>
      </w:pPr>
      <w:r>
        <w:rPr>
          <w:rFonts w:ascii="Times New Roman" w:hAnsi="Times New Roman" w:eastAsia="Times New Roman" w:cs="Times New Roman"/>
        </w:rPr>
        <w:t>Уайт эгч бидэнд “ёроолгүй ангал” нь сатаны хүчний шинэ илрэл болохыг мэдэгддэг.</w:t>
      </w:r>
    </w:p>
    <w:p>
      <w:pPr>
        <w:pStyle w:val="ArticleScripture"/>
        <w:jc w:val="left"/>
      </w:pPr>
      <w:r>
        <w:rPr>
          <w:rFonts w:ascii="Times New Roman" w:hAnsi="Times New Roman" w:eastAsia="Times New Roman" w:cs="Times New Roman"/>
        </w:rPr>
        <w:t>“‘Тэд өөрсдийн гэрчлэлийг дуусгах [дуусгаж буй] үедээ.’ Хоёр гэрч таар өмсгөн эш үзүүлж байх учиртай байсан үе 1798 онд төгссөн. Тэдний нууцлаг байдал дунд хийж байсан ажил нь төгсгөлдөө ойртож байх үед ‘ёроолгүй ангал дотроос гарч ирдэг араатан’ хэмээн дүрслэгдсэн хүч тэдний эсрэг дайн хийх ёстой байв. Европын олон үндэстэнд Сүм ба Төрд ноёрхож байсан эрх мэдлүүд олон зууны турш папын засаглалаар дамжин Сатаны хяналтад байсан. Харин энд Сатаны хүчний шинэ илрэл үзэгдэж байна.” The Great Controversy, 268.</w:t>
      </w:r>
    </w:p>
    <w:p>
      <w:pPr>
        <w:pStyle w:val="ArticleBody"/>
        <w:jc w:val="left"/>
      </w:pPr>
      <w:r>
        <w:rPr>
          <w:rFonts w:ascii="Times New Roman" w:hAnsi="Times New Roman" w:eastAsia="Times New Roman" w:cs="Times New Roman"/>
        </w:rPr>
        <w:t>Илчлэлт номд ёроолгүй ангалaас гарч ирдэг гэж тодорхойлогдсон гурван хүч байдаг. Эхнийх нь Илчлэлт 9:2-т гардаг Ислам, хоёр дахь нь 11:8-д гардаг Францын хувьсгалын атейзм, гурав дахь нь 17:8-д гардаг орчин үеийн Ром юм. Эцсийн өдрүүд дэх “шинэ илрэл” нь зөвхөн Миллерийн хөдөлгөөнөөр дүрслэгдсэн хөдөлгөөнд халдаад зогсохгүй, мөн ертөнцөд ч халдах бөгөөд энэ нь “Woke-ism” хэмээн нэрлэгддэг хуурамч Шөнө дундын Хашхирааны хуурамч сэргэлт мөн. Woke-ism нь “сатанлаг хүчний шинэ илрэл”-ийг төлөөлдөг бөгөөд өнөөгийн Иезуит антихрист түүнийг дэмжиж, Нэгдсэн Үндэстний Байгууллагын улс төрийн удирдагчид болох худалдаачдаар, Америкийн Нэгдсэн Улс дахь унасан протестант сүмүүдийн либерал төлөөлөгчдөөр, мөн ижил хүйстний нийгэмлэгийн гажууд амьдралын хэв маягийн бүх хувилбарыг дэмждэг эсвэл тийнхүү дэмжихийг зөвшөөрдөг RINO-Бүгд Найрамдахчуудтай хамтран Ардчилсан намаар дамжуулан сурталчлагддаг бөгөөд энэ нь 11-р бүлэгт “Содом” хэмээн дүрслэгдсэн байдаг. Эдгээр гурван хүч л ертөнцийг Армагеддон руу хөтөлдөг бөгөөд тэд мөн атейзм ба хорвооч үзлийн бэлгэдэл болох “Египет”-ээр ч төлөөлөгддөг. Sister White-ийн “хорон эвсэл” хэмээн нэрлэсэн зүйлийг бүрдүүлдэг эдгээр гурван хүчний бас нэгэн бүрэлдэхүүн хэсэг болох Францын хувьсгалын эмх замбараагүй байдлын хүрээнд, тэд Woke-ism-ийг шууд дэмждэг, эсвэл түүнийг дэмжихийг зөвшөөрдөг. Woke-ism бол арван онгоны сэргэлтийн сатанлаг хуурамч дуураймал мөн. Эдгээр чиглэлээр бидэнд цаашид хэлэлцэх зүйл илүү бий, гэвч эхлээд 2020 оны 7-р сарын 18-нд үйлдэгдсэн гудамжин дахь аллагын үр дагаврыг авч үзэх хэрэгтэй.</w:t>
      </w:r>
    </w:p>
    <w:p>
      <w:pPr>
        <w:pStyle w:val="ArticleBody"/>
        <w:jc w:val="left"/>
      </w:pPr>
      <w:r>
        <w:rPr>
          <w:rFonts w:ascii="Times New Roman" w:hAnsi="Times New Roman" w:eastAsia="Times New Roman" w:cs="Times New Roman"/>
        </w:rPr>
        <w:t>Мөн эрхэм Уншигч аа, би Бүгд Найрамдах намыг дэмжих ямар ч зүйл надад байхгүй гэдгийг ойлгоно уу. Надад итгэл хүлээлгэхүйц улс төрийн ямар ч чиг баримжаа үгүй. Миний онцлон зааж байгаа зүйл бол зөвхөн Америкийн Нэгдсэн Улс, Нэгдсэн Үндэстний Байгууллага, мөн Папын засаглалд оршин буй эш үзүүллэгийн динамикууд юм. 1798 оноос Ням гаргийн хууль хүртэл хоорондоо зэрэгцэн орших хоёр эврийг бид шууд авч үзэж эхлэх үед тэдгээр динамикийг илүү тодорхойгоор авч үзэх болно.</w:t>
      </w:r>
    </w:p>
    <w:p>
      <w:pPr>
        <w:pStyle w:val="ArticleBody"/>
        <w:jc w:val="left"/>
      </w:pPr>
      <w:r>
        <w:rPr>
          <w:rFonts w:ascii="Times New Roman" w:hAnsi="Times New Roman" w:eastAsia="Times New Roman" w:cs="Times New Roman"/>
        </w:rPr>
        <w:t>Хуурамч Шөнө дундын Хашхирааныг төлөөлдөг сатанлаг Woke-изм нь жинхэнэ Шөнө дундын Хашхираанаас өмнө явагддаг бөгөөд жинхэнэ Шөнө дундын Хашхирааны цаг ирэхээс өмнө гудамжинд алагдсан хүмүүс эцэстээ ухаангүй эсвэл ухаалаг охидын нэг болон төлөвшинө. Бидний зан чанар сүйрлийн галд зориулагдсан боодол болон боогдох уу, эсвэл тэнгэрийн агуулахад хураагдах боодол болон боогдох уу гэдэг ялгарал явагдах цаг үе одоо ирээд байна.</w:t>
      </w:r>
    </w:p>
    <w:p>
      <w:pPr>
        <w:pStyle w:val="ArticleBody"/>
        <w:jc w:val="left"/>
      </w:pPr>
      <w:r>
        <w:rPr>
          <w:rFonts w:ascii="Times New Roman" w:hAnsi="Times New Roman" w:eastAsia="Times New Roman" w:cs="Times New Roman"/>
        </w:rPr>
        <w:t>Уайт эгч тодорхойлон өгүүлэхдээ, хүлээлтийн цагт Миллерчүүдийн түүхэн дэх ухаангүй охид сорилтын урам хугаралд ухаалаг охидоос өөрөөр хандсан бөгөөд ингэснээр хүлээлтийн цагт хүрэхэд тэдний зан чанар аль хэдийн тогтсон байсныг</w:t>
      </w:r>
      <w:r>
        <w:rPr>
          <w:rFonts w:ascii="Microsoft YaHei" w:hAnsi="Microsoft YaHei" w:eastAsia="Microsoft YaHei" w:cs="Microsoft YaHei"/>
        </w:rPr>
        <w:t>示</w:t>
      </w:r>
      <w:r>
        <w:rPr>
          <w:rFonts w:ascii="Times New Roman" w:hAnsi="Times New Roman" w:eastAsia="Times New Roman" w:cs="Times New Roman"/>
        </w:rPr>
        <w:t>н харуулж байна. Харин Иеремиагийн гэрчлэл бид Бурханд буцан ирэхийг сонгож чадна гэдгийг, мөн Тэр бидэнд буцан ирэхээс гадна, ирэх хямралын үед бид Түүний ам болж хэрэглэгдэхэд, ёрын муу болон аймшигт хүмүүсийн эсрэг биднийг хүрэл хэрэм мэт бэхлэгдсэн болгоно гэдгийг бидэнд мэдүүлдэг. Яг тэр эш үзүүллэгийн мөчид Есүс биднийг тайвшруулна хэмээн амладаг. Энэ л өнөөгийн бидний түүхийн хүрээнд байрласан Иоханы дөрвөн бүлгийн утга учир мөн.</w:t>
      </w:r>
    </w:p>
    <w:p>
      <w:pPr>
        <w:pStyle w:val="ArticleBody"/>
        <w:jc w:val="left"/>
      </w:pPr>
      <w:r>
        <w:rPr>
          <w:rFonts w:ascii="Times New Roman" w:hAnsi="Times New Roman" w:eastAsia="Times New Roman" w:cs="Times New Roman"/>
        </w:rPr>
        <w:t>Тос нь Ариун Сүнс мөн; энэ нь зан чанар бөгөөд мөн Бурханы Сүнсний мэдээнүүд юм. Бурханы Сүнс бол “Тайтгаруулагч” мөн. Бурхан ертөнцийг үнэхээр хайрласан тул Өөрийн цорын ганц Хүүгээ өгсөнтэй адил, мөн Есүс Өөрийн бурханлаг оршихуйгаа золиослон, Өөрийн бүтээсэн хүн төрөлхтнийг мөнхийн турш Өөрийн нэгэн хэсэг болгон сайн дураараа хүлээн авсан шиг, үүнчлэн энэ цаг үед өгөгдөж буй Ариун Сүнс ч мөн бидэнтэй үүрд оршин байх болно.</w:t>
      </w:r>
    </w:p>
    <w:p>
      <w:pPr>
        <w:pStyle w:val="ArticleScripture"/>
        <w:jc w:val="left"/>
      </w:pPr>
      <w:r>
        <w:rPr>
          <w:rFonts w:ascii="Times New Roman" w:hAnsi="Times New Roman" w:eastAsia="Times New Roman" w:cs="Times New Roman"/>
        </w:rPr>
        <w:t>Хэрэв та нар Намайг хайрлавал, Миний тушаалуудыг сахигтун. Тэгвэл Би Эцэгт залбирах бөгөөд Тэр та нарт өөр нэг Тайтгаруулагчийг өгнө. Тэр та нартай үүрд хамт байхын тулд; өөрөөр хэлбэл, үнэний Сүнсийг; ертөнц Түүнийг хардаггүй, мөн таньдаггүй учраас Түүнийг хүлээн авч чаддаггүй. Харин та нар Түүнийг мэднэ; учир нь Тэр та нартай хамт оршдог бөгөөд та нарын дотор байх болно. Би та нарыг өнчрүүлэн орхихгүй: Би та нар уруу ирнэ. Иохан 14:15–18.</w:t>
      </w:r>
    </w:p>
    <w:p>
      <w:pPr>
        <w:pStyle w:val="ArticleBody"/>
        <w:jc w:val="left"/>
      </w:pPr>
      <w:r>
        <w:rPr>
          <w:rFonts w:ascii="Times New Roman" w:hAnsi="Times New Roman" w:eastAsia="Times New Roman" w:cs="Times New Roman"/>
        </w:rPr>
        <w:t>Хүний төрөлхтөнтэй үүрд хамт оршихоор сонгосон Сүнсний энэхүү золиос нь тэнгэрлэг гурвалын бусад хоёр Хүний золиостой зэрэгцэн тавигдана. Магадгүй Сүнс аврагдагсдын нэг бүрийн дотор мөнхийн турш оршин суухад бэлэн байснаараа гаргасан золиосын адил ач холбогдолтой нь, энэхүү тодорхой түүхэн үед “Тайтгаруулагч” ирсэн явдал Бурханы ард түмэн мөнхийн төлөө лацдагдан тэмдэглэгддэг үеийг тодорхойлдог явдал мөн.</w:t>
      </w:r>
    </w:p>
    <w:p>
      <w:pPr>
        <w:pStyle w:val="ArticleScripture"/>
        <w:jc w:val="left"/>
      </w:pPr>
      <w:r>
        <w:rPr>
          <w:rFonts w:ascii="Times New Roman" w:hAnsi="Times New Roman" w:eastAsia="Times New Roman" w:cs="Times New Roman"/>
        </w:rPr>
        <w:t>Бурханы Ариун Сүнсийг бүү гуниглуул; та нар Түүгээр золилтын өдөр хүртэл тамгалагдсан билээ. Ефес 4:30.</w:t>
      </w:r>
    </w:p>
    <w:p>
      <w:pPr>
        <w:pStyle w:val="ArticleBody"/>
        <w:jc w:val="left"/>
      </w:pPr>
      <w:r>
        <w:rPr>
          <w:rFonts w:ascii="Times New Roman" w:hAnsi="Times New Roman" w:eastAsia="Times New Roman" w:cs="Times New Roman"/>
        </w:rPr>
        <w:t>Тайтгаруулагчийн амлалт төгсөөр биелэх түүх болох нэг зуун дөчин дөрвөн мянгын түүхэнд Сүнс бидний дотор “үүрд” “оршин байх” болно. Сайн мэдээний шаардлагыг хангасан христчин бүр Ариун Сүнсийг хүлээн авсан бөгөөд иймээс “авралын өдөр хүртэл лацдуулсан” байсан; гэвч тэрхүү лацдалт нь зөвхөн өнөөгийн энэ түүхийн явцад нэг зуун дөчин дөрвөн мянгыг лацдах цагийг заан урагш чиглүүлдэг. Ефес номд авралын өдөр хүртэл лацдуулсан хүмүүсийг “Ариун Сүнсийг” “гашуудуулдаг” хүмүүстэй эсрэгцүүлэн тавьсан байдаг. Тэд Бурханы Сүнсний мэдүүлгүүдийг хүлээн авахаас татгалзсанаар Ариун Сүнсийг гашуудуулдаг бөгөөд ингэснээр алтан тосыг ч мөн няцаадаг. Христ энэ урам хугаралын үед бидэнд “Тайтгаруулагч”-ийг, “үнэний Сүнс”-ийг илгээнэ хэмээн амлахдаа, Өөрийн лацыг бидэн дээр тавина гэж амлаж байгаа бөгөөд Түүний лац нь Түүний тушаалуудыг сахихыг, ялангуяа Илчлэлийг Иохан хүлээн авсан өдөр бөгөөд удахгүй дэлхийн өмнө тулгарах асуудал болох Амралтын өдрийн тушаалыг илэрхийлдэг.</w:t>
      </w:r>
    </w:p>
    <w:p>
      <w:pPr>
        <w:pStyle w:val="ArticleBody"/>
        <w:jc w:val="left"/>
      </w:pPr>
      <w:r>
        <w:rPr>
          <w:rFonts w:ascii="Times New Roman" w:hAnsi="Times New Roman" w:eastAsia="Times New Roman" w:cs="Times New Roman"/>
        </w:rPr>
        <w:t>Ухаалаг онгон бүсгүйчүүдийн тамгалагдах үйл явц Ням гаргийн хуулийн сорилтоос өмнө биелдэг. Учир нь тэнд ухаалаг ба мунхаг хүмүүсийн аль алиных нь зан чанар илрэн харагдах бөгөөд зан чанар хямралын үед хэзээ ч хөгждөггүй, харин зүгээр л илчлэгддэг юм. Тамгалагдах нь, бусад зүйлсийн дотроос, Лаодикийн сэтгэлгээс Филадельфийн сэтгэлгээ рүү шилжих өөрчлөлтийг илэрхийлдэг. Асуудал нь, тэрхүү өөрчлөлт биелэхийн тулд бидний хүн нэг бүрийн эхний сорилт нь өнөөг хүртэл бид Лаодикийн хүмүүс байсаар ирснээ үнэнээр нь ухаарах явдал мөн. Учир нь Лаодикийн хүмүүсийн хувьд бидний үндсэн сүнслэг хандлага бол, үнэн хэрэгтээ бүх зүйл туйлын буруу байхад ч бүх зүйл зүгээр гэж үзэх явдал юм. Тэрхүү хандлагыг хаях ёстой; энэ нь үнэт зүйлээс салган тусгаарлах ёстой бузар зүйлсийн нэг мөн.</w:t>
      </w:r>
    </w:p>
    <w:p>
      <w:pPr>
        <w:pStyle w:val="ArticleScripture"/>
        <w:jc w:val="left"/>
      </w:pPr>
      <w:r>
        <w:rPr>
          <w:rFonts w:ascii="Times New Roman" w:hAnsi="Times New Roman" w:eastAsia="Times New Roman" w:cs="Times New Roman"/>
        </w:rPr>
        <w:t>“Бурханы ард түмэн духан дээрээ тамгалагдмагц—энэ нь нүдэнд үзэгдэх ямар нэгэн тамга буюу тэмдэг биш, харин үнэнд оюун санааны хувьд ч, сүнслэгийн хувьд ч баттайгаар тогтож, хөдөлшгүй болохыг хэлнэ—Бурханы ард түмэн тамгалагдаж, сэгсрэлтэд бэлтгэгдмэгц, тэр нь ирнэ. Үнэхээр, энэ нь аль хэдийн эхэлсэн; Бурханы шүүлтүүд эдүгээ энэ нутаг дээр бууж байгаа нь бидэнд анхааруулга өгөхийн тулд бөгөөд ингэснээр бид юу ирж байгааг мэдэх юм.” Seventh-day Adventist Bible Commentary, volume 4, 1161.</w:t>
      </w:r>
    </w:p>
    <w:p>
      <w:pPr>
        <w:pStyle w:val="ArticleBody"/>
        <w:jc w:val="left"/>
      </w:pPr>
      <w:r>
        <w:rPr>
          <w:rFonts w:ascii="Times New Roman" w:hAnsi="Times New Roman" w:eastAsia="Times New Roman" w:cs="Times New Roman"/>
        </w:rPr>
        <w:t>Есүс Өөрийн шавь нарт амласан “Тайтгаруулагч” нь тэднийг урам хугаралын цагт тайтгаруулж, Өөрийн ардыг бүх үнэн рүү удирддаг бөгөөд бид “үнэнд суурьшин тогтох”-оор дамжин тамгалагддаг. Энэ мөчид Бурханы ард түмний суурьшин тогтох ёстой “үнэн” нь нигүүлслийн хугацаа хаагдахын яг өмнө лац нь тайлагдах “үнэн” мөн; учир нь “цаг ойрхон” байна. Тэрхүү үнэн нь долоон аянгын нууцлаг түүхийн бүтэц бөгөөд тэрхүү нууцлаг түүх нь Есүс Христийн Илчлэл нээгдэн илэрхийлэгдэх түүхийг тодорхойлдог. Долоон аянгын нууцлаг түүх нь нууцлаг түүхээр төлөөлөгдсөн “үнэн” лацнаасаа тайлагдах яг тэр цагт биелнэ. “Үнэн”-ий лац тайлагдах явдал нь өмнө нь лацтай байсан мэдээг хүлээн авдаг хүмүүсийг тамгалдаг зүйл мөн.</w:t>
      </w:r>
    </w:p>
    <w:p>
      <w:pPr>
        <w:pStyle w:val="ArticleBody"/>
        <w:jc w:val="left"/>
      </w:pPr>
      <w:r>
        <w:rPr>
          <w:rFonts w:ascii="Times New Roman" w:hAnsi="Times New Roman" w:eastAsia="Times New Roman" w:cs="Times New Roman"/>
        </w:rPr>
        <w:t>Бурханы ард түмэн Ням гаргийн хуулийн үед уур хилэнт үндэстнүүдийн донсолгоо болж, улмаар үндэстний сүйрэл эхлэхээс өмнө духан дээрээ тамгалагддаг. Есүс Христийн Илчлэл бол Илчлэлийн номын “эш үзүүллэгийн үгс” бөгөөд цаг ойрхон тул эдүгээ цаашид лацдан битүүмжлэгдэх ёсгүй. Хэрэв бид ерөөл хүртэх гэж байгаа бол, энэ нь одоо уншигдаж, сонсогдож, хамгийн чухал нь сахигдах ёстой үнэн мөн.</w:t>
      </w:r>
    </w:p>
    <w:p>
      <w:pPr>
        <w:pStyle w:val="ArticleScripture"/>
        <w:jc w:val="left"/>
      </w:pPr>
      <w:r>
        <w:rPr>
          <w:rFonts w:ascii="Times New Roman" w:hAnsi="Times New Roman" w:eastAsia="Times New Roman" w:cs="Times New Roman"/>
        </w:rPr>
        <w:t>Иудас, Искариот биш нь, Түүнд, Эзэн, Та Өөрийгөө ертөнцөд бус, харин бидэнд хэрхэн илчлэх гэж байна вэ? хэмээн айлдав. Есүс түүнд хариулан, Хэрэв хэн нэгэн Намайг хайрлавал, тэр Миний үгсийг сахина; тэгвэл Миний Эцэг түүнийг хайрлах бөгөөд Бид түүн уруу очиж, түүнтэй хамт орших болно. Намайг хайрладаггүй нь Миний айлдваруудыг сахидаггүй; та нарын сонсож буй үг бол Минийх бус, харин Намайг илгээсэн Эцэгийнх юм. Би та нартай хамт байсаар байхдаа эдгээрийг та нарт айлдсан. Харин Тайтгаруулагч, өөрөөр хэлбэл Ариун Сүнс, Эцэг Миний нэрээр илгээх Тэр нь, та нарт бүхнийг зааж, Миний та нарт хэлсэн бүхнийг та нарын санамжид оруулах болно. Иохан 14:22–26.</w:t>
      </w:r>
    </w:p>
    <w:p>
      <w:pPr>
        <w:pStyle w:val="ArticleBody"/>
        <w:jc w:val="left"/>
      </w:pPr>
      <w:r>
        <w:rPr>
          <w:rFonts w:ascii="Times New Roman" w:hAnsi="Times New Roman" w:eastAsia="Times New Roman" w:cs="Times New Roman"/>
        </w:rPr>
        <w:t>Нээгдэж байгаа энэхүү мэдээг сахин хадгалдаг хүмүүст өгөгдсөн амлалт нь Тайтгаруулагч Есүсийн та нарт хэлсэн “юу ч болов” бүхнийг бидэнд “зааж” өгөх явдал юм. Энэ бол Еммаус руу явж байсан шавь нарт, түүнээс хойш арван нэгэн шавь нарт биелсэн амлалт мөн. Христ Еммаусын шавь нарын нүдийг “баригдсан” байдлаас Өөрийн мутрыг татан авч, үүний дараа арван нэгэн шавийн “ухааныг” “нээж”, тэднийг Судруудыг бүрэн “ойлгодог” болгохдоо, Тэрээр “эцсийн өдрүүдэд” амьдрах, урам хугаралтаасаа буцан ирж, Лаодикийн байдлаасаа гэмшин, “үнэнийг” хүлээн авах хүмүүст зориулсан амлалтыг тэмдэглэн үлдээж байсан юм. “Эцсийн өдрүүдэд” орших “Тайтгаруулагч” бидэнд “бүхнийг” заахдаа “бүх зүйлийг” бидний “санамжид” “эргүүлэн авчрах” болно. Тэрээр бидэнд бүхнийг заахдаа өнгөрсөн үнэнүүдийг бидний санамжид эргүүлэн авчрах нь хэчнээн чухал байдагтай адил, мөн “ирэх зүйлсийг” бидэнд “үзүүлэх” болно.</w:t>
      </w:r>
    </w:p>
    <w:p>
      <w:pPr>
        <w:pStyle w:val="ArticleScripture"/>
        <w:jc w:val="left"/>
      </w:pPr>
      <w:r>
        <w:rPr>
          <w:rFonts w:ascii="Times New Roman" w:hAnsi="Times New Roman" w:eastAsia="Times New Roman" w:cs="Times New Roman"/>
        </w:rPr>
        <w:t>Гэвч Би та нарт үнэнийг хэлье: Би явах нь та нарт ашигтай. Учир нь хэрэв Би явахгүй бол Тайтгаруулагч та нарт ирэхгүй; харин Би явбал Түүнийг та нар уруу илгээнэ. Тэр ирэхдээ дэлхийг нүглийн талаар, зөвт байдлын талаар, мөн шүүлтийн талаар зэмлэн буруутгана. Нүглийн талаар гэвэл, тэд Надад итгэдэггүйгээс; зөвт байдлын талаар гэвэл, Би Эцэг уруугаа явж, та нар Намайг цаашид үзэхгүйгээс; шүүлтийн талаар гэвэл, энэ ертөнцийн ноён шүүгдсэнээс юм. Та нарт хэлэх зүйл Надад олон байна, гэвч та нар одоо тэдгээрийг дааж чадахгүй. Харин Тэр, үнэний Сүнс, ирэхэд та нарыг бүх үнэн уруу удирдана. Учир нь Тэр Өөрөөсөө ярихгүй, харин юу сонсоно, түүнийгээ л айлдана; мөн ирэх зүйлсийг та нарт мэдүүлнэ. Тэр Намайг алдаршуулна. Учир нь Тэр Минийхээс авч, та нарт мэдүүлнэ. Иохан 16:7–14.</w:t>
      </w:r>
    </w:p>
    <w:p>
      <w:pPr>
        <w:pStyle w:val="ArticleBody"/>
        <w:jc w:val="left"/>
      </w:pPr>
      <w:r>
        <w:rPr>
          <w:rFonts w:ascii="Times New Roman" w:hAnsi="Times New Roman" w:eastAsia="Times New Roman" w:cs="Times New Roman"/>
        </w:rPr>
        <w:t>Энэ үед Тайтгаруулагч биднийг “үнэн” уруу “удирдаж”, “бүх зүйлийг” мөн “ирэх юмсуудыг” багтаан “зааж” өгнө. Учир нь энэ үед Есүс бидэнд “хэлэх” “олон зүйл” одоо ч бий. Бидний “санамж” доторх зүйлс байг, “ирэх юмсууд” байг, эсвэл Тэр бидэнд “одоо ч” “хэлэх” олон “зүйл” байг—эдгээр нь ирэх хямралд биднийг лацдан тэмдэглэдэг зүйл мөн. Энэ нь тийнхүү үйлчилдэг, учир нь Түүний үнэн нь Түүний бүтээлч хүчийг илэрхийлдэг. Тэрээр ирэх хямралын өмнө биднийг лацдан тэмдэглэдэг, учир нь ариун түүхэнд урьд хожид тохиолдож байгаагүйгээр Түүний ард түмний эсрэг өрнөх хавчлагын хамгийн агуу үеийн талаар бид урьдчилан сануулагдсан байхыг Тэр хүсдэг. Тэрхүү хавчлага нь, Христийн үгсийг хэрхэн мушгин гуйвуулан Түүний эсрэг ашигласан шиг, бидний өнгөрсөнд хэлсэн үгс ба хийсэн үйлдлүүд санагдан дурдагдаж, бидний эсрэг ашиглагдахыг онцгойлон илтгэнэ. Гэсэн хэдий ч, Езекиел болон Христээр төлөөлөгдсөнчлөн, тэдний бослогын эсрэг гэрчлэл болгон бид мэдээг тунхаглах ёстой.</w:t>
      </w:r>
    </w:p>
    <w:p>
      <w:pPr>
        <w:pStyle w:val="ArticleScripture"/>
        <w:jc w:val="left"/>
      </w:pPr>
      <w:r>
        <w:rPr>
          <w:rFonts w:ascii="Times New Roman" w:hAnsi="Times New Roman" w:eastAsia="Times New Roman" w:cs="Times New Roman"/>
        </w:rPr>
        <w:t>Би та нарт хэлсэн үгээ санагтун: зарц нь эзнээсээ агуу биш. Хэрэв тэд Намайг хавчсан бол та нарыг ч мөн хавчих болно; хэрэв тэд Миний үгийг сахисан бол та нарын үгийг ч мөн сахих болно. Харин эдгээр бүхнийг тэд та нарт Миний нэрийн төлөө үйлдэх болно. Учир нь тэд Намайг Илгээгчийг мэддэггүй. Хэрэв Би ирж, тэдэнд айлдаагүйсэн бол тэд нүгэлгүй байх байсан. Харин эдүгээ тэд нүглийнхээ төлөө халхавчгүй болсон. Намайг үзэн ядагч нь Миний Эцгийг ч мөн үзэн яддаг. Хэрэв Би тэдний дунд өөр хэн ч үйлдээгүй тийм үйлсийг үйлдээгүйсэн бол тэд нүгэлгүй байх байсан. Харин эдүгээ тэд Миний болон Миний Эцгийн аль алийг нь харсан атлаа аль алийг нь үзэн ядсан. Гэвч тэдний хуульд, “Тэд Намайг шалтгаангүйгээр үзэн ядсан” хэмээн бичигдсэн үг биелэхийн тулд энэ нь болж байна. Харин Тайтгаруулагч ирэх үед, Түүнийг Би Эцгээс та нар уруу илгээнэ; Тэр бол Эцгээс гардаг үнэний Сүнс мөн; Тэр Миний тухай гэрчилнэ. Иохан 15:20–26.</w:t>
      </w:r>
    </w:p>
    <w:p>
      <w:pPr>
        <w:pStyle w:val="ArticleBody"/>
        <w:jc w:val="left"/>
      </w:pPr>
      <w:r>
        <w:rPr>
          <w:rFonts w:ascii="Times New Roman" w:hAnsi="Times New Roman" w:eastAsia="Times New Roman" w:cs="Times New Roman"/>
        </w:rPr>
        <w:t>“Тайтгаруулагч” болох “үнэний Сүнс” нь “үнэн” болох Христийн тухай “гэрчилнэ.” Харин “үнэн” нь Альфа ба Омега, эхний ба эцсийн, эхлэл ба төгсгөл мөн. Эдүгээ лац нь тайлагдаж буй долоон аянгын нууцлаг түүх нь нэг зуун дөчин дөрвөн мянгын лацдах мэдээ юм. 2020 оны 7 дугаар сарын 18-ны дараах үйл явдлын хүрээнд Иеремиа бидэнд анх биднийг хайрласан Түүн уруу буцан очихыг сонгож болох жишээг өгдөг. Тийнхүү буцан очих ажлыг гүйцэлдүүлэхдээ бид үнэт зүйлийг өөдгүй зүйлээс салгах хариуцлагатай. Хэрэв бид айдас ба чичрэл дунд авралаа биелүүлж, тэрхүү ажлыг гүйцэлдүүлбэл бид лацдуулагдаж, тэр даруй дэлхийн түүхэн дэх хамгийн агуу хямралд орно. Түүнчлэн эш үзүүлэгчид, хаад, зөвт хүмүүсийн үзэхийг хүсэмжилж байсан тэрхүү түүхийг биеэр туулан үзэх давуу эрх бидэнд байх болно.</w:t>
      </w:r>
    </w:p>
    <w:p>
      <w:pPr>
        <w:pStyle w:val="ArticleBody"/>
        <w:jc w:val="left"/>
      </w:pPr>
      <w:r>
        <w:rPr>
          <w:rFonts w:ascii="Times New Roman" w:hAnsi="Times New Roman" w:eastAsia="Times New Roman" w:cs="Times New Roman"/>
        </w:rPr>
        <w:t>Тэр ажлыг гартаа авч, буцан ирэгсэд нь “Бурханы сэнтийнээс гарч буй гэрэл дотор алхах болно,” мөн “тэнгэрэлч нараар дамжин тэнгэр ба газрын хооронд тасралтгүй харилцаа байх болно”; энэ нь Илчлэл номын эхний эшлэлд тодорхойлогдсон харилцааны үйл явц мөн.</w:t>
      </w:r>
    </w:p>
    <w:p>
      <w:pPr>
        <w:pStyle w:val="ArticleScripture"/>
        <w:jc w:val="left"/>
      </w:pPr>
      <w:r>
        <w:rPr>
          <w:rFonts w:ascii="Times New Roman" w:hAnsi="Times New Roman" w:eastAsia="Times New Roman" w:cs="Times New Roman"/>
        </w:rPr>
        <w:t>“Энэ дэлхийд байгаа бүх хүн Бурханы эсрэг дайсны талд орсон биш. Бүгд үнэнч бус болсон биш. Бурханд үнэнч хэвээр үлдсэн цөөн хэдэн хүн бий; учир нь Иохан ийнхүү бичсэн байдаг: ‘Энд Бурханы тушаалуудыг сахидаг, мөн Есүсийн итгэлийг хадгалдаг хүмүүс байна.’ Илчлэлт 14:12. Удалгүй Бурханд үйлчилдэг хүмүүс болон Түүнд үйлчилдэггүй хүмүүсийн хооронд тэмцэл ширүүнээр өрнөх болно. Удалгүй сэгсрэгдэж болох бүх зүйл сэгсрэгдэх болно, ингэснээр сэгсрэгдэж үл болох зүйлс хэвээр үлдэх болно.”</w:t>
      </w:r>
    </w:p>
    <w:p>
      <w:pPr>
        <w:pStyle w:val="ArticleScripture"/>
        <w:jc w:val="left"/>
      </w:pPr>
      <w:r>
        <w:rPr>
          <w:rFonts w:ascii="Times New Roman" w:hAnsi="Times New Roman" w:eastAsia="Times New Roman" w:cs="Times New Roman"/>
        </w:rPr>
        <w:t>“Сатан бол Библийг хичээнгүйлэн судлагч нэгэн мөн. Тэр өөрийн цаг хугацаа богино болохыг мэддэг бөгөөд энэ дэлхий дээрх Эзэний ажлыг алхам тутамд саармагжуулахыг хичээдэг. Тэнгэрлэг алдрын илрэл ба өнгөрсөн үеийн хавчлагын давталт хоорондоо нийлэн холилдох үед газар дэлхий дээр амьд байх Бурханы ард түмний туулж өнгөрүүлэх туршлагын талаар бүрэн төсөөлөл өгөх боломжгүй. Тэд Бурханы сэнтийнээс цацран гарах гэрэл дотор алхах болно. Тэнгэр элч нарын тусламжаар тэнгэр ба газрын хооронд байнгын харилцаа холбоо байх болно. Харин муу тэнгэр элч нараар хүрээлүүлсэн Сатан өөрийгөө Бурхан хэмээн зарлаж, боломжтой аваас сонгогдогсдын өөрсдийг хүртэл мэхлэхийн тулд төрөл бүрийн гайхамшиг үйлдэх болно. Бурханы ард түмэн гайхамшиг үйлдэх явдал дотор өөрсдийн аюулгүй байдлыг олохгүй; учир нь Сатан үйлдэгдэх гайхамшгуудыг дуурайлган хуурамчаар үйлдэх болно. Шалгагдаж, соригдсон Бурханы ард түмэн өөрсдийн хүч чадлыг Египетээс гарсан нь 31:12–18-д өгүүлсэн тэмдэг дотор олох болно. Тэд амьд Үгэн дээр бат зогсох ёстой: ‘Бичигдсэн нь:’. Энэ бол тэдний бат найдвартай зогсож чадах цорын ганц суурь мөн. Бурхантай байгуулсан гэрээгээ зөрчсөн хүмүүс тэр өдөр Бурхангүй бөгөөд найдваргүй байх болно.</w:t>
      </w:r>
    </w:p>
    <w:p>
      <w:pPr>
        <w:pStyle w:val="ArticleScripture"/>
        <w:jc w:val="left"/>
      </w:pPr>
      <w:r>
        <w:rPr>
          <w:rFonts w:ascii="Times New Roman" w:hAnsi="Times New Roman" w:eastAsia="Times New Roman" w:cs="Times New Roman"/>
        </w:rPr>
        <w:t>“Бурханд мөргөгчид ялангуяа дөрөвдүгээр тушаалыг хүндэтгэдгээрээ онцгой ялгарах болно. Учир нь энэ нь Бурханы бүтээх хүчний тэмдэг бөгөөд хүндэтгэл, мөргөлөө хүнээс шаардах Түүний эрхийн гэрч мөн. Харин ёс бус хүмүүс Бүтээгчийн дурсгалыг нураан унагахыг хичээж, Ромын тогтоолыг өргөмжлөхөөрөө ялгарах болно. Энэхүү тэмцлийн шийдвэрлэх асуудалд Христийн ертөнц бүхэлдээ хоёр их ангид хуваагдана. Нэг нь Бурханы тушаалуудыг сахиж, Есүсийн итгэлийг баримтлагчид; нөгөө нь араатан ба түүний хөрөгт мөргөж, түүний тэмдгийг хүлээн авагчид болно. Сүм ба төр хамтран хүч чадлаа нэгтгэж, ‘бага, их, баян, ядуу, эрх чөлөөт, боол’ бүхнийг араатны тэмдгийг хүлээн авахад албадсан ч гэсэн, Бурханы ард түмэн түүнийг хүлээн авахгүй. Илчлэл 13:16. Патмосын эш үзүүлэгч ‘араатан, түүний хөрөг, түүний тэмдэг, мөн нэрийнх нь тоог дийлсэн хүмүүсийг Бурханы ятгуудыг барин, шилэн тэнгисийн дээр зогсож буйгаар’ харж, Мосе болон Хурганы дууг дуулж байгааг үздэг. Илчлэл 15:2.”</w:t>
      </w:r>
    </w:p>
    <w:p>
      <w:pPr>
        <w:pStyle w:val="ArticleScripture"/>
        <w:jc w:val="left"/>
      </w:pPr>
      <w:r>
        <w:rPr>
          <w:rFonts w:ascii="Times New Roman" w:hAnsi="Times New Roman" w:eastAsia="Times New Roman" w:cs="Times New Roman"/>
        </w:rPr>
        <w:t>“Аймшигт сорилт ба шалгалтууд Бурханы ард түмнийг хүлээж байна. Дайны сүнс газар дэлхийн нэг хязгаараас нөгөө хязгаар хүртэл үндэстнүүдийг хөдөлгөж байна. Гэвч ирж буй зовлонгийн цагийн дунд,—үндэстэн бий болсноос хойш байгаагүй тийм зовлонгийн цагт,—Бурханы сонгогдсон ард түмэн ганхашгүй зогсоно. Сатан болон түүний цэргүүд тэднийг устгаж чадахгүй, учир нь хүч чадлаараа дээд тэнгэрэлчүүд тэднийг хамгаалах болно.” Testimonies, volume 9, 15–17.</w:t>
      </w:r>
    </w:p>
    <w:p>
      <w:pPr>
        <w:pStyle w:val="ArticleBody"/>
        <w:jc w:val="left"/>
      </w:pPr>
      <w:r>
        <w:rPr>
          <w:rFonts w:ascii="Times New Roman" w:hAnsi="Times New Roman" w:eastAsia="Times New Roman" w:cs="Times New Roman"/>
        </w:rPr>
        <w:t>Энэ хэсэг нь “Testimonies” номын есдүгээр ботийн арван нэгдүгээр хуудаснаас эхэлдэг бүлгийн төгсгөл мөн гэдгийг анхааран үзэх нь зүйтэй бөгөөд үүнийг 9/11-ийг төлөөлж буй хэмээн таньж болно. Гарчиг нь ирж буй Хүргэний тухай, мөн Паул Еврей номд бичсэн эшлэлийнхээ эх сурвалжийг авсан Хабакукийн хүснэгтүүдийн тухай байгааг мөн тэмдэглэх нь зүйтэй. Бүлгийн эхлэл нь 2001 оны есдүгээр сарын 11-нд эхэлсэн түүхийг, Адвентизмийн эхэнд байгуулагдсан эш үзүүллэгийн гэрээний хоёр хавтанг тэмдэглэж байгаа бөгөөд гарчиг нь сүүлчийн хямрал гэж байгаа нь эцсийн Шөнийн Дундын Хашхирааг зааж байна. Бүлгийн төгсгөл нь эхлэлтэйгээ бүрэн нийцэж байгаа, учир нь эхлэл төгсгөл хоёулаа эцсийн хямралыг авч үздэг.</w:t>
      </w:r>
    </w:p>
    <w:p>
      <w:pPr>
        <w:pStyle w:val="ArticleScripture"/>
        <w:jc w:val="left"/>
      </w:pPr>
      <w:r>
        <w:rPr>
          <w:rFonts w:ascii="Times New Roman" w:hAnsi="Times New Roman" w:eastAsia="Times New Roman" w:cs="Times New Roman"/>
        </w:rPr>
        <w:t>“1-р хэсэг—Хааны ирэлтийн төлөө</w:t>
      </w:r>
    </w:p>
    <w:p>
      <w:pPr>
        <w:pStyle w:val="ArticleScripture"/>
        <w:jc w:val="left"/>
      </w:pPr>
      <w:r>
        <w:rPr>
          <w:rFonts w:ascii="Times New Roman" w:hAnsi="Times New Roman" w:eastAsia="Times New Roman" w:cs="Times New Roman"/>
        </w:rPr>
        <w:t>“Удалгүй, тун удахгүй, ирэх ёстой Нэгэн ирэх бөгөөд саатахгүй.” Еврей 10:37.</w:t>
      </w:r>
    </w:p>
    <w:p>
      <w:pPr>
        <w:pStyle w:val="ArticleScripture"/>
        <w:jc w:val="left"/>
      </w:pPr>
      <w:r>
        <w:rPr>
          <w:rFonts w:ascii="Times New Roman" w:hAnsi="Times New Roman" w:eastAsia="Times New Roman" w:cs="Times New Roman"/>
        </w:rPr>
        <w:t>“Эцсийн хямрал”</w:t>
      </w:r>
    </w:p>
    <w:p>
      <w:pPr>
        <w:pStyle w:val="ArticleScripture"/>
        <w:jc w:val="left"/>
      </w:pPr>
      <w:r>
        <w:rPr>
          <w:rFonts w:ascii="Times New Roman" w:hAnsi="Times New Roman" w:eastAsia="Times New Roman" w:cs="Times New Roman"/>
        </w:rPr>
        <w:t>“Бид төгсгөлийн үед амьдарч байна. Түргэн биелж буй цаг үеийн шинж тэмдгүүд Христийн ирэлт тун ойртсоныг тунхаглаж байна. Бидний амьдарч буй өдрүүд нь ноцтой бөгөөд чухал юм. Бурханы Сүнс газар дэлхийгээс аажмаар боловч гарцаагүй татагдан авч байна. Бурханы нигүүлслийг жигшигчдийн дээр гай гамшиг, шүүлтүүд аль хэдийн бууж байна. Газар болон далай дахь гамшгууд, нийгмийн тогтворгүй байдал, дайны түгшүүрт дохио нь ёрын шинжтэй байна. Эдгээр нь асар их хэмжээний ойртон ирж буй үйл явдлуудыг зөгнөн мэдүүлж байна.” Testimonies, volume 9, 11.</w:t>
      </w:r>
    </w:p>
    <w:p>
      <w:pPr>
        <w:pStyle w:val="ArticleBody"/>
        <w:jc w:val="left"/>
      </w:pPr>
      <w:r>
        <w:rPr>
          <w:rFonts w:ascii="Times New Roman" w:hAnsi="Times New Roman" w:eastAsia="Times New Roman" w:cs="Times New Roman"/>
        </w:rPr>
        <w:t>Хэрэв бид буцаж ирэн, Иеремиагийн дүрээр төлөөлөгдсөнөөр Бурханы “ам” байх өндөр дуудлагыг хүлээн авбал, тун удалгүй ариун түүхэн дэх хамгийн агуу хураан цуглуулалтад оролцох болно.</w:t>
      </w:r>
    </w:p>
    <w:p>
      <w:pPr>
        <w:pStyle w:val="ArticleScripture"/>
        <w:jc w:val="left"/>
      </w:pPr>
      <w:r>
        <w:rPr>
          <w:rFonts w:ascii="Times New Roman" w:hAnsi="Times New Roman" w:eastAsia="Times New Roman" w:cs="Times New Roman"/>
        </w:rPr>
        <w:t>Тэр мөн тэдэнд найдвар, зориг өгөх үгсийг айлдав. «Зүрх чинь бүү зовог» гэж Тэр хэлэв; «Та нар Бурханд итгэдэг, Надад ч бас итгэ. Миний Эцгийн гэрт орших орон байр олон бий; хэрэв тийм бишсэн бол Би та нарт хэлэх байсан. Би та нарт зориулан байр бэлтгэхээр явж байна. Хэрэв Би явж, та нарт зориулан байр бэлтгэвэл, Би дахин ирж, та нарыг Өөр уруу авна; ингэснээр Би хаана байна, та нар ч мөн тэнд байх болно. Би хаашаа явж байгааг та нар мэднэ, мөн замыг ч мэднэ.» Иохан 14:1–4. Та нарын төлөө Би ертөнцөд ирсэн; та нарын төлөө Би ажиллаж ирсэн. Би явахдаа ч та нарын төлөө хичээнгүйлэн үргэлжлүүлэн ажиллах болно. Та нарыг итгэгч болгохын тулд Би Өөрийгөө та нарт илчлэхээр ертөнцөд ирсэн. Би та нарын төлөө Түүнтэй хамтран ажиллахаар Өөрийн Эцэг бөгөөд та нарын Эцэг уруу очиж байна.</w:t>
      </w:r>
    </w:p>
    <w:p>
      <w:pPr>
        <w:pStyle w:val="ArticleScripture"/>
        <w:jc w:val="left"/>
      </w:pPr>
      <w:r>
        <w:rPr>
          <w:rFonts w:ascii="Times New Roman" w:hAnsi="Times New Roman" w:eastAsia="Times New Roman" w:cs="Times New Roman"/>
        </w:rPr>
        <w:t>“‘Үнэнээр, үнэнээр Би та нарт хэлье, Надад итгэдэг хүн Миний хийдэг ажлуудыг мөн хийх болно; эдгээрээс ч агуу ажлуудыг хийх болно. Учир нь Би Эцэг уруугаа явж байна.’ Иохан 14:12. Үүгээр Христ шавь нар Өөрийнх нь хийсэнээс илүү дээд хүчин чармайлт гаргана гэж хэлээгүй, харин тэдний ажил цар хүрээгээрээ илүү агуу байх болно гэдгийг хэлсэн юм. Тэр зөвхөн гайхамшиг үйлдэхийг хэлээгүй, харин Ариун Сүнсний үйлчлэл дор тохиолдох бүхнийг хэлсэн юм. ‘Туслагч ирэх үед,’ гэж Тэр хэлсэн, ‘Би Түүнийг Эцгээс та нар уруу илгээнэ, Тэр бол Эцгээс гардаг үнэний Сүнс мөн; Тэр Миний тухай гэрчилнэ. Та нар ч мөн гэрчилнэ, учир нь та нар анхнаасаа Надтай хамт байсан.’ Иохан 15:26, 27.</w:t>
      </w:r>
    </w:p>
    <w:p>
      <w:pPr>
        <w:pStyle w:val="ArticleScripture"/>
        <w:jc w:val="left"/>
      </w:pPr>
      <w:r>
        <w:rPr>
          <w:rFonts w:ascii="Times New Roman" w:hAnsi="Times New Roman" w:eastAsia="Times New Roman" w:cs="Times New Roman"/>
        </w:rPr>
        <w:t>“Эдгээр үгс гайхамшигтайгаар биелэв. Ариун Сүнс буусны дараа шавь нар Түүний төлөө болон Түүний төлөө нас барсан хүмүүсийн төлөө тийнхүү хайраар дүүрсэн тул тэдний хэлсэн үгс болон өргөсөн залбирлуудаар зүрх сэтгэлүүд уярав. Тэд Сүнсний хүчээр ярьж байсан; мөн тэр хүчний нөлөөн дор мянга мянган хүн өөрчлөгдөн эргэв.” Үйлс Апостолууд, 21, 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Үнэн гэж юу вэ? - Тавдугаар дугаар</dc:title>
  <dc:subject>Тайтгаруулагч</dc:subject>
  <dc:creator>Jeff Pippenger</dc:creator>
  <cp:keywords/>
  <dc:description>Generated by ArticleDigger from truth\05_truth.json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