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Тирийн Мартагдсан Далан Жил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Тирийн мартагдсан далан жил</w:t>
      </w:r>
    </w:p>
    <w:p>
      <w:pPr>
        <w:pStyle w:val="ArticleBody"/>
        <w:jc w:val="left"/>
      </w:pPr>
      <w:r>
        <w:rPr>
          <w:rFonts w:ascii="Times New Roman" w:hAnsi="Times New Roman" w:eastAsia="Times New Roman" w:cs="Times New Roman"/>
        </w:rPr>
        <w:t>Бүх эш үзүүлэгчид дэлхийн төгсгөлийг заадаг.</w:t>
      </w:r>
    </w:p>
    <w:p>
      <w:pPr>
        <w:pStyle w:val="ArticleScripture"/>
        <w:jc w:val="left"/>
      </w:pPr>
      <w:r>
        <w:rPr>
          <w:rFonts w:ascii="Times New Roman" w:hAnsi="Times New Roman" w:eastAsia="Times New Roman" w:cs="Times New Roman"/>
        </w:rPr>
        <w:t>“Эртний эш үзүүлэгч бүр өөрсдийн цаг үеийнхнээс илүүтэйгээр бидний төлөө ярьсан бөгөөд тиймээс тэдний эш үзүүллэг бидэнд хүчин төгөлдөр байна. ‘Эдгээр бүхэн тэдэнд сургамжийн жишээ болон тохиолдсон бөгөөд үеийн төгсгөл хүрсэн биднийг сануулахын тулд бичигдсэн юм.’ 1 Коринт 10:11. ‘Тэд өөрсдөдөө бус, харин та нарт үйлчилж байсан нь одоо тэнгэрээс илгээгдсэн Ариун Сүнсээр та нарт сайн мэдээг тунхаглагчдаар дамжин та нарт мэдүүлэгдсэн тэр зүйлс юм; тэдгээрийг тэнгэрэлч нар ч шагайн харахыг хүсдэг.’ 1 Петр 1:12....</w:t>
      </w:r>
    </w:p>
    <w:p>
      <w:pPr>
        <w:pStyle w:val="ArticleScripture"/>
        <w:jc w:val="left"/>
      </w:pPr>
      <w:r>
        <w:rPr>
          <w:rFonts w:ascii="Times New Roman" w:hAnsi="Times New Roman" w:eastAsia="Times New Roman" w:cs="Times New Roman"/>
        </w:rPr>
        <w:t>“Библи энэ эцсийн үеийнхэнд зориулан өөрийн эрдэнэсүүдийг хураан цуглуулж, нэгтгэн хадгалсан билээ. Хуучин Гэрээний түүхэн дэх бүх агуу үйл явдал болон сүр жавхлант үйл хэрэгүүд эдгээр эцсийн өдрүүдэд сүмд давтагдсаар ирсэн бөгөөд давтагдсаар байна.” Selected Messages, book 3, 338, 339.</w:t>
      </w:r>
    </w:p>
    <w:p>
      <w:pPr>
        <w:pStyle w:val="ArticleBody"/>
        <w:jc w:val="left"/>
      </w:pPr>
      <w:r>
        <w:rPr>
          <w:rFonts w:ascii="Times New Roman" w:hAnsi="Times New Roman" w:eastAsia="Times New Roman" w:cs="Times New Roman"/>
        </w:rPr>
        <w:t>Библийн бүх ном Илчлэлт номд төгсдөг.</w:t>
      </w:r>
    </w:p>
    <w:p>
      <w:pPr>
        <w:pStyle w:val="ArticleScripture"/>
        <w:jc w:val="left"/>
      </w:pPr>
      <w:r>
        <w:rPr>
          <w:rFonts w:ascii="Times New Roman" w:hAnsi="Times New Roman" w:eastAsia="Times New Roman" w:cs="Times New Roman"/>
        </w:rPr>
        <w:t>“Илчлэлт номд Библийн бүх номууд уулзан төгсдөг.” Элч нарын үйлс, 585.</w:t>
      </w:r>
    </w:p>
    <w:p>
      <w:pPr>
        <w:pStyle w:val="ArticleBody"/>
        <w:jc w:val="left"/>
      </w:pPr>
      <w:r>
        <w:rPr>
          <w:rFonts w:ascii="Times New Roman" w:hAnsi="Times New Roman" w:eastAsia="Times New Roman" w:cs="Times New Roman"/>
        </w:rPr>
        <w:t>Дэлхий гарагийн оршин суугчдад хандсан эцсийн анхааруулгын мэдээ Илчлэл арван наймдугаар бүлэгт тодорхойлогдсон байдаг.</w:t>
      </w:r>
    </w:p>
    <w:p>
      <w:pPr>
        <w:pStyle w:val="ArticleScripture"/>
        <w:jc w:val="left"/>
      </w:pPr>
      <w:r>
        <w:rPr>
          <w:rFonts w:ascii="Times New Roman" w:hAnsi="Times New Roman" w:eastAsia="Times New Roman" w:cs="Times New Roman"/>
        </w:rPr>
        <w:t>Эдгээрийн дараа би тэнгэрээс бууж ирж буй өөр нэгэн тэнгэрэлчийг харлаа. Түүнд агуу эрх мэдэл байсан бөгөөд түүний алдраар газар дэлхий гэрэлтэв. Тэгээд тэрээр хүчит дуугаар чанга хашхиран, “Агуу Вавилон унасан, унасан бөгөөд чөтгөрүүдийн орших газар, бузар сүнс болгоны үүр, бузартсан бөгөөд жигшүүрт шувуу болгоны тор болсон. Учир нь бүх үндэстэн түүний садар самууны уур хилэнгийн дарснаас уусан, газрын хаад түүнтэй садарласан, газрын худалдаачид түүний тансаглалын арвин ихээс баяжсан” хэмээн хэлэв. Илчлэлт 18:1–3.</w:t>
      </w:r>
    </w:p>
    <w:p>
      <w:pPr>
        <w:pStyle w:val="ArticleBody"/>
        <w:jc w:val="left"/>
      </w:pPr>
      <w:r>
        <w:rPr>
          <w:rFonts w:ascii="Times New Roman" w:hAnsi="Times New Roman" w:eastAsia="Times New Roman" w:cs="Times New Roman"/>
        </w:rPr>
        <w:t>“Агуу Вавилон” хэмээх хэллэг нь Ромын Католик сүмийг төлөөлдөг бөгөөд Исаиа хорин гуравдугаар бүлэгт “Агуу Вавилон” нь Тир хотоор төлөөлөгдөн дүрслэгдсэн байдаг.</w:t>
      </w:r>
    </w:p>
    <w:p>
      <w:pPr>
        <w:pStyle w:val="ArticleScripture"/>
        <w:jc w:val="left"/>
      </w:pPr>
      <w:r>
        <w:rPr>
          <w:rFonts w:ascii="Times New Roman" w:hAnsi="Times New Roman" w:eastAsia="Times New Roman" w:cs="Times New Roman"/>
        </w:rPr>
        <w:t>Тирийн тухай зөнт ачаа. Таршишийн усан онгоцнууд аа, улигтун; учир нь тэр сүйрч, гэр ч үгүй, орох хаалга ч үгүй болов. Киттимийн нутгаас энэ нь тэдэнд илчлэгдэв. Арлын оршин суугчид аа, дуугүй байгтун; далайг гатлан өнгөрөгч Сидоны худалдаачид чамайг дүүргэсэн билээ. Агуу их усан дээгүүр Сихорын үр, мөрний ургац нь түүний орлого болдог; тэр үндэстнүүдийн зах зээл мөн. Сидон оо, ичигтүн; учир нь тэнгис, тийм ээ, тэнгисийн хүч ийн өгүүлэв: Би өвдөж төрүүлсэнгүй, хүүхдүүд төрүүлсэнгүй; би идэр залуусыг өсгөсөнгүй, онгон охидыг бойжуулсангүй. Египетийн тухай мэдээг сонсоход ямар байсанчлан, Тирийн тухай мэдээг сонсоход мөн тэд маш ихээр шанална. Таршиш уруу гарцгаа; арлын оршин суугчид аа, улигтун. Энэ нь танай баясгалант хот мөн үү, эртний өдрүүдээс улбаатай эртний хот? Өөрийнх нь хөл түүнийг хол газар түр суурьшихаар аваачна. Худалдаачид нь ноёд, арилжаачид нь газрын нэр хүндтэй хүмүүс байсан, титэмлэгч хот Тирийн эсрэг энэ зөвлөгөөг хэн тогтоов? Цэргийн ЭЗЭН үүнийг зорьсон юм, бүх алдрын бардамналыг бузарлахын тулд, газрын бүх нэр хүндтэй хүмүүсийг жигшүүрт болгохын тулд. Таршишийн охин оо, нутгаараа мөрөн адил урсан нэвтэр; хязгаарлах хүч цаашид үгүй. Тэр тэнгис дээгүүр мутраа сунгаж, хаант улсуудыг донсолгов. ЭЗЭН худалдаачин хотын эсрэг зарлиг буулгаж, түүний бэхлэлтүүдийг устгахаар тушаав. Тэрээр ийн айлдав: Дарлагдсан онгон Сидоны охин оо, чи дахин баясахгүй. Бос, Киттим уруу гар; тэнд ч бас чамд амралт үгүй. Харагтун, халдейчуудын газар! Энэ ард түмэн байсангүй, Ассури түүнийг цөлийн оршин суугчдад зориулан үндэслэтэл; тэд түүний цамхгуудыг босгож, орд харшуудыг нь байгуулсан; харин тэр түүнийг нуранги болгосон. Таршишийн усан онгоцнууд аа, улигтун; учир нь та нарын түшиг сүйрэв. Тэр өдөр Тир нэг хааны өдрүүдийн адил далан жил мартагдах болно. Далан жилийн төгсгөлд Тир янхан эмэгтэйн адил дуулна. Мартагдсан янхан эмэгтэй минь, ятга ав, хотоор хэс; аяа сайхнаар тат, олон дуу дуул, ингэснээр чамайг дахин санах болтугай. Далан жилийн төгсгөл болоход ЭЗЭН Тирийг эргэн харж, тэр хөлсөндөө буцан орж, газрын хөрсөн дээрх дэлхийн бүх хаант улсуудтай садарлана. Харин түүний бараа, хөлс нь ЭЗЭНд ариун байх болно; түүнийг хурааж ч үл тавина, нөөцөлж ч үл хадгална. Учир нь түүний бараа ЭЗЭНий өмнө оршин суугчдад хангалттай идэхэд болон удаан эдэлгээтэй хувцасны төлөө байх болно. Исаиа 23:1–18.</w:t>
      </w:r>
    </w:p>
    <w:p>
      <w:pPr>
        <w:pStyle w:val="ArticleBody"/>
        <w:jc w:val="left"/>
      </w:pPr>
      <w:r>
        <w:rPr>
          <w:rFonts w:ascii="Times New Roman" w:hAnsi="Times New Roman" w:eastAsia="Times New Roman" w:cs="Times New Roman"/>
        </w:rPr>
        <w:t>Эгч Уайт ийнхүү бичжээ: “Хуучин Гэрээний түүхэн дэх бүх агуу үйл явдлууд болон сүр жавхлант үйл хэрэгүүд эдгээр эцсийн өдрүүдэд сүмд давтагдаж байсан бөгөөд одоо ч давтагдсаар байна.”</w:t>
      </w:r>
    </w:p>
    <w:p>
      <w:pPr>
        <w:pStyle w:val="ArticleBody"/>
        <w:jc w:val="left"/>
      </w:pPr>
      <w:r>
        <w:rPr>
          <w:rFonts w:ascii="Times New Roman" w:hAnsi="Times New Roman" w:eastAsia="Times New Roman" w:cs="Times New Roman"/>
        </w:rPr>
        <w:t>Исаиа хорин гуравдугаар бүлэгт Нэгдсэн Үндэстний Байгууллага, Папын засаглал, Америкийн Нэгдсэн Улс болон Исламын эш үзүүллэгийн харилцааг авч үздэг. Эдгээр үнэнийг танин мэдэхийн тулд тухайн бүлэг дэх зарим бэлгэдлийг Зөн Илчлэлээр тодорхойлох ёстой. Нэгэнт бэлгэдлүүд тодорхойлогдсоны дараа үйл явдлын дараалал нэлээд ойлгомжтой болдог. Тодорхойлогдох шаардлагатай бүлэг дэх бэлгэдлүүд нь:</w:t>
      </w:r>
    </w:p>
    <w:p>
      <w:pPr>
        <w:pStyle w:val="ArticleBody"/>
        <w:jc w:val="left"/>
      </w:pPr>
      <w:r>
        <w:rPr>
          <w:rFonts w:ascii="Times New Roman" w:hAnsi="Times New Roman" w:eastAsia="Times New Roman" w:cs="Times New Roman"/>
        </w:rPr>
        <w:t>Ачаа, Тир, Янхан эм, Ассур, Халдейчуудын нутаг, Цамхагууд ба ордонууд, Таршиш, Шихорын үр, Киттимийн нутаг, Сидон, Худалдаачдын хот, Египетийн тухай мэдээ ба Тирийн тухай мэдээ, Улин дуугарах нь, Охин, Далан жил, Нэг хааны өдрүүд, Мартахуй, мөн Санахуй</w:t>
      </w:r>
    </w:p>
    <w:p>
      <w:pPr>
        <w:pStyle w:val="ArticleBody"/>
        <w:jc w:val="left"/>
      </w:pPr>
      <w:r>
        <w:rPr>
          <w:rFonts w:ascii="Times New Roman" w:hAnsi="Times New Roman" w:eastAsia="Times New Roman" w:cs="Times New Roman"/>
        </w:rPr>
        <w:t>Нэгдүгээр эшлэл дэх “ачаалал” хэмээх үг нь Тирийн хаант улсын эсрэг сүйрлийн зөгнөлийг илтгэнэ.</w:t>
      </w:r>
    </w:p>
    <w:p>
      <w:pPr>
        <w:pStyle w:val="ArticleBody"/>
        <w:jc w:val="left"/>
      </w:pPr>
      <w:r>
        <w:rPr>
          <w:rFonts w:ascii="Times New Roman" w:hAnsi="Times New Roman" w:eastAsia="Times New Roman" w:cs="Times New Roman"/>
        </w:rPr>
        <w:t>Ачаа: H4853—H5375-аас; ачаа; онцгойлон алба гувчуур, эсвэл (хийсвэр утгаар) тээлт; шилжсэн утгаар айлдвар, гол төлөв ял шийтгэл, ялангуяа дуу; оюун санааны хувьд хүсэл: – ачаа, авч явах, эш үзүүллэг, X тэд тавьдаг, дуу, алба гувчуур.</w:t>
      </w:r>
    </w:p>
    <w:p>
      <w:pPr>
        <w:pStyle w:val="ArticleBody"/>
        <w:jc w:val="left"/>
      </w:pPr>
      <w:r>
        <w:rPr>
          <w:rFonts w:ascii="Times New Roman" w:hAnsi="Times New Roman" w:eastAsia="Times New Roman" w:cs="Times New Roman"/>
        </w:rPr>
        <w:t>Тирийн тухай ачаа нь Ромын Католик сүмийн эцсийн шүүлт тодорхойлогддог Библийн олон хэсгүүдийн нэг мөн. “Ачаа” гэдэг нь хэрэглээ болон тодорхойлолтоороо эш үзүүллэг, тэр дундаа юуны өмнө сүйрлийн эш үзүүллэг юм. Исаиа номд арван нэгэн “ачаа” байдаг бөгөөд энэ үг мөрөн дээр үүрэн авч явах ачааг дүрслэхдээ найман удаа хэрэглэгдсэн байдаг. “Ачаа” хэмээх үг сүйрлийн эш үзүүллэгийг илэрхийлсэн тэрхүү арван нэгэн тохиолдол нь Исаиа 13:1; 15:1; 17:1; 19:1; 21:1, 11, 13; 22:1; 30:6 бөгөөд мэдээж Тирийн тухай ачаа гарч ирдэг хорин гуравдугаар бүлэг мөн болно. Эцсийн өдрүүдэд ямар хүчийг төлөөлүүлж байгааг үнэлэн тогтоохын тулд Исаиагийн сүйрлийн тухай бүх эш үзүүллэгийг хамтад нь авч үзэх нь зүйтэй. Сүйрлийн тухай арван нэгэн эш үзүүллэгийг нэгэн зэрэг бүрэн авч үзэхэд бэрх тул хорин гуравдугаар бүлгийн нөхцөл байдлыг тогтоохын тулд би сүйрлийн эш үзүүллэг бүрийн товч тодорхойлолтыг өгье.</w:t>
      </w:r>
    </w:p>
    <w:p>
      <w:pPr>
        <w:pStyle w:val="ArticleBody"/>
        <w:jc w:val="left"/>
      </w:pPr>
      <w:r>
        <w:rPr>
          <w:rFonts w:ascii="Times New Roman" w:hAnsi="Times New Roman" w:eastAsia="Times New Roman" w:cs="Times New Roman"/>
        </w:rPr>
        <w:t>Арван гуравдугаар бүлэгт буй Вавилоны эсрэг сүйрлийн эш үзүүллэг нь дэлхийн төгсгөл дэх орчин үеийн Вавилоны тухай бөгөөд энэ нь Илчлэл номын арван долоодугаар бүлэгт мөн дүрслэгдсэн Ромын янхан мөн.</w:t>
      </w:r>
    </w:p>
    <w:p>
      <w:pPr>
        <w:pStyle w:val="ArticleScripture"/>
        <w:jc w:val="left"/>
      </w:pPr>
      <w:r>
        <w:rPr>
          <w:rFonts w:ascii="Times New Roman" w:hAnsi="Times New Roman" w:eastAsia="Times New Roman" w:cs="Times New Roman"/>
        </w:rPr>
        <w:t>Долоон аягатай байсан долоон тэнгэрэлчийн нэг нь ирээд надтай ярьж, надад ийн хэлэв: Нааш ир; олон усан дээр суугч агуу янхны шүүлтийг чамд үзүүлье. Газрын хаад түүнтэй завхайрч, газрын оршин суугчид түүний завхайрлын дарсанд согтуурсан билээ. Тэгээд тэр намайг Сүнсэн дотор цөл уруу авч явсан бөгөөд би долоон толгой, арван эвэр бүхий, доромжлолын нэрсээр дүүрэн час улаан өнгийн араатан дээр суусан нэгэн эмэгтэйг үзэв. Тэр эмэгтэй нил ягаан ба час улаан өнгөөр хувцаслаж, алт, үнэт чулуу, сувдаар чимэглэгдсэн байлаа; мөн гарт нь жигшүүрт зүйлс болон түүний завхайрлын бузраар дүүрэн алтан аяга байв. Түүний духан дээр, НУУЦ, АГУУ ВАВИЛОН, ЯНХНУУД БА ГАЗРЫН ЖИГШҮҮРТ ЗҮЙЛСИЙН ЭХ хэмээх нэр бичээстэй байлаа. Илчлэлт 17:1–5.</w:t>
      </w:r>
    </w:p>
    <w:p>
      <w:pPr>
        <w:pStyle w:val="ArticleBody"/>
        <w:jc w:val="left"/>
      </w:pPr>
      <w:r>
        <w:rPr>
          <w:rFonts w:ascii="Times New Roman" w:hAnsi="Times New Roman" w:eastAsia="Times New Roman" w:cs="Times New Roman"/>
        </w:rPr>
        <w:t>Би бага зэрэг хазайж өгүүлэх хэрэгтэй байна. Тирийн эш үзүүлгийн судалгааны зорилго нь эцсийн дүндээ Америкийн Нэгдсэн Улсын эш үзүүллэгийн түүхийг Долоо дахь өдрийн Адвентист сүмийн түүхтэй уялдуулахад оршино. Бид Америкийн Нэгдсэн Улсын засгийн газар нь Илчлэлт номын арван гуравдугаар бүлгийн хурга мэт араатны нэг эвэр бөгөөд Харанхуй үеэс гарч ирсэн Протестантизм нь нөгөө эвэр нь байсан гэдгийг харуулах болно. Америкийн Нэгдсэн Улсын протестантууд эхний тэнгэрэлчийн мэдээг няцаасан мөчид Протестантизмын эвэр нь Миллерит Адвентизм болсон юм. Үүнийг тогтоосны дараа бид Протестант эвэрний түүх болон Бүгд Найрамдах эвэрний түүх нь хоорондоо зэрэгцэн өрнөдөг бөгөөд эш үзүүллэгийн хувьд зэрэгцээ шинжүүдийг агуулдгийг харуулах болно. Эцсийн эцэст, тэд нэгэн араатан дээр байдаг нь хоёр эвэр хоёулаа нэгэн цаг үед зэрэгцэн оршдогийг илэрхийлж байна. Би Америкийн Нэгдсэн Улс дахь сүм ба төрийн эвэрнүүдийн энэхүү зэрэгцлийн нэг жишээг үзүүлэх болно. Тэд хоёулаа өөр өөрийн байдлаар “мартдаг”.</w:t>
      </w:r>
    </w:p>
    <w:p>
      <w:pPr>
        <w:pStyle w:val="ArticleBody"/>
        <w:jc w:val="left"/>
      </w:pPr>
      <w:r>
        <w:rPr>
          <w:rFonts w:ascii="Times New Roman" w:hAnsi="Times New Roman" w:eastAsia="Times New Roman" w:cs="Times New Roman"/>
        </w:rPr>
        <w:t>Исаиа хорин гуравдугаар бүлэг нь папын эрх мэдэл далан жилийн турш мартагдах эш үзүүллэгийн цэгийг тэмдэглэдэг бөгөөд тэрхүү бэлгэдэлт далан жилийн хугацаанд хүмүүс папын ёсыг, мөн Харанхуйн үеүдийг яагаад Харанхуйн үеүд гэж нэрлэдгийг мартдаг. Протестант эвэр Католик сүмээс салан тусгаарлахдаа “Библи, зөвхөн Библи” хэмээх уриатай байсан. Библи папын ёс үнэндээ хэн болохыг бидэнд мэдүүлдгийг тэд мартсан. Тэдэнд даатгагдсан, мөн өөрсдийгөө ариун тэр баримт бичгийн агуу хамгаалагчид хэмээн тунхаглаж байсан тэр захиасыг тэд мартсан.</w:t>
      </w:r>
    </w:p>
    <w:p>
      <w:pPr>
        <w:pStyle w:val="ArticleScripture"/>
        <w:jc w:val="left"/>
      </w:pPr>
      <w:r>
        <w:rPr>
          <w:rFonts w:ascii="Times New Roman" w:hAnsi="Times New Roman" w:eastAsia="Times New Roman" w:cs="Times New Roman"/>
        </w:rPr>
        <w:t>“Үгийн талаарх ойлголтдоо төөрөлдөгсөд, антихристийн утга учрыг олж харахгүй хүмүүс гарцаагүй өөрсдийгөө антихристийн талд тавих болно. Одоо бидэнд ертөнцтэй уусах цаг огт алга. Даниел өөрт оногдсон хувь болон өөрийн байранд зогсож байна. Даниел ба Иоханы эш үзүүллэгүүдийг ойлгох ёстой. Тэд бие биеэ тайлбарладаг. Тэд хүн бүрийн ойлгох ёстой үнэнийг ертөнцөд өгдөг. Эдгээр эш үзүүллэгүүд ертөнцөд гэрчлэл болох ёстой. Эдгээр эцсийн өдрүүдэд тэдний биеллээр дамжин, тэд өөрсдийгөө тайлбарлах болно.” Kress Collection, 105.</w:t>
      </w:r>
    </w:p>
    <w:p>
      <w:pPr>
        <w:pStyle w:val="ArticleBody"/>
        <w:jc w:val="left"/>
      </w:pPr>
      <w:r>
        <w:rPr>
          <w:rFonts w:ascii="Times New Roman" w:hAnsi="Times New Roman" w:eastAsia="Times New Roman" w:cs="Times New Roman"/>
        </w:rPr>
        <w:t>Үүнчлэн, Америкийн Нэгдсэн Улсын засгийн газрыг төлөөлдөг Бүгд Найрамдах эвэр нь ард түмнээс гарч, ард түмний төлөө байх учиртай байсан боловч Америкийн Нэгдсэн Улсын иргэд мөн өөрсдөд нь итгэн даалгасан ариун баримт бичгийг мартсан байна. Тэрхүү ариун баримт бичиг нь Америкийн Нэгдсэн Улсын Үндсэн хууль бөгөөд ард түмний төлөө байхаар бүтээгдсэн тэрхүү засгийн газрын уриа нь сүм ба төрийн тусгаарлалт байв. Тэд өөрсдөд нь итгэн даалгасан, мөн хамгаалагч нь хэмээн өөрсдийгөө тунхагладаг байсан Үндсэн хуулийн захиасыг мартжээ.</w:t>
      </w:r>
    </w:p>
    <w:p>
      <w:pPr>
        <w:pStyle w:val="ArticleScripture"/>
        <w:jc w:val="left"/>
      </w:pPr>
      <w:r>
        <w:rPr>
          <w:rFonts w:ascii="Times New Roman" w:hAnsi="Times New Roman" w:eastAsia="Times New Roman" w:cs="Times New Roman"/>
        </w:rPr>
        <w:t>“Ром хэзээ ч өөрчлөгддөггүй хэмээн сайрхдаг гэдгийг санагтун. Григорий VII болон Иннокентий III-ийн зарчмууд нь одоо ч Ромын Католик Сүмийн зарчмууд хэвээр байна. Хэрэв түүнд зөвхөн хүч эрх мэдэл нь байсансан бол, тэр эдгээрийг урьдын зууны адил өнөөдөр ч мөн адил эрч хүчтэйгээр хэрэгжүүлэх байсан. Ням гаргийг өргөмжлөх үйл хэрэгт Ромын тусламжийг хүлээн авахаар санал болгож буйдаа протестантууд юу хийж байгаагаа тун бага мэддэг. Тэд зорилгоо биелүүлэхээр шамдан байх зуурт Ром өөрийн хүчийг дахин тогтоох, алдсан ноёрхлоо сэргээхийг зорьж байна. Нэгэнт Америкийн Нэгдсэн Улсад сүм төрийн хүчийг ашиглаж, эсвэл захирч болно; шашны ёслол, сахилгыг иргэний хуулиар албадан мөрдүүлж болно; товчоор хэлбэл, сүм ба төрийн эрх мэдэл хүний мөс чанарыг ноёрхох ёстой гэсэн зарчим тогтоогдох аваас, энэ улсад Ромын ялалт баталгаатай болно.”</w:t>
      </w:r>
    </w:p>
    <w:p>
      <w:pPr>
        <w:pStyle w:val="ArticleScripture"/>
        <w:jc w:val="left"/>
      </w:pPr>
      <w:r>
        <w:rPr>
          <w:rFonts w:ascii="Times New Roman" w:hAnsi="Times New Roman" w:eastAsia="Times New Roman" w:cs="Times New Roman"/>
        </w:rPr>
        <w:t>“Бурханы үг айсуй аюулын талаар анхааруулсан; хэрэв үүнийг үл хайхарвал, Протестант ертөнц Ромын жинхэнэ зорилго юу болохыг урхинаас мултран гарахад хэтэрхий оройтсон хойно л мэдэх болно. Тэр чимээгүйхэн хүчирхэгжин өсөн нэмэгдэж байна. Түүний сургаалууд хууль тогтоох танхимууд, сүмүүд, мөн хүмүүсийн зүрх сэтгэлд нөлөөгөө үзүүлж байна. Тэрээр урьдын хавчлагуудаа дахин давтан үйлдэх нууц далд мухруудад нь өндөр сүрлэг, бат бөх байгууламжуудаа босгон байгуулж байна. Цаг нь ирэхэд цохилт өгөхийн тулд өөрийн зорилгыг урагшлуулахад хэрэг болох хүчнүүдээ тэр сэмхэн, хэний ч сэжиглэлгүйгээр бэхжүүлж байна. Түүний хүсэж буй бүхэн нь ердөө ашигтай байр суурь бөгөөд энэ нь түүнд аль хэдийн өгөгдөж байна. Ромын талынхны зорилго юу болохыг бид тун удахгүй харж, мөн биеэр мэдрэх болно. Бурханы үгэнд итгэж, түүнд дуулгавартай байх хэн боловч үүний улмаас зэмлэл, хавчлагад өртөх болно.” Агуу Тэмцэл, 581.</w:t>
      </w:r>
    </w:p>
    <w:p>
      <w:pPr>
        <w:pStyle w:val="ArticleBody"/>
        <w:jc w:val="left"/>
      </w:pPr>
      <w:r>
        <w:rPr>
          <w:rFonts w:ascii="Times New Roman" w:hAnsi="Times New Roman" w:eastAsia="Times New Roman" w:cs="Times New Roman"/>
        </w:rPr>
        <w:t>Хэрэв та 1950 оноос өмнө хэвлэгдсэн ямар нэгэн толь бичгийг олж, Илчлэлт арван долоогоос гардаг “улаан час улаан өнгөт эмэгтэй” эсвэл тэр хэллэгийн ямар нэг хувилбарыг хайж үзвэл, 1950 оноос өмнөх тэдгээр толь бичиг бүр Ромын Католик сүмийг Илчлэлт арван долоогийн янхан мөн гэж тодорхойлдог. Нэгдсэн Улс, Илчлэлт арван гурав дахь хоёр эвэрт газрын араатан, өнгөрсөн түүхээ мартдаг; тэр нь Протестантизмын эвэр ч бай, эсвэл Бүгд найрамдах үзлийн эвэр ч бай. Эдгээр хоёр байгууллага хоёулаа папын эрх мэдлийн шашны дарангуйлал болон түүнийг дэмжсэн хаадын улс төрийн дарангуйллын эсрэг эсэргүүцлээс бий болсон бөгөөд, эсвэл Библид хэлснээр, түүнтэй “завхайрсан” хаадын эсрэг эсэргүүцлээс бий болсон юм. Исаиа хорин гуравдугаар бүлгийг авч үзэхээсээ өмнө, Исаиа “сүйрлийн эш үзүүллэг”-ийг тэмдэглэсэн бусад арван тохиолдлын талаар бид товч тойм өгье; учир нь арван нэгэн “ачаалал” нь бүгд үнэхээр тийм билээ.</w:t>
      </w:r>
    </w:p>
    <w:p>
      <w:pPr>
        <w:pStyle w:val="ArticleBody"/>
        <w:jc w:val="left"/>
      </w:pPr>
      <w:r>
        <w:rPr>
          <w:rFonts w:ascii="Times New Roman" w:hAnsi="Times New Roman" w:eastAsia="Times New Roman" w:cs="Times New Roman"/>
        </w:rPr>
        <w:t>Исаиа арван гуравдугаар бүлэг нь “эцсийн өдрүүд” дэх Вавилоны тухай зөнчийн хүнд мэдээ юм. Эцсийн өдрүүдэд Вавилон нь Католик сүмийн хяналт, удирдлагад байдаг боловч Илчлэлт номын арван зургаадугаар бүлэгт дүрслэгдсэнээр ертөнцийг Армагеддон руу хөтөлдөг гурван хүчнээс бүрддэг. Орчин үеийн Вавилоны эсрэг чиглэсэн мөхлийн тухай арван гуравдугаар бүлгийн зөгнөлд гурван хүч төлөөлөгдсөн байдаг; Вавилон, Люцифер, Ассур нь араатан (Ассур), луу (Люцифер), хуурамч эш үзүүлэгчийг (Вавилон) төлөөлдөг. Ассур ба Вавилон нь эртний Израилийг шийтгэхэд Бурханы хэрэглэсэн сүйтгэгч хоёр хүч байсан бөгөөд Ассур эхэлж хойд талын арван овгийг олзлолд авч явсан, түүнээс хойш Вавилон Иудагийн өмнөд хоёр овгийг авч одсон.</w:t>
      </w:r>
    </w:p>
    <w:p>
      <w:pPr>
        <w:pStyle w:val="ArticleScripture"/>
        <w:jc w:val="left"/>
      </w:pPr>
      <w:r>
        <w:rPr>
          <w:rFonts w:ascii="Times New Roman" w:hAnsi="Times New Roman" w:eastAsia="Times New Roman" w:cs="Times New Roman"/>
        </w:rPr>
        <w:t>Израиль бол сарнисан хонь мөн; арслангууд түүнийг хөөн зайлуулжээ. Эхлээд Ассирийн хаан түүнийг залгисан; харин эцэст нь Вавилоны хаан энэ Небухаднезар түүний ясыг хэмхэлжээ. Тиймээс түмэн цэргийн ЭЗЭН, Израилийн Бурхан, ийнхүү айлдаж байна: Харагтун, Би Ассирийн хааныг шийтгэсэнчлэн Вавилоны хаан болон түүний нутгийг шийтгэнэ. Иеремиа 50:17, 18.</w:t>
      </w:r>
    </w:p>
    <w:p>
      <w:pPr>
        <w:pStyle w:val="ArticleBody"/>
        <w:jc w:val="left"/>
      </w:pPr>
      <w:r>
        <w:rPr>
          <w:rFonts w:ascii="Times New Roman" w:hAnsi="Times New Roman" w:eastAsia="Times New Roman" w:cs="Times New Roman"/>
        </w:rPr>
        <w:t>Эхлээд Ассири Израилийн хойд арван овгийг олзлолд авч явсан бөгөөд түүнээс хойш Вавилон Иудагийн өмнөд хоёр овгийг олзлолд авч явсан. Эдгээр хоёр олзлол хоёулаа Левит хорин зургаад буй “долоон цаг”-ийн биелэлт байсан. Левит дэх “долоон цаг” нь Уильям Миллерийн нээсэн хамгийн анхны “цаг хугацааны эш үзүүллэг” байсан бөгөөд Ассири хойд овгийг эзлэн авсан нь хоёр мянга таван зуун хорин жилийн турш үргэлжилсэн тараагдлын эхлэлийг тэмдэглэснийг энэ нь тодорхойлдог. Тэрхүү хугацаа МЭӨ 723 онд тэдний олзлогдлоор эхэлж, 1798 онд “эцсийн цаг”-т төгссөн. Өмнөд овгууд МЭӨ 677 онд Вавилонд олзлогдон, Иудагийн эсрэгх “долоон цаг”-ийн эхлэлийг тавьсан бөгөөд энэ нь Даниел наймдугаар бүлгийн арван дөрөвдүгээр эшлэл дэх 2300 жилийн эш үзүүллэгтэй нэгэн адил цэгт, 1844 оны 10 дугаар сарын 22-нд төгссөн. Ассири ба Вавилон нь Бурханы ард түмний тэрслүү явдлын эсрэг шийтгэлийн нэгэн ижил зорилгыг биелүүлсэн боловч уг шийтгэлийг эхлээд Ассири, дараа нь Вавилон хэрэгжүүлсэн юм.</w:t>
      </w:r>
    </w:p>
    <w:p>
      <w:pPr>
        <w:pStyle w:val="ArticleBody"/>
        <w:jc w:val="left"/>
      </w:pPr>
      <w:r>
        <w:rPr>
          <w:rFonts w:ascii="Times New Roman" w:hAnsi="Times New Roman" w:eastAsia="Times New Roman" w:cs="Times New Roman"/>
        </w:rPr>
        <w:t>Арван гуравдугаар бүлэгт гардаг гурван эрх мэдлийн эш үзүүллэгийн харилцаанд Вавилон нь Ассирийн дүр билээ. Учир нь тэр нь Ассирийн дараа гарч ирсэн боловч Бурханы ард түмний эсрэг мөнөөх л ажлыг хийсэн юм.</w:t>
      </w:r>
    </w:p>
    <w:p>
      <w:pPr>
        <w:pStyle w:val="ArticleBody"/>
        <w:jc w:val="left"/>
      </w:pPr>
      <w:r>
        <w:rPr>
          <w:rFonts w:ascii="Times New Roman" w:hAnsi="Times New Roman" w:eastAsia="Times New Roman" w:cs="Times New Roman"/>
        </w:rPr>
        <w:t>Арван тавдугаар бүлэгт буй Моабын эсрэг зөн нь Протестант сүмүүдийн эсрэг юм.</w:t>
      </w:r>
    </w:p>
    <w:p>
      <w:pPr>
        <w:pStyle w:val="ArticleScripture"/>
        <w:jc w:val="left"/>
      </w:pPr>
      <w:r>
        <w:rPr>
          <w:rFonts w:ascii="Times New Roman" w:hAnsi="Times New Roman" w:eastAsia="Times New Roman" w:cs="Times New Roman"/>
        </w:rPr>
        <w:t>“Моабын тухай энэ дүрслэл нь Моабтай адил болсон сүмүүдийг төлөөлдөг. Тэд үүргийн манаандаа үнэнч харуулын адил бат зогсоогүй. Тэд Бурханы хүслийг үйлдэхээр Бурханаас өгөгдсөн чадвараа хэрэгжүүлж, харанхуйн хүчнүүдийг няцаан, мөн Бурханаас тэдэнд өгсөн бүх хүчээ манай дэлхийд үнэн ба зөвт байдлыг урагшлуулахад ашиглах замаар тэнгэрлэг оюун ухаантнуудад хамтран ажиллаагүй. Тэд үнэн мэдлэгтэй боловч мэддэгээ хэрэгжүүлээгүй.” Seventh-day Adventist Bible Commentary, volume 4, 1159.</w:t>
      </w:r>
    </w:p>
    <w:p>
      <w:pPr>
        <w:pStyle w:val="ArticleBody"/>
        <w:jc w:val="left"/>
      </w:pPr>
      <w:r>
        <w:rPr>
          <w:rFonts w:ascii="Times New Roman" w:hAnsi="Times New Roman" w:eastAsia="Times New Roman" w:cs="Times New Roman"/>
        </w:rPr>
        <w:t>Унасан Протестант сүм гэдэг нь хоёр дахь тэнгэрэлчийн мэдээний үед Протестантизмын бусад хэсэг зугтан одоход Эзэнтэй хамт алхсаар байсан тэр сүм мөн. Моаб бол Адвентизм, унасан Протестантын эвэр мөн.</w:t>
      </w:r>
    </w:p>
    <w:p>
      <w:pPr>
        <w:pStyle w:val="ArticleBody"/>
        <w:jc w:val="left"/>
      </w:pPr>
      <w:r>
        <w:rPr>
          <w:rFonts w:ascii="Times New Roman" w:hAnsi="Times New Roman" w:eastAsia="Times New Roman" w:cs="Times New Roman"/>
        </w:rPr>
        <w:t>Арван долдугаар бүлэг нь Дамаскийн тухай бөгөөд тэр нь зайлуулагдах хот хэмээн тодорхойлогддог. Хот бол хаант улсын бэлгэдэл мөн бөгөөд “эцсийн өдрүүдэд” зайлуулагдах тэрхүү хаант улс нь Америкийн Нэгдсэн Улс юм.</w:t>
      </w:r>
    </w:p>
    <w:p>
      <w:pPr>
        <w:pStyle w:val="ArticleBody"/>
        <w:jc w:val="left"/>
      </w:pPr>
      <w:r>
        <w:rPr>
          <w:rFonts w:ascii="Times New Roman" w:hAnsi="Times New Roman" w:eastAsia="Times New Roman" w:cs="Times New Roman"/>
        </w:rPr>
        <w:t>Арван есдүгээр бүлэг нь Нэгдсэн Үндэстний Байгууллага болон бүх дэлхийг төлөөлөх Египетийн эсрэг сүйрлийн эш үзүүллэг юм.</w:t>
      </w:r>
    </w:p>
    <w:p>
      <w:pPr>
        <w:pStyle w:val="ArticleBody"/>
        <w:jc w:val="left"/>
      </w:pPr>
      <w:r>
        <w:rPr>
          <w:rFonts w:ascii="Times New Roman" w:hAnsi="Times New Roman" w:eastAsia="Times New Roman" w:cs="Times New Roman"/>
        </w:rPr>
        <w:t>Хорин нэгдүгээр бүлгийн дараагийн гурван сүйрлийн эш үзүүллэг нь өмнөд зүгийн аймшигт цөлийн нутаг, Дума болон Арабын эсрэг чиглэж байна. Энэхүү гурван сүйрлийн эш үзүүллэг нь Илчлэл 8:13 дахь гурван гай зовлонтой нийцэн, Исламыг заан тодорхойлж байна.</w:t>
      </w:r>
    </w:p>
    <w:p>
      <w:pPr>
        <w:pStyle w:val="ArticleBody"/>
        <w:jc w:val="left"/>
      </w:pPr>
      <w:r>
        <w:rPr>
          <w:rFonts w:ascii="Times New Roman" w:hAnsi="Times New Roman" w:eastAsia="Times New Roman" w:cs="Times New Roman"/>
        </w:rPr>
        <w:t>Хорин хоёрдугаар бүлэг дэх мөхлийн эш үзүүллэг нь Ням гаргийн хуулийн үед Лаодикийн Адвентистууд Филаделфийн Адвентистуудаас тусгаарлагдахыг дүрслэн үзүүлдэг.</w:t>
      </w:r>
    </w:p>
    <w:p>
      <w:pPr>
        <w:pStyle w:val="ArticleBody"/>
        <w:jc w:val="left"/>
      </w:pPr>
      <w:r>
        <w:rPr>
          <w:rFonts w:ascii="Times New Roman" w:hAnsi="Times New Roman" w:eastAsia="Times New Roman" w:cs="Times New Roman"/>
        </w:rPr>
        <w:t>Тэгээд гучдугаар бүлэгт бид өмнөдийн араатнуудын зөнчийн ачааг олж хардаг бөгөөд энэ нь Лаодикийн Адвентистуудын бослогын хоёр дахь дүрслэл юм. Исаиагийн бүх зөнчийн ачаануудыг хамтатган авч үзэхэд, энэ нь “эцсийн өдрүүд”-ийн бошиглол дахь бараг бүх оролцогчийг хамран өгүүлдэг. Би Исаиа хорин гуравдугаар бүлгийг сонгож байгаа нь Библийн бошиглолын зургаа дахь хаант улс болох Америкийн Нэгдсэн Улсын түүх 1798 оноос Ням гаргийн хуулийг хүртэл ноёрхдог гэдгийг харуулахын тулд юм.</w:t>
      </w:r>
    </w:p>
    <w:p>
      <w:pPr>
        <w:pStyle w:val="ArticleBody"/>
        <w:jc w:val="left"/>
      </w:pPr>
      <w:r>
        <w:rPr>
          <w:rFonts w:ascii="Times New Roman" w:hAnsi="Times New Roman" w:eastAsia="Times New Roman" w:cs="Times New Roman"/>
        </w:rPr>
        <w:t>“Эртний эш үзүүлэгч бүр өөрсдийн цаг үеийнхнээс илүүгээр бидний төлөө ярьсан тул тэдний эш үзүүллэг бидний хувьд хүчинтэй байдаг” учраас эш үзүүллэгийн үг нэг бүр нь ертөнцийн төгсгөлийн үеийн үйл явдлуудад хандан өгүүлдэг. Энэхүү үнэн нь Библийн “бүх номууд Илчлэлт номд нийлж, тэндээ төгсөнө” гэсэн баримттай нэгдэхдээ, ертөнцийн төгсгөлийн үеийн үйл явдлуудын талаарх эш үзүүллэгийн гэрчлэлийг уялдуулан нийцүүлэх эш таталтын гол цэг нь Илчлэлт ном мөн болохыг тогтоодог.</w:t>
      </w:r>
    </w:p>
    <w:p>
      <w:pPr>
        <w:pStyle w:val="ArticleBody"/>
        <w:jc w:val="left"/>
      </w:pPr>
      <w:r>
        <w:rPr>
          <w:rFonts w:ascii="Times New Roman" w:hAnsi="Times New Roman" w:eastAsia="Times New Roman" w:cs="Times New Roman"/>
        </w:rPr>
        <w:t>Илчлэлт номын арван долоодугаар бүлэгт бид газрын хаадтай завхайрлыг үйлддэг агуу янхныг болон түүний эцсийн шүүлтийг хардаг.</w:t>
      </w:r>
    </w:p>
    <w:p>
      <w:pPr>
        <w:pStyle w:val="ArticleScripture"/>
        <w:jc w:val="left"/>
      </w:pPr>
      <w:r>
        <w:rPr>
          <w:rFonts w:ascii="Times New Roman" w:hAnsi="Times New Roman" w:eastAsia="Times New Roman" w:cs="Times New Roman"/>
        </w:rPr>
        <w:t>Долоон аягатай байсан долоон тэнгэрэлчийн нэг нь ирээд надтай ярьж, надад: Нааш ир; олон усан дээр суугч аугаа янхны шүүлтийг чамд үзүүлье. Дэлхийн хаад түүнтэй завхайрсан бөгөөд газрын оршин суугчид түүний завхайрлын дарсаар согтсон билээ гэж хэлэв. Илчлэлт 17:1, 2.</w:t>
      </w:r>
    </w:p>
    <w:p>
      <w:pPr>
        <w:pStyle w:val="ArticleBody"/>
        <w:jc w:val="left"/>
      </w:pPr>
      <w:r>
        <w:rPr>
          <w:rFonts w:ascii="Times New Roman" w:hAnsi="Times New Roman" w:eastAsia="Times New Roman" w:cs="Times New Roman"/>
        </w:rPr>
        <w:t>Эш үзүүлэгчид хэзээ ч бие биеэ үгүйсгэдэггүй.</w:t>
      </w:r>
    </w:p>
    <w:p>
      <w:pPr>
        <w:pStyle w:val="ArticleScripture"/>
        <w:jc w:val="left"/>
      </w:pPr>
      <w:r>
        <w:rPr>
          <w:rFonts w:ascii="Times New Roman" w:hAnsi="Times New Roman" w:eastAsia="Times New Roman" w:cs="Times New Roman"/>
        </w:rPr>
        <w:t>Мөн эш үзүүлэгчдийн сүнснүүд эш үзүүлэгчдэд захирагддаг. Учир нь Бурхан бол самууныг үүсгэгч бус, харин амар тайвны Бурхан мөн, ариун хүмүүсийн бүх чуулгануудад байдагчлан. 1 Коринт 14:32, 33.</w:t>
      </w:r>
    </w:p>
    <w:p>
      <w:pPr>
        <w:pStyle w:val="ArticleBody"/>
        <w:jc w:val="left"/>
      </w:pPr>
      <w:r>
        <w:rPr>
          <w:rFonts w:ascii="Times New Roman" w:hAnsi="Times New Roman" w:eastAsia="Times New Roman" w:cs="Times New Roman"/>
        </w:rPr>
        <w:t>Ертөнцийн төгсгөлд “их усан дээр суугч агуу янхан”-ы шүүлт, “газрын хаадтай садарлан завхайрсан” тэр агуу янхан, “өөрийн садар самууны дарсаар” “дэлхийн оршин суугчдыг” согтоосон тэр агуу янхан—Исаиагийн дүрслэлд “нэг хааны өдрүүдийн” турш, өөрөөр хэлбэл эш үзүүллэгийн далан жилийн турш мартагдсан “янхан” хэмээн төлөөлөгддөг. Далан жил төгсөхөд Тир “ертөнцийн бүх хаант улстай садарлан завхайрах болно.” Исаиагийн янхан бол Иоханы агуу янхан мөн. Исаиагийн янхан болон Иоханы янхан нь Ромын Католик сүмийг төлөөлдөг, учир нь Бурханы Үгэнд эмэгтэй хүн нь сүмийн бэлгэдэл байдаг.</w:t>
      </w:r>
    </w:p>
    <w:p>
      <w:pPr>
        <w:pStyle w:val="ArticleScripture"/>
        <w:jc w:val="left"/>
      </w:pPr>
      <w:r>
        <w:rPr>
          <w:rFonts w:ascii="Times New Roman" w:hAnsi="Times New Roman" w:eastAsia="Times New Roman" w:cs="Times New Roman"/>
        </w:rPr>
        <w:t>Эхнэрүүд ээ, өөрсдийн нөхрүүддээ Эзэнд захирагддаг мэт захирагдагтун. Учир нь Христ чуулганы тэргүүн байдагчлан нөхөр нь эхнэрийн тэргүүн мөн бөгөөд Тэр биеийн Аврагч мөн. Иймээс чуулган Христэд захирагддаг шиг, эхнэрүүд ч мөн өөрсдийн нөхрүүддээ бүх талаар захирагдаг. Нөхрүүд ээ, Христ чуулганыг хайрлаж, түүний төлөө Өөрийгөө өгсөнчлөн, эхнэрүүдээ хайрлагтун. Ингэснээр Тэр үгээр дамжих усан угаалтаар түүнийг ариусган цэвэрлэж, толбо ч үгүй, үрчлээ ч үгүй, эсвэл тиймэрхүү ямар ч юмгүй, харин ариун бөгөөд өө сэвгүй алдарт чуулган болгон Өөртөө өргөн барихын тулд юм. Үүний адил эрчүүд эхнэрүүдээ өөрсдийн бие мэт хайрлах ёстой. Эхнэрээ хайрлагч нь өөрийгөө хайрладаг. Учир нь хэн ч хэзээ ч өөрийн махан биеийг үзэн ядсангүй; харин түүнийг тэтгэн энхрийлдэг, Эзэн чуулганыг тийнхүү үйлддэгийн адил. Учир нь бид Түүний биеийн эрхтнүүд, Түүний махнаас, Түүний яснаас билээ. Иймийн тул хүн эцэг эхээ орхиж, эхнэртэйгээ нийлж, тэр хоёр нэг махбод болно. Энэ нь агуу нууц мөн; харин би Христ болон чуулганы тухай ярьж байна. Гэвч та нарын хүн нэг бүр мөн өөрийн эхнэрийг өөрийн адил хайрлаг; эхнэр нь ч нөхрөө хүндэтгэн эмээг. Ефес 5:22–33.</w:t>
      </w:r>
    </w:p>
    <w:p>
      <w:pPr>
        <w:pStyle w:val="ArticleBody"/>
        <w:jc w:val="left"/>
      </w:pPr>
      <w:r>
        <w:rPr>
          <w:rFonts w:ascii="Times New Roman" w:hAnsi="Times New Roman" w:eastAsia="Times New Roman" w:cs="Times New Roman"/>
        </w:rPr>
        <w:t>Элч Паул Христийн чуулган эш үзүүллэгт эмэгтэйгээр төлөөлөгдөн илэрхийлэгддэгийг тодорхойлсон. Иймээс эш үзүүллэг дэх эмэгтэй нь чуулган мөн боловч Христийн чуулган нь “ариун бөгөөд өө сэвгүй” юм. Ариун бус чуулганыг ариун бус эмэгтэйгээр төлөөлүүлдэг; тийнхүү Исаиа янхныг, Иохан садар эмийг нэрлэдэг. Тэд папын засгийг садар эмээр төлөөлүүлдэг бөгөөд Бурханы чуулган нь онгон билээ.</w:t>
      </w:r>
    </w:p>
    <w:p>
      <w:pPr>
        <w:pStyle w:val="ArticleScripture"/>
        <w:jc w:val="left"/>
      </w:pPr>
      <w:r>
        <w:rPr>
          <w:rFonts w:ascii="Times New Roman" w:hAnsi="Times New Roman" w:eastAsia="Times New Roman" w:cs="Times New Roman"/>
        </w:rPr>
        <w:t>Учир нь би та нарын төлөө Бурханы таалалд нийцсэн хардалтаар харддаг; би та нарыг нэгэн Нөхөрт сүй тавьсан, ингэснээр та нарыг Христэд цэвэр ариун онгон бүсгүй болгон өргөн барихын тулд юм. 2 Коринт 11:2.</w:t>
      </w:r>
    </w:p>
    <w:p>
      <w:pPr>
        <w:pStyle w:val="ArticleBody"/>
        <w:jc w:val="left"/>
      </w:pPr>
      <w:r>
        <w:rPr>
          <w:rFonts w:ascii="Times New Roman" w:hAnsi="Times New Roman" w:eastAsia="Times New Roman" w:cs="Times New Roman"/>
        </w:rPr>
        <w:t>Бурханы сүмийг зөвхөн онгон бүсгүйгээр төлөөлүүлээд зогсохгүй, тэрээр зөвхөн нэг нөхөрт сүй тавигдсан байдаг. Тир болон Иоханы агуу янхан нь газрын хаадтай садарлан завхайрдаг. Католик сүм нь нэг бус, хэд хэдэн эрчүүдтэй харилцаатай. Даниел бидэнд хаад гэдэг нь хаант улсууд болохыг мэдэгддэг.</w:t>
      </w:r>
    </w:p>
    <w:p>
      <w:pPr>
        <w:pStyle w:val="ArticleScripture"/>
        <w:jc w:val="left"/>
      </w:pPr>
      <w:r>
        <w:rPr>
          <w:rFonts w:ascii="Times New Roman" w:hAnsi="Times New Roman" w:eastAsia="Times New Roman" w:cs="Times New Roman"/>
        </w:rPr>
        <w:t>Энэ бол зүүд мөн; түүний тайллыг бид хааны өмнө айлтгая. Хаан аа, та бол хаадын хаан мөн. Учир нь тэнгэрийн Бурхан танд хаанчлал, эрх мэдэл, хүч чадал, алдар сууг өгсөн билээ. Хүмүүний үрс хаана ч оршин суудаг, хээрийн араатан, тэнгэрийн шувуудыг ч Тэр таны гарт өгч, тэр бүгдийн дээр таныг захирагчаар тогтоосон билээ. Та бол энэ алтан толгой мөн. Таны дараа танаас дор өөр нэгэн хаанчлал гарч ирнэ; мөн бүх дэлхийг захирах хүрлэн гурав дахь өөр нэгэн хаанчлал гарч ирнэ. Дөрөв дэх хаанчлал нь төмөр мэт хүчирхэг байх болно. Учир нь төмөр бүхнийг бут цохиж, дийлэн захирдгийн адил, энэ нь ч тэр бүхнийг төмөр мэт бут цохиж, няцлан сүйтгэнэ. Даниел 2:36–40.</w:t>
      </w:r>
    </w:p>
    <w:p>
      <w:pPr>
        <w:pStyle w:val="ArticleBody"/>
        <w:jc w:val="left"/>
      </w:pPr>
      <w:r>
        <w:rPr>
          <w:rFonts w:ascii="Times New Roman" w:hAnsi="Times New Roman" w:eastAsia="Times New Roman" w:cs="Times New Roman"/>
        </w:rPr>
        <w:t>Даниелын хоёрдугаар бүлэгт Библийн эш үзүүллэгийн хаант улсуудыг тодорхойлон тайлбарласан байдаг. Даниел зүүдийг Небухаднезарт тайлбарлахдаа, түүнийг алтан толгой мөн гэдгийг Небухаднезарт мэдэгддэг. Алтан толгой нь хаан боловч, хаан нь хаант улсыг төлөөлдөг. Ромын Католик сүм бол эш үзүүллэгийн далан жилийн төгсгөлд газрын бүх хаадтай садарлан завхайрдаг агуу янхан мөн. Хаад нь эрчүүдийн бэлгэдэл бөгөөд Тир бол бузар эмэгтэй юм. Эмэгтэй хүн бол сүм, янхан бол ариун бус сүм; эрэгтэй хүн бол хаан, хаан бол хаант улс мөн. Эмэгтэй хүн бол сүм, харин хаан бол улс төрийн төр мөн. Эдгээр хоёр нэгжийн хууль бус харилцаа нь сүнслэг садар самууныг илэрхийлдэг.</w:t>
      </w:r>
    </w:p>
    <w:p>
      <w:pPr>
        <w:pStyle w:val="ArticleBody"/>
        <w:jc w:val="left"/>
      </w:pPr>
      <w:r>
        <w:rPr>
          <w:rFonts w:ascii="Times New Roman" w:hAnsi="Times New Roman" w:eastAsia="Times New Roman" w:cs="Times New Roman"/>
        </w:rPr>
        <w:t>АНУ-ын Үндсэн хууль нь эдгээр хоёр байгууллагыг тусгаар байлгах шаардлагыг бататган тогтоосон бурханлаг баримт бичиг мөн. Бид Тирийг Ромын Католик сүмтэй адилтган тодорхойлох ажлаа хараахан дуусгаагүй байгаа боловч, энэ үед Исаиа 23-т гардаг, эрэгтэй ба эмэгтэй—сүм ба төрийн бэлгэдлийг тайлбарладаг өөр нэгэн бэлгэдэлд хандах нь зохистой мэт санагдана.</w:t>
      </w:r>
    </w:p>
    <w:p>
      <w:pPr>
        <w:pStyle w:val="ArticleScripture"/>
        <w:jc w:val="left"/>
      </w:pPr>
      <w:r>
        <w:rPr>
          <w:rFonts w:ascii="Times New Roman" w:hAnsi="Times New Roman" w:eastAsia="Times New Roman" w:cs="Times New Roman"/>
        </w:rPr>
        <w:t>Харагтун, халдейчуудын нутаг газар; энэ ард түмэн урьд байгаагүй, харин Ассур түүнийг цөлд оршигчдын төлөө байгуулсан юм: тэд түүний цамхгуудыг босгож, түүний орднуудыг байгуулсан; харин тэр үүнийг сүйрэлд хүргэсэн. Исаиа 23:13.</w:t>
      </w:r>
    </w:p>
    <w:p>
      <w:pPr>
        <w:pStyle w:val="ArticleBody"/>
        <w:jc w:val="left"/>
      </w:pPr>
      <w:r>
        <w:rPr>
          <w:rFonts w:ascii="Times New Roman" w:hAnsi="Times New Roman" w:eastAsia="Times New Roman" w:cs="Times New Roman"/>
        </w:rPr>
        <w:t>Тэр эшлэлд Ассур хүн халдейчуудын газрыг үндэслэж, мөн “цамхагууд” ба “орднууд”-ыг босгосон гэжээ. Ассур хүн нь Нимродын бэлгэдэл бөгөөд халдейчууд нь Вавилоны нууцлаг шашнуудын шашны удирдагчдыг төлөөлдөг. “Цамхаг” нь сүмийн бэлгэдэл юм. Есүс усан үзмийн талбайн тухай сургаалт зүйрлэлийг айлдах үед Эгч Уайт уг зүйрлэлийн талаар дараах байдлаар тайлбарласан байдаг:</w:t>
      </w:r>
    </w:p>
    <w:p>
      <w:pPr>
        <w:pStyle w:val="ArticleScripture"/>
        <w:jc w:val="left"/>
      </w:pPr>
      <w:r>
        <w:rPr>
          <w:rFonts w:ascii="Times New Roman" w:hAnsi="Times New Roman" w:eastAsia="Times New Roman" w:cs="Times New Roman"/>
        </w:rPr>
        <w:t>“Энэ сургаалт зүйрлэлд гэрийн эзэн нь Бурханыг, усан үзмийн талбай нь еврей үндэстнийг, харин хашаа нь тэдний хамгаалалт болсон тэнгэрлэг хуулийг төлөөлж байв. Цамхаг нь сүмийн бэлгэ тэмдэг байлаа.” Desire of Ages, 596.</w:t>
      </w:r>
    </w:p>
    <w:p>
      <w:pPr>
        <w:pStyle w:val="ArticleBody"/>
        <w:jc w:val="left"/>
      </w:pPr>
      <w:r>
        <w:rPr>
          <w:rFonts w:ascii="Times New Roman" w:hAnsi="Times New Roman" w:eastAsia="Times New Roman" w:cs="Times New Roman"/>
        </w:rPr>
        <w:t>Ассир хүн халдеичуудын орныг байгуулсан бөгөөд тэд сүмийг (цамхаг) болон нэгэн “ордныг” босгосон. “Ордон” нь “хааныг” төлөөлдөг бөгөөд энэ нь цаашлаад хаант улсыг төлөөлдөг. Хаант улс мөн хот байдлаар дүрслэгддэг.</w:t>
      </w:r>
    </w:p>
    <w:p>
      <w:pPr>
        <w:pStyle w:val="ArticleScripture"/>
        <w:jc w:val="left"/>
      </w:pPr>
      <w:r>
        <w:rPr>
          <w:rFonts w:ascii="Times New Roman" w:hAnsi="Times New Roman" w:eastAsia="Times New Roman" w:cs="Times New Roman"/>
        </w:rPr>
        <w:t>Тэд: «Ирэгтүн, өөрсдөдөө хот, мөн орой нь тэнгэрт хүрэх цамхаг байгуулцгаая; бүх дэлхийн гадаргуу дээр тараагдан сарнихаас сэрэмжлэн өөрсдөдөө нэр алдрыг бүтээцгээе» гэж хэлэв. Эхлэл 11:4.</w:t>
      </w:r>
    </w:p>
    <w:p>
      <w:pPr>
        <w:pStyle w:val="ArticleBody"/>
        <w:jc w:val="left"/>
      </w:pPr>
      <w:r>
        <w:rPr>
          <w:rFonts w:ascii="Times New Roman" w:hAnsi="Times New Roman" w:eastAsia="Times New Roman" w:cs="Times New Roman"/>
        </w:rPr>
        <w:t>Ассирийн байгуулсан “цамхаг” ба “ордон” нь Нимродын барьсан “хот” ба “цамхаг” мөн.</w:t>
      </w:r>
    </w:p>
    <w:p>
      <w:pPr>
        <w:pStyle w:val="ArticleScripture"/>
        <w:jc w:val="left"/>
      </w:pPr>
      <w:r>
        <w:rPr>
          <w:rFonts w:ascii="Times New Roman" w:hAnsi="Times New Roman" w:eastAsia="Times New Roman" w:cs="Times New Roman"/>
        </w:rPr>
        <w:t>Тэдний цогцсууд сүнслэг утгаараа Содом, Египет хэмээн нэрлэгддэг, мөн бидний Эзэн цовдлогдсон агуу хотын гудамжинд хэвтэх болно. Илчлэлт 11:8.</w:t>
      </w:r>
    </w:p>
    <w:p>
      <w:pPr>
        <w:pStyle w:val="ArticleBody"/>
        <w:jc w:val="left"/>
      </w:pPr>
      <w:r>
        <w:rPr>
          <w:rFonts w:ascii="Times New Roman" w:hAnsi="Times New Roman" w:eastAsia="Times New Roman" w:cs="Times New Roman"/>
        </w:rPr>
        <w:t>Илчлэлт арван нэгдүгээр бүлэгт гардаг “агуу хот” нь Францын хувьсгалын үе дэх Францын хаант улсыг төлөөлдөг гэж онгодоор өгөгдсөн гэрчлэл бидэнд мэдүүлдэг.</w:t>
      </w:r>
    </w:p>
    <w:p>
      <w:pPr>
        <w:pStyle w:val="ArticleScripture"/>
        <w:jc w:val="left"/>
      </w:pPr>
      <w:r>
        <w:rPr>
          <w:rFonts w:ascii="Times New Roman" w:hAnsi="Times New Roman" w:eastAsia="Times New Roman" w:cs="Times New Roman"/>
        </w:rPr>
        <w:t>Гэрчүүд алагдаж, тэдний цогцос хэвтэх гудамжуудтай тэрхүү «агуу хот» нь сүнслэг утгаараа Египет мөн. Библийн түүхэнд дүрслэгдсэн бүх үндэстнүүдээс Египет амьд Бурханы оршихуйг хамгийн зоримгоор үгүйсгэн, Түүний тушаалуудыг эсэргүүцсэн билээ. Тэнгэрийн эрх мэдлийн эсрэг Египетийн хаан шиг тийм ил тод, тийм дээрэнгүйгээр бослого гаргахаар зүрхэлсэн өөр ямар ч хаан байгаагүй. ЭЗЭНий нэрээр Мосегоор дамжин түүнд мэдээ хүргэгдэхэд, Фараон бардамнан: «Израилийг явуулахын тулд би Түүний дуу хоолойг сонсох ёстой гэж, Ехова гэж хэн юм бэ? Би Еховаг мэдэхгүй, түүнчлэн Израилийг ч явуулахгүй» гэж хариулсан. Египетээс гарсан нь 5:2, A.R.V. Энэ бол атейзм мөн; Египетээр төлөөлөгдсөн үндэстэн ч амьд Бурханы шаардлагыг үүнтэй адилхан үгүйсгэлийг дуугаргаж, үл итгэл ба тэрслүү эсэргүүцлийн ижил сүнсийг илэрхийлэх байсан. «Агуу хот»-ыг мөн сүнслэг утгаараа Содомтой зүйрлэсэн байдаг. Бурханы хуулийг зөрчсөн Содомын ялзрал нь ялангуяа садар самуунд илэрхий болсон. Мөн энэ нүгэл нь энэхүү эшлэлийн тодорхойлолтуудыг биелүүлэх ёстой тэрхүү үндэстний нэгэн онцгой давамгай шинж байх учиртай байв.</w:t>
      </w:r>
    </w:p>
    <w:p>
      <w:pPr>
        <w:pStyle w:val="ArticleScripture"/>
        <w:jc w:val="left"/>
      </w:pPr>
      <w:r>
        <w:rPr>
          <w:rFonts w:ascii="Times New Roman" w:hAnsi="Times New Roman" w:eastAsia="Times New Roman" w:cs="Times New Roman"/>
        </w:rPr>
        <w:t>“Тэгвэл эш үзүүлэгчийн үгийн дагуу, 1798 оны өмнөхөн сатанлаг гарал үүсэл, шинж чанартай нэгэн хүч Библийн эсрэг дайн хийхээр босон гарч ирэх ёстой байв. Мөн Бурханы хоёр гэрчийн гэрчлэл ийнхүү нам дарагдах тэр нутагт Фараоны үлбэгэргүй бурхангүй үзэл болон Содомын садар самуун явдал ил тод илрэх байлаа.</w:t>
      </w:r>
    </w:p>
    <w:p>
      <w:pPr>
        <w:pStyle w:val="ArticleScripture"/>
        <w:jc w:val="left"/>
      </w:pPr>
      <w:r>
        <w:rPr>
          <w:rFonts w:ascii="Times New Roman" w:hAnsi="Times New Roman" w:eastAsia="Times New Roman" w:cs="Times New Roman"/>
        </w:rPr>
        <w:t>“Энэхүү эш үзүүллэг Францын түүхэнд туйлын нарийн бөгөөд онцгойгоор биеллээ олсон юм. Хувьсгалын үед, 1793 онд, ‘дэлхий анх удаа соёл иргэншлийн дунд төрж өссөн, Европын хамгийн шилдэг үндэстнүүдийн нэгийг захирах эрхийг өөрсдөдөө олгосон хүмүүсийн нэгэн чуулган хүн төрөлхтний сэтгэл хүлээн авдаг хамгийн ариун нандин үнэнийг үгүйсгэхийн тулд нэгдсэн дуу хоолойгоо өргөж, Бурханд итгэх итгэл болон Түүнд мөргөхийг нэгэн дуугаар няцааж байгааг сонссон.’—Sir Walter Scott, Life of Napoleon, vol. 1, ch. 17. ‘Орчлонт ертөнцийн Бүтээгчийн эсрэг ил тод бослогоор гараа өргөсөн үндэстэн байсан тухай жинхэнэ түүхэн баримт хадгалагдан үлдсэн дэлхий дээрх цорын ганц улс бол Франц мөн. Англи, Герман, Испани болон бусад газарт хараагчид ч, үл итгэгчид ч олон байсан, одоо ч байсаар байна; харин Франц дэлхийн түүхэнд онцгойрон үлддэг нь, түүний Хууль тогтоох Ассамблейн тогтоолоор Бурхан гэж үгүй хэмээн тунхагласан цорын ганц улс байсан бөгөөд энэ мэдэгдлийг хүлээн авахдаа нийслэлийнх нь бүх хүн ам, мөн бусад газрын асар олонх нь, эрэгтэйчүүдийн адил эмэгтэйчүүд ч баяр хөөртэйгөөр бүжиглэн дуулж байсан явдал юм.’—Blackwood’s Magazine, November, 1870.” The Great Controversy, 269.</w:t>
      </w:r>
    </w:p>
    <w:p>
      <w:pPr>
        <w:pStyle w:val="ArticleBody"/>
        <w:jc w:val="left"/>
      </w:pPr>
      <w:r>
        <w:rPr>
          <w:rFonts w:ascii="Times New Roman" w:hAnsi="Times New Roman" w:eastAsia="Times New Roman" w:cs="Times New Roman"/>
        </w:rPr>
        <w:t>Илчлэлт арван нэгдүгээр бүлэгт гардаг “агуу хот” нь “хууль тогтоох хурлынхаа тогтоол”-оор Бурхан байхгүй хэмээн тунхагласан Франц улс байв. Тэрхүү тогтоол нь Фараоны тэрслүүгээр төлөөлөгдсөн атейзмын илэрхийлэл байлаа. Агуу хот гэдэг нь хаанчлал, эсвэл “үндэстэн”, эсвэл “төр улс” юм. Илчлэлт арван нэгдүгээр бүлэгт Франц нь Египет ба Содом хэмээх хоёр бэлгэдлээс бүрддэг.</w:t>
      </w:r>
    </w:p>
    <w:p>
      <w:pPr>
        <w:pStyle w:val="ArticleBody"/>
        <w:jc w:val="left"/>
      </w:pPr>
      <w:r>
        <w:rPr>
          <w:rFonts w:ascii="Times New Roman" w:hAnsi="Times New Roman" w:eastAsia="Times New Roman" w:cs="Times New Roman"/>
        </w:rPr>
        <w:t>“Энэ бол атейзм мөн бөгөөд Египетээр төлөөлөгдсөн үндэстэн амьд Бурханы шаардлагуудыг үүнтэй адил няцаасан дуу хоолой гаргаж, үл итгэл ба тэрслүүцлийн ижил сүнсийг илэрхийлэх болно” хэмээн бидэнд мэдүүлдэг. “Агуу хот”-ыг мөн “сүнслэг утгаар” Содомтой зүйрлэсэн байдаг. Бурханы хуулийг зөрчсөн Содомын завхрал нь ялангуяа садар самуунд тодорхой илэрсэн юм.</w:t>
      </w:r>
    </w:p>
    <w:p>
      <w:pPr>
        <w:pStyle w:val="ArticleBody"/>
        <w:jc w:val="left"/>
      </w:pPr>
      <w:r>
        <w:rPr>
          <w:rFonts w:ascii="Times New Roman" w:hAnsi="Times New Roman" w:eastAsia="Times New Roman" w:cs="Times New Roman"/>
        </w:rPr>
        <w:t>Францын агуу хот буюу үндэстэн нь бэлгэдлийн хувьд нэг үндэстнээр (Египет) болон нэг хотоор (Содом) төлөөлөгдөн дүрслэгдсэн байна. Египет “дуу хоолойгоо гаргана”; харин нэгэн үндэстний өгүүлэх нь сүмийн хэрэг бус, төрийн бодлогыг илэрхийлдэг. Илчлэл номын арван нэгдүгээр бүлэгт буй дүрслэлээр Египет нь төр, Содом нь сүм байв.</w:t>
      </w:r>
    </w:p>
    <w:p>
      <w:pPr>
        <w:pStyle w:val="ArticleScripture"/>
        <w:jc w:val="left"/>
      </w:pPr>
      <w:r>
        <w:rPr>
          <w:rFonts w:ascii="Times New Roman" w:hAnsi="Times New Roman" w:eastAsia="Times New Roman" w:cs="Times New Roman"/>
        </w:rPr>
        <w:t>“Үндэстний ‘ярих’ нь түүний хууль тогтоох болон шүүх эрх мэдэлтнүүдийн үйл ажиллагаа мөн.” The Great Controversy, 442.</w:t>
      </w:r>
    </w:p>
    <w:p>
      <w:pPr>
        <w:pStyle w:val="ArticleBody"/>
        <w:jc w:val="left"/>
      </w:pPr>
      <w:r>
        <w:rPr>
          <w:rFonts w:ascii="Times New Roman" w:hAnsi="Times New Roman" w:eastAsia="Times New Roman" w:cs="Times New Roman"/>
        </w:rPr>
        <w:t>Илчлэлт номын арван нэгдүгээр бүлэгт Иохан Францын хувьсгалын үйл явдлуудыг эш үзүүллэгийн бэлгэдлээр өгүүлсэн байдаг. Бодит хувьсгал өөрөө уг бүлэг дэх Иоханы эш үзүүллүүдийн үнэн зөвийн талаар түүхэн арвин нотолгоог хангалттайгаар өгсөн юм. Иохан эш үзүүлсэн, дараа нь Францын хувьсгал тэрхүү эш үзүүллийг биелүүлсэн, улмаар—эш үзүүлэл ч, мөн түүний түүхэн биелэлт ч—дахин нэгэнтээ ялзарсан төр ялзарсан сүмтэй нэгдэн нийлэх үед, ертөнцийн төгсгөлийн үеийн үйл явдлуудыг тодорхойлон зааж, тэдгээртэй зэрэгцэн явдаг. Мэдээж, тэр ариун бус гэрлэлтийн араас цус асгаруулсан хядлага дагалддаг. Бурханы хаанчлал мөн агуу хот юм.</w:t>
      </w:r>
    </w:p>
    <w:p>
      <w:pPr>
        <w:pStyle w:val="ArticleScripture"/>
        <w:jc w:val="left"/>
      </w:pPr>
      <w:r>
        <w:rPr>
          <w:rFonts w:ascii="Times New Roman" w:hAnsi="Times New Roman" w:eastAsia="Times New Roman" w:cs="Times New Roman"/>
        </w:rPr>
        <w:t>Тэгээд тэр намайг Сүнсээр агуу бөгөөд өндөр ууланд аваачиж, Бурханаас тэнгэрээс бууж ирэх тэр агуу хот, ариун Иерусалимыг надад үзүүлэв. Илчлэлт 21:10.</w:t>
      </w:r>
    </w:p>
    <w:p>
      <w:pPr>
        <w:pStyle w:val="ArticleScripture"/>
        <w:jc w:val="left"/>
      </w:pPr>
      <w:r>
        <w:rPr>
          <w:rFonts w:ascii="Times New Roman" w:hAnsi="Times New Roman" w:eastAsia="Times New Roman" w:cs="Times New Roman"/>
        </w:rPr>
        <w:t>“Энд үзүүлэгдэж буй хүргэний ирэлт нь гэрлэлтээс өмнө болдог. Гэрлэлт нь Христ Өөрийн хаанчлалыг хүлээн авахыг төлөөлдөг. Хаанчлалын нийслэл бөгөөд түүний төлөөлөл болох Ариун Хот, Шинэ Иерусалим нь ‘сүйт бүсгүй, Хурганы эхнэр’ хэмээн нэрлэгддэг. Тэнгэрэлч Иоханд ийн хэлжээ: ‘Нааш ир, би чамд сүйт бүсгүйг, Хурганы эхнэрийг үзүүлье.’ ‘Тэр намайг Сүнсээр аваачин,’ хэмээн эш үзүүлэгч өгүүлдэг, ‘Бурханаас тэнгэрээс бууж ирэх агуу хот, ариун Иерусалимыг надад үзүүлсэн.’ Илчлэл 21:9, 10.” Агуу тэмцэл, 426.</w:t>
      </w:r>
    </w:p>
    <w:p>
      <w:pPr>
        <w:pStyle w:val="ArticleBody"/>
        <w:jc w:val="left"/>
      </w:pPr>
      <w:r>
        <w:rPr>
          <w:rFonts w:ascii="Times New Roman" w:hAnsi="Times New Roman" w:eastAsia="Times New Roman" w:cs="Times New Roman"/>
        </w:rPr>
        <w:t>Нимродын бослого нь түүний цамхаг болон хот байгуулснаар дүрслэгддэг бөгөөд энэ нь дэлхийн төгсгөлд сүм ба төр нэгдэхийг бэлгэддэг. Учир нь бүх эш үзүүлэгчид дэлхийн төгсгөлийн тухай өгүүлсэн билээ. Нимродын бослого нь мөн Бурханы сүм болон Бурханы төрийг хоёуланг нь эрхшээлдээ авахыг хүссэн Люциферийн бослогын үргэлжлэл байсан юм.</w:t>
      </w:r>
    </w:p>
    <w:p>
      <w:pPr>
        <w:pStyle w:val="ArticleScripture"/>
        <w:jc w:val="left"/>
      </w:pPr>
      <w:r>
        <w:rPr>
          <w:rFonts w:ascii="Times New Roman" w:hAnsi="Times New Roman" w:eastAsia="Times New Roman" w:cs="Times New Roman"/>
        </w:rPr>
        <w:t>Өглөөний хүү Люцифер ээ, чи тэнгэрээс ямар ихээр унав аа! Үндэстнүүдийг сулруулж байсан чи газарт ямар ихээр унагдав аа! Учир нь чи зүрхэндээ: Би тэнгэр өөд гарч, Бурханы оддоос дээгүүр өөрийн сэнтийг өргөнө; би мөн чуулганы уулан дээр, хойд захад залран сууна; би үүлсийн өндөрлөгөөс дээгүүр өгсөнө; би Хамгийн Дээд Нэгэнтэй адил болно, хэмээн хэлсэн билээ. Исаиа 14:12–14.</w:t>
      </w:r>
    </w:p>
    <w:p>
      <w:pPr>
        <w:pStyle w:val="ArticleBody"/>
        <w:jc w:val="left"/>
      </w:pPr>
      <w:r>
        <w:rPr>
          <w:rFonts w:ascii="Times New Roman" w:hAnsi="Times New Roman" w:eastAsia="Times New Roman" w:cs="Times New Roman"/>
        </w:rPr>
        <w:t>Исаиа Люциферийн “Хамгийн Дээдтэй адил” байх гэсэн зүрхний нууц хүсэл тэмүүллийг илчилж байхдаа, Люцифер хоорондоо тодорхой ялгаатай хоёр өөр сэнтийд суухыг эрмэлзэж байгааг тэмдэглэн харуулдаг. Тэрээр өөрийн “сэнтийг Бурханы оддоос дээгүүр өргөмжлөх”-ийг, мөн “чуулганы уулан дээр, хойд зүгийн хязгаарт мөн суух”-ыг хүсдэг.</w:t>
      </w:r>
    </w:p>
    <w:p>
      <w:pPr>
        <w:pStyle w:val="ArticleBody"/>
        <w:jc w:val="left"/>
      </w:pPr>
      <w:r>
        <w:rPr>
          <w:rFonts w:ascii="Times New Roman" w:hAnsi="Times New Roman" w:eastAsia="Times New Roman" w:cs="Times New Roman"/>
        </w:rPr>
        <w:t>Хаан ширээ нь хааны эрх мэдлийн—эсвэл төрийн эрх мэдлийн—бэлгэдэл бөгөөд “хойд зүгийн хязгаарууд” нь Бурханы сүм юм.</w:t>
      </w:r>
    </w:p>
    <w:p>
      <w:pPr>
        <w:pStyle w:val="ArticleScripture"/>
        <w:jc w:val="left"/>
      </w:pPr>
      <w:r>
        <w:rPr>
          <w:rFonts w:ascii="Times New Roman" w:hAnsi="Times New Roman" w:eastAsia="Times New Roman" w:cs="Times New Roman"/>
        </w:rPr>
        <w:t>Корахын хөвгүүдэд зориулсан дуу бөгөөд дуулал. ЭЗЭН агуу билээ, Тэрээр бидний Бурханы хотод, Өөрийн ариун ууланд үлэмжид магтагдахуйц билээ. Үзэсгэлэнт байрлалтай, бүх дэлхийн баяр хөөр болсон Сион уул нь хойд этгээдийн хажуудад орших агуу Хааны хот мөн. Бурхан түүний орд харшуудад хоргодох газар хэмээн мэдэгддэг. Дуулал 48:1–3.</w:t>
      </w:r>
    </w:p>
    <w:p>
      <w:pPr>
        <w:pStyle w:val="ArticleBody"/>
        <w:jc w:val="left"/>
      </w:pPr>
      <w:r>
        <w:rPr>
          <w:rFonts w:ascii="Times New Roman" w:hAnsi="Times New Roman" w:eastAsia="Times New Roman" w:cs="Times New Roman"/>
        </w:rPr>
        <w:t>Иерусалим нь “аугаа Хааны хот” мөн бөгөөд ингэснээр Бурханы улс төрийн сэнтийг тэмдэглэдэг; мөн Иерусалим нь “Түүний ариун уул,” “хойд зүгийн захад” оршдог хэмээгддэг тул Бурханы шашны сэнтийг ч мөн тэмдэглэдэг. Анхнаасаа Сатаны бослого ба тэмцэл нь Бурханы сүм болон Бурханы төрийг хоёуланг нь захирах гэсэн түүний хүслийн хүрээнд дүрслэгддэг. Үүний дараа Сатан Нимродын бослогыг удирдсан бөгөөд Халдеичуудад зориулан түүний байгуулсан газар нутаг нь Нимрод цамхаг ба хот хоёуланг нь—сүм ба төрийг—барьсан нутаг хэмээн дүрслэгддэг.</w:t>
      </w:r>
    </w:p>
    <w:p>
      <w:pPr>
        <w:pStyle w:val="ArticleBody"/>
        <w:jc w:val="left"/>
      </w:pPr>
      <w:r>
        <w:rPr>
          <w:rFonts w:ascii="Times New Roman" w:hAnsi="Times New Roman" w:eastAsia="Times New Roman" w:cs="Times New Roman"/>
        </w:rPr>
        <w:t>Иймээс, Исаиагийн янхан болон Иоханы агуу садар эм дэлхийн хаадтай завхайрлыг үйлдэх үед, эш үзүүллэг нь далан эш үзүүллэгийн жилийн төгсгөлд Ромын Католик сүм ба дэлхийн хаадын хооронд ариун бус харилцаа тогтсоныг тэмдэглэж байна.</w:t>
      </w:r>
    </w:p>
    <w:p>
      <w:pPr>
        <w:pStyle w:val="ArticleBody"/>
        <w:jc w:val="left"/>
      </w:pPr>
      <w:r>
        <w:rPr>
          <w:rFonts w:ascii="Times New Roman" w:hAnsi="Times New Roman" w:eastAsia="Times New Roman" w:cs="Times New Roman"/>
        </w:rPr>
        <w:t>Исаиагийн эш үзүүллэгийн урсгал нь хорин гуравдугаар бүлэгт янхан Тирийн шүүлтийг дүрслэн өгүүлдэг бөгөөд Иохан мөнөөх л шүүлтийг “агуу Вавилон” хэмээн тодорхойлогдсон час улаан өнгөт эмэгтэйн бэлгэдлээр дүрсэлдэг. Тэрхүү нэг янханы тухай, мөнөөх л шүүлтийн гурав дахь гэрч нь дараах байдалтай байна:</w:t>
      </w:r>
    </w:p>
    <w:p>
      <w:pPr>
        <w:pStyle w:val="ArticleScripture"/>
        <w:jc w:val="left"/>
      </w:pPr>
      <w:r>
        <w:rPr>
          <w:rFonts w:ascii="Times New Roman" w:hAnsi="Times New Roman" w:eastAsia="Times New Roman" w:cs="Times New Roman"/>
        </w:rPr>
        <w:t>Илчлэлт 17 дахь “эмэгтэй” (Вавилон) нь “нил ягаан, час улаан өнгөөр хувцаслаж, алт, үнэт чулуу, сувдаар гоёж, гартаа жигшүүрт зүйлс болон бузар заваанаар дүүрсэн алтан аяга барьсан: ... мөн түүний магнай дээр Нууц, Агуу Вавилон, янхан эмсийн эх гэсэн нэр бичээстэй байв” хэмээн дүрслэгдсэн байдаг. Эш үзүүлэгч ийн өгүүлжээ: “Би тэр эмэгтэйг ариун хүмүүсийн цус болон Есүсийн гэрчийн төлөө амиа өгөгсдийн цусаар согтсон байхыг харлаа.” Цаашлаад Вавилоныг “газар дэлхийн хаадын дээр ноёрхдог тэр агуу хот” хэмээн тунхагласан байдаг. Илчлэлт 17:4–6, 18. Христийн ертөнцийн хаад ноёдын дээр олон зууны турш дарангуй ноёрхлоо тогтоон барьсан тэрхүү хүч бол Ром мөн.” Агуу тэмцэл, 382.</w:t>
      </w:r>
    </w:p>
    <w:p>
      <w:pPr>
        <w:pStyle w:val="ArticleBody"/>
        <w:jc w:val="left"/>
      </w:pPr>
      <w:r>
        <w:rPr>
          <w:rFonts w:ascii="Times New Roman" w:hAnsi="Times New Roman" w:eastAsia="Times New Roman" w:cs="Times New Roman"/>
        </w:rPr>
        <w:t>Тир нь “эцсийн өдрүүд”-ийн үе дэх Ромын Католик сүм мөн. Тэр үед папын засаг урагш гарч, газрын хаадын өмнө өөрийн уруу татам дуунуудыг дуулна; ингэснээр тэрээр хаадыг садар самууны үйлд хүргэх бөгөөд энэ нь эш үзүүллэгийн утгаараа сүм ба төрийн нэгдэл юм.</w:t>
      </w:r>
    </w:p>
    <w:p>
      <w:pPr>
        <w:pStyle w:val="ArticleScripture"/>
        <w:jc w:val="left"/>
      </w:pPr>
      <w:r>
        <w:rPr>
          <w:rFonts w:ascii="Times New Roman" w:hAnsi="Times New Roman" w:eastAsia="Times New Roman" w:cs="Times New Roman"/>
        </w:rPr>
        <w:t>Тэр өдөр Тир далан жилийн турш, нэгэн хааны өдрүүдийн хэмжээгээр мартагдах болно; далан жилийн төгсгөлд Тир янхан эм шиг дуу дуулна. Исаиа 23:15.</w:t>
      </w:r>
    </w:p>
    <w:p>
      <w:pPr>
        <w:pStyle w:val="ArticleBody"/>
        <w:jc w:val="left"/>
      </w:pPr>
      <w:r>
        <w:rPr>
          <w:rFonts w:ascii="Times New Roman" w:hAnsi="Times New Roman" w:eastAsia="Times New Roman" w:cs="Times New Roman"/>
        </w:rPr>
        <w:t>Хаан гэдэг нь Библийн эш үзүүллэгт хаант улсыг илэрхийлдэг тул, эш үзүүллэгийн нэгэн хаант улс далан жилийн турш ноёрхох үед Тир мартагдах болно.</w:t>
      </w:r>
    </w:p>
    <w:p>
      <w:pPr>
        <w:pStyle w:val="ArticleScripture"/>
        <w:jc w:val="left"/>
      </w:pPr>
      <w:r>
        <w:rPr>
          <w:rFonts w:ascii="Times New Roman" w:hAnsi="Times New Roman" w:eastAsia="Times New Roman" w:cs="Times New Roman"/>
        </w:rPr>
        <w:t>Тэр өдөр Тир далан жилийн турш, нэгэн хааны өдрүүдийн хэрээр мартагдах болно. Далан жилийн төгсгөлд Тир янхан эмэгтэй мэт дуулах болно. Мартагдсан янхан эмэгтэй чи, ятга авч, хотоор тойрон яв; санагдагдахуйц байхын тулд эгшиг сайхан тат, олон дуу дуул. Далан жилийн төгсгөлийн дараа ЭЗЭН Тирийг эргэн харж, тэрээр хөлсөндөө буцан орж, газрын хөрсөн дээрх дэлхийн бүх хаант улсуудтай садарлан завхайрах болно. Исаиа 23:15–17.</w:t>
      </w:r>
    </w:p>
    <w:p>
      <w:pPr>
        <w:pStyle w:val="ArticleBody"/>
        <w:jc w:val="left"/>
      </w:pPr>
      <w:r>
        <w:rPr>
          <w:rFonts w:ascii="Times New Roman" w:hAnsi="Times New Roman" w:eastAsia="Times New Roman" w:cs="Times New Roman"/>
        </w:rPr>
        <w:t>Зөгнөлийн далан жилийн турш ноёрхох нэгэн хаанчлалын өдрүүдэд Ромын Католик сүм мартагдах болно. Далан жилийн төгсгөлд папын эрх мэдэл «сайхан аялгуу эгшиглүүлж, олон дуу дуулах» болно. Зөгнөлийн утгаар «дуу» нь «туршлага»-ыг илэрхийлдэг.</w:t>
      </w:r>
    </w:p>
    <w:p>
      <w:pPr>
        <w:pStyle w:val="ArticleScripture"/>
        <w:jc w:val="left"/>
      </w:pPr>
      <w:r>
        <w:rPr>
          <w:rFonts w:ascii="Times New Roman" w:hAnsi="Times New Roman" w:eastAsia="Times New Roman" w:cs="Times New Roman"/>
        </w:rPr>
        <w:t>“Сэнтийн өмнөх талст тэнгис дээр, галтай хольцолдон байгаа мэт тэр шилэн тэнгис дээр,—Бурханы алдраар тийнхүү гэрэлтэн цацарч байдаг тул,—‘араатан, түүний дүр, түүний тамга, нэрийнх нь тоог дийлсэн’ хүмүүсийн чуулган цугларчээ. Сион уулан дээр Хурганы хамт, ‘Бурханы ятгуудтай’ зогсож байгаа нь хүмүүсийн дундаас золин аврагдсан нэг зуун дөчин дөрвөн мянга юм; тэнд олон усны шуугиан мэт, хүчтэй аянгын дуу мэт, ‘ятгачдын ятгаа татах дуу’ сонсогдоно. Тэд сэнтийн өмнө ‘шинэ дуу’ дуулдаг бөгөөд тэр дууг нэг зуун дөчин дөрвөн мянгаас өөр хэн ч сурч үл чадна. Тэр нь Мосе ба Хурганы дуу—авралын дуу юм. Тэр дууг нэг зуун дөчин дөрвөн мянгаас өөр хэн ч сурч чадахгүй; учир нь энэ нь тэдний туулсан туршлагын дуу—өөр ямар ч бүлэг хэзээ ч эдэлж байгаагүй тийм туршлагын дуу билээ. ‘Эд бол Түүний хаашаа ч явсан Хургыг дагагчид мөн.’ Эд нар, газар дэлхийгээс, амьд хүмүүсийн дундаас хувирган автагдсан тул, ‘Бурхан ба Хурганы анхны үр жимс’ хэмээн тооцогдоно. Илчлэл 15:2, 3; 14:1–5. ‘Эд бол агуу их гай гамшгаас гарч ирсэн хүмүүс мөн;’ тэд үндэстэн бий болсноос хойш хэзээ ч байгаагүй зовлонгийн цагийг туулсан; тэд Иаковын зовлонгийн цагийн шаналлыг тэвчсэн; тэд Бурханы шүүлтүүдийн эцсийн асгаралтын үеэр зуучлагчгүйгээр бат зогссон. Гэвч тэд аврагдсан, учир нь тэд ‘хувцсаа угааж, Хурганы цусаар цагаан болгосон.’ ‘Тэдний аманд ямар ч заль мэх олдсонгүй: учир нь тэд Бурханы өмнө гэм буруугүй.’ ‘Иймийн тул тэд Бурханы сэнтийн өмнө байж, Түүний сүмд өдөр шөнөгүй Түүнд үйлчилнэ: мөн сэнтийд Залрагч Тэдний дунд орших болно.’ Тэд өлсгөлөн ба тахлаар сүйтгэгдсэн дэлхийг харсан, нар хүмүүст асар их халуунаар төөнөх хүчтэй болсон, мөн тэд өөрсдөө ч зовлон, өлсгөлөн, цангааг эдэлсэн. Харин ‘тэд дахин өлсөхгүй, дахин цангахгүй; мөн нар тэдэн дээр тусахгүй, ямар ч халуун тэднийг төөнөхгүй. Учир нь сэнтийн дунд буй Хурга тэднийг тэжээж, амийн усны булгууд уруу хөтлөх болно: мөн Бурхан тэдний нүднээс бүх нулимсыг арчина.’ Илчлэл 7:14–17.” Агуу Тэмцэл, 648.</w:t>
      </w:r>
    </w:p>
    <w:p>
      <w:pPr>
        <w:pStyle w:val="ArticleScripture"/>
        <w:jc w:val="left"/>
      </w:pPr>
      <w:r>
        <w:rPr>
          <w:rFonts w:ascii="Times New Roman" w:hAnsi="Times New Roman" w:eastAsia="Times New Roman" w:cs="Times New Roman"/>
        </w:rPr>
        <w:t>“‘Түүний сүмд хүн бүр Түүний алдрыг тунхагладаг’ (Дуулал 29:9), мөн золин аврагдагсдын дуулах дуу—өөрсдийнх нь туулсан туршлагын дуу—Бурханы алдрыг тунхаглах болно: ‘Ай Их Эзэн Бурхан, Төгс Хүчит Нэгэн минь, Таны үйлс агуу бөгөөд гайхамшигтай; эрин үеүүдийн Хаан аа, Таны замууд зөвт бөгөөд үнэн. Ай Эзэн, хэн Танаас эмээхгүй, Таны нэрийг алдаршуулахгүй байх билээ? Учир нь зөвхөн Та л ариун юм.’ Илчлэлт 15:3, 4, R.V.” Боловсрол, 308.</w:t>
      </w:r>
    </w:p>
    <w:p>
      <w:pPr>
        <w:pStyle w:val="ArticleBody"/>
        <w:jc w:val="left"/>
      </w:pPr>
      <w:r>
        <w:rPr>
          <w:rFonts w:ascii="Times New Roman" w:hAnsi="Times New Roman" w:eastAsia="Times New Roman" w:cs="Times New Roman"/>
        </w:rPr>
        <w:t>Зөгнөлийн далан жилийн төгсгөлд папын засаглал “сайхан аялгуу эгшиглүүлж, олон дуу дуул, тэгвэл” тэр “санагдах болтугай.” Зөгнөлийн далан жил ноёрхох хаанчлалын төгсгөлд Ромын Католик сүм өөрийн өнгөрсөн түүхийн туршлагыг дэлхийд сануулах болно. Тэрхүү түүхэнд тэрээр өөрийн болон Европын хаадын хоорондын харилцаанд ёс суртахууны эрх мэдэл болон ноёрхож байв. Тэр түүхийг зөвөөр Харанхуй үе хэмээн тодорхойлдог бөгөөд Папын засаглал Европын хаад дээр ноёрхож байсан тэр түүхтэй ямар нэгэн байдлаар холбогдож болох бүхий л харанхуй явдлыг, дараа дараагийн бүх харанхуйг төрүүлсэн хамгийн суурь үйлдэлд хамаатуулж болно. Тэр үйлдэл нь сүм ба төрийн нэгдэл, Европын хаад ба Католик сүмийн нэгдэл байв. Библийн гэрлэлтийн ёсоор эрэгтэй нь эмэгтэйгээ захирах учиртай, харин тэр түүхэнд үйлдэгдсэн садар самуун нь эрэгтэй, эмэгтэйн жинхэнэ харилцааны дэг журмыг урвуулан эргүүлсэн явдал байв.</w:t>
      </w:r>
    </w:p>
    <w:p>
      <w:pPr>
        <w:pStyle w:val="ArticleBody"/>
        <w:jc w:val="left"/>
      </w:pPr>
      <w:r>
        <w:rPr>
          <w:rFonts w:ascii="Times New Roman" w:hAnsi="Times New Roman" w:eastAsia="Times New Roman" w:cs="Times New Roman"/>
        </w:rPr>
        <w:t>Дал жилийн эцэст, зөгнөлийн утгаар Папын засаг мартагдсан гэж тооцогдох хугацаанд дэлхийг захирдаг Библийн зөгнөлийн хаанчлал төгсгөлдөө хүрэх үед, агуу их хямрал тохиох болно. Тэр хаанчлалын нуран уналтаас үүдэн бий болох дэлхий дахины хямрал нь, тэрхүү хаанчлалын сүйрлээс үүссэн зовлонт цаг үеийг даван туулахын тулд дэлхий ертөнц Ромын Католик сүмийн ёс суртахууны эрх мэдэлд захирагдах ёстой гэдгийг, Харанхуй үеийн түүхэнд дүрслэгдсэнчлэн, Католик сүм дэлхийд тунхаглан мэдэгдэж эхлэх үүд хаалгыг нээдэг.</w:t>
      </w:r>
    </w:p>
    <w:p>
      <w:pPr>
        <w:pStyle w:val="ArticleBody"/>
        <w:jc w:val="left"/>
      </w:pPr>
      <w:r>
        <w:rPr>
          <w:rFonts w:ascii="Times New Roman" w:hAnsi="Times New Roman" w:eastAsia="Times New Roman" w:cs="Times New Roman"/>
        </w:rPr>
        <w:t>Хаант улс төгсөж, папын засаглал түүхчдийн харанхуй хэмээн нэрлэдэг өөрийн өнгөрсөн туршлагын дууг дуулах үед, тэрхүү харанхуй түүх нь газар дэлхийн хаадтай өөртэй нь завхайрал үйлдэхэд тэднийг ятгахын тулд папын засаглалын хуваалцах ёстой мэдээ хэрхэн байж чадах билээ? Агуу хямралын үед, тэрээр эш үзүүллэгийн хувьд мартагдахаас өмнөх өнгөрсөн эринүүдийн туршлага нь (түүний дуу), өөрийн туршлага нь, яагаад газар дэлхийн хаад агуу хямралынхаа шийдэл болгон харанхуйн туршлагыг хүлээн зөвшөөрөх учир зүйг бүрдүүлэх ёстой гэж?</w:t>
      </w:r>
    </w:p>
    <w:p>
      <w:pPr>
        <w:pStyle w:val="ArticleScripture"/>
        <w:jc w:val="left"/>
      </w:pPr>
      <w:r>
        <w:rPr>
          <w:rFonts w:ascii="Times New Roman" w:hAnsi="Times New Roman" w:eastAsia="Times New Roman" w:cs="Times New Roman"/>
        </w:rPr>
        <w:t>“Ромын шашныг огт таашаадаггүй хүмүүсийн дунд ч түүний хүч чадал, нөлөөллөөс гарах аюулыг өчүүхэн төдий л ухаардаггүй олон томоохон бүлэг байдаг. Олон хүн Дундад зууны үед ноёрхож байсан оюуны болон ёс суртахууны харанхуй нь түүний сургаал номлол, мухар сүсэг, дарлалыг түгэн дэлгэрэхэд таатай нөхцөл болсон бөгөөд өнөөгийн цаг үеийн илүү өндөр оюун ухаан, мэдлэг боловсролын нийтлэг тархалт, шашны асуудал дахь өсөн нэмэгдэж буй хүлцэнгүй байдал нь үл тэвчих үзэл ба дарангуйлал дахин сэргэхийг боломжгүй болгодог хэмээн нотолдог. Ийм байдал энэ гэгээрсэн эрин үед оршин тогтноно гэх бодол өөрөө элэг доог болдог. Оюуны, ёс суртахууны, шашны агуу их гэрэл энэ үеийнхний дээр үнэхээр тусаж буй нь үнэн. Бурханы Ариун Үгийн нээлттэй хуудсуудаар дамжин тэнгэрээс ирэх гэрэл дэлхий дээр цацрагдан асгарсан. Гэвч өгөгдсөн гэрэл хэдий чинээ агуу байна, түүнийг гуйвуулан завхруулж, няцаан гологсдын харанхуй төдий чинээ агуу байдгийг санах учиртай.”</w:t>
      </w:r>
    </w:p>
    <w:p>
      <w:pPr>
        <w:pStyle w:val="ArticleScripture"/>
        <w:jc w:val="left"/>
      </w:pPr>
      <w:r>
        <w:rPr>
          <w:rFonts w:ascii="Times New Roman" w:hAnsi="Times New Roman" w:eastAsia="Times New Roman" w:cs="Times New Roman"/>
        </w:rPr>
        <w:t>“Библийг залбиралтайгаар судлах нь протестантуудад папын засаглалын жинхэнэ мөн чанарыг харуулж, түүнийг жигшин, зайлсхийхэд хүргэх байсан; гэвч олон хүн өөрсдийнхөө мэргэн ухаанд хэт итгэдэг тул үнэн рүү удирдуулахын тулд Бурханыг даруухнаар эрэх хэрэгцээг огт мэдэрдэггүй. Өөрсдийн гэгээрэлээрээ сайрхдаг боловч тэд Судруудыг ч, Бурханы хүчийг ч мэддэггүй. Тэд мөс чанараа намжаах ямар нэгэн арга хэрэгсэлтэй байх ёстой бөгөөд хамгийн бага сүнслэг, хамгийн бага доромжлолтойг нь эрдэг. Тэдний хүсдэг зүйл бол Бурханыг санах арга мэт харагдах атлаа үнэндээ Түүнийг мартах арга юм. Папын засаглал энэ бүхний хэрэгцээг хангахад тун зохимжтой. Энэ нь бараг бүх дэлхийг хамарсан хүн төрөлхтний хоёр ангид—өөрсдийн гавьяагаар аврагдахыг хүсэгчид болон нүгэл дотроо аврагдахыг хүсэгчдэд—бэлэн байдаг. Үүнд л түүний хүч чадлын нууц оршино.</w:t>
      </w:r>
    </w:p>
    <w:p>
      <w:pPr>
        <w:pStyle w:val="ArticleScripture"/>
        <w:jc w:val="left"/>
      </w:pPr>
      <w:r>
        <w:rPr>
          <w:rFonts w:ascii="Times New Roman" w:hAnsi="Times New Roman" w:eastAsia="Times New Roman" w:cs="Times New Roman"/>
        </w:rPr>
        <w:t>“Оюун ухааны асар их харанхуйн үе папын засаглалын амжилтад таатай байсныг харуулсан билээ. Түүнчлэн оюуны асар их гэрлийн үе ч мөн адил түүний амжилтад таатай болох нь бас нотлогдох болно. Өнгөрсөн эринүүдэд хүмүүс Бурханы үггүй, үнэний мэдлэггүй байхдаа нүд нь боогдсон мэт байж, хөл дор нь дэлгэсэн торыг олж харалгүй, мянга мянгаараа урхинд орсон. Энэ үед олон хүний нүд хүний таамаглал, ‘шинжлэх ухаан хэмээн худал нэрлэгдсэн’ зүйлийн хурц гялбаанд гялбаж, торыг үл ялган, яг л нүд нь боогдсон мэт түүн рүү амархан алхаж ордог. Бурхан хүний оюуны чадварыг Бүтээгчээс нь ирсэн бэлэг хэмээн үзэгдэж, үнэн ба зөвт байдлын үйлчлэлд хэрэглэгдэхээр тогтоосон. Харин бардамнал ба нэр төрийн шуналыг эрхэмлэж, хүмүүс өөрсдийн онолыг Бурханы үгээс дээгүүр өргөмжлөхөд, оюун мэдлэг нь мунхаглалаас ч илүү их хор хөнөөл үйлдэж чадна. Иймээс Библид итгэх итгэлийг нурааж буй өнөөгийн хуурамч шинжлэх ухаан нь, тааламжтай хэлбэр дүрстэй папын засаглалыг хүлээн авах замыг бэлтгэхдээ, Харанхуй зуунуудад түүний сүр хүчийг бэхжүүлэх замыг нээсэн мэдлэгийг хаан боосонтой адил амжилттай болох нь гарцаагүй.” Агуу тэмцэл, 572.</w:t>
      </w:r>
    </w:p>
    <w:p>
      <w:pPr>
        <w:pStyle w:val="ArticleScripture"/>
        <w:jc w:val="left"/>
      </w:pPr>
      <w:r>
        <w:rPr>
          <w:rFonts w:ascii="Times New Roman" w:hAnsi="Times New Roman" w:eastAsia="Times New Roman" w:cs="Times New Roman"/>
        </w:rPr>
        <w:t>“Ромын католикууд Амралтын өдрийг өөрчилсөн явдал өөрсдийн сүмээр хийгдсэн гэдгийг хүлээн зөвшөөрдөг бөгөөд энэ л өөрчлөлтийг сүмийн дээд эрх мэдлийн нотолгоо хэмээн эш татдаг. Долоо хоногийн эхний өдрийг Амралтын өдөр болгон сахиснаар протестантууд бурханлаг зүйлсийн талаар хууль тогтоох түүний эрх мэдлийг хүлээн зөвшөөрч байна гэж тэд тунхагладаг. Ромын сүм өөрийн үл эндүүрэх байдлын талаарх шаардлагаасаа няцаагүй; мөн дэлхий болон протестант сүмүүд Еховагийн Амралтын өдрийг няцаан, түүний бүтээсэн хуурамч амралтын өдрийг хүлээн авах үедээ үнэн хэрэгтээ энэ шаардлагыг нь хүлээн зөвшөөрч байдаг. Тэд энэ өөрчлөлтийн үндэслэл болгон эрх мэдлийг иш татаж болох авч, тэдний учирлалын төөрөгдөл амархан ялгаран харагдана. Папын шашинтан протестантууд өөрсдийгөө хуурч, энэ хэргийн бодит баримтуудад нүдээ сайн дураараа анин байгааг олж харах хангалттай хэрсүү. Ням гаргийн тогтолцоо илүү таашаагдах тусам тэр баярлан, эцэстээ энэ нь бүхий л протестант ертөнцийг Ромын тугийн дор авчирна гэдэгт итгэлтэй байдаг.”</w:t>
      </w:r>
    </w:p>
    <w:p>
      <w:pPr>
        <w:pStyle w:val="ArticleScripture"/>
        <w:jc w:val="left"/>
      </w:pPr>
      <w:r>
        <w:rPr>
          <w:rFonts w:ascii="Times New Roman" w:hAnsi="Times New Roman" w:eastAsia="Times New Roman" w:cs="Times New Roman"/>
        </w:rPr>
        <w:t>“Амралтын өдрийг өөрчилсөн явдал нь Ромын сүмийн эрх мэдлийн тэмдэг, буюу тамга мөн. Дөрөвдүгээр тушаалын шаардлагыг ойлгосон атлаа жинхэнэ Амралтын өдрийн оронд хуурамч Амралтын өдрийг сахихаар сонгож буй хүмүүс нь зөвхөн түүнийг л тушаасан тэрхүү эрх мэдэлд ийнхүү хүндэтгэл өргөж байгаа хэрэг юм. Араатны тэмдэг нь папын Амралтын өдөр бөгөөд энэ нь Бурханы тогтоосон өдрийн оронд дэлхий ертөнцөөр хүлээн зөвшөөрөгдсөн билээ.</w:t>
      </w:r>
    </w:p>
    <w:p>
      <w:pPr>
        <w:pStyle w:val="ArticleScripture"/>
        <w:jc w:val="left"/>
      </w:pPr>
      <w:r>
        <w:rPr>
          <w:rFonts w:ascii="Times New Roman" w:hAnsi="Times New Roman" w:eastAsia="Times New Roman" w:cs="Times New Roman"/>
        </w:rPr>
        <w:t>“Гэвч эш үзүүллэгт тогтоогдсончлон араатны тамгыг хүлээн авах цаг хараахан ирээгүй байна. Сорилтын үе одоогоор хараахан ирээгүй байна. Ромын католик сүмийг ч үл оролцуулан, бүх сүмд жинхэнэ Христэд итгэгчид бий. Тэд гэрлийг хүлээн авч, дөрөвдүгээр тушаалын үүргийг ухааран харж мэдтэл хэн ч яллагдахгүй. Харин хуурамч амралтын өдрийг албадан сахиулах зарлиг гарах үед, мөн гурав дахь тэнгэрэлчийн чанга дуу хүмүүсийг араатан болон түүний дүрсийг шүтэхийн эсрэг сануулах үед, худал ба үнэн хоёрын хоорондох зааг тодорхой татагдана. Тэгээд тэр үед ч зөрчил дунд үргэлжлэн үлдэх хүмүүс духан дээрээ эсвэл гар дээрээ араатны тамгыг хүлээн авах болно.”</w:t>
      </w:r>
    </w:p>
    <w:p>
      <w:pPr>
        <w:pStyle w:val="ArticleScripture"/>
        <w:jc w:val="left"/>
      </w:pPr>
      <w:r>
        <w:rPr>
          <w:rFonts w:ascii="Times New Roman" w:hAnsi="Times New Roman" w:eastAsia="Times New Roman" w:cs="Times New Roman"/>
        </w:rPr>
        <w:t>“Хурдацтай алхмаар бид энэ үе рүү ойртож байна. Протестант сүмүүд худал шашныг дэмжихийн тулд төрийн эрх мэдэлтэй нэгдэх үед, тэрхүү худал шашныг эсэргүүцсэний төлөө тэдний өвөг дээдэс хамгийн ширүүн хавчлагыг туулж байсан билээ, тэгэхэд папын саббат нь сүм ба төрийн нэгдмэл эрх мэдлээр албадан сахиулагдах болно. Үндэсний хэмжээний тэрслэл гарах бөгөөд энэ нь зөвхөн үндэсний сүйрлээр төгсөнө.” Bible Training School, February 2, 1913.</w:t>
      </w:r>
    </w:p>
    <w:p>
      <w:pPr>
        <w:pStyle w:val="ArticleBody"/>
        <w:jc w:val="left"/>
      </w:pPr>
      <w:r>
        <w:rPr>
          <w:rFonts w:ascii="Times New Roman" w:hAnsi="Times New Roman" w:eastAsia="Times New Roman" w:cs="Times New Roman"/>
        </w:rPr>
        <w:t>Одоо бид уг бүлгийг өөрийг нь бүрэн авч үзэхээс өмнө танин тогтоохыг зорьж буй бэлгэдлүүдээс тавд нь хандлаа. Библийн эш үзүүллэгт хот гэдэг нь хаанчлал мөн бөгөөд Исаиа хорин гуравдугаар бүлэгт хоорондоо нягт холбоотой боловч тодорхой ялгаатай хоёр хаанчлал байдаг. Эхнийх нь “титэмлэгч хот”, нөгөө нь “худалдаачин хот” юм. Эцсийн өдрүүдэд луу, араатан, хуурамч эш үзүүлэгчийн гурвалсан холбоог захирч буй эрх мэдэл нь папын засаглал мөн. Титмийг эзэмшдэг хаанчлал нь тэр юм.</w:t>
      </w:r>
    </w:p>
    <w:p>
      <w:pPr>
        <w:pStyle w:val="ArticleScripture"/>
        <w:jc w:val="left"/>
      </w:pPr>
      <w:r>
        <w:rPr>
          <w:rFonts w:ascii="Times New Roman" w:hAnsi="Times New Roman" w:eastAsia="Times New Roman" w:cs="Times New Roman"/>
        </w:rPr>
        <w:t>“Эцсийн хямралд ойртох тусам, Эзэний хэрэгсэл болсон хүмүүст эв нэгдэл, зохирол байх нь амин чухал ач холбогдолтой юм. Дэлхий шуурга, дайн, зөрчил тэмцлээр дүүрэн байна. Гэвч нэгэн тэргүүний дор—папын эрх мэдлийн дор—ард түмэн Бурханы гэрч нарынх нь биед нь илрэн эсэргүүцэхээр нэгдэх болно. Энэ нэгдэл агуу урвагчаар бэхлэгддэг. Тэрээр үнэний эсрэг дайтахаар өөрийн төлөөлөгчдийг нэгтгэхийг эрмэлзэх зуураа, үнэнийг өмгөөлөгсдийг хуваан тараахын төлөө ажиллах болно. Хардалт, муу сэрдлэг, муугаар хэлэх явдал нь үл зохицол, хагарал тэмцлийг бий болгохын тулд түүнээр өдөөгддөг.” Гэрчлэлүүд, 7-р боть, 182.</w:t>
      </w:r>
    </w:p>
    <w:p>
      <w:pPr>
        <w:pStyle w:val="ArticleBody"/>
        <w:jc w:val="left"/>
      </w:pPr>
      <w:r>
        <w:rPr>
          <w:rFonts w:ascii="Times New Roman" w:hAnsi="Times New Roman" w:eastAsia="Times New Roman" w:cs="Times New Roman"/>
        </w:rPr>
        <w:t>Титэмтэй хаанчлал нь Тир бөгөөд энэ нь “хад” гэсэн утгатай. Энэ бүлэгт Тир нь Христийг хуурамчаар дуурайхыг оролддог папын тогтолцоог төлөөлдөг, учир нь папын тогтолцоо бол антихрист мөн. “Антихрист” дахь “анти” гэдэг үг нь “оронд нь” гэсэн утгатай. Папын тогтолцоо Христийг бүх түвшинд хуурамчаар дуурайхыг эрмэлздэг бөгөөд Тир гэдэг нэр нь хад гэсэн утгатай, учир нь папын тогтолцоо нь “Үе Үеийн Хад”-ын хуурамч дуурайл мөн.</w:t>
      </w:r>
    </w:p>
    <w:p>
      <w:pPr>
        <w:pStyle w:val="ArticleScripture"/>
        <w:jc w:val="left"/>
      </w:pPr>
      <w:r>
        <w:rPr>
          <w:rFonts w:ascii="Times New Roman" w:hAnsi="Times New Roman" w:eastAsia="Times New Roman" w:cs="Times New Roman"/>
        </w:rPr>
        <w:t>Титэмлэгч хот Тирийн эсрэг, худалдаачид нь ноёд, арилжаачид нь газрын эрхэмсэг хүмүүс болсон тэр хотын эсрэг энэ зөвлөгөөг хэн тогтоов? Түмэн цэргийн ЭЗЭН үүнийг зориуд тогтоосон нь аливаа алдрын бардамналыг гутааж, газрын бүх эрхэмсэг хүмүүсийг үл тоомсорлогдох болгохын тулд ажээ. Таршишийн охин оо, гол мөрөн мэт нутгаараа урсан өнгөр; хүч чадал үгүй болжээ. Тэрээр тэнгис дээгүүр мутраа сунгаж, хаанчлалуудыг сэгсэрсэн. ЭЗЭН худалдаачин хотын эсрэг тушаал буулган, түүний бэхлэлтүүдийг устгахаар айлдсан. Исаиа 23:8–11.</w:t>
      </w:r>
    </w:p>
    <w:p>
      <w:pPr>
        <w:pStyle w:val="ArticleBody"/>
        <w:jc w:val="left"/>
      </w:pPr>
      <w:r>
        <w:rPr>
          <w:rFonts w:ascii="Times New Roman" w:hAnsi="Times New Roman" w:eastAsia="Times New Roman" w:cs="Times New Roman"/>
        </w:rPr>
        <w:t>Бид “хаанчлалуудын сэгсрэлт” нь Бурханаар, Исламын дамжуулан гүйцэлддэг болохыг олон гэрчээр үзүүлэхийг зорьж байна. Ислам бол үндэстнүүдийг уурлуулдаг хүч бөгөөд үндэстнүүдийг сэгсрэхэд хэрэглэгддэг. Энэ үед Эзэн “газрын бүх хүндэт хүмүүсийг” — өөрөөр хэлбэл “худалдаачид” болон “наймаачдыг”, тэдний “бат бэхлэлтүүдийг” устгахаар тогтоосныг бид тодорхойлж байна. Худалдааны хот, титэмлэгдсэн хот нь “тэнгэрийн дургүйцлийг хүргэсэн” бөгөөд Эзэн тэдний “бат бэхлэлтүүдийг” устгахаар зорьсон бөгөөд энэ нь эдийн засгийг төлөөлдөг. Эдийн засгийн сүйрэл нь Америкийн Нэгдсэн Улсад Ням гаргийн хуулиас өмнө тохиолддог. Учир нь Ням гаргийн хуулиас өмнө Америкийн Нэгдсэн Улсын иргэд “тэнгэрлэг таалал болон түр зуурын хөгжил цэцэглэлтэд” эргүүлэн аваачихыг шаардаж байдаг. Тэдний нотлол нь Ням гаргийг “хатуу чанд хэрэгжүүлэх” хүртэл Бурханы шүүлтүүд төгсөхгүй гэсэнд оршино. Библийн хэд хэдэн гэрч бид дэлхийн эдийн засгийн асар их сүйрлийн ирмэг дээр байгааг нэгэн дуугаар гэрчилж байна. Тэр сүйрэл нь 1837 оны сүйрэл 1844 оны 10 дугаар сарын 22-ноос өмнө болсончлон, Ням гаргийн хуулиас өмнө тохиолддог.</w:t>
      </w:r>
    </w:p>
    <w:p>
      <w:pPr>
        <w:pStyle w:val="ArticleScripture"/>
        <w:jc w:val="left"/>
      </w:pPr>
      <w:r>
        <w:rPr>
          <w:rFonts w:ascii="Times New Roman" w:hAnsi="Times New Roman" w:eastAsia="Times New Roman" w:cs="Times New Roman"/>
        </w:rPr>
        <w:t>“Тэгээд агуу мэхлэгч Бурханд үйлчилдэг хүмүүс эдгээр гай гамшгийг учруулж байна гэж хүнийг үнэмшүүлэх болно. Тэнгэрийн тааллыг хилэгнүүлсэн бүлэг нь Бурханы тушаалд дуулгавартай байдаг нь зөрчигчдөд байнгын зэмлэл болдог тэдгээр хүмүүс дээр бүх зовлон бэрхшээлээ тохох болно. Ням гаргийн амралтын өдрийг зөрчсөнөөр хүмүүс Бурханыг хилэгнүүлж байна; энэ нүгэл нь Ням гаргийг сахихыг хатуу чанд хэрэгжүүлэх хүртэл тасрахгүй гай гамшгийг авчирсан; мөн дөрөв дэх тушаалын шаардлагыг тунхагладаг хүмүүс, ингэснээр Ням гаргийг хүндэтгэх хүндэтгэлийг эвдэж байгаа тул, ард түмнийг үймүүлэгчид бөгөөд тэднийг тэнгэрлэг таалал болон түр зуурын хөгжил цэцэглэлтэд дахин хүрэхэд саад болж байна гэж тунхаглагдах болно. Ийнхүү эрт цагт Бурханы зарцын эсрэг дэвшүүлж байсан яллал дахин давтагдах бөгөөд түүнтэй адилхан сайн тогтоогдсон үндэслэл дээр давтагдана: ‘Ахаб Елиаг хараад, Ахаб түүнд, Чи Израилийг үймүүлэгч мөн үү? гэв. Тэр хариуд нь, Би Израилийг үймүүлээгүй; харин ЭЗЭНий тушаалуудыг орхиж, чи Баалын араас явсан учраас чи болон чиний эцгийн гэр үймүүлсэн юм гэв.’ Хаадын дээд 18:17, 18. Худал ял зэмлэлээр ард олны хилэн бадармагц, тэд Бурханы элч нарын эсрэг урвасан Израилийн Елиад хандсан явдалтай тун төстэй зам мөрийг баримтлах болно.” Агуу тэмцэл, 590.</w:t>
      </w:r>
    </w:p>
    <w:p>
      <w:pPr>
        <w:pStyle w:val="ArticleBody"/>
        <w:jc w:val="left"/>
      </w:pPr>
      <w:r>
        <w:rPr>
          <w:rFonts w:ascii="Times New Roman" w:hAnsi="Times New Roman" w:eastAsia="Times New Roman" w:cs="Times New Roman"/>
        </w:rPr>
        <w:t>Кармел уулан дээр Елиа Баалын эш үзүүлэгчид болон төгөлийн тахилч нартай нүүр тулсан явдал нь Ням гаргийн хуулийг төлөөлдөг. Чуулганд хандсан мэдээ нь: “Өнөөдөр хэнд үйлчлэхээ сонго.” Энэ түүх Ням гаргийн хуулийн үед дахин давтагдахад тавигдах асуулт нь: “Та аль өдрийг сонгох гэж байна вэ? Учир нь таны сонгосон өдөр хэнд үйлчилдгээ илтгэнэ.” Кармел уулын өмнө гурван жил хагасын хатуу ширүүн ган гачиг байсан. Ням гаргийн хуулийн өмнө Ням гаргийн хуулиудын нэгэн цуврал байдаг, гэвч тэдгээр нь “хатуу чанд хэрэгжүүлэгдээгүй” байдаг. Ням гаргийн хуультай холбоотой зарчим нь үндэсний тэрсэлдлийн дараа үндэсний сүйрэл дагалддаг явдал юм. Үүний жишээ нь Константин МЭ 321 онд Ням гаргийн хууль баталсан бөгөөд удалгүй Илчлэлт 8-р бүлгийн эхний дөрвөн бүрээ Баруун Ромыг МЭ 476 он гэхэд төгсгөлд нь хүргэж эхэлсэн. Константины түүх нь Ням гаргийг аажмаар өргөмжлөн дээдлэхийн зэрэгцээ долоо дахь өдрийн Амралтын өдрийг аажмаар хязгаарласан явдлыг багтаадаг учраас чухал юм. Энэхүү шаталсан түүх иргэдийг Ням гаргийг сахихыг албадсан, эс бөгөөс Амралтын өдрийг сахисных нь төлөө хавчин мөшгөсөн үед төгсгөлдөө хүрсэн. Энэ нь мөн АНУ дахь улам эрчимжиж буй Ням гаргийн хууль тогтоомжийн төгсгөл юм. Ням гаргийн мөргөлийг албадан сахиулахтай холбоотой нэг зарчим нь: “үндэсний тэрсэлдлийн дараа үндэсний сүйрэл дагалддаг.” Энэ зарчим нь Илчлэлт 13:11-ийн жинхэнэ Ням гаргийн хуулиас өмнө Ням гаргийн хуулийн хэрэгжилт шатлан эрчимжихийн хэрээр Бурханы шүүлтүүд ч мөн эрчимжинэ гэсэн утгатай. Батлагдах бүр хууль бүрт тохирох сүйрэл дагалдана. Иргэдийн Амралтын өдрийг сахигчдыг буруутган тэднээс үүдэлтэй гэж зэмлэдэг шүүлтүүд нь үнэндээ Ням гаргийн хууль тогтоомжийн улам эрчимжсэн хэрэгжилтээс үүдэн бий болдог. Бид The Great Controversy-оос нэгэн эшлэлийг оруулсан бөгөөд түүнийг би Sunday Progression гэж нэрлэсэн. Үүнийг та дахин нэг уншихыг би зөвлөж байна. Энэ нь The Spirit of Prophecy гэсэн ангилалд байдаг.</w:t>
      </w:r>
    </w:p>
    <w:p>
      <w:pPr>
        <w:pStyle w:val="ArticleScripture"/>
        <w:jc w:val="left"/>
      </w:pPr>
      <w:r>
        <w:rPr>
          <w:rFonts w:ascii="Times New Roman" w:hAnsi="Times New Roman" w:eastAsia="Times New Roman" w:cs="Times New Roman"/>
        </w:rPr>
        <w:t>“Бурхан эцсийн өдрүүдэд юу болохыг Өөрийн ард түмэн эсэргүүцэл ба хилэнгийн шуурганы эсрэг зогсоход бэлтгэгдээсэй хэмээн илчилсэн билээ. Өмнөхөн нь болох үйл явдлуудын талаар анхааруулга авсан хүмүүс ирэх шуургыг тайван хүлээн сууж, зовлонгийн өдөр Эзэн Өөрийн үнэнч хүмүүсийг халхална хэмээн өөрсдийгөө тайтгаруулах ёсгүй. Бид Эзнээ хүлээж буй хүмүүс мэт байх ёстой, харин хий дэмий хүлээлтэд бус, харин тууштай итгэлтэйгээр чин earnest ажилд байх ёстой. Одоо оюун санаагаа өчүүхэн ач холбогдолтой зүйлсэд бүрэн автуулах цаг огт биш. Хүмүүс унтаж байх зуур Сатан Эзэний ард түмэнд өршөөл ч, шударга ёс ч үзүүлэхгүй байхаар хэргийг идэвхтэй зохион байгуулж байна. Ням гаргийн хөдөлгөөн одоо харанхуй дунд замаа гаргаж байна. Удирдагчид жинхэнэ асуудлыг нууж байгаа бөгөөд энэ хөдөлгөөнтэй нэгдэж буй олон хүн ч өөрсдөө тэр далд урсгал хаашаа чиглэж байгааг олж харахгүй байна. Түүний мэдэгдлүүд зөөлөн бөгөөд өнгөцөдөө христийнх мэт боловч, ярих үедээ луугийн сүнсийг илчлэх болно. Бидэнд заналхийлж буй аюулыг зайлуулахын тулд өөрсдийн чадлын хүрээнд байгаа бүхнийг хийх үүрэг ногдож байна. Бид ард түмний өмнө өөрсдийгөө зөвөөр харуулснаар өрөөсгөл үзлийг саармагжуулахыг хичээх ёстой. Бид тэдний өмнө маргааны жинхэнэ асуудлыг гарган тавих ёстой; ингэснээр мөс чанарын эрх чөлөөг хязгаарлах арга хэмжээнүүдийн эсрэг хамгийн үр нөлөөтэй эсэргүүцлийг тавина. Бид Судруудыг нягтлан шинжилж, итгэлийнхээ учир шалтгааныг тайлбарлаж чадах ёстой. Эш үзүүлэгч ийнхүү хэлсэн байдаг: ‘Хорон муу хүмүүс хорон мууг үйлдэх болно; хорон муу хүмүүсийн хэн нь ч ойлгохгүй; харин мэргэн хүмүүс ойлгоно.’” Гэрчлэлүүд, 5-р боть, 452.</w:t>
      </w:r>
    </w:p>
    <w:p>
      <w:pPr>
        <w:pStyle w:val="ArticleBody"/>
        <w:jc w:val="left"/>
      </w:pPr>
      <w:r>
        <w:rPr>
          <w:rFonts w:ascii="Times New Roman" w:hAnsi="Times New Roman" w:eastAsia="Times New Roman" w:cs="Times New Roman"/>
        </w:rPr>
        <w:t>Ням гаргийн хууль тогтоомжийн төлөөх хөдөлгөөнийг танин мэдэхэд бэрх, учир нь энэ нь “харанхуйд” замаа гаргаж байгаа бөгөөд папын засаг “сэмхэн бөгөөд анзаарагдалгүйгээр” “өөрийн зорилгыг урагшлуулахын тулд хүчээ бэхжүүлж” байна. Харанхуйд Ням гаргийн хууль тогтоомжийг батлуулах ажил нь нэг зуун дөчин дөрвөн мянгын соригдох үйл явцын төв асуудал мөн гэдэг нь үнэн юм. Даниел болон Уайт эгчийн хэлснээр, “хорон муу хүмүүсийн хэн нь ч ойлгохгүй.” Даниел дахь “хорон муу хүмүүс” нь Матайн өгүүлсэн “ухаангүй онгон охид” бөгөөд Уайт эгч тэднийг Лаодикейнхантай адилтган тодорхойлдог. Мэргэн хүмүүс одоо болж буй үйл явдлуудыг ойлгоно, бидний эргэн тойрны түүх Бурханы үгтэй зөрчилдөж буй мэт харагдсан ч гэсэн. Бид Бурханы үгэнд итгэх үү, эсвэл эргэн тойронд маань болж буй зүйлд үү? Гэсэн ч төгсгөл Ноагийн өдрүүдийн адил байна гэж бидэнд урьдчилан сануулсан билээ.</w:t>
      </w:r>
    </w:p>
    <w:p>
      <w:pPr>
        <w:pStyle w:val="ArticleScripture"/>
        <w:jc w:val="left"/>
      </w:pPr>
      <w:r>
        <w:rPr>
          <w:rFonts w:ascii="Times New Roman" w:hAnsi="Times New Roman" w:eastAsia="Times New Roman" w:cs="Times New Roman"/>
        </w:rPr>
        <w:t>Үймээн самуун дүүрэн, Бурхангүйн зугаа цэнгэлээр дүүрэн энэ дэлхий нойрсож байна, махан биеийн аюулгүйд найдсан нойрондоо автжээ. Хүмүүс Эзэний ирэлтийг холын хэрэг мэт болгож байна. Тэд анхааруулгуудыг шоолон инээлддэг. «Бүх зүйл эхнээсээ ямар байсан, тэр хэвээрээ үргэлжилсээр байна.» «Маргааш энэ өдөр шиг байх бөгөөд бүр ч элбэг дэлбэг байна.» 2 Peter 3:4; Isaiah 56:12. Бид зугаа цэнгэлд улам гүн автана. Харин Христ, «Харагтун, Би хулгайч мэт ирнэ» гэж айлддаг. Revelation 16:15. Дэлхий доромжлон, «Түүний ирэлтийн амлалт хаана байна вэ?» хэмээн асууж байгаа яг тэр цагт шинж тэмдгүүд биелж байна. Тэд «Амар тайван, аюулгүй байдал» хэмээн хашхирч байх зуур гэнэтийн сүйрэл ирж байна. Ёжлогч, үнэнийг няцаагч этгээд бардам зориглон дэвэргэж, мөнгө олох янз бүрийн салбар дахь ажлын хэвийн урсгал зарчим үл харгалзан үргэлжилж, суралцагч Библиэсээ бус бүх зүйлийн мэдлэгийг шунан эрж байх үед Христ хулгайч мэт ирнэ.</w:t>
      </w:r>
    </w:p>
    <w:p>
      <w:pPr>
        <w:pStyle w:val="ArticleScripture"/>
        <w:jc w:val="left"/>
      </w:pPr>
      <w:r>
        <w:rPr>
          <w:rFonts w:ascii="Times New Roman" w:hAnsi="Times New Roman" w:eastAsia="Times New Roman" w:cs="Times New Roman"/>
        </w:rPr>
        <w:t>“Дэлхий дээрх бүхэн үймээн самуун дунд байна. Цаг үеийн тэмдгүүд түгшүүртэй байна. Ирэх үйл явдлууд сүүдрээ урьдаас тусгаж байна. Бурханы Сүнс дэлхийгээс татран холдож байгаа бөгөөд гамшгийн араас гамшиг тэнгис дээр ч, газар дээр ч залган тохиож байна. Шуурга, газар хөдлөлт, гал түймэр, үер ус, янз бүрийн зэрэгтэй аллага хядлага байна. Ирээдүйг хэн уншиж чадах вэ? Аюулгүй байдал хаана байна вэ? Хүнийх эсвэл дэлхийнх болсон ямар ч зүйлд баттай найдвар алга. Хүмүүс өөрсдийн сонгосон тугийн дор маш хурдан эгнэн жагсаж байна. Тэд удирдагчдынхаа хөдөлгөөнийг түгшүүртэйгээр хүлээн, ажиглаж байна. Бидний Эзэний илрэн ирэхийг хүлээн, ажиглан, түүний төлөө ажиллаж буй хүмүүс бий. Өөр нэг анги нь анхны агуу тэрслэгчийн ерөнхийлөн захирах дор эгнээнд орж байна. Зайлсхийвэл зохих там, хүртвэл зохих тэнгэр бидэнд бий гэдэгт зүрх сэтгэл, амь амьдралаараа итгэдэг хүн цөөн байна.”</w:t>
      </w:r>
    </w:p>
    <w:p>
      <w:pPr>
        <w:pStyle w:val="ArticleScripture"/>
        <w:jc w:val="left"/>
      </w:pPr>
      <w:r>
        <w:rPr>
          <w:rFonts w:ascii="Times New Roman" w:hAnsi="Times New Roman" w:eastAsia="Times New Roman" w:cs="Times New Roman"/>
        </w:rPr>
        <w:t>“Хямрал аажмаар бидний дээр нөмрөн ирж байна. Нар тэнгэрт гэрэлтэн, өөрийн хэвийн тойргоор замнан өнгөрч, тэнгэрүүд өнөө хэр нь Бурханы алдрыг тунхагласаар байна. Хүмүүс идэж уун, тарьж суулган, барьж байгуулан, гэрлэж, гэрт гаргасаар байна. Худалдаачид өнөө хэр нь худалдан авч, худалдаалсаар байна. Хүмүүс хамгийн дээд байр суурийн төлөө өрсөлдөн, нэг нэгнээ түлхэн шахалдсаар байна. Цэнгэлд дурлагчид театрууд, морин уралдаан, мөрийтэй тоглоомын газрууд руу өнөө хэр нь шавсаар байна. Хамгийн дээд догдлол ноёрхож байгаа хэдий ч шалгалтын цаг түргэн хаагдаж, хэрэг бүр мөнхөд шийдэгдэх гэж байна. Сатан өөрийн цаг богино байгааг харж байна. Тэрээр хүмүүс мэхлэгдэж, төөрөгдүүлэгдэн, завгүй болгогдон, ховсдуулсан байдалд байхыг, тийнхүү шалгалтын өдөр дуусаж, нигүүлслийн хаалга үүрд хаагдах хүртэл бүх л зүтгэлтнүүдээ ажилд оруулсан юм.”</w:t>
      </w:r>
    </w:p>
    <w:p>
      <w:pPr>
        <w:pStyle w:val="ArticleScripture"/>
        <w:jc w:val="left"/>
      </w:pPr>
      <w:r>
        <w:rPr>
          <w:rFonts w:ascii="Times New Roman" w:hAnsi="Times New Roman" w:eastAsia="Times New Roman" w:cs="Times New Roman"/>
        </w:rPr>
        <w:t>“Чидун уулнаас Эзэний маань айлдсан сэрэмжлүүлгийн үгс зуун зууныг дамжин бидэнд сүр жавхлантайгаар хүрч ирдэг. Үүнд: ‘Өөрсдийгөө анхаар; эс тэгвээс та нарын зүрх сэтгэл цадалт, согтуурал, энэ амьдралын санаа зовнилд дарагдаж, тэр өдөр та нарт гэнэт ирж мэднэ.’ ‘Иймээс сэрэмжилж, үргэлж залбир; ингэснээр тохиолдох гэж буй энэ бүхнээс зугтан гарч, Хүний Хүүгийн өмнө зогсох зохистойд тооцогдохын тулд.’” Desire of Ages, 635, 636.</w:t>
      </w:r>
    </w:p>
    <w:p>
      <w:pPr>
        <w:pStyle w:val="ArticleBody"/>
        <w:jc w:val="left"/>
      </w:pPr>
      <w:r>
        <w:rPr>
          <w:rFonts w:ascii="Times New Roman" w:hAnsi="Times New Roman" w:eastAsia="Times New Roman" w:cs="Times New Roman"/>
        </w:rPr>
        <w:t>Исаиа номын хорин гуравдугаар бүлэгт Зидон нь Америкийн Нэгдсэн Улс, харин Тир нь папын засаглал юм. Тир ба Зидон нь Газрын дундад тэнгисийн эрэгт оршиж байсан, эрт цагийн нэгэн үеийн Финикийн хотууд байв. Тэд далайн худалдаа, эд баялаг, мөн эртний ертөнцөд үзүүлж байсан нөлөөгөөрөө алдартай байсан. Энэ эшлэлд Зидон болон түүний “худалдаачид” Таршишийг тэтгэж байв. Зидоны худалдаачид “Сихорын үр”-ээр наймаалцаж байсан бөгөөд энэ нь “голын ургац” мөн, “голын” үр жимс бөгөөд, энэ нь “түүний орлого” юм. Учир нь тэр “үндэстнүүдийн худалдааны төв” билээ. Бүх эш үзүүлэгчид ертөнцийн төгсгөлийн тухай өгүүлдэг, тэгвэл ертөнцийн төгсгөлд үндэстнүүдийн худалдааны төв нь хэн бэ? Энэ бол АНУ юм.</w:t>
      </w:r>
    </w:p>
    <w:p>
      <w:pPr>
        <w:pStyle w:val="ArticleBody"/>
        <w:jc w:val="left"/>
      </w:pPr>
      <w:r>
        <w:rPr>
          <w:rFonts w:ascii="Times New Roman" w:hAnsi="Times New Roman" w:eastAsia="Times New Roman" w:cs="Times New Roman"/>
        </w:rPr>
        <w:t>Сихор бол Египет дэх мөрөн (магадгүй Нилийн бэлчир) бөгөөд Египет нь дэлхийг төлөөлдөг тул энэ нь дэлхийн баялгийг илэрхийлэхэд хэрэглэгддэг. Сидоны “онгон охин” нь АНУ-ын сүүлчийн үеийг төлөөлдөг бөгөөд Ням гаргийн хуулийг дагалдах цэргийн дэглэм болон түүнээс даруй хойш дагалдах үндэсний сүйрлээс болж тэрээр дарлагддаг. Сидоны тэр онгон охидыг Тирийн тухай асуултаар зэмлэн, “Энэ мөнөөх та нарын баясгалант хот” (хаанчлал) мөн үү хэмээн хэлдэг; энэ нь АНУ-ын баярлан бахархаж байсан зүйл мөн үү? Энд өгүүлсэнчлэн үерийн дараахан Нимродын байгуулсан “Эрт дээр үеэс улбаатай эртний” энэ мөнөөх хаанчлал мөн үү?</w:t>
      </w:r>
    </w:p>
    <w:p>
      <w:pPr>
        <w:pStyle w:val="ArticleBody"/>
        <w:jc w:val="left"/>
      </w:pPr>
      <w:r>
        <w:rPr>
          <w:rFonts w:ascii="Times New Roman" w:hAnsi="Times New Roman" w:eastAsia="Times New Roman" w:cs="Times New Roman"/>
        </w:rPr>
        <w:t>Бурхан “титэмлэгч хот” болох “Тир”-ийг шийтгэхээр тогтоож, “зорьсон” билээ. Папын ёсны шийтгэлд дэлхийн санхүүгийн бүтцийн нуран уналт багтана. Учир нь “ЭЗЭН” “худалдаачин хот” болох “Сидон”-ы эсрэг, (Америкийн Нэгдсэн Улс,) “тушаал” өгсөн юм. Америкийн Нэгдсэн Улсын “бат бэх цайзуудыг,” өөрөөр хэлбэл эдийн засгийг нь “сүйрүүлэх” Түүний тушаал нь Амралтын өдрийн тушаал мөн. Учир нь үндэсний тэрслэлтийн дараа үндэсний сүйрэл ирдэг.</w:t>
      </w:r>
    </w:p>
    <w:p>
      <w:pPr>
        <w:pStyle w:val="ArticleBody"/>
        <w:jc w:val="left"/>
      </w:pPr>
      <w:r>
        <w:rPr>
          <w:rFonts w:ascii="Times New Roman" w:hAnsi="Times New Roman" w:eastAsia="Times New Roman" w:cs="Times New Roman"/>
        </w:rPr>
        <w:t>Папын засаглалын шийтгэл нь Америкийн Нэгдсэн Улсын эдийн засаг сүйрсний улмаас бүх дэлхийн эдийн засаг нуран унаснаар эхэлдэг. Зидонтой түүний эдийн засагтай холбоотой нэгэн “гэр” байдаг бөгөөд энэ нь устгагдах санхүүгийн бүтцийг төлөөлдөг. Учир нь түүнд та нар цаашид нэвтэрч чадахгүй. Тэрхүү “гэр”-ээс цаашид хөрөнгө оруулалт ч, ашиг орлого ч үгүй, учир нь тэр нь устгагдсан. Энэ сүйрэл нь Ням гаргийн хуулийн үед тохиолддог, хэдийгээр Ням гаргийн хуулиас өмнө ч аль хэдийн улам бүр нэмэгдэх шүүлтүүд явагдаж байдаг. Нуран уналт ирэхэд папын засаглал, худалдаач ноёд болон нэр хүндтэй арилжаачидтайгаа Америкийн Нэгдсэн Улс, мөн Таршишийн усан онгоцнууд “уйлалдан гашуудах” болно.</w:t>
      </w:r>
    </w:p>
    <w:p>
      <w:pPr>
        <w:pStyle w:val="ArticleBody"/>
        <w:jc w:val="left"/>
      </w:pPr>
      <w:r>
        <w:rPr>
          <w:rFonts w:ascii="Times New Roman" w:hAnsi="Times New Roman" w:eastAsia="Times New Roman" w:cs="Times New Roman"/>
        </w:rPr>
        <w:t>Энэ эшлэл дэх “Таршиш” хэмээх газрын байршил нь эрт дээр үед эд баялагтай холбоотой байсан бөгөөд Библи дэх Таршишийн хөлөг онгоцууд нь эдийн засгийн хүч чадлын тэргүүн бэлгэдэл мөн.</w:t>
      </w:r>
    </w:p>
    <w:p>
      <w:pPr>
        <w:pStyle w:val="ArticleScripture"/>
        <w:jc w:val="left"/>
      </w:pPr>
      <w:r>
        <w:rPr>
          <w:rFonts w:ascii="Times New Roman" w:hAnsi="Times New Roman" w:eastAsia="Times New Roman" w:cs="Times New Roman"/>
        </w:rPr>
        <w:t>Учир нь хааны усан онгоцууд Хурамын зарц нартай хамт Таршиш уруу явдаг байв; Таршишийн усан онгоцууд гурван жил тутам нэг удаа алт, мөнгө, зааны соёо, сармагчин, тогос авчирч ирдэг байлаа. Мөн Соломон хаан эд баялаг ба мэргэн ухаанаараа газрын бүх хаадаас давсан юм. Шастирын дэд 9:21, 22.</w:t>
      </w:r>
    </w:p>
    <w:p>
      <w:pPr>
        <w:pStyle w:val="ArticleBody"/>
        <w:jc w:val="left"/>
      </w:pPr>
      <w:r>
        <w:rPr>
          <w:rFonts w:ascii="Times New Roman" w:hAnsi="Times New Roman" w:eastAsia="Times New Roman" w:cs="Times New Roman"/>
        </w:rPr>
        <w:t>Хөлгүүд эдийн засгийн хүчийг төлөөлдөг бөгөөд Таршиш нь Библийн зөгнөл дэх эдийн засгийн тэргүүлэх хөлөг мөн. Таршишийн “охин”-оор төлөөлөгдсөн Таршишийн эцсийн үед “газар нутгаараа гол мэт нэвтэр” гэж айлддаг бөгөөд тэрээр олж мэдэхдээ түүний газар нутагт “дахин хүч чадал үгүй”, мөн Тирийн хаанчлалын төлөө цаашид “баярлан хөөрч” чадахгүй болсон байдаг. Тэдний эрж хайж байсан хүч нь Сидоны урьдын эдийн засгийн хүч чадал байсан боловч тэр нь үгүй болсон байв. Учир нь тэнгис “Би төрөх өвдөлт үздэггүй, хүүхэд төрүүлдэггүй, залуу эрсийг өсгөн тэтгэдэггүй, онгон охидыг бойжуулдаггүй” хэмээн айлдсан бөгөөд үүгээр тэнгисийн эцсийн үеийг, өөрөөр хэлбэл дэлхийн эдийн засаг сүйрсэнд гашуудан буй дэлхийн ард түмнүүдийг тодорхойлж байна. Тэр үед дэлхийн хүмүүс өөрсдөө газрын түүхийн сүүлчийн үеийнхэн мөн гэдгийг ухаарч, мөнхийн амьдралд бэлтгэхэд хэтэрхий оройтсоны бодит байдалд сэрдэг.</w:t>
      </w:r>
    </w:p>
    <w:p>
      <w:pPr>
        <w:pStyle w:val="ArticleScripture"/>
        <w:jc w:val="left"/>
      </w:pPr>
      <w:r>
        <w:rPr>
          <w:rFonts w:ascii="Times New Roman" w:hAnsi="Times New Roman" w:eastAsia="Times New Roman" w:cs="Times New Roman"/>
        </w:rPr>
        <w:t>“Мөнхийн үзэгдлүүдийн бодит байдал хүний мэдрэхүйд нээгдэх үед мөнгөний үнэ цэнэ тун удахгүй маш гэнэт унах болно.” Евангелизм, 62.</w:t>
      </w:r>
    </w:p>
    <w:p>
      <w:pPr>
        <w:pStyle w:val="ArticleBody"/>
        <w:jc w:val="left"/>
      </w:pPr>
      <w:r>
        <w:rPr>
          <w:rFonts w:ascii="Times New Roman" w:hAnsi="Times New Roman" w:eastAsia="Times New Roman" w:cs="Times New Roman"/>
        </w:rPr>
        <w:t>Энэ эшлэл доторх хүн бүрийг шаналгадаг хоёр “мэдээ” буюу захиас байдаг. Эхний “мэдээ” нь Египетийн тухай, хоёр дахь “мэдээ” нь Тирийн тухай юм. Египетийн тухай мэдээ нь өнгөрсөн цагт өгөгдсөн байдаг. Учир нь Исаиа, “Египетийн тухай мэдээг сонссонтой адил” хэмээн хэлсэн нь Бурхан Зидоныг (АНУ-ыг) сүйтгэхээсээ өмнө Египеттэй холбоотой ямар нэгэн үйлийг үйлдсэн болохыг харуулж байна. Бурхан Египеттэй юу хийсэн, тэр нь мөн Египетийн “мэдээ”-г төлөөлдөг бөгөөд сонгогдсон ард түмэнтэйгээ Бурхан анх удаа гэрээ байгуулсан үеийн хүрээнд Тэр Египетийг устгасан явдал юм. Тэр хоёр мэдээ нь нэг л “мэдээ” мөн. Египетийн тухай мэдээ нь эхлэл, харин Тирийн тухай мэдээ нь төгсгөл юм. Альфа ба Омега энэхүү сэдвийн эхэн үеийн түүхээр эцсийн өдрүүдэд нэг зуун дөчин дөрвөн мянгатай байгуулах гэрээг дүрслэн үзүүлсэн юм. Египетийн тухай “мэдээ” гэдэг нь Фараон болон түүний цэрэг устгагдсан Улаан тэнгисийн аврал бөгөөд энэ нь “Тирийн ачаа” хэмээх “мэдээ”-гээр төлөөлөгдсөн Бурханы ард түмний эцсийн авралын бэлгэдэл болдог.</w:t>
      </w:r>
    </w:p>
    <w:p>
      <w:pPr>
        <w:pStyle w:val="ArticleBody"/>
        <w:jc w:val="left"/>
      </w:pPr>
      <w:r>
        <w:rPr>
          <w:rFonts w:ascii="Times New Roman" w:hAnsi="Times New Roman" w:eastAsia="Times New Roman" w:cs="Times New Roman"/>
        </w:rPr>
        <w:t>Библид Таршишийн усан онгоцуудыг устгадаг хэмээн дүрслэгдсэн хүч бол Ислам юм. Исламын сэдвийг хожим авч үзэх тул энэ сэдвийг бид дараа нь илүү дэлгэрэнгүйгээр авч үзнэ. Энэ нь уг эшлэлд Киприйн эртний нэр болох “Читтим” хэмээн дүрслэгдсэн бөгөөд, тэр эшлэлд Сидон ба Тирийн сүйрэл “Читтим”-ээс илчлэгдэнэ гэж өгүүлдэг. Исламын бэлгэдэл нь Библийн зөгнөл дотор Америкийн Нэгдсэн Улс сүйрэхийн маш тодорхой дүрслэлийг агуулдаг.</w:t>
      </w:r>
    </w:p>
    <w:p>
      <w:pPr>
        <w:pStyle w:val="ArticleBody"/>
        <w:jc w:val="left"/>
      </w:pPr>
      <w:r>
        <w:rPr>
          <w:rFonts w:ascii="Times New Roman" w:hAnsi="Times New Roman" w:eastAsia="Times New Roman" w:cs="Times New Roman"/>
        </w:rPr>
        <w:t>Исаиа номд дурдагдсан өдрүүд ба жилүүдийг мөрдөн дагах нь чухал. Учир нь тэдгээр нь дараах хэсгийн эш үзүүллэгийн цаг хугацааг олонтаа тодорхойлдог. Исаиа хорин гуравдугаар бүлэг нь хорин хоёрдугаар бүлгийн “үзэгдлийн хөндийн ачаалал”-ын дараа гарч ирдэг бөгөөд түүнээс өмнөх хорин нэгдүгээр бүлэгт “гурван ачаалал” байдаг; энэ гурвуул Исламыг тодорхойлдог. Түүнээс өмнө, хорьдугаар бүлгийн нэгдүгээр зүйлд, дараах бүлгүүдэд тодорхойлогдох сүйрлийн эш үзүүллэгүүдийн суурь болох эш үзүүллэгийн түүхийн нөхцөл байдал өгөгдсөн байдаг.</w:t>
      </w:r>
    </w:p>
    <w:p>
      <w:pPr>
        <w:pStyle w:val="ArticleScripture"/>
        <w:jc w:val="left"/>
      </w:pPr>
      <w:r>
        <w:rPr>
          <w:rFonts w:ascii="Times New Roman" w:hAnsi="Times New Roman" w:eastAsia="Times New Roman" w:cs="Times New Roman"/>
        </w:rPr>
        <w:t>Ассирийн хаан Саргон түүнийг илгээсэн тэр жилд Тартан Ашдодод ирж, Ашдодын эсрэг тулалдаад, түүнийг эзлэн авав. Исаиа 20:1.</w:t>
      </w:r>
    </w:p>
    <w:p>
      <w:pPr>
        <w:pStyle w:val="ArticleBody"/>
        <w:jc w:val="left"/>
      </w:pPr>
      <w:r>
        <w:rPr>
          <w:rFonts w:ascii="Times New Roman" w:hAnsi="Times New Roman" w:eastAsia="Times New Roman" w:cs="Times New Roman"/>
        </w:rPr>
        <w:t>“Тартан” хэмээх үг нь нэр байж болох боловч, цэргийн удирдагчийн цол байсан байх нь илүү магадлалтай. Тартан Египетийн нэгэн хот болох Ашдодод ирж, Ассирчууд дэлхийг үе шаттайгаар эрхшээлдээ оруулж байсан түүхийн тэр үед түүнийг эзлэн авсан. Ассир нь Вавилоныг бэлгэдэн төлөөлж байв. Ассир ч, Вавилон ч хоёулаа умардаас гарч ирсэн хаант улсууд байсан бөгөөд Бурханы хоньдыг “тараасан” “арслангууд” хэмээн тодорхойлогддог бөгөөд хоёулаа адил шийтгэлийг хүлээн авдаг. Ассир эхнийх нь байсан, Вавилон сүүлчийнх нь байсан.</w:t>
      </w:r>
    </w:p>
    <w:p>
      <w:pPr>
        <w:pStyle w:val="ArticleScripture"/>
        <w:jc w:val="left"/>
      </w:pPr>
      <w:r>
        <w:rPr>
          <w:rFonts w:ascii="Times New Roman" w:hAnsi="Times New Roman" w:eastAsia="Times New Roman" w:cs="Times New Roman"/>
        </w:rPr>
        <w:t>Израиль бол тараагдсан хонь мөн; арслангууд түүнийг хөөн зайлуулжээ. Эхлээд Ассирийн хаан түүнийг залгисан; эцэст нь Вавилоны хаан энэ Небухаднезар түүний ясыг хэмхэлжээ. Иймээс түмэн цэргийн ЭЗЭН, Израилийн Бурхан, ийнхүү айлдаж байна: Болгоогтун, Би Ассирийн хааныг шийтгэсэнчлэн Вавилоны хаан ба түүний газрыг шийтгэнэ. Иеремиа 50:17, 18.</w:t>
      </w:r>
    </w:p>
    <w:p>
      <w:pPr>
        <w:pStyle w:val="ArticleBody"/>
        <w:jc w:val="left"/>
      </w:pPr>
      <w:r>
        <w:rPr>
          <w:rFonts w:ascii="Times New Roman" w:hAnsi="Times New Roman" w:eastAsia="Times New Roman" w:cs="Times New Roman"/>
        </w:rPr>
        <w:t>Зөгнөлийн утгаар тэд хоёулаа “ихэмсэг Ассури” юм.</w:t>
      </w:r>
    </w:p>
    <w:p>
      <w:pPr>
        <w:pStyle w:val="ArticleScripture"/>
        <w:jc w:val="left"/>
      </w:pPr>
      <w:r>
        <w:rPr>
          <w:rFonts w:ascii="Times New Roman" w:hAnsi="Times New Roman" w:eastAsia="Times New Roman" w:cs="Times New Roman"/>
        </w:rPr>
        <w:t>«Ассирийн бардам Сеннахериб Бурханыг зэмлэн доромжилж, Израилийг сүйрлээр заналхийлж байх үед, “тэр шөнө ЭЗЭНий тэнгэрэлч гарч, Ассиричуудын хуаранд нэг зуун наян таван мянган хүнийг цохив.” Сеннахерибийн цэргээс “бүх хүчирхэг баатар эрс, мөн удирдагчид ба жанжид тас цохигдов.” “Ингээд тэр нүүрийн ичгүүртэйгээр өөрийн нутагтаа буцав.” [Хаадын дэд 19:35; Шастирын дэд 32:21.]» Агуу тэмцэл, 512.</w:t>
      </w:r>
    </w:p>
    <w:p>
      <w:pPr>
        <w:pStyle w:val="ArticleBody"/>
        <w:jc w:val="left"/>
      </w:pPr>
      <w:r>
        <w:rPr>
          <w:rFonts w:ascii="Times New Roman" w:hAnsi="Times New Roman" w:eastAsia="Times New Roman" w:cs="Times New Roman"/>
        </w:rPr>
        <w:t>“Тартан Ашдодод ирж” түүнийг “эзлэн авсан” жил нь, Даниелын арван нэгдүгээр бүлгийн сүүлчийн зургаан эшлэлд дүрслэгдсэнчлэн, папын эрх мэдэл дэлхийг алхам алхмаар байлдан дагуулж буйг төлөөлдөг. Мөрдөн шалгах шүүлтийн “эцсийн өдрүүд” болох, мөн гүйцэтгэх шүүлт рүү (долоон сүүлчийн гай гамшиг) шууд хөтөлдөг Ням гаргийн хуулийн хямралын түүх нь, Тартан Ашдодод ирсэн тэрхүү “жил”-ээр төлөөлөгдсөн түүхэн орчин мөн. Тэрхүү түүхийн нөхцөл байдлыг тогтоосны дараа Исаиа Исламын талаар мөхлийн гурван зөгнөл, Лаодикейн Адвентизмын талаар нэгийг, дараа нь Тирийн ачааллыг өгүүлдэг. Хорин дөрөвдүгээр бүлэг нь долоон сүүлчийн гай гамшгийн сонгодог жишээнүүдийн нэг бөгөөд үүний дараах хорин тавдугаар бүлэг нь Бурханы ард түмний эцсийн авралыг төлөөлдөг; тэнд бид Бурханы ард түмэн агуу зовлонгийн үед хэлдэг хамгийн сайн мэдэх мэдэгдлүүдийн нэгийг илэрхийлж байгааг олж хардаг.</w:t>
      </w:r>
    </w:p>
    <w:p>
      <w:pPr>
        <w:pStyle w:val="ArticleScripture"/>
        <w:jc w:val="left"/>
      </w:pPr>
      <w:r>
        <w:rPr>
          <w:rFonts w:ascii="Times New Roman" w:hAnsi="Times New Roman" w:eastAsia="Times New Roman" w:cs="Times New Roman"/>
        </w:rPr>
        <w:t>Тэр өдөр: «Харагтун, энэ бол бидний Бурхан; бид Түүнийг хүлээсэн, Тэр биднийг аврана. Энэ бол ЭЗЭН; бид Түүнийг хүлээсэн, бид Түүний авралд баясаж, хөөрөн баярлана» гэж хэлэгдэх болно. Исаиа 25:9</w:t>
      </w:r>
    </w:p>
    <w:p>
      <w:pPr>
        <w:pStyle w:val="ArticleBody"/>
        <w:jc w:val="left"/>
      </w:pPr>
      <w:r>
        <w:rPr>
          <w:rFonts w:ascii="Times New Roman" w:hAnsi="Times New Roman" w:eastAsia="Times New Roman" w:cs="Times New Roman"/>
        </w:rPr>
        <w:t>Нэг зуун дөчин дөрвөн мянган хүн бол арван онгон бүсгүйн тухай сургаалт зүйрлэлтэй нийцүүлэн, Эзэнээ хуриманд ирэхийг Түүнийг саатсан боловч хүлээж байсан ухаалаг онгон бүсгүйчүүд мөн. Тэд Лаодикийнхан биш, Филадельфийнхэн мөн. Энэ хүртэл энэхүү өгүүлэл нөхцөл байдлыг тогтоож ирсэн юм.</w:t>
      </w:r>
    </w:p>
    <w:p>
      <w:pPr>
        <w:pStyle w:val="ArticleBody"/>
        <w:jc w:val="left"/>
      </w:pPr>
      <w:r>
        <w:rPr>
          <w:rFonts w:ascii="Times New Roman" w:hAnsi="Times New Roman" w:eastAsia="Times New Roman" w:cs="Times New Roman"/>
        </w:rPr>
        <w:t>1798 онд Наполеон папыг олзлон, Илчлэлт арван гуравт өгүүлснээр ертөнцийн төгсгөлд эдгэрэх ёстой эш үзүүллэгийн үхлийн шархыг өгсөн юм. Тэр үед Даниел хоёр, долоо, найм, арван нэг болон Илчлэлт арван хоёр, арван гурав, арван зургаа, арван долоо, арван наймд өгүүлснээр АНУ Библийн эш үзүүллэгийн зургаа дахь хаант улсын байр суурийг эзэлсэн юм. Тэр цагаас хойш АНУ-ын Бүгд Найрамдах эвэр болон Протестант эвэр (Адвентизм) хоёул папын засаглал хэн болохыг мартсан билээ. 1798 он бол дэлхийн бусад үндэстнүүд АНУ-ыг бүрэн эрхт улс хэмээн хүлээн зөвшөөрсөн анхны жил бөгөөд мөн тэр нь түүхэнд анхны тэнгэрэлчийн мэдээ хүрч ирсэн жил мөн юм.</w:t>
      </w:r>
    </w:p>
    <w:p>
      <w:pPr>
        <w:pStyle w:val="ArticleBody"/>
        <w:jc w:val="left"/>
      </w:pPr>
      <w:r>
        <w:rPr>
          <w:rFonts w:ascii="Times New Roman" w:hAnsi="Times New Roman" w:eastAsia="Times New Roman" w:cs="Times New Roman"/>
        </w:rPr>
        <w:t>Тэр үед протестантуудын “уриа” нь “Библи, зөвхөн Библи” байв. Протестантууд өөрсдийгөө ганцхан Библийг хамгаалагчид хэмээн тодорхойлдог бөгөөд хоёр дахь тэнгэрэлчийн ирэх үед Адвентизм тэдний тугийг өвлөн авснаар, тэд тэрхүү “уриаг” хүлээн авч, улмаар “номын ард түмэн” хэмээн нэрлэгдэх болсон. Уильям Миллерийн үйлчлэлээр дамжин тэдэнд, хэрэв зөв хэрэглэвэл сонсохыг хүсэгч бүхний оюун ухаанд Библийг нээж өгөхүйц дүрмийн цогц өгөгдсөн байв. Миллерийн эш үзүүллэгийг тайлбарлах дүрмүүд нь, гурав дахь тэнгэрэлчийн мэдээг тунхаглахын тулд бидний судлах ёстой зүйл мөн хэмээн онгод айлдаж байна.</w:t>
      </w:r>
    </w:p>
    <w:p>
      <w:pPr>
        <w:pStyle w:val="ArticleScripture"/>
        <w:jc w:val="left"/>
      </w:pPr>
      <w:r>
        <w:rPr>
          <w:rFonts w:ascii="Times New Roman" w:hAnsi="Times New Roman" w:eastAsia="Times New Roman" w:cs="Times New Roman"/>
        </w:rPr>
        <w:t>Христ: “Хэрэв хэн нэгэн хүн Намайг дагахыг хүсвэл, өөрийгөө үгүйсгэж, загалмайгаа үүрээд, Намайг дагаг” хэмээн айлдсан. Мөн Тэрээр: “Би бол ертөнцийн гэрэл; Намайг дагагч нь харанхуйд явахгүй” хэмээн айлдсан. Үнэний гэрэл ассан дэнлүү мэт түгэн цацарч байгаа бөгөөд гэрлийг хайрлагчид харанхуйд явахгүй. Тэд жинхэнэ Хоньчны дуу хоолойг сонсож байгаа болохоос, харийн нэгнийхийг бус гэдгээ гарцаагүй мэдэхийн тулд Судруудыг судлах болно.</w:t>
      </w:r>
    </w:p>
    <w:p>
      <w:pPr>
        <w:pStyle w:val="ArticleScripture"/>
        <w:jc w:val="left"/>
      </w:pPr>
      <w:r>
        <w:rPr>
          <w:rFonts w:ascii="Times New Roman" w:hAnsi="Times New Roman" w:eastAsia="Times New Roman" w:cs="Times New Roman"/>
        </w:rPr>
        <w:t>“Гурав дахь тэнгэрэлчийн мэдээг тунхаглах үйл хэрэгт оролцож буй хүмүүс Эцэг Миллерийн баримталж байсан тэр л зарчмын дагуу Судруудыг шинжлэн судалж байна. Эцэг Миллер «Зөгнөлүүдийн үзэл ба эш үзүүллэгийн он дараалал» хэмээх жижиг номдоо Библийг судлах болон тайлбарлах талаар дараах энгийн атлаа ухаалаг бөгөөд чухал дүрмүүдийг өгүүлжээ:”</w:t>
      </w:r>
    </w:p>
    <w:p>
      <w:pPr>
        <w:pStyle w:val="ArticleScripture"/>
        <w:jc w:val="left"/>
      </w:pPr>
      <w:r>
        <w:rPr>
          <w:rFonts w:ascii="Times New Roman" w:hAnsi="Times New Roman" w:eastAsia="Times New Roman" w:cs="Times New Roman"/>
        </w:rPr>
        <w:t>“‘1. Үг бүр Библид тавигдсан сэдэвт өөрийн зохих ач холбогдлоор хамаарах ёстой; 2. Бүх Судар зайлшгүй хэрэгтэй бөгөөд хичээнгүй хэрэгжүүлэлт, судлалтаар ойлгогдож болно; 3. Сударт илчлэгдсэн юу ч итгэлээр, эргэлзэлгүйгээр гуйгчдаас нуугдахгүй бөгөөд нуугдах ч үгүй; 4. Сургаалыг ойлгохын тулд мэдэхийг хүсэж буй сэдвийн талаархи бүх эшлэлийг нэгтгэн авчир; дараа нь үг бүрт өөрийн зохих нөлөөг үзүүлэх боломжийг олго; хэрэв чи зөрчилгүйгээр өөрийн онолыг бүрдүүлж чадвал, алдаанд байж үл болно; 5. Судар нь өөрөө өөрийнхөө тайлбарлагч байх ёстой, учир нь энэ нь өөрөө өөрийнхөө дүрэм мөн. Хэрэв би надад тайлбарлан өгөх багшаас хамаарах аваас, тэр нь утгыг нь таамаглах, эсвэл өөрийн урсгалын итгэл-номлолоос шалтгаалан тийм байлгахыг хүсэх, эсвэл мэргэн гэж тооцогдохыг хүсэх аваас, тэгвэл түүний таамаглал, хүсэл, итгэл-номлол, эсвэл мэргэн ухаан нь миний дүрэм болох бөгөөд, Библи биш юм.’”</w:t>
      </w:r>
    </w:p>
    <w:p>
      <w:pPr>
        <w:pStyle w:val="ArticleScripture"/>
        <w:jc w:val="left"/>
      </w:pPr>
      <w:r>
        <w:rPr>
          <w:rFonts w:ascii="Times New Roman" w:hAnsi="Times New Roman" w:eastAsia="Times New Roman" w:cs="Times New Roman"/>
        </w:rPr>
        <w:t>“Дээр өгүүлсэн нь эдгээр дүрмийн нэг хэсэг мөн; бөгөөд Библийг судлахдаа бид бүгдээрээ энд тогтоосон зарчмуудыг анхааран дагавал зохино.</w:t>
      </w:r>
    </w:p>
    <w:p>
      <w:pPr>
        <w:pStyle w:val="ArticleScripture"/>
        <w:jc w:val="left"/>
      </w:pPr>
      <w:r>
        <w:rPr>
          <w:rFonts w:ascii="Times New Roman" w:hAnsi="Times New Roman" w:eastAsia="Times New Roman" w:cs="Times New Roman"/>
        </w:rPr>
        <w:t>“Жинхэнэ итгэл нь Судрууд дээр үндэслэдэг; харин Сатан Судруудыг мушгин гуйвуулж, төөрөгдөл оруулахын тулд маш олон арга хэрэгслийг хэрэглэдэг тул, тэдгээр нь үнэндээ юуг сургадаг болохыг мэдэхийг хүсэгч хүнд үлэмж анхаарал шаардлагатай. Энэ цаг үеийн агуу төөрөгдлүүдийн нэг нь мэдрэмжид хэт их төвлөрч, Бурханы үгийн тодорхой айлдварууд мэдрэмжтэй нийцэхгүй байна гэсэн шалтгаанаар тэдгээрийг үл тоомсорлон атлаа өөрсдийгөө үнэнч хэмээн зүтгэх явдал юм. Олон хүнд итгэлийнхээ суурь нь сэтгэлийн хөдөлгөөнөөс өөр юу ч байдаггүй. Тэдний шашин нь хөөрөл догдлолоос бүрддэг; тэр нь намжмагц, тэдний итгэл үгүй болдог. Мэдрэмж нь хальс байж болох ч, харин Бурханы үг бол буудай мөн. Тэгээд эш үзүүлэгч, ‘Хальс нь буудайтай юу адил вэ?’ хэмээн айлдсан.”</w:t>
      </w:r>
    </w:p>
    <w:p>
      <w:pPr>
        <w:pStyle w:val="ArticleScripture"/>
        <w:jc w:val="left"/>
      </w:pPr>
      <w:r>
        <w:rPr>
          <w:rFonts w:ascii="Times New Roman" w:hAnsi="Times New Roman" w:eastAsia="Times New Roman" w:cs="Times New Roman"/>
        </w:rPr>
        <w:t>“Өөрсдөд нь хэзээ ч байгаагүй, мөн олж авч чадахгүй байсан гэрэл ба мэдлэгийг анхааран дагаагүйнх нь төлөө хэн ч яллагдахгүй. Харин олон хүн Христийн элч нараар дамжин өөрсдөд нь толилуулагдсан үнэнийг дэлхийн жишигт нийцэхийг хүсдэгийн улмаас дагахаас татгалздаг; тэгээд тэдний ухаанд хүрсэн тэр үнэн, сэтгэлд нь туссан тэр гэрэл Шүүлтийн өдөр тэднийг яллах болно. Эдгээр эцсийн өдрүүдэд бид бүх үеийн туршид гэрэлтсээр ирсэн хуримтлагдсан гэрлийг эзэмшиж байгаа бөгөөд үүний хэрээр бидэнд хариуцлага тооцогдоно. Ариун байдлын зам нь дэлхийтэй нэг түвшинд байдаггүй; энэ бол өргөгдөн байгуулсан зам мөн. Хэрэв бид энэ замаар явж, Эзэний тушаалуудын замаар гүйвэл, ‘зөв шударгын хүний зам нь гэгээ татан гэрэлтэх гэрэл мэт бөгөөд төгс өдөр хүртэл улам бүр тодордог’ гэдгийг бид олж мэдэх болно.” Review and Herald, November 25, 1884.</w:t>
      </w:r>
    </w:p>
    <w:p>
      <w:pPr>
        <w:pStyle w:val="ArticleBody"/>
        <w:jc w:val="left"/>
      </w:pPr>
      <w:r>
        <w:rPr>
          <w:rFonts w:ascii="Times New Roman" w:hAnsi="Times New Roman" w:eastAsia="Times New Roman" w:cs="Times New Roman"/>
        </w:rPr>
        <w:t>Та Вильям Миллерийн дүрмүүдийн талаар Илчлэлийн Түлхүүрүүд ангиллын дор буй “William Miller” нэртэй өгүүллээс илүү дэлгэрэнгүй уншиж болно.</w:t>
      </w:r>
    </w:p>
    <w:p>
      <w:pPr>
        <w:pStyle w:val="ArticleBody"/>
        <w:jc w:val="left"/>
      </w:pPr>
      <w:r>
        <w:rPr>
          <w:rFonts w:ascii="Times New Roman" w:hAnsi="Times New Roman" w:eastAsia="Times New Roman" w:cs="Times New Roman"/>
        </w:rPr>
        <w:t>“Бидний Библийн судлалд,” эш үзүүллэгийг тайлбарлах тухай “Эцэг Миллерийн” дүрмүүдэд “дэвшүүлэн тавьсан зарчмуудыг анхааран сахих нь” бид бүгдэд тустай байх болно. Протестантизмын эвэрт бидний Библи хэмээн нэрлэдэг ариун баримт бичиг өгөгдсөн бөгөөд мөн түүний дотор агуулагдсан зарчмуудыг хамгаалж, урагшлуулах хариуцлага ч өгөгдсөн билээ; түүнчлэн протестант эвэрт ариун баримт бичгүүдийн утга учир болон зорилгыг зөв ялган тайлбарлах дүрмийн цогц ч өгөгдсөн юм.</w:t>
      </w:r>
    </w:p>
    <w:p>
      <w:pPr>
        <w:pStyle w:val="ArticleBody"/>
        <w:jc w:val="left"/>
      </w:pPr>
      <w:r>
        <w:rPr>
          <w:rFonts w:ascii="Times New Roman" w:hAnsi="Times New Roman" w:eastAsia="Times New Roman" w:cs="Times New Roman"/>
        </w:rPr>
        <w:t>Бүгд Найрамдах үзлийн эвэрт бидний Үндсэн хууль хэмээн нэрлэдэг ариун баримт бичиг өгөгдсөн бөгөөд, мөн түүнд агуулагдсан зарчмуудыг хамгаалж, урагшлуулах үүрэг ч түүнд өгөгдсөн юм. Бүгд Найрамдах эвэрт ариун баримт бичгийн утга учир, зорилгыг зөвөөр ялган тогтоох дүрэм журмын цогц мөн өгөгдсөн билээ. Үндсэн хуулийг зөвөөр ялган тогтооход өгөгдсөн дүрэм нь Эрхийн тухай Билл бөгөөд, энэ нь Үндсэн хуулийн хамгийн чухал зорилгыг Эрхийн тухай Биллийн эхний заалтуудад дархлан тогтоосон байдаг. Эрхийн тухай Биллд дурдсан Нэгдүгээр нэмэлт өөрчлөлт нь шашин шүтэх, үзэл бодлоо илэрхийлэх, үг хэлэх, хэвлэлийн эрх чөлөө мөн.</w:t>
      </w:r>
    </w:p>
    <w:p>
      <w:pPr>
        <w:pStyle w:val="ArticleScripture"/>
        <w:jc w:val="left"/>
      </w:pPr>
      <w:r>
        <w:rPr>
          <w:rFonts w:ascii="Times New Roman" w:hAnsi="Times New Roman" w:eastAsia="Times New Roman" w:cs="Times New Roman"/>
        </w:rPr>
        <w:t>“Конгресс нь шашин тогтоон байгуулалтын талаар ямар ч хууль гаргах ёсгүй, эсхүл түүнийг чөлөөтэй хэрэгжүүлэхийг хориглох; мөн үг хэлэх эрх чөлөө, эсхүл хэвлэлийн эрх чөлөөг хязгаарлах; эсхүл ард түмний тайван замаар цуглах, мөн гомдол, зөрчлийг арилгуулахаар Засгийн газарт өргөдөл гаргах эрхийг хязгаарлах ёсгүй.” АНУ-ын Үндсэн хууль, I нэмэлт өөрчлөлт</w:t>
      </w:r>
    </w:p>
    <w:p>
      <w:pPr>
        <w:pStyle w:val="ArticleBody"/>
        <w:jc w:val="left"/>
      </w:pPr>
      <w:r>
        <w:rPr>
          <w:rFonts w:ascii="Times New Roman" w:hAnsi="Times New Roman" w:eastAsia="Times New Roman" w:cs="Times New Roman"/>
        </w:rPr>
        <w:t>Ням гаргийн хууль нь шашин шүтэх эрх чөлөөг баталгаажуулдаг Үндсэн хуулийн анхны заалтад ил тод халдсан хэрэг мөн бөгөөд энэ эрх Ням гаргийн хуулиар хүчингүй болсноор Үндсэн хуулийн төгсгөл, Библийн эш үзүүлгийн зургаа дахь хаант улс болох Америкийн Нэгдсэн Улсын төгсгөл, мөн тэр үед гурав дахь тэнгэрэлчийн мэдээг чанга хашхиралтаар тунхаглаж буй хүмүүсийн эсрэг хавчлагын эхлэл тэмдэглэгддэг. Гурав дахь тэнгэрэлчийн чанга хашхиралтыг тунхаглаж, Нэгдүгээр нэмэлт өөрчлөлт болон Үндсэн хуулийг устгаж буйг эсэргүүцдэг хүмүүс нь өөрсдөдөө хамгаалан сахиж, хэрэгжүүлэх ёстой байсан ариун дүрэм журмыг баримтлан, хамгаалахаар томилогдсон ариун баримт бичгийг өмгөөлөх учиртай байсан хүмүүсийн гарт хавчигдана. Энэ нь хурганы адил хоёр эвэртэй газрын араатны хоёр эврийн зэрэгцээ түүхүүдийг ойлгож, хэрэгжүүлэхийн нэгэн жишээ юм. Үндсэн хуулийг үндэслэгч эцгүүд нь Эцэг Миллертэй зэрэгцэнэ. Миллерт хэрэглэгдсэн “Эцэг” хэмээх нэр томьёо нь папын шашны санваартныг бус, харин удирдагчийг заахад хэрэглэгдсэн юм. Библи өөрсдийгөө сүнслэг удирдагч хэмээн зарладаг хүмүүсийг “эцэг” гэж дуудахыг хориглодог. Миллерчүүд өөрсдийн эцгийн нэрээр нэрлэгдсэн байдаг нь олонтаа тохиолддог зүйл мөн. Энэ ялгааг олж харахгүй өнгөрвөл, Элиагийн захиас эцгүүдийн зүрхийг хүүхдүүд уруу, мөн хүүхдүүдийн зүрхийг эцгүүд уруу эргүүлэх үед ямар утгатай болохын зарим хэсгийг алдана.</w:t>
      </w:r>
    </w:p>
    <w:p>
      <w:pPr>
        <w:pStyle w:val="ArticleBody"/>
        <w:jc w:val="left"/>
      </w:pPr>
      <w:r>
        <w:rPr>
          <w:rFonts w:ascii="Times New Roman" w:hAnsi="Times New Roman" w:eastAsia="Times New Roman" w:cs="Times New Roman"/>
        </w:rPr>
        <w:t>Исаиа хорин гуравдугаар бүлэгт гардаг Америкийн Нэгдсэн Улс нь Библийн зөгнөлийн зургаа дахь хаант улс бөгөөд ойртон ирж буй Ням гаргийн хуулиар Үндсэн хуулиа түлхэн унагах хүртлээ тэр хэвээрээ байна. Зургаа дахь хаант улс зөгнөлийн далан жилийн турш, өөрөөр хэлбэл нэг хааны өдрүүдийн хугацаанд ноёрхоно. Далан жилийн турш ноёрхсон хаант улс бол Вавилон байсан. Тэр далан жилийн туршид төрийн эвэр нь Вавилоны засгийн газар байсан бөгөөд сүмийн эвэр нь Халдейчууд байв. Даниел, Шадрах, Мешак, Абеднего нар нэг зуун дөчин дөрвөн мянгыг төлөөлдөг. Хоёр эвэр болон Бурханы ард түмэн хоёулаа Даниелын гэрчлэлд дүрслэгдсэн байдаг. Вавилонд байсан далан жилийн олзлол нь Исаиагийн хэрэглэдэг “нэг хааны өдрүүд” бөгөөд үүгээрээ тэрээр 1798 оноос Ням гаргийн хууль хүртэлх Америкийн Нэгдсэн Улсын зөгнөлийн түүх болон Адвентизмийн түүхийг тодорхойлдог.</w:t>
      </w:r>
    </w:p>
    <w:p>
      <w:pPr>
        <w:pStyle w:val="ArticleBody"/>
        <w:jc w:val="left"/>
      </w:pPr>
      <w:r>
        <w:rPr>
          <w:rFonts w:ascii="Times New Roman" w:hAnsi="Times New Roman" w:eastAsia="Times New Roman" w:cs="Times New Roman"/>
        </w:rPr>
        <w:t>АНУ-ын хоёр эвэрт аль алиных нь эш үзүүллэгийн түүхэн шугамыг тогтоосноор, нөгөө эврийн шинж чанарыг танихын тулд тэрхүү хоёр эвэрт гэрчийг ашиглан төгсгөл ба эхлэлийг авч үзэх боломж бидэнд нээгддэг. Эцэст нь хэлэхэд, бүх эвэр ижил байсан. Даниелд эвэрнүүд байж, зарим нь хугарч, хугарсан эвэрнээс өөр эвэрнүүд урган гарсан байдаг. Даниел дахь зарим эвэр нь хоорондоо ижил хэмжээтэй биш бөгөөд нэг нь нөгөөгөөсөө хожуу гарч ирдэг байв. Харин АНУ-ын хоёр эвэр тийм биш. Тэдгээр хоёр эвэр ижил түүхийн туршид хоорондоо зэрэгцэн явж, зорилгын хувьд хоорондоо өөр боловч, ижил тэмдэглэлт үе шатуудыг бий болгодог. Энэ түүхийн дотор ойлгоход мөн чухал анхааруулгууд ч бас байдаг.</w:t>
      </w:r>
    </w:p>
    <w:p>
      <w:pPr>
        <w:pStyle w:val="ArticleBody"/>
        <w:jc w:val="left"/>
      </w:pPr>
      <w:r>
        <w:rPr>
          <w:rFonts w:ascii="Times New Roman" w:hAnsi="Times New Roman" w:eastAsia="Times New Roman" w:cs="Times New Roman"/>
        </w:rPr>
        <w:t>Адвентизмын эхэн үед Филаделфи сүмээр төлөөлөгдсөн эш үзүүллэгийн түүхээс Лаодикеа сүм рүү шилжилт гарсан. Иймээс төгсгөлд нь Лаодикеагийн эш үзүүллэгийн түүхээс мөн нэгэн өөрчлөлт гарах ёстой. Есүс Христийн Илчлэлт нь энэхүү ойлголтын гэрлийг агуулдаг бөгөөд энэ нь энэ цаг үед лац нь тайлагдаж буй зүйлийн нэг хэсэг юм.</w:t>
      </w:r>
    </w:p>
    <w:p>
      <w:pPr>
        <w:pStyle w:val="ArticleBody"/>
        <w:jc w:val="left"/>
      </w:pPr>
      <w:r>
        <w:rPr>
          <w:rFonts w:ascii="Times New Roman" w:hAnsi="Times New Roman" w:eastAsia="Times New Roman" w:cs="Times New Roman"/>
        </w:rPr>
        <w:t>Мөн “далан жилийн төгсгөлд” пап “дуулж”, “мартагдсан” “янхан” дахин санагдах болно. Тэрээр Ням гаргийн хуулийн үед “санагддаг”; тэнд маргааны гол асуудал нь наранд мөргөх эсэх, эсвэл Бурханы хууль хүн төрөлхтөнд “санагтун” хэмээн тушаасан өдрийг шүтэх эсэхийн хооронд оршино.</w:t>
      </w:r>
    </w:p>
    <w:p>
      <w:pPr>
        <w:pStyle w:val="ArticleBody"/>
        <w:jc w:val="left"/>
      </w:pPr>
      <w:r>
        <w:rPr>
          <w:rFonts w:ascii="Times New Roman" w:hAnsi="Times New Roman" w:eastAsia="Times New Roman" w:cs="Times New Roman"/>
        </w:rPr>
        <w:t>Энэ өгүүлэлд бид Вавилоны далан жилийн ноёрхлын түүх нь 1798 оноос Ням гаргийн хуулийн үе хүртэлх Америкийн Нэгдсэн Улсын түүхийг хэвшүүлэн үзүүлдгийг тогтоосон. Өмнөх нэгэн өгүүлэлд, мөн Хабаккукийн Хүснэгтүүдэд бид Египетэд боолчлогдсон байдал болон тэндээс чөлөөлөгдсөн явдал нь мөн Америкийн Нэгдсэн Улс болон Бурханы ард түмний түүхийг хэвшүүлэн үзүүлдгийг тогтоодог. Вавилон, Египет, Адвентизм, Америкийн Нэгдсэн Улс гэсэн эдгээр дөрвөн түүх нь эдгээр шугамууд дээр авчрах цорын ганц шугамууд биш; харин бид “анхны дурдалтын дүрэм”-ийг эдгээр дөрвөн шугамд хэрэглэхэд—энэ нь үнэхээр гайхамшигтай юм. Би энэ өгүүллийг миний юу хэлээд байгааг, мөн хожим Исаиа хорин гуравдугаар бүлгийн түүхийг цаашид авч үзэхдээ юу үргэлжлүүлэхээр зорьж байгааг харуулах энгийн бөгөөд хэсэгчилсэн нэгэн жишээгээр өндөрлөе.</w:t>
      </w:r>
    </w:p>
    <w:p>
      <w:pPr>
        <w:pStyle w:val="ArticleBody"/>
        <w:jc w:val="left"/>
      </w:pPr>
      <w:r>
        <w:rPr>
          <w:rFonts w:ascii="Times New Roman" w:hAnsi="Times New Roman" w:eastAsia="Times New Roman" w:cs="Times New Roman"/>
        </w:rPr>
        <w:t>Вавилоны түүхийн эхэнд гэмшиж өөрчлөгдсөн нэгэн хаан байдаг бол, төгсгөлд нь ёс бус нэгэн хаан байдаг. Ням гаргийн хуулийн үед Байден байсан ч, эсвэл Трамп байсан ч хамаагүй, учир нь Даниелын ном захирагчдыг тогтоодог нь Бурхан бөгөөд Тэр тэднийг буулгадаг гэдгийг заадаг. Ням гаргийн хуулийн үед Ардчилсан намын ч бай, Бүгд Найрамдах намын ч бай ямар ч удирдагчийн талаар баттай хэлж болох зүйл бол тэр хүн бол ёс бус удирдагч мөн. Небухаднезар бол Вавилон өөрөө байсан; тэр бол Вавилоны дарангуйлагч байсан бөгөөд гурван сайн хүнийг галд хаяхад бэлэн байсан. Гэвч эцэст нь тэр Даниелын Бурханд эргэн хандсан. Харин эцсийн удирдагч Белшазар тийм биш байв. Тэр бол ёс бус хаан байсан. Зөгнөлд Америкийн Нэгдсэн Улс эхэндээ хурга мэтээр гарч ирдэг бөгөөд энэ нь Христ болон Түүний хүн төрөлхтний төлөөх тахилын бэлгэдэл юм. Төгсгөлд нь Америкийн Нэгдсэн Улс луу мэтээр ярих болно. Түүхийн энэ шугам дахь Христээс Сатан руу шилжих энэ өөрчлөлтийг Небухаднезар ба Белшазарын ялгаагаар төлөөлүүлэн үзүүлсэн байдаг.</w:t>
      </w:r>
    </w:p>
    <w:p>
      <w:pPr>
        <w:pStyle w:val="ArticleScripture"/>
        <w:jc w:val="left"/>
      </w:pPr>
      <w:r>
        <w:rPr>
          <w:rFonts w:ascii="Times New Roman" w:hAnsi="Times New Roman" w:eastAsia="Times New Roman" w:cs="Times New Roman"/>
        </w:rPr>
        <w:t>“Белшазар Бурханы хүслийг мэдэж, түүнийг үйлдэх олон боломжийг хүлээн авсан байв. Тэрээр өөрийн өвөг эцэг Небухаднезарыг хүний нийгмээс хөөгдөн зайлуулагдсаныг харсан. Бардам хааны өөрийнхөөрөө бахархаж байсан оюун ухааныг түүнийг өгсөн Нэгэн нь булаан авсныг тэр харсан. Тэрээр хааныг өөрийн хаанчлалаас хөөгдөн, хээрийн араатнуудын нөхөр болсныг харсан. Гэвч Белшазарын зугаа цэнгэлд дурлах сэтгэл болон өөрийгөө алдаршуулах хүсэл нь хэзээ ч мартаж болохгүй байсан сургамжуудыг нь бүдгэрүүлсэн; улмаар тэрээр Небухаднезар дээр онцгой шүүлтүүдийг авчирсан нүглүүдтэй адил нүглүүдийг үйлджээ. Өөрт нь нигүүлслээр хайрлагдан олгогдсон боломжуудыг тэр үрэн таран хийж, үнэнийг танин мэдэхэд хүргэх гарынхаа дор байсан боломжуудыг ашиглахыг үл ойшоов. ‘Аврагдахын тулд би юу хийх ёстой вэ?’ гэсэн асуултыг агуу атлаа мунхаг тэр хаан үл тоомсорлон өнгөрчээ.” Bible Echo, 1898 оны 4 дүгээр сарын 25.</w:t>
      </w:r>
    </w:p>
    <w:p>
      <w:pPr>
        <w:pStyle w:val="ArticleBody"/>
        <w:jc w:val="left"/>
      </w:pPr>
      <w:r>
        <w:rPr>
          <w:rFonts w:ascii="Times New Roman" w:hAnsi="Times New Roman" w:eastAsia="Times New Roman" w:cs="Times New Roman"/>
        </w:rPr>
        <w:t>Харгис Белшазар тэнэг хаан байсныг анзаарагтун. Тэрээр өөрийн эцэг Небухаднезарт ирсэнтэй адил шүүлтийг амссан; учир нь эдгээр хоёр шүүлт хоёулаа Левит хорин зургаад буй “долоон цаг хугацаа”-гаар дүрслэгдсэн байдаг. Небухаднезар араатан мэт амьдарч, тал хээрт хоёр мянга таван зуун хорин өдөр байсан нь библийн долоон жил бөгөөд ханан дээр бичигдсэн түүний хүү Белшазарын шүүлт ч мөн адил хоёр мянга таван зуун хоринг илэрхийлдэг. Ялгаа нь гэвэл, Небухаднезарын эсрэг ирсэн шүүлт түүнийг хөрвүүлж, ухаант хаан болгосон бол Белшазарын шүүлт нь тэнэг хааны дээр буусан явдал байв.</w:t>
      </w:r>
    </w:p>
    <w:p>
      <w:pPr>
        <w:pStyle w:val="ArticleScripture"/>
        <w:jc w:val="left"/>
      </w:pPr>
      <w:r>
        <w:rPr>
          <w:rFonts w:ascii="Times New Roman" w:hAnsi="Times New Roman" w:eastAsia="Times New Roman" w:cs="Times New Roman"/>
        </w:rPr>
        <w:t>“Бурханы харгалзагчийн ял шийтгэлийн үг Вавилоны сүүлчийн захирагчид, түүний анхны захирагчид бэлгэдлээр ирсэнчлэн, мөн иржээ: ‘Хаан аа, ... чамд айлдаж байна; хаанчлал чамаас зайлуулагдлаа.’ Даниел 4:31.” Эш үзүүлэгчид ба Хаад, 533.</w:t>
      </w:r>
    </w:p>
    <w:p>
      <w:pPr>
        <w:pStyle w:val="ArticleBody"/>
        <w:jc w:val="left"/>
      </w:pPr>
      <w:r>
        <w:rPr>
          <w:rFonts w:ascii="Times New Roman" w:hAnsi="Times New Roman" w:eastAsia="Times New Roman" w:cs="Times New Roman"/>
        </w:rPr>
        <w:t>Сүүлчийн ерөнхийлөгчийн хувьд ханан дээрх бичээс нь сүм ба төрийн тусгаарлалтын “хана”-ыг тодорхойлдог Нэгдүгээр нэмэлт өөрчлөлт мөн бөгөөд төгсгөлийн мунхаг хаан үүнийг ойлгодоггүй. Левит 26 дахь “долоон удаа” нь Ням гаргийн хуулийн үед умардын хаанаар гүйцэлддэг “ард түмний тараагдал”-ыг төлөөлдөг. Тэрхүү тараагдал нь Ням гаргийн хуулийг дагалдан ирдэг үндэсний сүйрэл мөн. Зургаа дахь үндэстэн нь зөвхөн ялзарсан сүмээс төдийгүй, мөн ялзарсан эмэгтэйтэй унтдаг байсан Европын дарангуй хаадуудаас хамгаалахын тулд Үндсэн хуулийг боловсруулан бичсэн үүсгэн байгуулагч эцгүүдийнхээ сургамжийг мартжээ. Үүсгэн байгуулагч эцгүүд нь папын засаглал болон Европын хаадуудаас татгалзсан хүмүүсийг төлөөлдөг. Учир нь тэд папын харанхуйн нэг мянга хоёр зуун жаран жилийн тараагдлаас гарч ирснийхээ дараах өөрсдийн туршлагаар тийм төрлийн дарангуйллаас хамгаалах хамгаалалт нь шинэ Үндсэн хуулийнх нь гол цөм байх ёстойг мэдэж байсан юм. Тэд мэргэн эцгүүд байсан, тэд хурга мэт байсан, харин сүүлчийн эцэг тийм биш; учир нь тэр луу мэт ярих болно. Эцгүүд тараагдлаас гарч ирсэн, харин хүү тараагдал руу буцан орно. Хоёр тохиолдолд хоёуланд нь дарангуйлагч нь эхний папын засаглал ба сүүлчийн папын засаглал юм.</w:t>
      </w:r>
    </w:p>
    <w:p>
      <w:pPr>
        <w:pStyle w:val="ArticleBody"/>
        <w:jc w:val="left"/>
      </w:pPr>
      <w:r>
        <w:rPr>
          <w:rFonts w:ascii="Times New Roman" w:hAnsi="Times New Roman" w:eastAsia="Times New Roman" w:cs="Times New Roman"/>
        </w:rPr>
        <w:t>Нэгдүгээр хаан Небухаднезар болон сүүлчийн хаан Белшазар дээр ирсэн шүүлтийн бэлгэдэл нь Левит хорин зургаад буй “долоон үе”-ийн тараагдал байв. Небухаднезар үүнийг биеэр туулсан бөгөөд Белшазарт энэ нь түүний нас барсан яг тэр шөнө өөрийнх нь булшны бичээс мэт ханан дээр бичигдсэн юм. Эхэндээ Бүгд Найрамдах эвэрний бэлгэдэл нь хойд зүгийн хааны боолчлолоос мултарсан явдал байсан бол төгсгөлдөө Бүгд Найрамдах эвэрний бэлгэдэл нь хойд зүгийн хаанаас үүдэн ирэх олзлол юм. Ням гаргийн хууль нь Библийн эш үзүүллэгийн зургаа дахь хаант улсын хувьд түүний мөхөх “яг тэр шөнө” юм. Дөрвөн жишээн бүгдэд нь—Белшазар, Небухаднезар, мөн Бүгд Найрамдах эвэрний эхлэл ба төгсгөлд—Левит хорин зургаагийн хорин тав хорь нь эхлэл ба төгсгөлд дүрслэгдсэн бэлгэдэл мөн. Энэ нь Альфа ба Омегийн гарын үсгийг илэрхийлдэг.</w:t>
      </w:r>
    </w:p>
    <w:p>
      <w:pPr>
        <w:pStyle w:val="ArticleBody"/>
        <w:jc w:val="left"/>
      </w:pPr>
      <w:r>
        <w:rPr>
          <w:rFonts w:ascii="Times New Roman" w:hAnsi="Times New Roman" w:eastAsia="Times New Roman" w:cs="Times New Roman"/>
        </w:rPr>
        <w:t>Уильям Миллерийн нээсэн анхны “цаг хугацааны эш үзүүллэг” нь Левит хорин зургаагийн хорин тав, хорь байв. Энэ нь Есүс Миллерийн үйлчлэлээр дамжуулан тавьсан суурийн анхны чулуу мөн байлаа. Мөн энэ нь 1863 онд Адвентизм хойш тавьсан анхны суурь үнэн байв. Миллерийн үнэний бүх чулуунууд сууринд тавигдаж дуусахад, тэдгээр үнэнүүд Хабаккукийн хоёр хавтан дээр дүрслэгдсэн бөгөөд эдгээр нь 1843, 1850 оны анхдагчдын хүснэгтүүд юм. Эдгээр хоёр хавтан нь Арван тушаалын хоёр хавтан эртний Израильтай байгуулсан гэрээг илэрхийлж байсантай адил, Бурхан Өөрийн нэрлэгдсэн ард түмэнтэйгээ байгуулсан гэрээний харилцааг илэрхийлдэг.</w:t>
      </w:r>
    </w:p>
    <w:p>
      <w:pPr>
        <w:pStyle w:val="ArticleBody"/>
        <w:jc w:val="left"/>
      </w:pPr>
      <w:r>
        <w:rPr>
          <w:rFonts w:ascii="Times New Roman" w:hAnsi="Times New Roman" w:eastAsia="Times New Roman" w:cs="Times New Roman"/>
        </w:rPr>
        <w:t>Лаодикеийн Адвентизмийн төгсгөлд, Ням гаргийн хуулийн үед энэ нь Эзэний амнаас бөөлжигдөн гаргах үед, ханан дээрх бичээс нь тэр хоёр ариун анхдагчдын зурагт хүснэгт юм. Өөрсдийн түүхийн эхэн үед өгөгдсөн анхааруулах мэдээнээс ашиг тус хүртэхээс татгалзсан тул тэд тэдгээрийг уншиж чаддаггүй….</w:t>
      </w:r>
    </w:p>
    <w:p>
      <w:pPr>
        <w:pStyle w:val="ArticleBody"/>
        <w:jc w:val="left"/>
      </w:pPr>
      <w:r>
        <w:rPr>
          <w:rFonts w:ascii="Times New Roman" w:hAnsi="Times New Roman" w:eastAsia="Times New Roman" w:cs="Times New Roman"/>
        </w:rPr>
        <w:t>1837 онд Америкийн Нэгдсэн Улсад болсон санхүүгийн хямрал нь эдийн засгийн хүчин зүйлс, бодлогууд, мөн дамын шинжтэй үйл ажиллагаануудын хослолоос үүдэн бий болсон цогц үйл явдал байв.</w:t>
      </w:r>
    </w:p>
    <w:p>
      <w:pPr>
        <w:pStyle w:val="ArticleBody"/>
        <w:jc w:val="left"/>
      </w:pPr>
      <w:r>
        <w:rPr>
          <w:rFonts w:ascii="Times New Roman" w:hAnsi="Times New Roman" w:eastAsia="Times New Roman" w:cs="Times New Roman"/>
        </w:rPr>
        <w:t>Хөөсөрсөн дамын наймаа: 1837 оноос өмнөх жилүүдэд улсын баруун тийш тэлэлтээс тодорхой хэмжээгээр өдөөгдсөн газар болон хөрөнгө оруулалтын дамын наймааны өсөлт өрнөв. Ялангуяа баруун хязгаар нутгууд дахь газрын дамын наймаа нь газрын үнийг хөөрөгдөж, хэт их зээллэгт хүргэсэн.</w:t>
      </w:r>
    </w:p>
    <w:p>
      <w:pPr>
        <w:pStyle w:val="ArticleBody"/>
        <w:jc w:val="left"/>
      </w:pPr>
      <w:r>
        <w:rPr>
          <w:rFonts w:ascii="Times New Roman" w:hAnsi="Times New Roman" w:eastAsia="Times New Roman" w:cs="Times New Roman"/>
        </w:rPr>
        <w:t>Хялбар зээл ба дамын шинжтэй зээлдүүлэлт: Банкууд болон санхүүгийн байгууллагууд барьцааны хангалттай баталгаагүйгээр их хэмжээний зээл, зээлийн эрх олгож байв. Зээлд ийнхүү амархан хүрэх боломж нь дамын халууралд түлхэц өгч, санхүүгийн тогтворгүй байдлын эрсдэлийг улам нэмэгдүүлсэн.</w:t>
      </w:r>
    </w:p>
    <w:p>
      <w:pPr>
        <w:pStyle w:val="ArticleBody"/>
        <w:jc w:val="left"/>
      </w:pPr>
      <w:r>
        <w:rPr>
          <w:rFonts w:ascii="Times New Roman" w:hAnsi="Times New Roman" w:eastAsia="Times New Roman" w:cs="Times New Roman"/>
        </w:rPr>
        <w:t>Банкнуудын хэт тэлэлт: Банкнууд үйл ажиллагаагаа хэт түргэн тэлж, өөрсдийн баталгаанд байсан зүйлт мөнгөнөөс (алт, мөнгө) давсан хэмжээний цаасан мөнгө (банкнот) байнга гаргаж байв. “Wildcat banking” хэмээн нэрлэгддэг энэ практик нь эргэлтэд хяналтгүй, найдваргүй мөнгөн тэмдэгт хэт олноор тархахад хүргэсэн.</w:t>
      </w:r>
    </w:p>
    <w:p>
      <w:pPr>
        <w:pStyle w:val="ArticleBody"/>
        <w:jc w:val="left"/>
      </w:pPr>
      <w:r>
        <w:rPr>
          <w:rFonts w:ascii="Times New Roman" w:hAnsi="Times New Roman" w:eastAsia="Times New Roman" w:cs="Times New Roman"/>
        </w:rPr>
        <w:t>Жэксоны эдийн засгийн бодлогууд: Ерөнхийлөгч Эндрю Жэксоны бодлогууд хямралыг улам даамжруулахад тодорхой үүрэг гүйцэтгэсэн. Тэрээр 1836 онд Specie Circular-ыг гаргаж, улсын нийтийн газрыг цаасан мөнгөөр бус, хатуу мөнгөн тэмдэгтээр (алт, мөнгөөр) худалдан авахыг шаардсан. Энэ нь банкны бичгийг хатуу мөнгөн тэмдэгт болгон солиход огцом хошууралт үүсгэж, санхүүгийн дарамт болон банкуудын дампууралд хүргэсэн.</w:t>
      </w:r>
    </w:p>
    <w:p>
      <w:pPr>
        <w:pStyle w:val="ArticleBody"/>
        <w:jc w:val="left"/>
      </w:pPr>
      <w:r>
        <w:rPr>
          <w:rFonts w:ascii="Times New Roman" w:hAnsi="Times New Roman" w:eastAsia="Times New Roman" w:cs="Times New Roman"/>
        </w:rPr>
        <w:t>Олон улсын хүчин зүйлс: АНУ-ын хямралд мөн олон улсын эдийн засгийн нөхцөл байдал нөлөөлсөн. АНУ-ын худалдааны томоохон түнш болох Британийн эдийн засагт уналт гарснаар Америкийн бараа бүтээгдэхүүн, экспортын эрэлт буурсан. Энэ нь эргээд Америкийн бизнесүүдэд нөлөөлж, эдийн засгийн хүндрэлд хувь нэмэр оруулсан.</w:t>
      </w:r>
    </w:p>
    <w:p>
      <w:pPr>
        <w:pStyle w:val="ArticleBody"/>
        <w:jc w:val="left"/>
      </w:pPr>
      <w:r>
        <w:rPr>
          <w:rFonts w:ascii="Times New Roman" w:hAnsi="Times New Roman" w:eastAsia="Times New Roman" w:cs="Times New Roman"/>
        </w:rPr>
        <w:t>Сандрал ба банк руу дайралтууд: 1837 оны тавдугаар сард банкнууд дампуурах, зээлийн агшилт зэрэг санхүүгийн цочролын цуврал нь хөрөнгө оруулагчид болон хадгаламж эзэмшигчдийн дунд сандрал үүсгэв. Энэ сандрал нь банк руу дайралтын давлагаа болон зээлийн ноцтой агшилтыг өдөөсөн юм.</w:t>
      </w:r>
    </w:p>
    <w:p>
      <w:pPr>
        <w:pStyle w:val="ArticleBody"/>
        <w:jc w:val="left"/>
      </w:pPr>
      <w:r>
        <w:rPr>
          <w:rFonts w:ascii="Times New Roman" w:hAnsi="Times New Roman" w:eastAsia="Times New Roman" w:cs="Times New Roman"/>
        </w:rPr>
        <w:t>Мөнгөний нийлүүлэлтийн агшилт: Банкууд дампуурч, зээл олголт чангарснаар эдийн засаг дахь нийт мөнгөний нийлүүлэлт үлэмж хэмжээгээр агшсан. Мөнгөний нийлүүлэлтийн энэхүү агшилт нь эдийн засгийн хүндрэлүүдийг улам даамжруулж, уналтыг гүнзгийрүүлсэн. Эдгээр хүчин зүйлсийн нийлбэр нь банкны дампуурал, ажилгүйдэл, хэрэглэгчдийн зарлагын бууралт, эдийн засгийн ерөнхий хямралаар тодорхойлогдох эдийн засгийн хүнд уналтад хүргэсэн.</w:t>
      </w:r>
    </w:p>
    <w:p>
      <w:pPr>
        <w:pStyle w:val="ArticleScripture"/>
        <w:jc w:val="left"/>
      </w:pPr>
      <w:r>
        <w:rPr>
          <w:rFonts w:ascii="Times New Roman" w:hAnsi="Times New Roman" w:eastAsia="Times New Roman" w:cs="Times New Roman"/>
        </w:rPr>
        <w:t>“Эзэн биднийг хэрхэн удирдан явуулсан болон бидний өнгөрсөн түүх дэх Түүний сургаалыг мартах аваас л эс тооцвол, ирээдүйн талаар айх зүйл бидэнд огт үгүй.”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Тирийн Мартагдсан Далан Жил</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