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श्लोक चाळीसचा गुप्त इतिहास - संख्या सव्वीस</w:t>
      </w:r>
    </w:p>
    <w:p>
      <w:pPr>
        <w:pStyle w:val="ArticleSubtitle"/>
        <w:jc w:val="left"/>
      </w:pPr>
      <w:r>
        <w:rPr>
          <w:rFonts w:ascii="Nirmala UI" w:hAnsi="Nirmala UI" w:eastAsia="Nirmala UI" w:cs="Nirmala UI"/>
        </w:rPr>
        <w:t>यहेज्केल क्रमांक सात</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2026-08-12</w:t>
      </w:r>
    </w:p>
    <w:p>
      <w:pPr>
        <w:pStyle w:val="ArticleBody"/>
        <w:jc w:val="left"/>
      </w:pPr>
      <w:r>
        <w:rPr>
          <w:rFonts w:ascii="Nirmala UI" w:hAnsi="Nirmala UI" w:eastAsia="Nirmala UI" w:cs="Nirmala UI"/>
        </w:rPr>
        <w:t>मी ज्या भविष्यसूचक रेषेला ‘योशीयाचे चाक’ असे ओळखत आहे, ती इ.स.पू. 1097 मध्ये प्राचीन इस्राएलने देवाला आपला राजा म्हणून नाकारले तेव्हा त्यांच्या बंडापासून सुरू होते. पहिले तीन राजे (शौल, दावीद आणि सोलोमोन) प्रत्येकी चाळीस वर्षे राज्य केल्याचे दर्शविले आहेत, म्हणजे इ.स.पू. 1097 पासून इ.स.पू. 977 पर्यंत. सोलोमोनच्या मृत्यूनंतर यराबाम व उत्तर दिशेच्या दहा वंशांच्या बंडाने पहिल्या तीन राजांची रेषा समाप्त होते, आणि उत्तर व दक्षिण या दोन्ही राज्यांमध्ये राजांची एक रेषा सुरू होते.</w:t>
      </w:r>
    </w:p>
    <w:p>
      <w:pPr>
        <w:pStyle w:val="ArticleBody"/>
        <w:jc w:val="left"/>
      </w:pPr>
      <w:r>
        <w:rPr>
          <w:rFonts w:ascii="Nirmala UI" w:hAnsi="Nirmala UI" w:eastAsia="Nirmala UI" w:cs="Nirmala UI"/>
        </w:rPr>
        <w:t>पहिले तीन राजे अनेक सत्यांचे प्रतीक आहेत; परंतु ज्या सत्याच्या चाकांपैकी एका चाकाशी त्यांचा संबंध जोडलेला आहे, ते म्हणजे यहूदाचे शेवटचे तीन राजे—यहोयाकीम, यहोयाखीन आणि सिदकिया—जे पुढे कोरेश, दारयावेश आणि अर्तहशश्त यांचे प्रतिनिधित्व करतात. कोरेश, दारयावेश आणि अर्तहशश्त हे पुढे इ.स.पू. ५१६ ते इ.स.पू. ४५७ पर्यंत पोहोचणाऱ्या त्यांच्या तीन फर्मानांचे प्रतिनिधित्व करतात; आणि ती फर्माने पुढे अनुक्रमे १७९८, १९ एप्रिल १८४४, आणि २२ ऑक्टोबर १८४४ मध्ये येणाऱ्या प्रकटीकरण चौदामधील तीन देवदूतांचे प्रतिनिधित्व करतात. प्रकटीकरण चौदामधील त्या तीन देवदूतांच्या आगमनाचा इतिहास एकशे चव्वेचाळीस हजारांच्या मुद्रांकनकाळात अक्षरशः पुन्हा घडतो; अशा प्रकारे हे ओळख पटते की, शौलाचा राजा म्हणून अभिषेक होण्यापासून सुरू होणारी भविष्यवाणीची रेषा, लवकरच येऊ घातलेल्या रविवारच्या कायद्यात विजयी मंडळीचा अभिषेक होतो तेव्हा आपल्या निष्कर्षापर्यंत पोहोचते. या रेषेत राजा योशियाचे चाक समाविष्ट आहे, जे इ.स.पू. ९७७ मधील बेथेल आणि दान येथील यराबामाच्या बंडापर्यंत मागे पोहोचते.</w:t>
      </w:r>
    </w:p>
    <w:p>
      <w:pPr>
        <w:pStyle w:val="ArticleHeading"/>
        <w:jc w:val="left"/>
      </w:pPr>
      <w:r>
        <w:rPr>
          <w:rFonts w:ascii="Nirmala UI" w:hAnsi="Nirmala UI" w:eastAsia="Nirmala UI" w:cs="Nirmala UI"/>
        </w:rPr>
        <w:t>बावीस</w:t>
      </w:r>
    </w:p>
    <w:p>
      <w:pPr>
        <w:pStyle w:val="ArticleBody"/>
        <w:jc w:val="left"/>
      </w:pPr>
      <w:r>
        <w:rPr>
          <w:rFonts w:ascii="Nirmala UI" w:hAnsi="Nirmala UI" w:eastAsia="Nirmala UI" w:cs="Nirmala UI"/>
        </w:rPr>
        <w:t>यरोबामकडे बावीस या संख्येचे प्रतीकात्मकत्व आहे, कारण त्याने बावीस वर्षे राज्य केले; अशा प्रकारे त्याचे साक्षित्व बावीसने प्रतिनिधित्व केलेल्या इतिहासाशी जोडले जाते. ही संख्या दैवीत्वाचे मानवतेशी असलेले संयोग दर्शविणारे प्रतीक आहे, जसे दानिएलच्या बाविसाव्या दिवशीच्या marah दर्शनात, तसेच दोनशे वीस या संख्येत, ज्याचा दशमांश बावीस आहे, स्पष्ट केले आहे.</w:t>
      </w:r>
    </w:p>
    <w:p>
      <w:pPr>
        <w:pStyle w:val="ArticleScripture"/>
        <w:jc w:val="left"/>
      </w:pPr>
      <w:r>
        <w:rPr>
          <w:rFonts w:ascii="Nirmala UI" w:hAnsi="Nirmala UI" w:eastAsia="Nirmala UI" w:cs="Nirmala UI"/>
        </w:rPr>
        <w:t>यरोबामाने राज्य केलेले दिवस बावीस वर्षांचे होते; आणि तो आपल्या पितरांजवळ निजला; आणि त्याच्या जागी त्याचा पुत्र नादाब राज्य करू लागला. १ राजे १४:२०.</w:t>
      </w:r>
    </w:p>
    <w:p>
      <w:pPr>
        <w:pStyle w:val="ArticleBody"/>
        <w:jc w:val="left"/>
      </w:pPr>
      <w:r>
        <w:rPr>
          <w:rFonts w:ascii="Nirmala UI" w:hAnsi="Nirmala UI" w:eastAsia="Nirmala UI" w:cs="Nirmala UI"/>
        </w:rPr>
        <w:t>‘अॅट-वन-मेंट,’ म्हणजे दैवीत्व आणि मानवता यांच्या संयोगाचे प्रतिनिधित्व करणारे, हे ख्रिस्ताचे कार्य आहे, ज्याची सुरुवात २२ ऑक्टोबर रोजी, अर्थात दहाव्या महिन्यात (ग्रेगोरियन), झाली; दहा गुणिले बावीस म्हणजे दोनशे वीस. यरोबामाने बेथेल आणि दान या दोन्ही ठिकाणी बनावट वेदिका उभारल्या, आणि म्हणून तो चर्च (बेथेल: अर्थ चर्च) आणि राज्य (दान: अर्थ न्याय) यांच्या संयोगाशी संबंधित रविवारच्या बनावट उपासनेचे प्रतीक आहे.</w:t>
      </w:r>
    </w:p>
    <w:p>
      <w:pPr>
        <w:pStyle w:val="ArticleScripture"/>
        <w:jc w:val="left"/>
      </w:pPr>
      <w:r>
        <w:rPr>
          <w:rFonts w:ascii="Nirmala UI" w:hAnsi="Nirmala UI" w:eastAsia="Nirmala UI" w:cs="Nirmala UI"/>
        </w:rPr>
        <w:t>मग यराबामाने एफ्रैम पर्वतप्रदेशात शकेम बांधून तेथे वस्ती केली; आणि तेथून निघून त्याने पनुएल बांधले. आणि यराबामाने आपल्या मनात म्हटले, आता राज्य दाविदाच्या घराण्याकडे परत जाईल. जर ही प्रजा यरुशलेम येथील परमेश्वराच्या मंदिरात यज्ञ अर्पण करण्यास वर जाऊ लागली, तर या प्रजेचे मन पुन्हा त्यांच्या स्वामीकडे, म्हणजे यहूदाचा राजा रहोबाम याच्याकडे वळेल; आणि ते मला ठार मारून पुन्हा यहूदाचा राजा रहोबाम याच्याकडे जातील. म्हणून राजाने सल्ला करून सोन्याची दोन वासरे केली, आणि त्यांना म्हटले, यरुशलेमेस वर जाणे तुम्हांस फार जड आहे; हे इस्राएला, पाहा, हेच तुझे देव, ज्यांनी तुला मिसरदेशातून वर आणले. आणि त्याने एक बेथेल येथे ठेवले, व दुसरे दान येथे ठेवले. आणि ही गोष्ट पाप ठरली; कारण लोक त्या एकासमोर उपासना करण्यासाठी दानपर्यंत जाऊ लागले. आणि त्याने उच्चस्थानांचे मंदिर बांधले, आणि लेवीच्या पुत्रांपैकी नसलेल्या, जनसमूहातील कनिष्ठ लोकांपासून याजक नेमले. आणि यराबामाने यहूदातील सणाप्रमाणे आठव्या महिन्यात, त्या महिन्याच्या पंधराव्या दिवशी, एक सण नेमून वेदीवर अर्पण केले. त्याने बेथेल येथेही तसेच केले, त्याने केलेल्या वासरांना यज्ञ अर्पण करून; आणि त्याने बेथेल येथे आपण केलेल्या उच्चस्थानांच्या याजकांना नेमून ठेवले. अशा रीतीने त्याने बेथेल येथे आपण केलेल्या वेदीवर, आठव्या महिन्याच्या पंधराव्या दिवशी, म्हणजे ज्या महिन्याची योजना त्याने आपल्या स्वतःच्या मनाने केली होती त्या महिन्यात, इस्राएलाच्या संततीकरिता सण नेमला; आणि त्याने वेदीवर अर्पण केले व धूप जाळला. १ राजे १२:२५–३३.</w:t>
      </w:r>
    </w:p>
    <w:p>
      <w:pPr>
        <w:pStyle w:val="ArticleBody"/>
        <w:jc w:val="left"/>
      </w:pPr>
      <w:r>
        <w:rPr>
          <w:rFonts w:ascii="Nirmala UI" w:hAnsi="Nirmala UI" w:eastAsia="Nirmala UI" w:cs="Nirmala UI"/>
        </w:rPr>
        <w:t>उत्तर दिशेतील दहा वंशांच्या मूलभूत इतिहासात असा एक बंड होता, ज्याचे प्रतिरूप इस्राएलने देवाला राजा म्हणून नाकारण्यात, तसेच अहरोनाच्या बंडात आणि सोन्याच्या वासराच्या प्रसंगात पूर्वीच दर्शविले गेले होते. अहरोनाचे बंड हे प्राचीन इस्राएलच्या मूलभूत इतिहासात होते, आणि यरोबामाचे बंड हे उत्तर दिशेतील दहा वंशांच्या मूलभूत इतिहासात होते. “ओळीवर ओळ” या तत्त्वानुसार, महायाजक म्हणून अहरोन मंडळीचे प्रतिनिधित्व करतो, आणि राजा म्हणून यरोबाम राज्याचे प्रतिनिधित्व करतो. ही दोन मूलभूत बंडे अशी एक रेषा आहेत, ज्यात मानवी राजाची इच्छा धरणाऱ्या इस्राएल लोकांच्या मूलभूत बंडाचाही समावेश होतो.</w:t>
      </w:r>
    </w:p>
    <w:p>
      <w:pPr>
        <w:pStyle w:val="ArticleHeading"/>
        <w:jc w:val="left"/>
      </w:pPr>
      <w:r>
        <w:rPr>
          <w:rFonts w:ascii="Nirmala UI" w:hAnsi="Nirmala UI" w:eastAsia="Nirmala UI" w:cs="Nirmala UI"/>
        </w:rPr>
        <w:t>४९०</w:t>
      </w:r>
    </w:p>
    <w:p>
      <w:pPr>
        <w:pStyle w:val="ArticleBody"/>
        <w:jc w:val="left"/>
      </w:pPr>
      <w:r>
        <w:rPr>
          <w:rFonts w:ascii="Nirmala UI" w:hAnsi="Nirmala UI" w:eastAsia="Nirmala UI" w:cs="Nirmala UI"/>
        </w:rPr>
        <w:t>यहेज्केलच्या पुस्तकात दर्शविलेल्या पवित्र इतिहासात चारशे नव्वद वर्षांचे तीन कालखंड आहेत; त्यांपैकी एक राजांशी संबंधित होता, दुसरा पवित्रस्थानाशी, आणि तिसरा सैन्यसमुदायाशी. हे तीन कालखंड अहरोनाच्या बंडाशी (पवित्रस्थान), साऊलच्या बंडाशी (सैन्यसमुदाय) आणि यराबामाच्या बंडाशी (राजा) जुळतात. संदेष्टा, याजक आणि राजा या तीन प्रतीकांपैकी, संदेष्टागिरी करणारा म्हणून ओळखला गेलेला राजा साऊल आहे; अहरोन हा याजक होता, आणि यराबाम हा राजा होता.</w:t>
      </w:r>
    </w:p>
    <w:p>
      <w:pPr>
        <w:pStyle w:val="ArticleScripture"/>
        <w:jc w:val="left"/>
      </w:pPr>
      <w:r>
        <w:rPr>
          <w:rFonts w:ascii="Nirmala UI" w:hAnsi="Nirmala UI" w:eastAsia="Nirmala UI" w:cs="Nirmala UI"/>
        </w:rPr>
        <w:t>आणि असे झाले की, जे सर्व लोक त्याला पूर्वीपासून ओळखत होते त्यांनी पाहिले की, पाहा, तो संदेष्ट्यांमध्ये भविष्यवाणी करीत आहे; तेव्हा लोक एकमेकांना म्हणू लागले, “कीशाच्या मुलाला हे काय झाले आहे? शौलही काय संदेष्ट्यांमध्ये आहे?” आणि त्याच ठिकाणच्या एका मनुष्याने उत्तर देऊन म्हटले, “परंतु त्यांचा पिता कोण आहे?” म्हणून ही एक म्हण झाली, “शौलही काय संदेष्ट्यांमध्ये आहे?” 1 शमुवेल 10:11, 12.</w:t>
      </w:r>
    </w:p>
    <w:p>
      <w:pPr>
        <w:pStyle w:val="ArticleBody"/>
        <w:jc w:val="left"/>
      </w:pPr>
      <w:r>
        <w:rPr>
          <w:rFonts w:ascii="Nirmala UI" w:hAnsi="Nirmala UI" w:eastAsia="Nirmala UI" w:cs="Nirmala UI"/>
        </w:rPr>
        <w:t>विजयी मंडळीमध्ये तीस वर्षांचा संदेष्टा, तीस वर्षांचा याजक आणि तीस वर्षांचा राजा यांचा समावेश आहे; हे अनुक्रमे यहेज्केल याच्याद्वारे, ज्याने तिसाव्या वर्षी आरंभ केला, योसेफ याच्याद्वारे, ज्याने तिसाव्या वर्षी आपली सेवा आरंभिली, आणि राजा दावीद याच्याद्वारे, ज्याने तिसाव्या वर्षी राज्य करावयास आरंभ केला, दर्शविले गेले आहेत. विजयी मंडळीचे प्रतिनिधित्व यहेज्केलाच्या पुस्तकाच्या शेवटच्या आठ अध्यायांमध्ये पृथ्वी भरून टाकणाऱ्या मंदिररूपाने केले आहे, आणि विजयी मंडळी ही फिलाडेल्फिया आहे, जी सातांपैकी असलेली आठवी मंडळी आहे.</w:t>
      </w:r>
    </w:p>
    <w:p>
      <w:pPr>
        <w:pStyle w:val="ArticleBody"/>
        <w:jc w:val="left"/>
      </w:pPr>
      <w:r>
        <w:rPr>
          <w:rFonts w:ascii="Nirmala UI" w:hAnsi="Nirmala UI" w:eastAsia="Nirmala UI" w:cs="Nirmala UI"/>
        </w:rPr>
        <w:t>इ.स.पू. ९७७ मध्ये आरंभ झालेली योशियाची भविष्यवाणीची रेषा लवकरच येऊ घातलेल्या रविवारच्या कायद्यावर समाप्त होते. ३१ डिसेंबर २०२३ रोजी आरंभ झालेल्या एक लक्ष चव्वेचाळीस हजारांच्या शुद्धीकरण व मुद्रांकनाची सुरुवात तेव्हा झाली, जेव्हा प्रकटीकरण अकरा मधील दोन साक्षीदारांना पुनरुत्थित करण्यासाठी मिखाएल खाली उतरला. २०२३ हे वर्ष ११ सप्टेंबर २००१ नंतर बावीस वर्षांनी आले, जसे १७९८ मधील Alien and Sedition Acts हे १७७६ मधील स्वातंत्र्याच्या घोषणेनंतर बावीस वर्षांनी येतात. यारोबामाचे बावीस वर्षांचे राज्य इ.स.पू. ९७७ मध्ये सुरू झाले, जेव्हा योशियाची भविष्यवाणी पुढे मांडली गेली. त्या वेळी १ राजे अध्याय तेरा मधील अवज्ञाकारी संदेष्ट्याने यारोबामाच्या धर्मत्यागाला सामोरे गेले, जसे मोशेने अहरोनाच्या धर्मत्यागाला सामोरे गेले, आणि शमुवेलाने राजाची इच्छा धरणाऱ्या समुदायाला सामोरे गेले. अवज्ञाकारी संदेष्टा, मोशे आणि शमुवेल यांच्या संदेशाद्वारे दर्शविलेल्या मूलभूत धर्मत्यागांविरुद्ध झालेल्या त्या सामना-प्रसंगांनी रविवारच्या कायद्याच्या वेळी तिसऱ्या देवदूताच्या मोठ्या गर्जनेचे प्रतिनिधित्व केले. तो इशारा देणारा संदेश आहे, जो ध्वजाद्वारे घोषित केला जातो; आणि यारोबामाच्या इतिहासात तो “चिन्हासह” योशियाविषयीच्या भाकिताने दर्शविला जातो.</w:t>
      </w:r>
    </w:p>
    <w:p>
      <w:pPr>
        <w:pStyle w:val="ArticleScripture"/>
        <w:jc w:val="left"/>
      </w:pPr>
      <w:r>
        <w:rPr>
          <w:rFonts w:ascii="Nirmala UI" w:hAnsi="Nirmala UI" w:eastAsia="Nirmala UI" w:cs="Nirmala UI"/>
        </w:rPr>
        <w:t>आणि पाहा, परमेश्वराच्या वचनाने यहूदाहून एक देवाचा मनुष्य बेथेल येथे आला; आणि यारोबाम धूप जाळण्यासाठी वेदीजवळ उभा होता. तेव्हा त्याने परमेश्वराच्या वचनाने त्या वेदीविरुद्ध घोषणा करून म्हटले, “हे वेदी, वेदी, परमेश्वर असे म्हणतो: पाहा, दाविदाच्या घराण्यात योशिया नावाचा एक पुत्र जन्माला येईल; आणि तो तुझ्यावर त्या उंच स्थळांवरील याजकांना अर्पण करील, जे तुझ्यावर धूप जाळतात; आणि तुझ्यावर मनुष्यांच्या हाडांचे दहन केले जाईल.” आणि त्याने त्याच दिवशी एक चिन्ह देऊन म्हटले, “हे ते चिन्ह आहे, जे परमेश्वराने सांगितले आहे: पाहा, ही वेदी फाटेल, आणि तिच्यावरची राख सांडून जाईल.” आणि असे झाले की, बेथेल येथील वेदीविरुद्ध देवाच्या मनुष्याने केलेले वचन राजा यारोबामाने ऐकले, तेव्हा त्याने वेदीवरून आपला हात पुढे करून म्हटले, “याला पकडा.” आणि त्याने त्याच्याविरुद्ध पुढे केलेला त्याचा हात सुकून गेला, इतका की तो तो पुन्हा आपल्याकडे ओढून घेऊ शकला नाही.</w:t>
      </w:r>
    </w:p>
    <w:p>
      <w:pPr>
        <w:pStyle w:val="ArticleScripture"/>
        <w:jc w:val="left"/>
      </w:pPr>
      <w:r>
        <w:rPr>
          <w:rFonts w:ascii="Nirmala UI" w:hAnsi="Nirmala UI" w:eastAsia="Nirmala UI" w:cs="Nirmala UI"/>
        </w:rPr>
        <w:t>वेदीही फाटली, आणि परमेश्वराच्या वचनाने देवाच्या मनुष्याने दिलेल्या चिन्हाप्रमाणे वेदीवरील राख खाली सांडली. तेव्हा राजाने देवाच्या मनुष्याला उत्तर देऊन म्हटले, “आता तुझ्या देव परमेश्वराची कृपादृष्टी माग, आणि माझ्यासाठी प्रार्थना कर, म्हणजे माझा हात मला पुन्हा पूर्ववत होईल.” मग देवाच्या मनुष्याने परमेश्वराची विनंती केली, आणि राजाचा हात त्याला पुन्हा पूर्ववत झाला, आणि तो जसा आधी होता तसाच झाला. मग राजाने देवाच्या मनुष्याला म्हटले, “माझ्याबरोबर घरी चल, आणि स्वतःला ताजेतवाने कर; मी तुला बक्षीस देईन.” परंतु देवाच्या मनुष्याने राजाला म्हटले, “तू तुझे अर्धे घर मला दिलेस तरी मी तुझ्याबरोबर आत येणार नाही; आणि या ठिकाणी मी भाकर खाणार नाही किंवा पाणी पिणार नाही; कारण परमेश्वराच्या वचनाने मला अशी आज्ञा देण्यात आली होती की, ‘भाकर खाऊ नकोस, पाणी पिऊ नकोस, आणि ज्या मार्गाने आला होतास त्याच मार्गाने परत जाऊ नकोस.’” म्हणून तो दुसऱ्या मार्गाने गेला, आणि ज्या मार्गाने तो बेथेलला आला होता त्या मार्गाने परत गेला नाही. १ राजे १३:१–१०.</w:t>
      </w:r>
    </w:p>
    <w:p>
      <w:pPr>
        <w:pStyle w:val="ArticleBody"/>
        <w:jc w:val="left"/>
      </w:pPr>
      <w:r>
        <w:rPr>
          <w:rFonts w:ascii="Nirmala UI" w:hAnsi="Nirmala UI" w:eastAsia="Nirmala UI" w:cs="Nirmala UI"/>
        </w:rPr>
        <w:t>“तुझ्या घराचा अर्धा भाग” देण्याच्या प्रस्ताव असूनही यारोबामाबरोबर भोजन करण्यास संदेष्ट्याने केलेला नकार, हेरोदाने सलोमीला आपल्या राज्याचा अर्धा भाग देण्याच्या दिलेल्या वचनाशी सुसंगत आहे.</w:t>
      </w:r>
    </w:p>
    <w:p>
      <w:pPr>
        <w:pStyle w:val="ArticleScripture"/>
        <w:jc w:val="left"/>
      </w:pPr>
      <w:r>
        <w:rPr>
          <w:rFonts w:ascii="Nirmala UI" w:hAnsi="Nirmala UI" w:eastAsia="Nirmala UI" w:cs="Nirmala UI"/>
        </w:rPr>
        <w:t>आणि एक सोयीचा दिवस आला, म्हणजे हेरोदाने आपल्या वाढदिवशी आपल्या सरदारांस, सेनापतींस आणि गालीलातील प्रमुख मान्यवरांस मेजवानी दिली; आणि त्या हेरोदियाची कन्या आत येऊन नाचली, आणि तिने हेरोदास व त्याच्याबरोबर बसलेल्यांस संतुष्ट केले, तेव्हा राजाने त्या कुमारीस म्हटले, “तुला जे काही हवे असेल ते माझ्याकडे माग, आणि मी ते तुला देईन.” आणि त्याने तिला शपथपूर्वक सांगितले, “तू माझ्याकडे जे काही मागशील ते मी तुला देईन, अगदी माझ्या राज्याच्या अर्ध्यापर्यंत.” मग ती बाहेर जाऊन आपल्या आईस म्हणाली, “मी काय मागू?” आणि ती म्हणाली, “बाप्तिस्मा देणारा योहान याचे मस्तक.” मार्क ६:२१–२४.</w:t>
      </w:r>
    </w:p>
    <w:p>
      <w:pPr>
        <w:pStyle w:val="ArticleBody"/>
        <w:jc w:val="left"/>
      </w:pPr>
      <w:r>
        <w:rPr>
          <w:rFonts w:ascii="Nirmala UI" w:hAnsi="Nirmala UI" w:eastAsia="Nirmala UI" w:cs="Nirmala UI"/>
        </w:rPr>
        <w:t>हेरोदाने आपल्या राज्यातील अर्धा भाग देण्याची प्रतिज्ञा आपल्या वाढदिवशी केली. हेरोद हा रोमचे प्रतीक आहे, आणि प्रकटीकरण सतराव्या अध्यायातील दहा राजे यांचा नमुना दानिएल अध्याय सातमधील रोमच्या दहापट विभागणीमध्ये, तसेच अध्याय दोनमधील दहा पायांच्या बोटांमध्ये दर्शविला आहे. त्याचा वाढदिवस त्या वेळी चिन्हांकित होतो, जेव्हा रविवारी कायद्याच्या प्रसंगी सहावे राज्य सातव्या राज्याने बदलले जाते; आणि या अर्थाने, बायबल भविष्यवाणीतील सातवे राज्य म्हणून संयुक्त राष्ट्रांचा तो वाढदिवस आहे. लवकरच येऊ घातलेल्या रविवारी कायद्यात, यराबामाच्या दहा उत्तरेकडील वंशांनी प्रतिनिधित्व केलेले दहा राजे, प्रकटीकरण ‘सतरा’ मध्ये, एक तासासाठी आपले राज्य पशूला देण्यास सहमत होतात.</w:t>
      </w:r>
    </w:p>
    <w:p>
      <w:pPr>
        <w:pStyle w:val="ArticleScripture"/>
        <w:jc w:val="left"/>
      </w:pPr>
      <w:r>
        <w:rPr>
          <w:rFonts w:ascii="Nirmala UI" w:hAnsi="Nirmala UI" w:eastAsia="Nirmala UI" w:cs="Nirmala UI"/>
        </w:rPr>
        <w:t>कारण देवाने त्यांच्या अंतःकरणांत आपली इच्छा पूर्ण करण्यासाठी, आणि एकमत होण्यासाठी, आणि आपले राज्य त्या पशूला देण्यासाठी ठेवले आहे, जोपर्यंत देवाची वचने पूर्ण होत नाहीत. प्रकटीकरण 17:17.</w:t>
      </w:r>
    </w:p>
    <w:p>
      <w:pPr>
        <w:pStyle w:val="ArticleBody"/>
        <w:jc w:val="left"/>
      </w:pPr>
      <w:r>
        <w:rPr>
          <w:rFonts w:ascii="Nirmala UI" w:hAnsi="Nirmala UI" w:eastAsia="Nirmala UI" w:cs="Nirmala UI"/>
        </w:rPr>
        <w:t>आपण यहेज्केलाच्या चौथ्या अध्यायातील भविष्यवाणीचा विचार करण्यापूर्वी, यहेज्केलाने थेट दिनांक ओळखून दिलेल्या ‘तेरा’ वेळा आपण ओळखून घेऊ. हे तेरा मार्गचिन्हे सर्वसाधारणपणे जग आणि देवाच्या लोकांमध्ये विभागली जातात. मिसराने दर्शविलेले जग सहा वेळा थेट दिनांकासह ठेवलेले आहे, आणि सोराला एकदा संबोधित केले आहे, तर उर्वरित सहा वेळा यरुशलेम हा विषय आहे. हे पुस्तक इ.स.पू. 592 मध्ये सुरू होते, जो सतराव्या जयंती-चक्राचे तिसावे वर्ष आहे; आणि यहेज्केलाच्या चाळिसाव्या अध्यायातील पहिला पद इ.स.पू. 573 च्या ऑक्टोबर 22 या तारखेला त्या चक्राचा शेवट म्हणून ओळखून देतो. जयंती-चक्र 9/11 पासून लवकरच येऊ घातलेल्या रविवार-कायद्यापर्यंतच्या एक लाख चव्वेचाळीस हजारांच्या शिक्कामोर्तबाच्या काळाचे प्रतिनिधित्व करते; आणि त्याच इतिहासाच्या एका फ्रॅक्टलमध्ये, 31 डिसेंबर, 2023 पासून लवकरच येऊ घातलेल्या रविवार-कायद्यापर्यंत त्याचेच प्रतिनिधित्व केलेले आहे. हे दोन्ही कालखंड 11 ऑगस्ट, 1840 पासून 22 ऑक्टोबर, 1844 पर्यंत पूर्वछायित करण्यात आले होते.</w:t>
      </w:r>
    </w:p>
    <w:p>
      <w:pPr>
        <w:pStyle w:val="ArticleBody"/>
        <w:jc w:val="left"/>
      </w:pPr>
      <w:r>
        <w:rPr>
          <w:rFonts w:ascii="Nirmala UI" w:hAnsi="Nirmala UI" w:eastAsia="Nirmala UI" w:cs="Nirmala UI"/>
        </w:rPr>
        <w:t>११ ऑगस्ट, १८४० रोजी, येशू ख्रिस्त स्वतःच प्रकटीकरण दहा मधील त्या सामर्थ्यशाली देवदूताप्रमाणे अवतरला, ज्याने एक लहान पुस्तक आणले होते, जे देवाच्या लोकांनी घेऊन खावे असे ठरविलेले होते. तोच देवदूत 9/11 रोजी पुन्हा अवतरला, जेणेकरून शिक्कामोर्तब करण्याच्या काळाचा आरंभ चिन्हांकित होईल. तोच देवदूत ३१ डिसेंबर, २०२३ रोजी अवतरला, जेणेकरून त्या दोन साक्षीदारांना पुनरुत्थित करावे, ज्यांची हत्या त्या महान नगराच्या रस्त्यावर झाली होती—जे सदोम व इजिप्त म्हणून ओळखले जाते, जिथे प्रभूलाही क्रूसावर खिळले गेले होते. त्या अवतरणाने शिक्कामोर्तब करण्याच्या काळाच्या समाप्तीचा कालखंड चिन्हांकित केला. ३१ डिसेंबर, २०२३ पासून रविवारच्या कायद्यापर्यंतच्या फ्रॅक्टल कालखंडात, याजक यहेज्केल याला स्वर्गातील मंदिराचे दर्शन दिले जाते. त्या वेळी तो मुक केला जातो, आणि देव त्याला आज्ञा करील तेव्हाच तो बोलतो. त्याची ही अवस्था लवकरच येऊ घातलेल्या रविवारच्या कायद्यापर्यंत टिकते, ज्याचे प्रतिनिधित्व यरुशलेमच्या विनाशाने केले आहे.</w:t>
      </w:r>
    </w:p>
    <w:p>
      <w:pPr>
        <w:pStyle w:val="ArticleBody"/>
        <w:jc w:val="left"/>
      </w:pPr>
      <w:r>
        <w:rPr>
          <w:rFonts w:ascii="Nirmala UI" w:hAnsi="Nirmala UI" w:eastAsia="Nirmala UI" w:cs="Nirmala UI"/>
        </w:rPr>
        <w:t>योहानाप्रमाणेच, यहेज्केललाही प्रकटीकरण दहा मध्ये खाली उतरलेल्या देवदूताच्या हातातील ग्रंथ घेण्याची आज्ञा देण्यात आली आहे, आणि विलाप, शोक व हायहाय यांनी भरलेला तो ग्रंथ खाण्यासही त्याला सांगण्यात आले आहे.</w:t>
      </w:r>
    </w:p>
    <w:p>
      <w:pPr>
        <w:pStyle w:val="ArticleScripture"/>
        <w:jc w:val="left"/>
      </w:pPr>
      <w:r>
        <w:rPr>
          <w:rFonts w:ascii="Nirmala UI" w:hAnsi="Nirmala UI" w:eastAsia="Nirmala UI" w:cs="Nirmala UI"/>
        </w:rPr>
        <w:t>परंतु हे मनुष्यपुत्रा, मी तुला जे सांगतो ते ऐक; त्या बंडखोर घराण्यासारखा तू बंडखोर होऊ नकोस; आपले तोंड उघड आणि मी तुला जे देतो ते खा. आणि मी पाहिले, तर पाहा, एक हात माझ्याकडे पाठविण्यात आला होता; आणि पाहा, त्यात पुस्तकाची एक गुंडाळी होती; आणि त्याने ती माझ्यापुढे उलगडली; आणि ती आतून व बाहेरून लिहिलेली होती; आणि त्यात विलाप, शोक, आणि हायहाय लिहिलेली होती. यहेज्केल 2:8–10.</w:t>
      </w:r>
    </w:p>
    <w:p>
      <w:pPr>
        <w:pStyle w:val="ArticleBody"/>
        <w:jc w:val="left"/>
      </w:pPr>
      <w:r>
        <w:rPr>
          <w:rFonts w:ascii="Nirmala UI" w:hAnsi="Nirmala UI" w:eastAsia="Nirmala UI" w:cs="Nirmala UI"/>
        </w:rPr>
        <w:t>हा संदेश त्रिविध संदेश म्हणून दर्शविला आहे; अशा प्रकारे तो प्रकटीकरण चौदाव्या अध्यायातील तीन देवदूतांच्या संदेशाचे प्रतीकात्मक द्योतक ठरतो. म्हणून, यहेज्केलच्या नवव्या अध्यायात आणि प्रकटीकरणाच्या सातव्या अध्यायात दर्शविल्याप्रमाणे, यरुशलेमच्या आत असलेल्या आणि मंडळीच्या तसेच देशाच्या पापाबद्दल विलाप व शोक करणाऱ्यांवर शिक्का मारणारा संदेश म्हणजे तिसऱ्या देवदूताचा शिक्कामोर्तब करणारा संदेश होय.</w:t>
      </w:r>
    </w:p>
    <w:p>
      <w:pPr>
        <w:pStyle w:val="ArticleScripture"/>
        <w:jc w:val="left"/>
      </w:pPr>
      <w:r>
        <w:rPr>
          <w:rFonts w:ascii="Nirmala UI" w:hAnsi="Nirmala UI" w:eastAsia="Nirmala UI" w:cs="Nirmala UI"/>
        </w:rPr>
        <w:t>आणि इस्राएलच्या देवाचे तेज ज्यावर होते त्या करूबावरून उठून घराच्या उंबरठ्याकडे गेले. आणि त्याने तागाचे वस्त्र परिधान केलेल्या त्या मनुष्याला, ज्याच्या कंबरेला लेखणीची शाईदाणी होती, हाक मारली; आणि परमेश्वर त्याला म्हणाला, “शहराच्या मध्यातून, म्हणजे यरुशलेमच्या मध्यातून जा, आणि तेथे जे घृणास्पद कृत्ये केली जात आहेत त्यांबद्दल उसासे टाकणाऱ्या व आक्रोश करणाऱ्या पुरुषांच्या कपाळांवर एक खूण कर.” यहेज्केल 9:3, 4.</w:t>
      </w:r>
    </w:p>
    <w:p>
      <w:pPr>
        <w:pStyle w:val="ArticleBody"/>
        <w:jc w:val="left"/>
      </w:pPr>
      <w:r>
        <w:rPr>
          <w:rFonts w:ascii="Nirmala UI" w:hAnsi="Nirmala UI" w:eastAsia="Nirmala UI" w:cs="Nirmala UI"/>
        </w:rPr>
        <w:t>जे लोक ती मोहर प्राप्त करतात, ते चर्चच्या पापांबद्दल आणि देशाच्या पापांबद्दल शोक करीत आहेत; आणि चर्च व जग यांची प्रतीके असलेल्या यरुशलेम आणि इजिप्त यांच्या इतिहासावर यहेज्केलची साक्ष विणली गेली आहे.</w:t>
      </w:r>
    </w:p>
    <w:p>
      <w:pPr>
        <w:pStyle w:val="ArticleScripture"/>
        <w:jc w:val="left"/>
      </w:pPr>
      <w:r>
        <w:rPr>
          <w:rFonts w:ascii="Nirmala UI" w:hAnsi="Nirmala UI" w:eastAsia="Nirmala UI" w:cs="Nirmala UI"/>
        </w:rPr>
        <w:t>“भक्तिभावाचे खमीर पूर्णपणे आपली शक्ती गमावलेले नाही. ज्या वेळी मंडळीवरील धोका आणि तिची खिन्नता सर्वाधिक असते, त्या वेळी प्रकाशात उभा असलेला तो लहान समुदाय देशात होत असलेल्या घृणास्पद कृत्यांबद्दल उसासे टाकत आणि आक्रोश करत असेल. परंतु विशेषतः त्यांची प्रार्थना मंडळीच्या वतीने वर चढत असेल, कारण तिचे सदस्य जगाच्या रीतीप्रमाणे आचरण करीत आहेत. …”</w:t>
      </w:r>
    </w:p>
    <w:p>
      <w:pPr>
        <w:pStyle w:val="ArticleScripture"/>
        <w:jc w:val="left"/>
      </w:pPr>
      <w:r>
        <w:rPr>
          <w:rFonts w:ascii="Nirmala UI" w:hAnsi="Nirmala UI" w:eastAsia="Nirmala UI" w:cs="Nirmala UI"/>
        </w:rPr>
        <w:t>“आज्ञा अशी आहे: ‘नगराच्या मधून, यरुशलेमच्या मधून जा, आणि जे लोक त्याच्या मधोमध केल्या जाणाऱ्या सर्व घृणास्पद कृत्यांमुळे उसासे टाकतात व आक्रोश करतात, अशा पुरुषांच्या कपाळांवर खूण कर.’ हे उसासे टाकणारे व आक्रोश करणारे जीवनाचे वचन पुढे मांडीत होते; त्यांनी धिक्कारले, सल्ला दिला, आणि विनवणी केली. देवाचा अपमान करीत असलेल्यांपैकी काहींनी पश्चात्ताप केला व त्यांची अंतःकरणे त्याच्यापुढे नम्र केली. पण परमेश्वराचे तेज इस्राएलापासून निघून गेले होते; जरी अनेकजण धर्माचे बाह्य आचार पाळीत राहिले, तरी त्याचे सामर्थ्य व उपस्थिती यांचा अभाव होता.” Testimonies, volume 5, 209, 210.</w:t>
      </w:r>
    </w:p>
    <w:p>
      <w:pPr>
        <w:pStyle w:val="ArticleBody"/>
        <w:jc w:val="left"/>
      </w:pPr>
      <w:r>
        <w:rPr>
          <w:rFonts w:ascii="Nirmala UI" w:hAnsi="Nirmala UI" w:eastAsia="Nirmala UI" w:cs="Nirmala UI"/>
        </w:rPr>
        <w:t>विलापग्रंथाच्या संदर्भात, शोक व दु:ख हे प्रकटीकरण चौदा मधील तीन देवदूतांचे प्रतिरूप दर्शवीत असल्याने, त्या विलाप व शोक हे पहिले व दुसरे देवदूत होत, आणि तिसरा हा दु:खाचा संदेश आहे, जो प्रकटीकरण सात मधील आवर घालून धरणाऱ्या चार देवदूतांनी रोखून धरलेल्या पूर्वेकडील वाऱ्याचे प्रतीक आहे.</w:t>
      </w:r>
    </w:p>
    <w:p>
      <w:pPr>
        <w:pStyle w:val="ArticleHeading"/>
        <w:jc w:val="left"/>
      </w:pPr>
      <w:r>
        <w:rPr>
          <w:rFonts w:ascii="Nirmala UI" w:hAnsi="Nirmala UI" w:eastAsia="Nirmala UI" w:cs="Nirmala UI"/>
        </w:rPr>
        <w:t>इजिप्त</w:t>
      </w:r>
    </w:p>
    <w:p>
      <w:pPr>
        <w:pStyle w:val="ArticleBody"/>
        <w:jc w:val="left"/>
      </w:pPr>
      <w:r>
        <w:rPr>
          <w:rFonts w:ascii="Nirmala UI" w:hAnsi="Nirmala UI" w:eastAsia="Nirmala UI" w:cs="Nirmala UI"/>
        </w:rPr>
        <w:t>यहेज्केलाच्या पुस्तकात तेरा दिनांकांचा उल्लेख आहे. मिसरविषयीच्या दिनांकसमूहातील पहिला दिनांक यहेज्केल 29:1 मध्ये आहे, आणि तो इ.स.पूर्व 587 वर्ष दर्शवितो.</w:t>
      </w:r>
    </w:p>
    <w:p>
      <w:pPr>
        <w:pStyle w:val="ArticleScripture"/>
        <w:jc w:val="left"/>
      </w:pPr>
      <w:r>
        <w:rPr>
          <w:rFonts w:ascii="Nirmala UI" w:hAnsi="Nirmala UI" w:eastAsia="Nirmala UI" w:cs="Nirmala UI"/>
        </w:rPr>
        <w:t>दहाव्या वर्षी, दहाव्या महिन्यात, त्या महिन्याच्या बाराव्या दिवशी, परमेश्वराचे वचन माझ्याकडे आले, असे म्हणाले, हे मनुष्यपुत्रा, मिसराचा राजा फारो याच्या विरुद्ध तुझे तोंड कर, आणि त्याच्या विरुद्ध, तसेच सर्व मिसराच्या विरुद्ध भविष्यवाणी कर: बोल, आणि असे म्हण, प्रभू परमेश्वर असे म्हणतो; पाहा, हे मिसराचा राजा फारो, मी तुझ्या विरुद्ध आहे, तू महान अजगर आहेस, जो आपल्या नद्यांच्या मध्यभागी पडून राहतो, आणि जो म्हणाला आहे, माझी नदी माझी स्वतःची आहे, आणि मी ती स्वतःसाठी केली आहे. यहेज्केल 29:1–3.</w:t>
      </w:r>
    </w:p>
    <w:p>
      <w:pPr>
        <w:pStyle w:val="ArticleBody"/>
        <w:jc w:val="left"/>
      </w:pPr>
      <w:r>
        <w:rPr>
          <w:rFonts w:ascii="Nirmala UI" w:hAnsi="Nirmala UI" w:eastAsia="Nirmala UI" w:cs="Nirmala UI"/>
        </w:rPr>
        <w:t>इ.स.पू. 587 हे वेढ्याचे वर्ष आहे; हा वेढा यरुशलेमच्या नाशाच्या दीड वर्षे आधी सुरू झाला होता. त्या वेळी यहेज्केल जाहीर करतो की देव मिसराचा पाडाव करील, आणि त्या पाडावामुळे देवाच्या लोकांना हे दर्शविले जाईल की मिसरच्या अजगरावर विश्वास ठेवण्यात त्यांची मूर्खता होती. अध्यायाच्या शेवटी असा उच्चार केला जातो की मिसर बाबेलला देण्यात येईल; अशा रीतीने हे ओळख पटते की बायबलमधील भविष्यवाणीतील दहा राजे आपले सातवे राज्य आधुनिक बाबेलला—त्या आठव्या राज्याला, जे त्या सातांपैकी आहे—कधी देतात. अध्यायाच्या शेवटी मांडल्याप्रमाणे, ही भविष्यवाणी ‘सतरा’ वर्षांनी, म्हणजे इ.स.पू. 571 मध्ये, पूर्ण झाली. म्हणून अध्याय 29 मध्ये मिसराशी संबंधित दिनांकनाचा पहिला आणि शेवटचा उल्लेख समाविष्ट आहे.</w:t>
      </w:r>
    </w:p>
    <w:p>
      <w:pPr>
        <w:pStyle w:val="ArticleScripture"/>
        <w:jc w:val="left"/>
      </w:pPr>
      <w:r>
        <w:rPr>
          <w:rFonts w:ascii="Nirmala UI" w:hAnsi="Nirmala UI" w:eastAsia="Nirmala UI" w:cs="Nirmala UI"/>
        </w:rPr>
        <w:t>आणि सत्ताविसाव्या वर्षी, पहिल्या महिन्यात, महिन्याच्या पहिल्या दिवशी, परमेश्वराचे वचन माझ्याकडे आले, असे म्हणाले, हे मनुष्यपुत्रा, बाबेलचा राजा नबुखद्रेपसर याने आपल्या सैन्याकडून तूराविरुद्ध मोठी सेवा करवून घेतली; प्रत्येक डोके टक्कल पडले, आणि प्रत्येक खांदा सोलला गेला; तरीही तूराविरुद्ध त्याने केलेल्या सेवेबद्दल त्याला किंवा त्याच्या सैन्याला काही मजुरी मिळाली नाही. म्हणून परमेश्वर देव असे म्हणतो: पाहा, मी मिसर देश बाबेलचा राजा नबुखद्रेपसर याला देईन; आणि तो तिची विपुल संपत्ती घेऊन जाईल, तिची लूट उचलेल, आणि तिची शिकार हस्तगत करील; आणि ते त्याच्या सैन्याची मजुरी ठरेल. मी त्याला मिसर देश त्याच्या त्या श्रमासाठी दिला आहे, ज्याने त्याने त्याविरुद्ध सेवा केली, कारण त्यांनी माझ्यासाठी कार्य केले, असे परमेश्वर देव म्हणतो. त्या दिवशी मी इस्राएलच्या घराण्याचे शिंग अंकुरवीन, आणि त्यांच्या मध्यभागी तुला मुख उघडण्याची संधी देईन; आणि त्यांना कळेल की मी परमेश्वर आहे. यहेज्केल 29:17–21.</w:t>
      </w:r>
    </w:p>
    <w:p>
      <w:pPr>
        <w:pStyle w:val="ArticleBody"/>
        <w:jc w:val="left"/>
      </w:pPr>
      <w:r>
        <w:rPr>
          <w:rFonts w:ascii="Nirmala UI" w:hAnsi="Nirmala UI" w:eastAsia="Nirmala UI" w:cs="Nirmala UI"/>
        </w:rPr>
        <w:t>सतराव्या वचनातील पहिल्या महिन्याच्या पहिल्या दिवशीचे विसावे वर्ष हे यहेज्केलमधील तेरा तारखांपैकी शेवटची तारीख दर्शविते, आणि इ.स.पू. ५७३ च्या ऑक्टोबर २२ नंतर येणारी ती एकमेव तारीख आहे. ती दानियेल अकरावा अध्याय, बेचाळीस व त्रेचाळीस वचने यांतील उत्तरेकडील राजाला मिसर देण्यात येण्याचे प्रतिनिधित्व करते; तसेच त्या बिंदूचेही प्रतिनिधित्व करते, जेव्हा दहा राजे सातांपैकी असलेल्या आठव्या राज्याला आपले सातवे राज्य देतात. हे त्या वेळी पूर्ण होते, जेव्हा “इस्राएलच्या घराण्याचे शिंग” फुटू लागते. यशयामध्ये, इस्राएल पूर्ववाऱ्याच्या दिवशी कळी फुटवितो.</w:t>
      </w:r>
    </w:p>
    <w:p>
      <w:pPr>
        <w:pStyle w:val="ArticleScripture"/>
        <w:jc w:val="left"/>
      </w:pPr>
      <w:r>
        <w:rPr>
          <w:rFonts w:ascii="Nirmala UI" w:hAnsi="Nirmala UI" w:eastAsia="Nirmala UI" w:cs="Nirmala UI"/>
        </w:rPr>
        <w:t>याकोबापासून येणाऱ्यांना तो मुळे धरण्यास लावील; इस्राएल फुलेल व कळ्या धरेल, आणि जगाच्या पृष्ठभागाला फळांनी परिपूर्ण करील. यशया 27:8.</w:t>
      </w:r>
    </w:p>
    <w:p>
      <w:pPr>
        <w:pStyle w:val="ArticleBody"/>
        <w:jc w:val="left"/>
      </w:pPr>
      <w:r>
        <w:rPr>
          <w:rFonts w:ascii="Nirmala UI" w:hAnsi="Nirmala UI" w:eastAsia="Nirmala UI" w:cs="Nirmala UI"/>
        </w:rPr>
        <w:t>जेव्हा यहेज्केल 29:17 पूर्ण होईल, आणि इजिप्तचा अजगर लवकरच येऊ घातलेल्या रविवारच्या कायद्यात पोपसत्ताक पशूस दिला जाईल, तेव्हा उत्तरकाळचा पाऊस इस्राएलवर मोजमापाविना ओतला जाईल. तो पाऊस 9/11 रोजी शिंपडण्याच्या स्वरूपात सुरू झाला, जसा ख्रिस्ताने आपल्या पुनरुत्थानानंतर पित्याकडे आरोहण करून पुन्हा पृथ्वीवर अवतरल्यानंतर आपल्या शिष्यांवर श्वास फुंकला, त्याचे प्रतीकरूपाने दर्शविले गेले होते.</w:t>
      </w:r>
    </w:p>
    <w:p>
      <w:pPr>
        <w:pStyle w:val="ArticleScripture"/>
        <w:jc w:val="left"/>
      </w:pPr>
      <w:r>
        <w:rPr>
          <w:rFonts w:ascii="Nirmala UI" w:hAnsi="Nirmala UI" w:eastAsia="Nirmala UI" w:cs="Nirmala UI"/>
        </w:rPr>
        <w:t>“ख्रिस्ताने आपल्या शिष्यांवर पवित्र आत्म्याचा श्वास फुंकणे, आणि त्यांना आपली शांती प्रदान करणे, ही कृती पेंटेकोस्ताच्या दिवशी दिल्या जाणाऱ्या विपुल वर्षावापूर्वीच्या केवळ काही थेंबांप्रमाणे होती.” Spirit of Prophecy, volume 3, 243.</w:t>
      </w:r>
    </w:p>
    <w:p>
      <w:pPr>
        <w:pStyle w:val="ArticleBody"/>
        <w:jc w:val="left"/>
      </w:pPr>
      <w:r>
        <w:rPr>
          <w:rFonts w:ascii="Nirmala UI" w:hAnsi="Nirmala UI" w:eastAsia="Nirmala UI" w:cs="Nirmala UI"/>
        </w:rPr>
        <w:t>इजिप्ताच्या पतनाविषयी यहेज्केलची भविष्यवाणी इ.स.पू. 587 मध्ये, वेढ्याच्या वर्षी, घोषित करण्यात आली होती; आणि ‘सतरा’ वर्षांनंतर ती भविष्यवाणी पूर्ण झाली. ती ‘सतरा’ या संख्येद्वारे दर्शविलेल्या कालखंडात पूर्ण होते, अशा प्रकारे दानियेल अकराव्या अध्यायातील चाळीसाव्या वचनाचा गुप्त इतिहास दर्शविते. यहेज्केलाच्या नवव्या अध्यायात चित्रित केलेल्या एक लाख चव्वेचाळीस हजारांच्या शिक्कामोर्तबाच्या काळात ती पूर्ण व्हावयाची आहे. शिक्कामोर्तबाच्या काळात उत्तरकालीन पाऊस ओतला जातो, प्रथम 9/11 येथे शिंपडण्याच्या स्वरूपात, आणि नंतर रविवारच्या कायद्याच्या वेळी पूर्ण ओतप्रोत वर्षाव म्हणून. यशयाच्या मते ती “पूर्ववाऱ्याच्या दिवशी” पूर्ण होते; आणि इस्लाम हाच पूर्ववारा आहे, आणि इस्लाम हाच तिसरा “हाय” आहे. यहेज्केलला खाण्यासाठी दिलेला संदेश त्रिगुणी संदेश होता, ज्याचा तिसरा भाग हायचा संदेश होता.</w:t>
      </w:r>
    </w:p>
    <w:p>
      <w:pPr>
        <w:pStyle w:val="ArticleBody"/>
        <w:jc w:val="left"/>
      </w:pPr>
      <w:r>
        <w:rPr>
          <w:rFonts w:ascii="Nirmala UI" w:hAnsi="Nirmala UI" w:eastAsia="Nirmala UI" w:cs="Nirmala UI"/>
        </w:rPr>
        <w:t>यहेज्केलचे दिनांकित तेरा संदेश यरुशलेम, मिसर आणि टायर यांच्याशी संबंधित रीतीने मांडले गेले होते. ते सर्व “तेरा” या संख्येद्वारे दर्शविल्या जाणाऱ्या बंडखोरीलाच उद्देशून होते.</w:t>
      </w:r>
    </w:p>
    <w:p>
      <w:pPr>
        <w:pStyle w:val="ArticleBody"/>
        <w:jc w:val="left"/>
      </w:pPr>
      <w:r>
        <w:rPr>
          <w:rFonts w:ascii="Nirmala UI" w:hAnsi="Nirmala UI" w:eastAsia="Nirmala UI" w:cs="Nirmala UI"/>
        </w:rPr>
        <w:t>पुढील लेखात आपण यहेज्केलच्या कालदिनांकनाचा विचार पुढे चालू ठेवू.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श्लोक चाळीसचा गुप्त इतिहास - संख्या सव्वीस</dc:title>
  <dc:subject>यहेज्केल क्रमांक सात</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