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चाळीसाव्या वचनाचा गूढ इतिहास - सत्तावीसावा क्रमांक</w:t>
      </w:r>
    </w:p>
    <w:p>
      <w:pPr>
        <w:pStyle w:val="ArticleSubtitle"/>
        <w:jc w:val="left"/>
      </w:pPr>
      <w:r>
        <w:rPr>
          <w:rFonts w:ascii="Nirmala UI" w:hAnsi="Nirmala UI" w:eastAsia="Nirmala UI" w:cs="Nirmala UI"/>
        </w:rPr>
        <w:t>यहेज्केल क्रमांक आठ</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2026-08-17</w:t>
      </w:r>
    </w:p>
    <w:p>
      <w:pPr>
        <w:pStyle w:val="ArticleBody"/>
        <w:jc w:val="left"/>
      </w:pPr>
      <w:r>
        <w:rPr>
          <w:rFonts w:ascii="Nirmala UI" w:hAnsi="Nirmala UI" w:eastAsia="Nirmala UI" w:cs="Nirmala UI"/>
        </w:rPr>
        <w:t>यहेज्केलाच्या पुस्तकात दिनांकांचे ‘तेरा’ उल्लेख आढळतात; त्यांपैकी सहा यरुशलेमविषयी, सहा इजिप्तविषयी, आणि एक तूरविषयी आहेत. हे सर्व उल्लेख बंडखोरीच्या संदर्भात मांडलेले आहेत, ज्याचे प्रतीक ‘तेरा’ हा अंक आहे. यहेज्केलाच्या पत्नीचा पक्षाघाताने मृत्यू झाल्यानंतरच्या वर्षी, ज्याने तिसऱ्या वेढ्याची सुरुवात चिन्हांकित केली, यहेज्केलास इजिप्तविरुद्ध बोलण्याची आज्ञा करण्यात आली, आणि तो चाळीस वर्षे ओसाड राहील असे जाहीर करण्यात आले.</w:t>
      </w:r>
    </w:p>
    <w:p>
      <w:pPr>
        <w:pStyle w:val="ArticleScripture"/>
        <w:jc w:val="left"/>
      </w:pPr>
      <w:r>
        <w:rPr>
          <w:rFonts w:ascii="Nirmala UI" w:hAnsi="Nirmala UI" w:eastAsia="Nirmala UI" w:cs="Nirmala UI"/>
        </w:rPr>
        <w:t>आणि मी मिसरदेशाला उजाड झालेल्या देशांच्या मध्यात उजाड करीन, आणि तिची नगरे उद्ध्वस्त झालेल्या नगरांमध्ये चाळीस वर्षे उजाड राहतील; आणि मी मिसरी लोकांना राष्ट्रांमध्ये विखुरून टाकीन, आणि देशोदेशी त्यांना पांगवीन. तरी प्रभु परमेश्वर असे म्हणतो: चाळीस वर्षांच्या शेवटी मी मिसरी लोकांना ज्या लोकांमध्ये ते विखुरले गेले होते त्यांच्यामधून पुन्हा एकत्र करीन; आणि मी मिसराचे बंदिवासित्व परत आणीन, आणि त्यांना पत्रोस देशात, त्यांच्या निवासाच्या देशात, पुन्हा आणीन; आणि तेथे ते एक कनिष्ठ राज्य होतील. यहेज्केल 29:12–14.</w:t>
      </w:r>
    </w:p>
    <w:p>
      <w:pPr>
        <w:pStyle w:val="ArticleBody"/>
        <w:jc w:val="left"/>
      </w:pPr>
      <w:r>
        <w:rPr>
          <w:rFonts w:ascii="Nirmala UI" w:hAnsi="Nirmala UI" w:eastAsia="Nirmala UI" w:cs="Nirmala UI"/>
        </w:rPr>
        <w:t>इ.स.पू. ५८८ मध्ये वेढा सुरू झाला, आणि एक वर्षानंतर इ.स.पू. ५८७ मध्ये यहेज्केलाला बोलण्याची आज्ञा देण्यात आली. ‘सतरा’व्या वचनात, इ.स.पू. ५७१ हे दाखविले आहे की केलेल्या सेवेसाठी मिसर बाबेलला दिला जाईल. बायबल कालगणनाशास्त्रज्ञ या वचनांमध्ये निर्देशिलेल्या चाळीस वर्षांच्या कालावधीसाठी इ.स.पू. ५६७ ते इ.स.पू. ५२७ असा कालावधी सुचवितात, आणि इ.स.पू. ५८७ मध्ये घोषित केलेल्या न्यायाच्या प्रारंभीच्या संदेशापासून ते ‘सतरा’व्या वचनातील इ.स.पू. ५७१ मधील त्या घोषणेपर्यंत की परमेश्वराने मिसर नबुखद्नेस्सराच्या हाती दिला होता, आपण ‘सतरा वर्षांचा’ कालावधी आढळतो.</w:t>
      </w:r>
    </w:p>
    <w:p>
      <w:pPr>
        <w:pStyle w:val="ArticleBody"/>
        <w:jc w:val="left"/>
      </w:pPr>
      <w:r>
        <w:rPr>
          <w:rFonts w:ascii="Nirmala UI" w:hAnsi="Nirmala UI" w:eastAsia="Nirmala UI" w:cs="Nirmala UI"/>
        </w:rPr>
        <w:t>नबुखद्नेस्सराच्या सैन्याने सोराविरुद्ध दीर्घ व कठीण मोहिम चालविली (वेढा सुमारे 13 वर्षे टिकला, अंदाजे इ.स.पू. 586–573). सैनिकांनी अत्यंत कष्ट केले (ओझी वाहून नेल्यामुळे प्रत्येक डोके टक्कल पडले आणि प्रत्येक खांदा घासला जाऊन उघडा झाला), तरीही त्यांना सोराकडून स्वतःसाठी काही लक्षणीय मजुरी किंवा लूट मिळाली नाही. या निष्फळ श्रमामुळे, सोराविरुद्ध त्याच्या सैन्याने केलेल्या कार्याच्या मोबदल्यात (“मजुरी” म्हणून) देवाने नबुखद्नेस्सराला मिसर देण्याचे ठरविले.</w:t>
      </w:r>
    </w:p>
    <w:p>
      <w:pPr>
        <w:pStyle w:val="ArticleScripture"/>
        <w:jc w:val="left"/>
      </w:pPr>
      <w:r>
        <w:rPr>
          <w:rFonts w:ascii="Nirmala UI" w:hAnsi="Nirmala UI" w:eastAsia="Nirmala UI" w:cs="Nirmala UI"/>
        </w:rPr>
        <w:t>आणि त्याच घरात राहा, आणि ते जे काही देतील ते खात-पीत राहा; कारण काम करणारा आपल्या मजुरीचा योग्य आहे. घरोघर जाऊ नका. लूक 10:7.</w:t>
      </w:r>
    </w:p>
    <w:p>
      <w:pPr>
        <w:pStyle w:val="ArticleBody"/>
        <w:jc w:val="left"/>
      </w:pPr>
      <w:r>
        <w:rPr>
          <w:rFonts w:ascii="Nirmala UI" w:hAnsi="Nirmala UI" w:eastAsia="Nirmala UI" w:cs="Nirmala UI"/>
        </w:rPr>
        <w:t>म्हणून नबुखद्नेस्सरने प्रथम तीर जिंकले आणि तेरा वर्षांच्या वेढ्यानंतर त्याला मिसर देण्यात आला. तीर जिंकण्यापूर्वी त्याने इ.स.पू. 586 मध्ये यरुशलेम जिंकले; त्यानंतर त्याने तीराविरुद्ध तेरा वर्षांचा वेढा पूर्ण केला, आणि त्यानंतर मिसर मिळाले. यरुशलेम इ.स.पू. 586 मध्ये जिंकले गेले, आणि तीराचा वेढा इ.स.पू. 586 मध्ये सुरू होऊन इ.स.पू. 573 पर्यंत चालला. तेरा हा अंक युनायटेड स्टेट्सशी संबंधित आहे.</w:t>
      </w:r>
    </w:p>
    <w:p>
      <w:pPr>
        <w:pStyle w:val="ArticleBody"/>
        <w:jc w:val="left"/>
      </w:pPr>
      <w:r>
        <w:rPr>
          <w:rFonts w:ascii="Nirmala UI" w:hAnsi="Nirmala UI" w:eastAsia="Nirmala UI" w:cs="Nirmala UI"/>
        </w:rPr>
        <w:t>बहिण व्हाईट आम्हाला सांगतात की यहेज्केलाच्या पुस्तकातील यरुशलेम हे लाओदिकीयातील सेव्हन्थ-डे अॅडव्हेंटिस्ट मंडळीचे प्रतिनिधित्व करते, आणि उत्तराचा राजा नबुखद्नेस्सर हा उत्तरकालात पोपसत्तेचे प्रतिनिधित्व करतो. एकोणतीसाव्या अध्यायातील ऐतिहासिक दृष्टांतात, “तुझ्या लोकांतील लुटारू” हे उत्तरकालीन पोपसत्ताधारी रोमचे प्रतिनिधित्व करीत, त्या अध्यायात तीन घटकांवर विजय मिळवतो. प्रथम तो यरुशलेम जिंकतो, मग सोर, आणि शेवटी इजिप्त.</w:t>
      </w:r>
    </w:p>
    <w:p>
      <w:pPr>
        <w:pStyle w:val="ArticleBody"/>
        <w:jc w:val="left"/>
      </w:pPr>
      <w:r>
        <w:rPr>
          <w:rFonts w:ascii="Nirmala UI" w:hAnsi="Nirmala UI" w:eastAsia="Nirmala UI" w:cs="Nirmala UI"/>
        </w:rPr>
        <w:t>न्याय देवाच्या घरापासून सुरू होतो, आणि संयुक्त संस्थानांतील प्रोटेस्टंटवादाचे शिंग रविवारच्या कायद्यापूर्वीच प्रथम जिंकले जाते. संयुक्त संस्थानांतील धर्मत्यागी प्रोटेस्टंटवादाच्या शिंगात लाओदिकीयेची सेव्हन्थ-डे अॅडव्हेंटिस्ट मंडळी समाविष्ट आहे, जी त्या “पूर्वीच्या” करारातील लोकांचे प्रतिनिधित्व करते, ज्यांना इ.स. ३४ मध्ये प्राचीन इस्राएलप्रमाणे आणि १८४४ मध्ये प्रोटेस्टंटांप्रमाणे बाजूला टाकण्यात आले. इ.स. ३४ आणि १८४४ मध्ये देवाच्या त्या पूर्वीच्या करारातील लोकांना बाजूला टाकणे, हे दोन्ही Daniel 8:14 मधील दोन हजार तीनशे वर्षांच्या भविष्यवाणीच्या भविष्यसूचक इतिहासात दर्शविलेले आहे. न्याय देवाच्या घराण्यापासून सुरू होतो, आणि प्रोटेस्टंटवादाचे शिंग रिपब्लिकनवादाच्या शिंगाच्या आधी न्यायले जाते.</w:t>
      </w:r>
    </w:p>
    <w:p>
      <w:pPr>
        <w:pStyle w:val="ArticleScripture"/>
        <w:jc w:val="left"/>
      </w:pPr>
      <w:r>
        <w:rPr>
          <w:rFonts w:ascii="Nirmala UI" w:hAnsi="Nirmala UI" w:eastAsia="Nirmala UI" w:cs="Nirmala UI"/>
        </w:rPr>
        <w:t>कारण न्यायाची सुरुवात देवाच्या घराण्यापासून व्हावी अशी वेळ आली आहे; आणि जर तो प्रथम आपल्यापासूनच सुरू होत असेल, तर जे देवाच्या सुवार्तेचे पालन करीत नाहीत त्यांचा शेवट काय होईल? 1 Peter 4:17.</w:t>
      </w:r>
    </w:p>
    <w:p>
      <w:pPr>
        <w:pStyle w:val="ArticleBody"/>
        <w:jc w:val="left"/>
      </w:pPr>
      <w:r>
        <w:rPr>
          <w:rFonts w:ascii="Nirmala UI" w:hAnsi="Nirmala UI" w:eastAsia="Nirmala UI" w:cs="Nirmala UI"/>
        </w:rPr>
        <w:t>इजिप्तावरील न्यायाचा पहिला उल्लेख एकोणतीसाव्या अध्यायाच्या पहिल्या वचनात आढळतो, आणि इजिप्ताशी संबंधाने यहेज्केलने उल्लेख केलेली शेवटची तारीख त्याच अध्यायाच्या ‘सतरा’ वचनात आहे. हा अध्याय असे दर्शवितो की आधुनिक रोम प्रथम प्रोटेस्टंटवादाच्या शिंगावर विजय मिळविते आणि त्यानंतर सोरावर, जे प्रजासत्ताकवादाच्या त्या शिंगाचे प्रतिनिधित्व करते, ज्यावर लवकरच येऊ घातलेल्या रविवारच्या कायद्याच्या वेळी विजय मिळविला जातो. रविवारच्या कायद्याच्या वेळी नबुखद्नेस्सरकडून सोर (संयुक्त संस्थाने) जिंकले जाते, तेव्हा इजिप्तही त्याच्या हाती दिले जाते. त्या वेळी पोपशाहीची प्राणघातक जखम बरी होते. केवळ पोपशाहीची प्राणघातक जखम तेव्हा बरी होते असेच नव्हे, तर यहेज्केल आम्हांस कळवितो की हे उत्तरवर्षावाच्या काळात घडते.</w:t>
      </w:r>
    </w:p>
    <w:p>
      <w:pPr>
        <w:pStyle w:val="ArticleScripture"/>
        <w:jc w:val="left"/>
      </w:pPr>
      <w:r>
        <w:rPr>
          <w:rFonts w:ascii="Nirmala UI" w:hAnsi="Nirmala UI" w:eastAsia="Nirmala UI" w:cs="Nirmala UI"/>
        </w:rPr>
        <w:t>त्या दिवशी मी इस्राएलच्या घराण्याचे शिंग अंकुरवीन, आणि त्यांच्या मध्येमध्ये मी तुला मुख उघडण्याची संधी देईन; आणि त्यांना कळेल की मी परमेश्वर आहे. यहेज्केल 29:21.</w:t>
      </w:r>
    </w:p>
    <w:p>
      <w:pPr>
        <w:pStyle w:val="ArticleHeading"/>
        <w:jc w:val="left"/>
      </w:pPr>
      <w:r>
        <w:rPr>
          <w:rFonts w:ascii="Nirmala UI" w:hAnsi="Nirmala UI" w:eastAsia="Nirmala UI" w:cs="Nirmala UI"/>
        </w:rPr>
        <w:t>याकोब आणि इस्राएल</w:t>
      </w:r>
    </w:p>
    <w:p>
      <w:pPr>
        <w:pStyle w:val="ArticleBody"/>
        <w:jc w:val="left"/>
      </w:pPr>
      <w:r>
        <w:rPr>
          <w:rFonts w:ascii="Nirmala UI" w:hAnsi="Nirmala UI" w:eastAsia="Nirmala UI" w:cs="Nirmala UI"/>
        </w:rPr>
        <w:t>यशया असे निदर्शित करतो की इस्राएल कळी धरतो, फुलतो आणि संपूर्ण पृथ्वी फळांनी परिपूर्ण करतो. कळी धरणे, फुलणे आणि फळ धारण करणे या तीन टप्प्यांना पाऊस कारणीभूत ठरतो; आणि यशयाच्या मते, “प्रचंड वारा” थांबविला जातो तेव्हा उत्तरकाळचा पाऊस येतो. तो पुढे असेही निदर्शित करतो की कळी धरणे, फुलणे आणि फळ धारण करणे या कालावधीत याकोबाची पापे शुद्ध केली जाणार आहेत, आणि “शुद्ध केली” असा जो हिब्रू शब्द अनुवादित केला आहे, त्याचा अर्थ प्रायश्चित्त करण्यात आला असा आहे.</w:t>
      </w:r>
    </w:p>
    <w:p>
      <w:pPr>
        <w:pStyle w:val="ArticleScripture"/>
        <w:jc w:val="left"/>
      </w:pPr>
      <w:r>
        <w:rPr>
          <w:rFonts w:ascii="Nirmala UI" w:hAnsi="Nirmala UI" w:eastAsia="Nirmala UI" w:cs="Nirmala UI"/>
        </w:rPr>
        <w:t>मापाने, जेव्हा ती बाहेर फुटेल, तेव्हा तू तिच्याशी वाद घेशील; पूर्ववाऱ्याच्या दिवशी तो आपला कठोर वारा थांबवितो. म्हणून याकोबाचा अधर्म याचद्वारे शुद्ध केला जाईल; आणि त्याचे पाप दूर करण्याचे हेच सर्व फल आहे: जेव्हा तो वेदीचे सर्व दगड ठेचून फोडलेल्या खडूच्या दगडांसारखे करील, तेव्हा अशेरा-वृक्ष आणि कोरलेल्या प्रतिमा उभ्या राहणार नाहीत. यशया 27:8, 9.</w:t>
      </w:r>
    </w:p>
    <w:p>
      <w:pPr>
        <w:pStyle w:val="ArticleBody"/>
        <w:jc w:val="left"/>
      </w:pPr>
      <w:r>
        <w:rPr>
          <w:rFonts w:ascii="Nirmala UI" w:hAnsi="Nirmala UI" w:eastAsia="Nirmala UI" w:cs="Nirmala UI"/>
        </w:rPr>
        <w:t>संघर्षाचे चार वारे (त्याचा उग्र वारा) आवरले जातात तेव्हा, एक लाख चव्वेचाळीस हजारांच्या शिक्कामोर्तब करण्याची प्रक्रिया सुरू होते, आणि अॅडव्हेंटवादातील शहाणे व दुष्ट यांची अखेरीस विभागणी केली जाते; आणि हे सर्व “पूर्ववाऱ्याच्या दिवशी” पूर्ण केले जाते. शिक्कामोर्तब करण्याचा काळ 9/11 येथे एका शिंपडण्याने सुरू झाला आणि तो रविवारच्या कायद्याच्या वेळी पूर्ण ओतप्रोत वर्षावाने समाप्त होतो, जेव्हा पृथ्वी मग फळांनी परिपूर्ण होते. शिक्कामोर्तब करण्याचा काळ हा मलाखी तीन याच्या अनुरोधाने क्रमिक शुद्धीकरण व शुद्धीउच्छेदनाचा काळ आहे. परंतु, यहेज्केल एकोणतीसच्या आरंभीच्या व अंतिम तारखांनी दर्शविलेल्या सतरा वर्षांच्या कालखंडात, बायबलमधील भविष्यवाणीतील सहाव्या राज्याचे जिंकणे घडते; ते यरुशलेमद्वारे प्रतिनिधित्व केलेले आहे, जे प्रोटेस्टंटवादाच्या शिंगाचे—म्हणजे चर्चचे—प्रतीक आहे; आणि टायरद्वारे, जे शिंगाचे किंवा रिपब्लिकनवादाचे—म्हणजे राज्याचे—प्रतीक आहे. टायरवरील तेरा वर्षांच्या वेढ्याच्या समाप्तीनंतर लगेच, इजिप्तद्वारे प्रतिनिधित्व केलेल्या दहा राजांच्या सातव्या राज्याचे जिंकणे घडते. यरुशलेम, टायर आणि इजिप्त यांच्या या तीन जिंकण्यांची घटना तेव्हा घडते जेव्हा “इस्राएलाच्या घराण्याचे शिंग” कळी धरते आणि त्याला तोंड उघडण्याची देणगी दिली जाते.</w:t>
      </w:r>
    </w:p>
    <w:p>
      <w:pPr>
        <w:pStyle w:val="ArticleBody"/>
        <w:jc w:val="left"/>
      </w:pPr>
      <w:r>
        <w:rPr>
          <w:rFonts w:ascii="Nirmala UI" w:hAnsi="Nirmala UI" w:eastAsia="Nirmala UI" w:cs="Nirmala UI"/>
        </w:rPr>
        <w:t>याजक यहेज्केल आणि याजक जखऱ्या या दोघांचीही मुकता संडे लॉच्या वेळी समाप्त होते, जेव्हा संयुक्त संस्थाने आणि बालामाचे गाढव हे दोघेही बोलतात. संडे लॉच्या वेळी प्रभु इस्राएलाच्या घराण्याला “तोंड उघडणे” देतो. त्या वेळी याकोबाची पापे शुद्ध केली गेलेली असतात आणि त्याचे नाव बदलून इस्राएलाचे घराणे असे होते. त्यांनी जाहीर केलेला संदेश भविष्यसूचक मुकतेच्या तिसऱ्या साक्षीने दर्शविला आहे, जी दानियेलद्वारे दर्शविली आहे; त्याला तेव्हा दानियेल अध्याय अकराचा संदेश दिला जातो, जो हबक्कूकाच्या त्या दृष्टांतासही समांतर आहे, जो नंतर ‘बोलतो आणि खोटे ठरत नाही.’ यहेज्केल, जखऱ्या आणि दानियेल हे तिसऱ्या देवदूताच्या मोठ्या घोषणेच्या उद्घोषणेशी सुसंगत ठरतात; तसेच यिर्मया अध्याय पंधरामध्येही, जिथे त्याला पहिल्या निराशेतून परत फिरल्यास देवाचे मुख होण्याचे वचन दिले जाते.</w:t>
      </w:r>
    </w:p>
    <w:p>
      <w:pPr>
        <w:pStyle w:val="ArticleScripture"/>
        <w:jc w:val="left"/>
      </w:pPr>
      <w:r>
        <w:rPr>
          <w:rFonts w:ascii="Nirmala UI" w:hAnsi="Nirmala UI" w:eastAsia="Nirmala UI" w:cs="Nirmala UI"/>
        </w:rPr>
        <w:t>माझी वेदना निरंतर का आहे, आणि माझी जखम असाध्य का आहे, जी बरी होण्यास नकार देते? तू माझ्यासाठी सर्वथा कपटी ठरशील काय, आणि आटून जाणाऱ्या पाण्यासारखा होशील काय? म्हणून परमेश्वर असे म्हणतो, जर तू परतलास, तर मी तुला पुन्हा आणीन, आणि तू माझ्यासमोर उभा राहशील; आणि जर तू निकृष्टातून मौल्यवान वेगळे काढशील, तर तू माझ्या मुखासारखा होशील; त्यांनी तुझ्याकडे परत यावे, परंतु तू त्यांच्याकडे परत जाऊ नकोस. यिर्मया १५:१८, १९</w:t>
      </w:r>
    </w:p>
    <w:p>
      <w:pPr>
        <w:pStyle w:val="ArticleBody"/>
        <w:jc w:val="left"/>
      </w:pPr>
      <w:r>
        <w:rPr>
          <w:rFonts w:ascii="Nirmala UI" w:hAnsi="Nirmala UI" w:eastAsia="Nirmala UI" w:cs="Nirmala UI"/>
        </w:rPr>
        <w:t>येशू प्रारंभाच्या साहाय्याने अंताचे उदाहरण देतो; आणि 9/11 वेळी शिंपडण्यामुळे कळ्या फुटल्या व याकोबाचे रोप वाढू लागले; आणि शेवटी, जेव्हा याकोबाचा अधर्म शुद्ध केला जाईल, तेव्हा इस्राएलाचे घराणे बोलेल. 9/11 वेळी पावसाद्वारे जे कळी फुटणे सिद्ध झाले, ते शिक्कामोर्तबाच्या काळाच्या शेवटी होणाऱ्या कळी फुटण्याचे प्रतिरूप आहे, जेव्हा इस्राएलाच्या घराण्याचे “शिंग” फुटून बाहेर येते, अगदी त्या ठिकाणी जिथे धर्मत्यागी प्रॉटेस्टंटवाद आणि रिपब्लिकनवाद यांची शिंगे नबुखद्नेस्सरद्वारे पराभूत होतात.</w:t>
      </w:r>
    </w:p>
    <w:p>
      <w:pPr>
        <w:pStyle w:val="ArticleBody"/>
        <w:jc w:val="left"/>
      </w:pPr>
      <w:r>
        <w:rPr>
          <w:rFonts w:ascii="Nirmala UI" w:hAnsi="Nirmala UI" w:eastAsia="Nirmala UI" w:cs="Nirmala UI"/>
        </w:rPr>
        <w:t>त्या वेळी प्रोटेस्टंटवादाच्या खोट्या शिंग आणि प्रोटेस्टंटवादाच्या खऱ्या शिंग यांतील भेद स्पष्टपणे समोर आणला जातो; हा भेद इस्त्राएलच्या वंशांच्या इतर काठ्यांपेक्षा वेगळी ठरलेली, कळी फुटलेली अहारोनची काठी यामध्ये प्रतिरूपाने दर्शविला आहे. यहेज्केलच्या एकोणतीसाव्या अध्यायातील दोन तारखा लवकरच येऊ घातलेल्या रविवारच्या कायद्याच्या वेळी एक लाख चव्वेचाळीस हजारांच्या निशाणाच्या उभारणीचा इतिहास ओळखून देतात.</w:t>
      </w:r>
    </w:p>
    <w:p>
      <w:pPr>
        <w:pStyle w:val="ArticleBody"/>
        <w:jc w:val="left"/>
      </w:pPr>
      <w:r>
        <w:rPr>
          <w:rFonts w:ascii="Nirmala UI" w:hAnsi="Nirmala UI" w:eastAsia="Nirmala UI" w:cs="Nirmala UI"/>
        </w:rPr>
        <w:t>कळी धरण्याची, बहरण्याची आणि पृथ्वीला फळांनी परिपूर्ण करण्याची प्रक्रिया 9/11 रोजी उत्तरवृष्टिच्या शिंपडणीने आरंभ झाली; अगदी जसे पेन्टेकोस्तीय ऋतूची सुरुवात ख्रिस्ताने आपल्या शिष्यांवर काही थेंब फुंकून केली, ज्यामुळे अखेरीस पेन्टेकोस्तच्या वेळी पूर्ण ओतप्रोत वर्षाव झाला. जेकब (हक्क बळकावणारा) यांच्या शुद्धीकरणाच्या प्रारंभी 9/11 रोजी झालेली कळी धरण्याची अवस्था—जी शिक्कामोर्तब करण्याचा काळ आहे—तिने रविवारच्या कायद्याच्या वेळी इस्राएलच्या घराण्याच्या (विजयी ठरणाऱ्याच्या) कळी धरण्याचे प्रतीक दर्शविले. शेवटी होणारे कळी धरणे हे पूर्वीच्या करारातील लोक आणि एक लाख चव्वेचाळीस हजार यांच्यातील भेद चिन्हांकित करीत आहे; जसे कर्मेल पर्वतावर अग्नीच्या ओतप्रोत वर्षावाने संदेष्टा एलियाह आणि बाळाच्या संदेष्ट्यांमध्ये भेद प्रकट केला. हा भेद एका वर्गाद्वारे दर्शविला जातो, जो बनावट शांती आणि सुरक्षिततेच्या संदेशासाठी भविष्यवाणीच्या अर्थाने लज्जित आहे; आणि दुसरा वर्ग भविष्यवाणीच्या अर्थाने आनंदित आहे, आणि ते कधीही लज्जित होणार नाहीत.</w:t>
      </w:r>
    </w:p>
    <w:p>
      <w:pPr>
        <w:pStyle w:val="ArticleHeading"/>
        <w:jc w:val="left"/>
      </w:pPr>
      <w:r>
        <w:rPr>
          <w:rFonts w:ascii="Nirmala UI" w:hAnsi="Nirmala UI" w:eastAsia="Nirmala UI" w:cs="Nirmala UI"/>
        </w:rPr>
        <w:t>इजिप्तच्या सहा तारखा</w:t>
      </w:r>
    </w:p>
    <w:p>
      <w:pPr>
        <w:pStyle w:val="ArticleBody"/>
        <w:jc w:val="left"/>
      </w:pPr>
      <w:r>
        <w:rPr>
          <w:rFonts w:ascii="Nirmala UI" w:hAnsi="Nirmala UI" w:eastAsia="Nirmala UI" w:cs="Nirmala UI"/>
        </w:rPr>
        <w:t>यहेज्केल मिसराशी संबंधित आणखी चार तारखा नमूद करतो; त्यांपैकी दोन तारखा बंदिवासाच्या अकराव्या वर्षाची नोंद करतात, आणि उर्वरित दोन तारखा बंदिवासाच्या बाराव्या वर्षाची नोंद करतात.</w:t>
      </w:r>
    </w:p>
    <w:p>
      <w:pPr>
        <w:pStyle w:val="ArticleHeading"/>
        <w:jc w:val="left"/>
      </w:pPr>
      <w:r>
        <w:rPr>
          <w:rFonts w:ascii="Nirmala UI" w:hAnsi="Nirmala UI" w:eastAsia="Nirmala UI" w:cs="Nirmala UI"/>
        </w:rPr>
        <w:t>अकराव्या वर्षाचा वेढा</w:t>
      </w:r>
    </w:p>
    <w:p>
      <w:pPr>
        <w:pStyle w:val="ArticleScripture"/>
        <w:jc w:val="left"/>
      </w:pPr>
      <w:r>
        <w:rPr>
          <w:rFonts w:ascii="Nirmala UI" w:hAnsi="Nirmala UI" w:eastAsia="Nirmala UI" w:cs="Nirmala UI"/>
        </w:rPr>
        <w:t>अकराव्या वर्षी, पहिल्या महिन्यात, त्या महिन्याच्या सातव्या दिवशी, असे झाले की परमेश्वराचे वचन माझ्याकडे आले, असे म्हणाले, हे मनुष्यपुत्रा, मी मिसराचा राजा फारो याचा भुजदंड मोडला आहे; आणि पाहा, तो बरा व्हावा म्हणून तो बांधला जाणार नाही, त्यावर पट्टी बांधली जाणार नाही, म्हणजे तो तलवार धरण्यास समर्थ होईल. यहेज्केल 30:20, 21.</w:t>
      </w:r>
    </w:p>
    <w:p>
      <w:pPr>
        <w:pStyle w:val="ArticleScripture"/>
        <w:jc w:val="left"/>
      </w:pPr>
      <w:r>
        <w:rPr>
          <w:rFonts w:ascii="Nirmala UI" w:hAnsi="Nirmala UI" w:eastAsia="Nirmala UI" w:cs="Nirmala UI"/>
        </w:rPr>
        <w:t>आणि असे झाले की अकराव्या वर्षी, तिसऱ्या महिन्यात, महिन्याच्या पहिल्या दिवशी, परमेश्वराचे वचन माझ्याकडे आले, म्हणाले, हे मनुष्यपुत्रा, मिसराचा राजा फिरऔन आणि त्याच्या समुदायास सांग: आपल्या महानतेत तू कोणासारखा आहेस? यहेज्केल 31:1, 2.</w:t>
      </w:r>
    </w:p>
    <w:p>
      <w:pPr>
        <w:pStyle w:val="ArticleBody"/>
        <w:jc w:val="left"/>
      </w:pPr>
      <w:r>
        <w:rPr>
          <w:rFonts w:ascii="Nirmala UI" w:hAnsi="Nirmala UI" w:eastAsia="Nirmala UI" w:cs="Nirmala UI"/>
        </w:rPr>
        <w:t>कैदेतल्या अकराव्या वर्षी, तीसाव्या अध्यायात मिसर व फिरऔन यांचे बाहू मोडले जातात, आणि बाबेलचे बाहू बळकट केले जातात. एकतीसाव्या अध्यायातील अकराव्या वर्षी, मिसरच्या पतनाची व जगावर त्याच्या परिणामाची ओळख करून दिली जाते.</w:t>
      </w:r>
    </w:p>
    <w:p>
      <w:pPr>
        <w:pStyle w:val="ArticleHeading"/>
        <w:jc w:val="left"/>
      </w:pPr>
      <w:r>
        <w:rPr>
          <w:rFonts w:ascii="Nirmala UI" w:hAnsi="Nirmala UI" w:eastAsia="Nirmala UI" w:cs="Nirmala UI"/>
        </w:rPr>
        <w:t>बारावे वर्ष आणि यरुशलेमचा पतन</w:t>
      </w:r>
    </w:p>
    <w:p>
      <w:pPr>
        <w:pStyle w:val="ArticleBody"/>
        <w:jc w:val="left"/>
      </w:pPr>
      <w:r>
        <w:rPr>
          <w:rFonts w:ascii="Nirmala UI" w:hAnsi="Nirmala UI" w:eastAsia="Nirmala UI" w:cs="Nirmala UI"/>
        </w:rPr>
        <w:t>बाराव्या वर्षातील त्या दोन तारखा यहेज्केल बत्तीस मध्ये आढळतात.</w:t>
      </w:r>
    </w:p>
    <w:p>
      <w:pPr>
        <w:pStyle w:val="ArticleScripture"/>
        <w:jc w:val="left"/>
      </w:pPr>
      <w:r>
        <w:rPr>
          <w:rFonts w:ascii="Nirmala UI" w:hAnsi="Nirmala UI" w:eastAsia="Nirmala UI" w:cs="Nirmala UI"/>
        </w:rPr>
        <w:t>आणि बाराव्या वर्षी, बाराव्या महिन्यात, महिन्याच्या पहिल्या दिवशी असे झाले की, परमेश्वराचे वचन माझ्याकडे आले, असे म्हणाले, हे मनुष्यपुत्रा, मिसराचा राजा फारो याच्यासाठी विलाप उचल, आणि त्याला सांग, तू राष्ट्रांतील एका तरुण सिंहासारखा आहेस, आणि समुद्रांतील एका महा-माशासारखा आहेस; आणि तू आपल्या नद्यांसह बाहेर निघालास, आणि आपल्या पायांनी पाण्यांना ढवळून काढलेस, आणि त्यांच्या नद्यांना गढूळ केलेस. प्रभु परमेश्वर असे म्हणतो: म्हणून मी पुष्कळ लोकांच्या समुदायासह तुझ्यावर माझे जाळे पसरवीन; आणि ते तुला माझ्या जाळ्यात वर काढतील. यहेज्केल 32:1–3.</w:t>
      </w:r>
    </w:p>
    <w:p>
      <w:pPr>
        <w:pStyle w:val="ArticleScripture"/>
        <w:jc w:val="left"/>
      </w:pPr>
      <w:r>
        <w:rPr>
          <w:rFonts w:ascii="Nirmala UI" w:hAnsi="Nirmala UI" w:eastAsia="Nirmala UI" w:cs="Nirmala UI"/>
        </w:rPr>
        <w:t>बाराव्या वर्षी, महिन्याच्या पंधराव्या दिवशी, परमेश्वराचे वचन माझ्याकडे आले, असे म्हणाले, हे मनुष्यपुत्रा, मिसरच्या लोकसमुदायासाठी विलाप कर; आणि तिला, तसेच प्रसिद्ध राष्ट्रांच्या कन्यकांना, खड्ड्यात उतरणाऱ्यांबरोबर पृथ्वीच्या अधोलोकातील भागात खाली फेक. यहेज्केल 32:17, 18.</w:t>
      </w:r>
    </w:p>
    <w:p>
      <w:pPr>
        <w:pStyle w:val="ArticleHeading"/>
        <w:jc w:val="left"/>
      </w:pPr>
      <w:r>
        <w:rPr>
          <w:rFonts w:ascii="Nirmala UI" w:hAnsi="Nirmala UI" w:eastAsia="Nirmala UI" w:cs="Nirmala UI"/>
        </w:rPr>
        <w:t>फरोह आणि त्याची गर्दी</w:t>
      </w:r>
    </w:p>
    <w:p>
      <w:pPr>
        <w:pStyle w:val="ArticleBody"/>
        <w:jc w:val="left"/>
      </w:pPr>
      <w:r>
        <w:rPr>
          <w:rFonts w:ascii="Nirmala UI" w:hAnsi="Nirmala UI" w:eastAsia="Nirmala UI" w:cs="Nirmala UI"/>
        </w:rPr>
        <w:t>एकतीसाव्या अध्यायातील मिसरावरील उच्चारलेल्या न्यायवचनात, शेवटची वचने अशी म्हणतात:</w:t>
      </w:r>
    </w:p>
    <w:p>
      <w:pPr>
        <w:pStyle w:val="ArticleScripture"/>
        <w:jc w:val="left"/>
      </w:pPr>
      <w:r>
        <w:rPr>
          <w:rFonts w:ascii="Nirmala UI" w:hAnsi="Nirmala UI" w:eastAsia="Nirmala UI" w:cs="Nirmala UI"/>
        </w:rPr>
        <w:t>मी त्याच्या पडझडीच्या आवाजाने राष्ट्रांना कंपित केले, जेव्हा मी त्याला खड्ड्यात उतरून जाणाऱ्यांसह अधोलोकात खाली टाकले; आणि एदेनातील सर्व वृक्ष, लबानोनातील निवडक व उत्तम, जलपान करणारे सर्व, पृथ्वीच्या अधःभागांत सांत्वन पावतील. तेही त्याच्यासह अधोलोकात, तलवारीने ठार मारलेल्यांकडे, खाली गेले; आणि जे त्याचा बाहू होते, जे राष्ट्रांच्या मध्यभागी त्याच्या सावलीखाली वसत होते, तेही. एदेनातील वृक्षांमध्ये गौरव व महानता यांमध्ये तू अशा प्रकारे कोणासारखा आहेस? तरीही एदेनातील वृक्षांसह तुला पृथ्वीच्या अधःभागांत खाली आणले जाईल; आणि तलवारीने ठार मारलेल्यांसह तू सुंता न झालेल्यांच्या मध्यभागी निजशील. हाच फारो व त्याची सर्व प्रजा आहे, असे परमेश्वर देव म्हणतो. यहेज्केल 31:16–18.</w:t>
      </w:r>
    </w:p>
    <w:p>
      <w:pPr>
        <w:pStyle w:val="ArticleBody"/>
        <w:jc w:val="left"/>
      </w:pPr>
      <w:r>
        <w:rPr>
          <w:rFonts w:ascii="Nirmala UI" w:hAnsi="Nirmala UI" w:eastAsia="Nirmala UI" w:cs="Nirmala UI"/>
        </w:rPr>
        <w:t>बत्तीसाव्या अध्यायातील मिसरवरील उच्चारलेल्या न्यायवचनात, अंतिम वचने एकतीसाव्या अध्यायाची पुनरुक्ती करतात व त्याचा विस्तारही करतात, आणि त्यात समांतर समाप्तीवचनाचा समावेश आहे.</w:t>
      </w:r>
    </w:p>
    <w:p>
      <w:pPr>
        <w:pStyle w:val="ArticleScripture"/>
        <w:jc w:val="left"/>
      </w:pPr>
      <w:r>
        <w:rPr>
          <w:rFonts w:ascii="Nirmala UI" w:hAnsi="Nirmala UI" w:eastAsia="Nirmala UI" w:cs="Nirmala UI"/>
        </w:rPr>
        <w:t>कारण मी जिवंतांच्या देशात माझा भय उत्पन्न केला आहे; आणि तो तलवारीने मारल्या गेलेल्यांबरोबर, अगदी फरोह व त्याच्या सर्व समुदायासह, सुंता न झालेल्यांच्या मध्ये निजविला जाईल, असे परमेश्वर देव म्हणतो. यहेज्केल 32:32.</w:t>
      </w:r>
    </w:p>
    <w:p>
      <w:pPr>
        <w:pStyle w:val="ArticleHeading"/>
        <w:jc w:val="left"/>
      </w:pPr>
      <w:r>
        <w:rPr>
          <w:rFonts w:ascii="Nirmala UI" w:hAnsi="Nirmala UI" w:eastAsia="Nirmala UI" w:cs="Nirmala UI"/>
        </w:rPr>
        <w:t>एकोणतीसाव्या अध्यायाची सतरा वर्षे</w:t>
      </w:r>
    </w:p>
    <w:p>
      <w:pPr>
        <w:pStyle w:val="ArticleBody"/>
        <w:jc w:val="left"/>
      </w:pPr>
      <w:r>
        <w:rPr>
          <w:rFonts w:ascii="Nirmala UI" w:hAnsi="Nirmala UI" w:eastAsia="Nirmala UI" w:cs="Nirmala UI"/>
        </w:rPr>
        <w:t>एकोणतीसाव्या अध्यायात दर्शविलेल्या सतरा वर्षांच्या कालावधीत येणाऱ्या तारखा नबुखद्नेस्सराने मिसर जिंकले याची, तसेच मिसराच्या चाळीस वर्षांच्या उजाड अवस्थेच्या कालावधीची ओळख करून देतात. चाळीस हा अंक अरण्यावस्थेचे प्रतिनिधित्व करतो, जे पृथ्वी हजार वर्षे उजाड राहील याचे प्रतिरूप आहे.</w:t>
      </w:r>
    </w:p>
    <w:p>
      <w:pPr>
        <w:pStyle w:val="ArticleScripture"/>
        <w:jc w:val="left"/>
      </w:pPr>
      <w:r>
        <w:rPr>
          <w:rFonts w:ascii="Nirmala UI" w:hAnsi="Nirmala UI" w:eastAsia="Nirmala UI" w:cs="Nirmala UI"/>
        </w:rPr>
        <w:t>मी पृथ्वी पाहिली, आणि पाहा, ती निराकार व रिकामी होती; आणि आकाश पाहिले, तर त्यात प्रकाश नव्हता. मी पर्वत पाहिले, आणि पाहा, ते थरथरत होते, आणि सर्व टेकड्या हलक्या हालचालीने डोलत होत्या. मी पाहिले, आणि पाहा, तेथे मनुष्य नव्हता, आणि आकाशातील सर्व पक्षी उडून गेले होते. मी पाहिले, आणि पाहा, फलद्रूप प्रदेश रान झाला होता, आणि त्यातील सर्व नगरे परमेश्वराच्या उपस्थितीमुळे व त्याच्या प्रखर क्रोधाने उद्ध्वस्त झाली होती. कारण परमेश्वर असे म्हणाला आहे, संपूर्ण देश उजाड होईल; तरीही मी त्याचा पूर्ण अंत करणार नाही. यिर्मया 4:23–27.</w:t>
      </w:r>
    </w:p>
    <w:p>
      <w:pPr>
        <w:pStyle w:val="ArticleBody"/>
        <w:jc w:val="left"/>
      </w:pPr>
      <w:r>
        <w:rPr>
          <w:rFonts w:ascii="Nirmala UI" w:hAnsi="Nirmala UI" w:eastAsia="Nirmala UI" w:cs="Nirmala UI"/>
        </w:rPr>
        <w:t>इजेकिएल एकोणतीस मध्ये उल्लेखिलेल्या मिसराच्या उजाडपणाच्या चाळीस वर्षांच्या समाप्तीच्या वेळी, दुष्टांच्या अंतिम पुनरुत्थानाची आणि त्यांच्या शेवटच्या संपूर्ण नाशाची मांडणी केली आहे.</w:t>
      </w:r>
    </w:p>
    <w:p>
      <w:pPr>
        <w:pStyle w:val="ArticleScripture"/>
        <w:jc w:val="left"/>
      </w:pPr>
      <w:r>
        <w:rPr>
          <w:rFonts w:ascii="Nirmala UI" w:hAnsi="Nirmala UI" w:eastAsia="Nirmala UI" w:cs="Nirmala UI"/>
        </w:rPr>
        <w:t>हे पृथ्वीवरील रहिवाशा, भय, खड्डा आणि सापळा तुझ्यावर आले आहेत. आणि असे होईल की जो भयाच्या आवाजापासून पळेल तो खड्ड्यात पडेल; आणि जो खड्ड्याच्या मध्यातून वर येईल तो सापळ्यात अडकविला जाईल; कारण वरच्या उंचीवरील खिडक्या उघडल्या आहेत, आणि पृथ्वीची पायाभरणी हादरून गेली आहे. पृथ्वी पूर्णतः भग्न झाली आहे, पृथ्वी सर्वस्वी विदीर्ण झाली आहे, पृथ्वी अत्यंत हालविली गेली आहे. पृथ्वी मद्यपीप्रमाणे इकडे-तिकडे डळमळेल, आणि झोपडीप्रमाणे हलविली जाईल; आणि तिचे अपराध तिच्यावर जड होतील; आणि ती पडेल, आणि पुन्हा उभी राहणार नाही. आणि त्या दिवशी असे होईल की, परमेश्वर उंच स्थानी असलेल्या उच्चांच्या सैन्याला, आणि पृथ्वीवरील पृथ्वीच्या राजांना शिक्षा करील. आणि जसे कैदी खड्ड्यात एकत्र केले जातात तसे त्यांना एकत्र केले जाईल, आणि त्यांना कारागृहात बंद केले जाईल, आणि पुष्कळ दिवसांनंतर त्यांची चौकशी केली जाईल. यशया 24:17–22.</w:t>
      </w:r>
    </w:p>
    <w:p>
      <w:pPr>
        <w:pStyle w:val="ArticleBody"/>
        <w:jc w:val="left"/>
      </w:pPr>
      <w:r>
        <w:rPr>
          <w:rFonts w:ascii="Nirmala UI" w:hAnsi="Nirmala UI" w:eastAsia="Nirmala UI" w:cs="Nirmala UI"/>
        </w:rPr>
        <w:t>इजिप्ताशी संबंधित सहा तारखांद्वारे एकत्रित केलेला यहेज्केलचा संदेश, पृथ्वीवरील अजगरसदृश सत्तेच्या अंतिम विनाशाची ओळख करून देतो; हा विनाश लवकरच येऊ घातलेल्या रविवारच्या कायद्यापासून सुरू होतो आणि सहस्राब्दीच्या शेवटी दुष्ट इजिप्शियनांच्या अंतिम विनाशापर्यंत पुढे चालू राहतो.</w:t>
      </w:r>
    </w:p>
    <w:p>
      <w:pPr>
        <w:pStyle w:val="ArticleBody"/>
        <w:jc w:val="left"/>
      </w:pPr>
      <w:r>
        <w:rPr>
          <w:rFonts w:ascii="Nirmala UI" w:hAnsi="Nirmala UI" w:eastAsia="Nirmala UI" w:cs="Nirmala UI"/>
        </w:rPr>
        <w:t>भविष्यसूचक साक्ष्यात पशू आणि खोटा संदेष्टा यांचा अंत अग्नीच्या तळ्यात होतो, जे ख्रिस्ताच्या दुसऱ्या आगमनाचे प्रतिनिधित्व करते; परंतु अजगराच्या सत्तेचा अग्नीच्या तळ्यातील विनाश सहस्रवर्षांच्या शेवटी होतो.</w:t>
      </w:r>
    </w:p>
    <w:p>
      <w:pPr>
        <w:pStyle w:val="ArticleScripture"/>
        <w:jc w:val="left"/>
      </w:pPr>
      <w:r>
        <w:rPr>
          <w:rFonts w:ascii="Nirmala UI" w:hAnsi="Nirmala UI" w:eastAsia="Nirmala UI" w:cs="Nirmala UI"/>
        </w:rPr>
        <w:t>आणि तो पशू पकडला गेला, आणि त्याच्याबरोबर तो खोटा संदेष्टाही, ज्याने त्याच्यासमोर चमत्कार केले होते; ज्यांच्याद्वारे त्याने त्या लोकांना फसविले ज्यांनी पशूची खूण घेतली होती आणि जे त्याच्या प्रतिमेची उपासना करीत होते. ते दोघेही जिवंतपणी गंधकाने धगधगणाऱ्या अग्नीच्या तळ्यात टाकले गेले. आणि उरलेले त्याच्यावर, म्हणजे घोड्यावर बसलेल्या त्याच्या तोंडातून निघणाऱ्या तलवारीने ठार मारले गेले; आणि सर्व पक्षी त्यांच्या मांसाने तृप्त झाले. प्रकटीकरण 19:20, 21.</w:t>
      </w:r>
    </w:p>
    <w:p>
      <w:pPr>
        <w:pStyle w:val="ArticleBody"/>
        <w:jc w:val="left"/>
      </w:pPr>
      <w:r>
        <w:rPr>
          <w:rFonts w:ascii="Nirmala UI" w:hAnsi="Nirmala UI" w:eastAsia="Nirmala UI" w:cs="Nirmala UI"/>
        </w:rPr>
        <w:t>ख्रिस्ताच्या दुसऱ्या आगमनावेळी पशू आणि खोटा संदेष्टा यांचा संदेष्ट्रीय अंत होतो, परंतु अजगराला त्याचे अंतिम भविष्य ख्रिस्ताच्या तिसऱ्या आगमनावेळी, एक हजार वर्षांनी, भेटते.</w:t>
      </w:r>
    </w:p>
    <w:p>
      <w:pPr>
        <w:pStyle w:val="ArticleScripture"/>
        <w:jc w:val="left"/>
      </w:pPr>
      <w:r>
        <w:rPr>
          <w:rFonts w:ascii="Nirmala UI" w:hAnsi="Nirmala UI" w:eastAsia="Nirmala UI" w:cs="Nirmala UI"/>
        </w:rPr>
        <w:t>आणि मी एक देवदूत स्वर्गातून खाली उतरताना पाहिला; त्याच्या हातात अथांग कुंडाची किल्ली आणि एक मोठी साखळी होती. आणि त्याने त्या अजगराला, त्या जुन्या सर्पाला, जो सैतान आणि दियाबल आहे, धरून एक हजार वर्षांसाठी बांधले; आणि त्याला अथांग कुंडात टाकले, आणि त्याला बंदिस्त केले, आणि त्याच्यावर शिक्का मारला, यासाठी की एक हजार वर्षे पूर्ण होईपर्यंत त्याने राष्ट्रांना पुन्हा फसवू नये; आणि त्यानंतर त्याला थोड्या काळासाठी सोडण्यात येणे आवश्यक आहे. प्रकटीकरण 20:1–3.</w:t>
      </w:r>
    </w:p>
    <w:p>
      <w:pPr>
        <w:pStyle w:val="ArticleHeading"/>
        <w:jc w:val="left"/>
      </w:pPr>
      <w:r>
        <w:rPr>
          <w:rFonts w:ascii="Nirmala UI" w:hAnsi="Nirmala UI" w:eastAsia="Nirmala UI" w:cs="Nirmala UI"/>
        </w:rPr>
        <w:t>अकरावे आणि बारावे वर्षे</w:t>
      </w:r>
    </w:p>
    <w:p>
      <w:pPr>
        <w:pStyle w:val="ArticleBody"/>
        <w:jc w:val="left"/>
      </w:pPr>
      <w:r>
        <w:rPr>
          <w:rFonts w:ascii="Nirmala UI" w:hAnsi="Nirmala UI" w:eastAsia="Nirmala UI" w:cs="Nirmala UI"/>
        </w:rPr>
        <w:t>यहेज्केल एकोणतीस मधील दोन तारखांद्वारे दर्शविण्यात आलेला ‘सतरा’ वर्षांचा कालावधी कैदेतल्या दहाव्या वर्षी सुरू झाला आणि सत्ताविसाव्या वर्षी समाप्त झाला. अध्याय तीस आणि एकतीस यांतील संदेश अकराव्या वर्षी देण्यात आले, आणि अध्याय बत्तीसमध्ये दर्शविण्यात आलेल्या दोन तारखा कैदेतल्या बाराव्या वर्षी देण्यात आल्या. दहाव्या वर्षी सुरू झालेला हा सतरा वर्षांचा कालावधी, जो साधारणपणे यरुशलेमच्या वेढ्याच्या प्रारंभाच्या सुमारास होता, त्यानंतर अध्याय तीस आणि एकतीसमध्ये दर्शविण्यात आलेले अकराव्या वर्षातील इजिप्तविषयक दोन संदेश आले. एकत्रितपणे, अकराव्या वर्षातील हे दोन संदेश रविवारी कायद्याच्या अगोदरचा एक संदेश दर्शवितात. बाराव्या वर्षातील इजिप्तविषयक इतर दोन संदेश इ.स.पू. 586/585 मध्ये यरुशलेमच्या विनाशाच्या वेळी किंवा त्यानंतर अल्पावधीत घडले.</w:t>
      </w:r>
    </w:p>
    <w:p>
      <w:pPr>
        <w:pStyle w:val="ArticleBody"/>
        <w:jc w:val="left"/>
      </w:pPr>
      <w:r>
        <w:rPr>
          <w:rFonts w:ascii="Nirmala UI" w:hAnsi="Nirmala UI" w:eastAsia="Nirmala UI" w:cs="Nirmala UI"/>
        </w:rPr>
        <w:t>रविवारी कायद्याच्या वेळी प्रबळ आरोळीच्या संदेशात रूपांतरित होणाऱ्या मध्यरात्रीच्या आरोळीच्या संदेशाचा एक भाग म्हणून ख्रिस्ताच्या आगमनाचा संदेश जाहीर केला जातो. रविवारी कायद्यापूर्वी मिसरचे दोन संदेश जाहीर केले जातात, आणि रविवारी कायद्याच्या वेळी किंवा त्याच्या थोड्याच नंतर मिसरचे आणखी दोन संदेश जाहीर केले जातात. जेरुसलेमच्या विनाशात पराकाष्ठेस पोहोचणाऱ्या वेढ्याच्या काळात, त्याच वर्षी दिले गेलेले या संदेशांचे द्विगुणीकरण, आणि रविवारी कायद्याच्या वेळी दिले गेलेले इतर दोन संदेश, दुसऱ्या देवदूताच्या संदेशाचे प्रतिरूप ठरतात, जिथे नेहमीच द्विगुणीकरण असते.</w:t>
      </w:r>
    </w:p>
    <w:p>
      <w:pPr>
        <w:pStyle w:val="ArticleBody"/>
        <w:jc w:val="left"/>
      </w:pPr>
      <w:r>
        <w:rPr>
          <w:rFonts w:ascii="Nirmala UI" w:hAnsi="Nirmala UI" w:eastAsia="Nirmala UI" w:cs="Nirmala UI"/>
        </w:rPr>
        <w:t>दुसऱ्या संदेशानंतर नेहमी तिसरा संदेश येतो.</w:t>
      </w:r>
    </w:p>
    <w:p>
      <w:pPr>
        <w:pStyle w:val="ArticleScripture"/>
        <w:jc w:val="left"/>
      </w:pPr>
      <w:r>
        <w:rPr>
          <w:rFonts w:ascii="Nirmala UI" w:hAnsi="Nirmala UI" w:eastAsia="Nirmala UI" w:cs="Nirmala UI"/>
        </w:rPr>
        <w:t>“लेखन व वाणी यांद्वारे आपण त्या घोषणेचा निनाद करावयाचा आहे, तिचा क्रम आणि त्या भविष्यवाण्यांचा उपयोग दाखवित, ज्या आपल्याला तिसऱ्या देवदूताच्या संदेशापर्यंत आणतात. पहिला आणि दुसरा नसताना तिसरा असू शकत नाही. हे संदेश आपण प्रकाशनांद्वारे आणि प्रवचनांद्वारे जगाला द्यावयाचे आहेत, भविष्यसूचक इतिहासाच्या प्रवाहात जे काही झाले आहे आणि जे काही होणार आहे ते दर्शवित.” Selected Messages, book 2, 104, 105.</w:t>
      </w:r>
    </w:p>
    <w:p>
      <w:pPr>
        <w:pStyle w:val="ArticleBody"/>
        <w:jc w:val="left"/>
      </w:pPr>
      <w:r>
        <w:rPr>
          <w:rFonts w:ascii="Nirmala UI" w:hAnsi="Nirmala UI" w:eastAsia="Nirmala UI" w:cs="Nirmala UI"/>
        </w:rPr>
        <w:t>तिसऱ्या संदेशाच्या वेळी कृपाकालाचे दार बंद होते. संयुक्त संस्थानांसाठी कृपाकाल रविवारच्या कायद्याच्या वेळी बंद होतो, आणि जगासाठी कृपाकाल मिखाएल उठून उभा राहतो तेव्हा बंद होतो. ही दोन्ही बंद दारे तिसऱ्या संदेशाचे प्रतिनिधित्व करतात; आणि त्या तिसऱ्या संदेशाच्या आधी नेहमी दुसरा संदेश येतो, जो नेहमी द्वैध स्वरूपाचा असतो.</w:t>
      </w:r>
    </w:p>
    <w:p>
      <w:pPr>
        <w:pStyle w:val="ArticleBody"/>
        <w:jc w:val="left"/>
      </w:pPr>
      <w:r>
        <w:rPr>
          <w:rFonts w:ascii="Nirmala UI" w:hAnsi="Nirmala UI" w:eastAsia="Nirmala UI" w:cs="Nirmala UI"/>
        </w:rPr>
        <w:t>दुसऱ्या देवदूताचे सामर्थ्यप्राप्त होणे तेव्हा पूर्ण होते, जेव्हा त्याच्याबरोबर मध्यरात्रीच्या हाकेचा संदेश जोडला जातो. मानवजातीवर उच्चारित केलेले हे दोन संदेश, जे यहेज्केलाच्या तीसावा व एकतीसावा अध्यायांतील मिसरावरील उच्चारणांद्वारे दर्शविलेले आहेत, ते मध्यरात्रीच्या हाकेचा संदेश दुसऱ्या देवदूताशी केव्हा जोडला जातो हे ओळखून देतात; आणि बत्तीसाव्या अध्यायातील हे दोन संदेश मोठ्या हाकेत तिसऱ्या देवदूताच्या सामर्थ्यप्राप्तीची ओळख करून देतात.</w:t>
      </w:r>
    </w:p>
    <w:p>
      <w:pPr>
        <w:pStyle w:val="ArticleBody"/>
        <w:jc w:val="left"/>
      </w:pPr>
      <w:r>
        <w:rPr>
          <w:rFonts w:ascii="Nirmala UI" w:hAnsi="Nirmala UI" w:eastAsia="Nirmala UI" w:cs="Nirmala UI"/>
        </w:rPr>
        <w:t>मानवीय घटनांच्या गुंतागुंतीच्या परस्परसंवादाचे यहेज्केलाचे चाक मानवजातीसाठीच्या अंतिम इशाऱ्याची ओळख करून देतात; हा इशारा तिसऱ्या देवदूताचा इशारा आहे, आणि तिसरा देवदूत हा पहिल्या व दुसऱ्या देवदूतांच्या इशाऱ्यांनी बनलेला आहे. रविवारच्या कायद्यापूर्वीचा मध्यरात्रीचा आक्रोश आणि रविवारच्या कायद्यानंतरचा मोठा आक्रोश, यहेज्केलाच्या त्या चार तारखांद्वारे दर्शविले गेले आहेत, ज्या अध्याय एकोणतीसमधील अल्फा आणि ओमेगा अशा तारखांच्या ‘सतरा’ वर्षांच्या अवधीत येतात; त्या तारखा त्याच अध्यायातील अकरा ते सोळा वचनांमध्ये दर्शविल्याप्रमाणे, दानियेल अकरा अध्याय, चाळीसाव्या वचनाच्या गुप्त इतिहासाशी सुसंगत आहेत.</w:t>
      </w:r>
    </w:p>
    <w:p>
      <w:pPr>
        <w:pStyle w:val="ArticleBody"/>
        <w:jc w:val="left"/>
      </w:pPr>
      <w:r>
        <w:rPr>
          <w:rFonts w:ascii="Nirmala UI" w:hAnsi="Nirmala UI" w:eastAsia="Nirmala UI" w:cs="Nirmala UI"/>
        </w:rPr>
        <w:t>दानियेल अध्याय दहामध्ये, यहेज्केलप्रमाणेच, दानियेल मूक करण्यात येतो. दानियेलचा मूकपणा तीन स्पर्शांच्या मधोमध घडवून आणला जातो; पहिला व तिसरा स्पर्श देवदूत गॅब्रिएलकडून आले, आणि मधला स्पर्श ख्रिस्ताचा होता. कैसरिया-फिलिप्पी आणि वधस्तंभ यांच्या दरम्यान पेत्र जसा मधोमध होता, तसाच दानियेलही मधोमध आहे. मधोमध पेत्राने गौरवप्राप्त ख्रिस्ताला पाहिले, तसेच दानियेलने दहाव्या अध्यायात पाहिले. तीन देवदूतांपैकी मधला देवदूत हा दुसरा संदेश आहे, जो दोन संदेशांच्या संयोगाने बनलेला आहे.</w:t>
      </w:r>
    </w:p>
    <w:p>
      <w:pPr>
        <w:pStyle w:val="ArticleHeading"/>
        <w:jc w:val="left"/>
      </w:pPr>
      <w:r>
        <w:rPr>
          <w:rFonts w:ascii="Nirmala UI" w:hAnsi="Nirmala UI" w:eastAsia="Nirmala UI" w:cs="Nirmala UI"/>
        </w:rPr>
        <w:t>चौथ्या महिन्याचा पाचवा दिवस व 1844</w:t>
      </w:r>
    </w:p>
    <w:p>
      <w:pPr>
        <w:pStyle w:val="ArticleBody"/>
        <w:jc w:val="left"/>
      </w:pPr>
      <w:r>
        <w:rPr>
          <w:rFonts w:ascii="Nirmala UI" w:hAnsi="Nirmala UI" w:eastAsia="Nirmala UI" w:cs="Nirmala UI"/>
        </w:rPr>
        <w:t>यहेज्केल अध्याय १, वचने १ आणि २ मध्ये, यहेज्केल चौथ्या महिन्याच्या पाचव्या दिवशी आहे, जो १८४४ मधील सातव्या महिन्याच्या चळवळीच्या मध्याशी जुळतो. यहेज्केल १९ एप्रिल १८४४ आणि २२ ऑक्टोबर १८४४ यांच्या नेमक्या मध्यभागी आहे, जसा १८४४ मधील मिडनाईट क्रायचा संदेशवाहक सॅम्युएल स्नो होता, जेव्हा त्याने बोस्टन येथे संदेशाविषयीचे आपले पहिले स्पष्ट दर्शन मांडले—१९ एप्रिलनंतर ९३ दिवसांनी आणि २२ ऑक्टोबर १८४४ रोजी दार बंद होण्यापूर्वी ९३ दिवस. सॅम्युएल स्नो २१ जुलै १८४४ रोजी बोस्टन येथे सातव्या महिन्याच्या चळवळीच्या मध्यभागी होता, आणि त्याला हे ठाऊक नव्हते की तो भविष्यवाणीच्या दृष्टीने पेत्रासह रूपांतराच्या पर्वतावर, सतराव्या जुबिली चक्राच्या तिसाव्या वर्षातील यहेज्केलसह, आणि दहाव्या अध्यायातील looking glass vision दरम्यान दानियेलच्या दुसऱ्या स्पर्शासह उभा होता. २०२६ हे २०२८ मध्ये समाप्त होणाऱ्या सत्तराव्या जुबिली चक्राच्या सत्तेचाळीसाव्या वर्षाचे प्रतिनिधित्व करते.</w:t>
      </w:r>
    </w:p>
    <w:p>
      <w:pPr>
        <w:pStyle w:val="ArticleHeading"/>
        <w:jc w:val="left"/>
      </w:pPr>
      <w:r>
        <w:rPr>
          <w:rFonts w:ascii="Nirmala UI" w:hAnsi="Nirmala UI" w:eastAsia="Nirmala UI" w:cs="Nirmala UI"/>
        </w:rPr>
        <w:t>सूर</w:t>
      </w:r>
    </w:p>
    <w:p>
      <w:pPr>
        <w:pStyle w:val="ArticleBody"/>
        <w:jc w:val="left"/>
      </w:pPr>
      <w:r>
        <w:rPr>
          <w:rFonts w:ascii="Nirmala UI" w:hAnsi="Nirmala UI" w:eastAsia="Nirmala UI" w:cs="Nirmala UI"/>
        </w:rPr>
        <w:t>यहेज्केलमधील यरुशलेमच्या सहा उल्लेखांच्या दिनांकनाकडे आपण पुन्हा वळण्यापूर्वी, प्रथम सूराविरुद्ध घोषित करण्यात आलेली ती एक तारीख आपण ओळखून घ्यावी.</w:t>
      </w:r>
    </w:p>
    <w:p>
      <w:pPr>
        <w:pStyle w:val="ArticleScripture"/>
        <w:jc w:val="left"/>
      </w:pPr>
      <w:r>
        <w:rPr>
          <w:rFonts w:ascii="Nirmala UI" w:hAnsi="Nirmala UI" w:eastAsia="Nirmala UI" w:cs="Nirmala UI"/>
        </w:rPr>
        <w:t>अकराव्या वर्षी, महिन्याच्या पहिल्या दिवशी, परमेश्वराचे वचन माझ्याकडे आले व म्हणाले, “हे मनुष्यपुत्रा, सूराने यरुशलेमाविरुद्ध असे म्हटले आहे, ‘अहा, जी लोकांच्या द्वारांसारखी होती ती मोडली गेली आहे; ती माझ्याकडे वळली आहे; आता ती उजाड झाल्यामुळे मी परिपूर्ण होईन’; म्हणून प्रभु परमेश्वर असे म्हणतो: पाहा, हे सूरा, मी तुझ्याविरुद्ध आहे, आणि समुद्र जशा आपल्या लाटा वर आणतो तशा मी अनेक राष्ट्रांना तुझ्याविरुद्ध वर आणीन. आणि ते सूराच्या भिंती उद्ध्वस्त करतील व तिचे मनोरे पाडून टाकतील; मी तिची धूळही तिच्यावरून खरवडून काढीन आणि तिला खडकाच्या माथ्यासारखी करीन. समुद्राच्या मध्यभागी ती जाळी पसरविण्याचे ठिकाण होईल; कारण मी ते बोललो आहे, असे प्रभु परमेश्वर म्हणतो; आणि ती राष्ट्रांची लूट होईल. आणि तिच्या ज्या कन्या मैदानात आहेत त्या तलवारीने मारल्या जातील; आणि त्यांना कळेल की मी परमेश्वर आहे. कारण प्रभु परमेश्वर असे म्हणतो: पाहा, मी उत्तरेकडून सूरावर बाबेलचा राजा नबुखद्रेश्शर, राजांचा राजा, घोडे, रथ, घोडेस्वार, सैन्यकंपन्या आणि पुष्कळ लोकसमुदाय यांसह आणीन.”</w:t>
      </w:r>
    </w:p>
    <w:p>
      <w:pPr>
        <w:pStyle w:val="ArticleScripture"/>
        <w:jc w:val="left"/>
      </w:pPr>
      <w:r>
        <w:rPr>
          <w:rFonts w:ascii="Nirmala UI" w:hAnsi="Nirmala UI" w:eastAsia="Nirmala UI" w:cs="Nirmala UI"/>
        </w:rPr>
        <w:t>तो तुझ्या शेतातील तुझ्या कन्यांना तलवारीने ठार करील; आणि तो तुझ्याविरुद्ध किल्लेबंदी उभी करील, तुझ्याविरुद्ध वेढामातीतला बांध उभारील, आणि तुझ्याविरुद्ध ढाल उंचावील. आणि तो तुझ्या भिंतींवर युद्धयंत्रे उभी करील, आणि आपल्या कुऱ्हाडींनी तुझे मनोरे पाडून टाकील. त्याच्या घोड्यांच्या विपुलतेमुळे त्यांच्या धुळीने तू आच्छादिली जाशील; घोडेस्वारांचा, चाकांचा आणि रथांचा गडगडाट होईल तेव्हा, तो भग्नता पडलेल्या नगरात जसे लोक शिरतात तसे तुझ्या वेशींमध्ये शिरेल, तेव्हा तुझ्या भिंती त्या आवाजाने हादरतील. आपल्या घोड्यांच्या खुरांनी तो तुझे सर्व रस्ते तुडवील; तो तुझ्या लोकांना तलवारीने ठार करील, आणि तुझे बलवान किल्ले जमिनीवर कोसळतील. आणि ते तुझ्या संपत्तीची लूट करतील, आणि तुझ्या व्यापारमालेला शिकार करतील; आणि ते तुझ्या भिंती पाडून टाकतील, तुझे रमणीय घरे नष्ट करतील; आणि तुझे दगड, तुझे लाकूड आणि तुझी धूळ पाण्याच्या मध्यभागी टाकून देतील. आणि मी तुझ्या गीतांचा नाद थांबवीन; आणि तुझ्या वीणांचा स्वर पुन्हा ऐकू येणार नाही. आणि मी तुला खडकाच्या शिखरासारखे करीन; तू जाळी पसरविण्याचे ठिकाण होशील; तुझे पुन्हा बांधकाम होणार नाही; कारण मी परमेश्वर हे बोललो आहे, असे प्रभु परमेश्वर म्हणतो.</w:t>
      </w:r>
    </w:p>
    <w:p>
      <w:pPr>
        <w:pStyle w:val="ArticleScripture"/>
        <w:jc w:val="left"/>
      </w:pPr>
      <w:r>
        <w:rPr>
          <w:rFonts w:ascii="Nirmala UI" w:hAnsi="Nirmala UI" w:eastAsia="Nirmala UI" w:cs="Nirmala UI"/>
        </w:rPr>
        <w:t>परमेश्वर परमेश्वर असे टायरसाला म्हणतो: तुझ्या पतनाचा आवाज ऐकून, तुझ्या मधोमध संहार होत असता, जखमींचा आक्रोश उठेल तेव्हा, द्वीपे थरथर कापणार नाहीत काय? तेव्हा समुद्राचे सर्व राजपुत्र आपल्या सिंहासनांवरून खाली उतरतील, आपली वस्त्रे दूर ठेवतील, आणि आपली भरतकामाची वस्त्रे उतरवून टाकतील; ते कंपने परिधान करतील; ते भूमीवर बसतील, आणि प्रत्येक क्षणी थरथर कापतील, आणि तुझ्यामुळे स्तंभित होतील. आणि ते तुझ्यासाठी विलापगीत उचलून म्हणतील, ‘अरे, समुद्रमार्गी लोकांनी वसविलेल्या, कीर्तिमान नगरी, जी समुद्रात सामर्थ्यशाली होती, ती आणि तिचे रहिवासी, ज्यांनी तिच्यात वावरणाऱ्या सर्वांवर आपली दहशत घातली होती—तू कशी नाश पावलीस!’ आता तुझ्या पतनाच्या दिवशी द्वीपे थरथर कापतील; होय, समुद्रातील द्वीपे तुझ्या निर्गमनाने व्याकुळ होतील. कारण परमेश्वर परमेश्वर असे म्हणतो: जेव्हा मी तुला ओसाड नगर करीन, जशी वस्ती नसलेली नगरे असतात; जेव्हा मी तुझ्यावर अथांग सागर उचलून आणीन, आणि महान जलराशी तुला झाकून टाकतील; जेव्हा मी तुला खड्ड्यात उतरून जाणाऱ्यांबरोबर, प्राचीन काळातील लोकांबरोबर खाली आणीन, आणि तुला पृथ्वीच्या अधोलोक भागांत, पुरातन काळापासून ओसाड असलेल्या स्थानी, खड्ड्यात उतरून जाणाऱ्यांबरोबर ठेवीन, जेणेकरून तुझ्यात पुन्हा वस्ती होऊ नये; आणि मी जिवंतांच्या भूमीत महिमा स्थापन करीन; तेव्हा मी तुला भयाचे कारण करीन, आणि तू पुन्हा असणार नाहीस; जरी तुझा शोध घेतला जाईल, तरीही तू पुन्हा कधीही सापडणार नाहीस, असे परमेश्वर परमेश्वर म्हणतो.’ यहेज्केल 26:1–21.</w:t>
      </w:r>
    </w:p>
    <w:p>
      <w:pPr>
        <w:pStyle w:val="ArticleBody"/>
        <w:jc w:val="left"/>
      </w:pPr>
      <w:r>
        <w:rPr>
          <w:rFonts w:ascii="Nirmala UI" w:hAnsi="Nirmala UI" w:eastAsia="Nirmala UI" w:cs="Nirmala UI"/>
        </w:rPr>
        <w:t>यरुशलेम नाश पावले त्या वर्षी सोरविषयीचा संदेश घोषित करण्यात आला, आणि तो लवकरच येणाऱ्या रविवारच्या कायद्याच्या वेळी बायबलमधील भविष्यवाणीतील सहाव्या राज्याच्या उलथापालथीचे प्रतिनिधित्व करतो. रविवारच्या कायद्याच्या वेळी संयुक्त संस्थाने (सोर) भविष्यसूचक रीतीने आनंद व्यक्त करतात, कारण त्यांनी यरुशलेमचा पराभव केला आहे; आणि सिस्टर व्हाइट यरुशलेमची ओळख लाओदिकीया येथील सेव्हन्थ-डे अॅडव्हेंटिस्ट मंडळीशी करून देतात, जिला यहेज्केल “लोकांची द्वारे” असे म्हणतो. सोर हे दर्शवितो की यरुशलेम “होती” लोकांची द्वारे—भूतकाळातील रूपात. भविष्यसूचक अर्थाने “द्वार” म्हणजे एक मंडळी होय.</w:t>
      </w:r>
    </w:p>
    <w:p>
      <w:pPr>
        <w:pStyle w:val="ArticleScripture"/>
        <w:jc w:val="left"/>
      </w:pPr>
      <w:r>
        <w:rPr>
          <w:rFonts w:ascii="Nirmala UI" w:hAnsi="Nirmala UI" w:eastAsia="Nirmala UI" w:cs="Nirmala UI"/>
        </w:rPr>
        <w:t>तो भयभीत झाला आणि म्हणाला, हे स्थान किती भयंकर आहे! हे दुसरे काही नसून देवाचे घर आहे, आणि हे स्वर्गाचे द्वार आहे. आणि याकोब सकाळी लवकर उठला, आणि त्याने आपल्या उशासाठी ठेवलेला दगड घेऊन तो स्तंभाप्रमाणे उभा केला, आणि त्याच्या शेंड्यावर तेल ओतले. आणि त्याने त्या स्थानाचे नाव बेथेल ठेवले; परंतु त्या नगराचे पहिले नाव लूज होते. उत्पत्ति 28:17–19.</w:t>
      </w:r>
    </w:p>
    <w:p>
      <w:pPr>
        <w:pStyle w:val="ArticleBody"/>
        <w:jc w:val="left"/>
      </w:pPr>
      <w:r>
        <w:rPr>
          <w:rFonts w:ascii="Nirmala UI" w:hAnsi="Nirmala UI" w:eastAsia="Nirmala UI" w:cs="Nirmala UI"/>
        </w:rPr>
        <w:t>“बेथेल” या शब्दाचा अर्थ देवाचे घर असा होतो, आणि लाओदिकीय सातव्या-दिवसाच्या अॅडव्हेंटिस्ट मंडळीला सूर्यपूजेची अंमलबजावणी स्वीकारण्यास आपण बाध्य केले आहे म्हणून सोर आनंद व्यक्त करीत आहे. परंतु सूर्यपूजेची अंमलबजावणी करणाऱ्यांच्या भरकटलेल्या उत्सवाच्या असूनही, देव येहेज्केलद्वारे असे घोषित करतो की, “हे सोरा, पाहा, मी तुझ्याविरुद्ध आहे, आणि जसा समुद्र आपल्या लाटा उसळवितो तशा अनेक राष्ट्रांना मी तुझ्याविरुद्ध येऊ देईन. आणि ते सोराच्या भिंती नष्ट करतील, आणि तिचे बुरूज पाडून टाकतील.”</w:t>
      </w:r>
    </w:p>
    <w:p>
      <w:pPr>
        <w:pStyle w:val="ArticleBody"/>
        <w:jc w:val="left"/>
      </w:pPr>
      <w:r>
        <w:rPr>
          <w:rFonts w:ascii="Nirmala UI" w:hAnsi="Nirmala UI" w:eastAsia="Nirmala UI" w:cs="Nirmala UI"/>
        </w:rPr>
        <w:t>“तीरुसच्या भिंती” तीरुसच्या संरक्षणाचे प्रतिनिधित्व करतात. “भिंत” ही दहा आज्ञांचे प्रतीक आहे.</w:t>
      </w:r>
    </w:p>
    <w:p>
      <w:pPr>
        <w:pStyle w:val="ArticleScripture"/>
        <w:jc w:val="left"/>
      </w:pPr>
      <w:r>
        <w:rPr>
          <w:rFonts w:ascii="Nirmala UI" w:hAnsi="Nirmala UI" w:eastAsia="Nirmala UI" w:cs="Nirmala UI"/>
        </w:rPr>
        <w:t>“येथे संदेष्टा अशा लोकांचे वर्णन करतो की, जे सत्य व नीतिमत्तेपासून सर्वसाधारणपणे दूर गेल्याच्या काळात, देवाच्या राज्याचा पाया असलेल्या तत्त्वांची पुनर्स्थापना करण्याचा प्रयत्न करीत आहेत. ते देवाच्या नियमशास्त्रात पडलेली फट बुजविणारे आहेत—ती भिंत जी त्याने आपल्या निवडलेल्या जनांच्या संरक्षणासाठी त्यांच्या सभोवती उभी केली आहे, आणि न्याय, सत्य व पवित्रता यांच्या त्याच्या आज्ञांचे पालन हेच त्यांच्या अखंड सुरक्षेचे साधन ठरणार आहे.” Prophets and Kings, 677.</w:t>
      </w:r>
    </w:p>
    <w:p>
      <w:pPr>
        <w:pStyle w:val="ArticleBody"/>
        <w:jc w:val="left"/>
      </w:pPr>
      <w:r>
        <w:rPr>
          <w:rFonts w:ascii="Nirmala UI" w:hAnsi="Nirmala UI" w:eastAsia="Nirmala UI" w:cs="Nirmala UI"/>
        </w:rPr>
        <w:t>देवाचा नियम हा संरक्षणाची एक भिंत आहे; परंतु अनेकवचनातील भिंती या त्या दोन तत्त्वांचे प्रतिनिधित्व करतात, ज्यांनी संयुक्त राज्यांच्या रिपब्लिकन शिंगाचे प्रतीक असलेल्या टायरसचे ‘संरक्षण’ केले आणि तिची समृद्धी व यश उत्पन्न केले.</w:t>
      </w:r>
    </w:p>
    <w:p>
      <w:pPr>
        <w:pStyle w:val="ArticleScripture"/>
        <w:jc w:val="left"/>
      </w:pPr>
      <w:r>
        <w:rPr>
          <w:rFonts w:ascii="Nirmala UI" w:hAnsi="Nirmala UI" w:eastAsia="Nirmala UI" w:cs="Nirmala UI"/>
        </w:rPr>
        <w:t>“‘आणि त्याला कोकरूसारखी दोन शिंगे होती.’ कोकरूसारखी शिंगे तरुणपणा, निरागसता आणि सौम्यता दर्शवितात, आणि 1798 मध्ये ‘वर येत असताना’ संदेष्ट्यासमोर सादर झालेल्या संयुक्त संस्थानांच्या स्वभावाचे ते अत्यंत योग्य रीतीने प्रतिनिधित्व करतात. जे ख्रिस्ती निर्वासित प्रथम अमेरिकेत पळून आले आणि राजसत्तेच्या अत्याचारापासून व याजकीय असहिष्णुतेपासून आश्रय शोधू लागले, त्यांपैकी अनेकांनी नागरी आणि धार्मिक स्वातंत्र्याच्या विस्तीर्ण पायावर एक शासन स्थापन करण्याचा निर्धार केला. त्यांच्या विचारांना स्वातंत्र्यघोषणेत स्थान मिळाले, जी ‘सर्व मनुष्य समान निर्माण केले गेले आहेत’ आणि त्यांना ‘जीवन, स्वातंत्र्य, आणि आनंदाच्या शोधाचा’ अविच्छेद्य अधिकार बहाल करण्यात आला आहे, हा महान सत्यार्थ प्रतिपादित करते. आणि राज्यघटना लोकांना स्वशासनाचा अधिकार हमीने प्रदान करते, अशी तरतूद करून की लोकमताने निवडलेले प्रतिनिधी कायदे करतील आणि त्यांची अंमलबजावणी करतील. धार्मिक श्रद्धेचे स्वातंत्र्यही देण्यात आले, प्रत्येक मनुष्याला आपल्या विवेकबुद्धीच्या आदेशानुसार देवाची उपासना करण्याची परवानगी देण्यात आली. प्रजासत्ताकवाद आणि प्रोटेस्टंटवाद ही त्या राष्ट्राची मूलभूत तत्त्वे बनली. ही तत्त्वेच त्याच्या सामर्थ्य आणि समृद्धीचे रहस्य आहेत. संपूर्ण ख्रिस्ती जगतातील पीडित आणि तुडविले गेलेले लोक या भूमीकडे उत्सुकतेने आणि आशेने वळले आहेत. लाखो लोकांनी तिच्या किनाऱ्यांचा आश्रय घेतला आहे, आणि संयुक्त संस्थाने पृथ्वीवरील सर्वात सामर्थ्यशाली राष्ट्रांपैकी एका स्थानावर उन्नत झाली आहेत. …”</w:t>
      </w:r>
    </w:p>
    <w:p>
      <w:pPr>
        <w:pStyle w:val="ArticleScripture"/>
        <w:jc w:val="left"/>
      </w:pPr>
      <w:r>
        <w:rPr>
          <w:rFonts w:ascii="Nirmala UI" w:hAnsi="Nirmala UI" w:eastAsia="Nirmala UI" w:cs="Nirmala UI"/>
        </w:rPr>
        <w:t>“या प्रतीकातील कोकरासारखी शिंगे आणि अजगराचा स्वर हे, अशा प्रकारे दर्शविलेल्या राष्ट्राच्या घोषणा आणि आचरण यांतील एक ठळक विरोधाभास दर्शवितात. त्या राष्ट्राचे ‘बोलणे’ म्हणजे त्याच्या विधिमंडळीय व न्यायिक अधिकार्‍यांची कृती होय. अशा कृतीद्वारे ते आपल्या धोरणाच्या पायाभूत तत्त्वे म्हणून ज्या उदारमतवादी व शांतताप्रिय तत्त्वांचा पुरस्कार करीत आले आहे, त्यांनाच असत्य ठरवील. ते ‘अजगराप्रमाणे’ बोलेल आणि ‘पहिल्या पशूची सर्व सत्ता’ चालवील, ही भविष्यवाणी, अजगर आणि चित्त्यासारख्या पशूद्वारे दर्शविलेल्या राष्ट्रांत प्रकट झालेल्या असहिष्णुता व छळाच्या वृत्तीचा विकास होईल, हे स्पष्टपणे भाकीत करते. आणि दोन शिंगे असलेला पशू ‘पृथ्वीला आणि तिच्यावर राहणार्‍यांना पहिल्या पशूची उपासना करावयास लावतो,’ हे विधान सूचित करते की या राष्ट्राची सत्ता अशा काही पालनप्रक्रियेची अंमलबजावणी करण्यासाठी वापरली जाईल, जी पोपसत्तेस अर्पण केलेल्या आदरांजलीचे कृत्य ठरेल.”</w:t>
      </w:r>
    </w:p>
    <w:p>
      <w:pPr>
        <w:pStyle w:val="ArticleScripture"/>
        <w:jc w:val="left"/>
      </w:pPr>
      <w:r>
        <w:rPr>
          <w:rFonts w:ascii="Nirmala UI" w:hAnsi="Nirmala UI" w:eastAsia="Nirmala UI" w:cs="Nirmala UI"/>
        </w:rPr>
        <w:t>“अशी कृती या शासनाच्या तत्त्वांना, त्याच्या स्वतंत्र संस्थांच्या मूलस्वभावाला, स्वातंत्र्याच्या जाहीरनाम्यातील स्पष्ट व गंभीर घोषणांना, आणि राज्यघटनेला प्रत्यक्ष विरोधी ठरेल. राष्ट्राच्या संस्थापकांनी शहाणपणाने चर्चकडून लौकिक सत्तेचा उपयोग होऊ नये याविरुद्ध संरक्षण उभारण्याचा प्रयत्न केला, कारण त्याचा अपरिहार्य परिणाम—असहिष्णुता आणि छळ—असतो. राज्यघटनेनुसार, ‘धर्माची स्थापना करण्यासंबंधी किंवा त्याच्या स्वतंत्र पालनास प्रतिबंध करणारा कोणताही कायदा काँग्रेस करणार नाही,’ आणि ‘संयुक्त संस्थानांच्या अधीन कोणत्याही पदासाठी किंवा सार्वजनिक विश्वासाच्या कोणत्याही जबाबदारीसाठी पात्रतेची अट म्हणून कोणतीही धार्मिक कसोटी कधीही अपेक्षित केली जाणार नाही.’ राष्ट्राच्या स्वातंत्र्याच्या या संरक्षणांची उघडपणे पायमल्ली केल्याशिवाय, कोणताही धार्मिक विधी नागरी सत्तेद्वारे लादला जाऊ शकत नाही. परंतु अशा कृतीतील विसंगती त्या चिन्हात जशी दर्शविली आहे त्यापेक्षा अधिक नाही. ते कोकरूसारखी शिंगे असलेले पशू आहे—स्वीकारोक्तीत शुद्ध, सौम्य, आणि निरुपद्रवी—परंतु तो अजगराप्रमाणे बोलतो.” The Great Controversy, 441, 442.</w:t>
      </w:r>
    </w:p>
    <w:p>
      <w:pPr>
        <w:pStyle w:val="ArticleBody"/>
        <w:jc w:val="left"/>
      </w:pPr>
      <w:r>
        <w:rPr>
          <w:rFonts w:ascii="Nirmala UI" w:hAnsi="Nirmala UI" w:eastAsia="Nirmala UI" w:cs="Nirmala UI"/>
        </w:rPr>
        <w:t>संयुक्त संस्थानांचा पाया स्वातंत्र्यघोषणा आणि राज्यघटना यांनी दर्शविला जातो; या अनुक्रमे प्रॉटेस्टंटवाद आणि प्रजासत्ताकवाद यांचे प्रतिनिधित्व करतात. संरक्षण आणि समृद्धीच्या “भिंती” म्हणजे प्रजासत्ताकवाद आणि प्रॉटेस्टंटवाद होत; आणि रविवारीच्या कायद्याच्या वेळी स्वातंत्र्यघोषणा व राज्यघटना या दोन्हींची तत्त्वे उलथवून टाकली जातात; कारण नबुखद्नेस्सर “तुझ्या भिंतींविरुद्ध युद्धयंत्रे उभी करील, आणि आपल्या कुर्‍हाडींनी तो तुझे बुरूज पाडून टाकील.”</w:t>
      </w:r>
    </w:p>
    <w:p>
      <w:pPr>
        <w:pStyle w:val="ArticleBody"/>
        <w:jc w:val="left"/>
      </w:pPr>
      <w:r>
        <w:rPr>
          <w:rFonts w:ascii="Nirmala UI" w:hAnsi="Nirmala UI" w:eastAsia="Nirmala UI" w:cs="Nirmala UI"/>
        </w:rPr>
        <w:t>रविवारच्या कायद्याच्या वेळी सर्व “मनोरे” पाडले जातात; आणि मनोरा हे अशा मंडळीचे प्रतीक आहे, ज्याची मूलभूत तत्त्वप्रणाली मनुष्याने स्वतःचे तारण स्वतःच करून घ्यावे या प्रयत्नाने दर्शविली जाते. महान बंडखोर निम्रोद आणि त्याच्या मनोऱ्याविषयी Prophets and Kings मध्ये आपल्याला असे सांगितले आहे, “जेव्हा तो मनोरा अंशतः पूर्ण झाला होता, तेव्हा त्यातील एक भाग बांधकाम करणाऱ्यांच्या निवासस्थानासाठी वापरला जात होता; इतर कक्ष, भव्य रीतीने सुसज्ज व अलंकृत करून, त्यांच्या मूर्तींसाठी अर्पण केले होते. लोक आपल्या यशामुळे आनंदित झाले, आणि चांदी व सोन्याच्या देवतांची स्तुती केली, आणि स्वर्ग व पृथ्वीच्या अधिपतीच्या विरोधात उभे राहिले.” रविवारच्या कायद्याच्या वेळी टायरस यरुशलेम पाडून टाकली गेल्याबद्दल आनंद करतो; परंतु राष्ट्रीय धर्मत्यागानंतर राष्ट्रीय विनाश येतो, आणि तेव्हा उत्तरेकडील राजा संयुक्त संस्थानांच्या भिंती व मनोरे पाडून टाकील.</w:t>
      </w:r>
    </w:p>
    <w:p>
      <w:pPr>
        <w:pStyle w:val="ArticleBody"/>
        <w:jc w:val="left"/>
      </w:pPr>
      <w:r>
        <w:rPr>
          <w:rFonts w:ascii="Nirmala UI" w:hAnsi="Nirmala UI" w:eastAsia="Nirmala UI" w:cs="Nirmala UI"/>
        </w:rPr>
        <w:t>पुढील लेखात आपण यहेज्केलमधील यरुशलेमच्या त्या सहा तारखांचा विचार सुरू करू.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चाळीसाव्या वचनाचा गूढ इतिहास - सत्तावीसावा क्रमांक</dc:title>
  <dc:subject>यहेज्केल क्रमांक आठ</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