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Kitab Daniel - Nombor Seratus Dua Puluh Satu</w:t>
      </w:r>
    </w:p>
    <w:p>
      <w:pPr>
        <w:pStyle w:val="ArticleSubtitle"/>
        <w:jc w:val="left"/>
      </w:pPr>
      <w:r>
        <w:rPr>
          <w:rFonts w:ascii="Nirmala UI" w:hAnsi="Nirmala UI" w:eastAsia="Nirmala UI" w:cs="Nirmala UI"/>
        </w:rPr>
        <w:t>ᱡᱚᱥ</w:t>
      </w:r>
      <w:r>
        <w:rPr>
          <w:rFonts w:ascii="Arial" w:hAnsi="Arial" w:eastAsia="Arial" w:cs="Arial"/>
        </w:rPr>
        <w:t xml:space="preserve"> </w:t>
      </w:r>
      <w:r>
        <w:rPr>
          <w:rFonts w:ascii="Nirmala UI" w:hAnsi="Nirmala UI" w:eastAsia="Nirmala UI" w:cs="Nirmala UI"/>
        </w:rPr>
        <w:t>ᱠᱷᱚᱱ</w:t>
      </w:r>
      <w:r>
        <w:rPr>
          <w:rFonts w:ascii="Arial" w:hAnsi="Arial" w:eastAsia="Arial" w:cs="Arial"/>
        </w:rPr>
        <w:t xml:space="preserve"> </w:t>
      </w:r>
      <w:r>
        <w:rPr>
          <w:rFonts w:ascii="Nirmala UI" w:hAnsi="Nirmala UI" w:eastAsia="Nirmala UI" w:cs="Nirmala UI"/>
        </w:rPr>
        <w:t>ᱪᱤᱱᱦᱟᱹᱜ</w:t>
      </w:r>
      <w:r>
        <w:rPr>
          <w:rFonts w:ascii="Arial" w:hAnsi="Arial" w:eastAsia="Arial" w:cs="Arial"/>
        </w:rPr>
        <w:t xml:space="preserve"> </w:t>
      </w:r>
      <w:r>
        <w:rPr>
          <w:rFonts w:ascii="Nirmala UI" w:hAnsi="Nirmala UI" w:eastAsia="Nirmala UI" w:cs="Nirmala UI"/>
        </w:rPr>
        <w:t>ᱠᱚ</w:t>
      </w:r>
      <w:r>
        <w:rPr>
          <w:rFonts w:ascii="Arial" w:hAnsi="Arial" w:eastAsia="Arial" w:cs="Arial"/>
        </w:rPr>
        <w:t xml:space="preserve"> </w:t>
      </w:r>
      <w:r>
        <w:rPr>
          <w:rFonts w:ascii="Nirmala UI" w:hAnsi="Nirmala UI" w:eastAsia="Nirmala UI" w:cs="Nirmala UI"/>
        </w:rPr>
        <w:t>ᱡᱷᱤᱡ</w:t>
      </w:r>
      <w:r>
        <w:rPr>
          <w:rFonts w:ascii="Arial" w:hAnsi="Arial" w:eastAsia="Arial" w:cs="Arial"/>
        </w:rPr>
        <w:t xml:space="preserve"> </w:t>
      </w:r>
      <w:r>
        <w:rPr>
          <w:rFonts w:ascii="Nirmala UI" w:hAnsi="Nirmala UI" w:eastAsia="Nirmala UI" w:cs="Nirmala UI"/>
        </w:rPr>
        <w:t>ᱠᱟᱛᱮ</w:t>
      </w:r>
      <w:r>
        <w:rPr>
          <w:rFonts w:ascii="Arial" w:hAnsi="Arial" w:eastAsia="Arial" w:cs="Arial"/>
        </w:rPr>
        <w:t xml:space="preserve">: </w:t>
      </w:r>
      <w:r>
        <w:rPr>
          <w:rFonts w:ascii="Nirmala UI" w:hAnsi="Nirmala UI" w:eastAsia="Nirmala UI" w:cs="Nirmala UI"/>
        </w:rPr>
        <w:t>ᱪᱟᱹᱨᱤᱥᱴ</w:t>
      </w:r>
      <w:r>
        <w:rPr>
          <w:rFonts w:ascii="Arial" w:hAnsi="Arial" w:eastAsia="Arial" w:cs="Arial"/>
        </w:rPr>
        <w:t xml:space="preserve"> </w:t>
      </w:r>
      <w:r>
        <w:rPr>
          <w:rFonts w:ascii="Nirmala UI" w:hAnsi="Nirmala UI" w:eastAsia="Nirmala UI" w:cs="Nirmala UI"/>
        </w:rPr>
        <w:t>ᱨᱮᱱᱟᱜ</w:t>
      </w:r>
      <w:r>
        <w:rPr>
          <w:rFonts w:ascii="Arial" w:hAnsi="Arial" w:eastAsia="Arial" w:cs="Arial"/>
        </w:rPr>
        <w:t xml:space="preserve"> </w:t>
      </w:r>
      <w:r>
        <w:rPr>
          <w:rFonts w:ascii="Nirmala UI" w:hAnsi="Nirmala UI" w:eastAsia="Nirmala UI" w:cs="Nirmala UI"/>
        </w:rPr>
        <w:t>ᱩᱫᱩᱜ</w:t>
      </w:r>
      <w:r>
        <w:rPr>
          <w:rFonts w:ascii="Arial" w:hAnsi="Arial" w:eastAsia="Arial" w:cs="Arial"/>
        </w:rPr>
        <w:t xml:space="preserve"> </w:t>
      </w:r>
      <w:r>
        <w:rPr>
          <w:rFonts w:ascii="Nirmala UI" w:hAnsi="Nirmala UI" w:eastAsia="Nirmala UI" w:cs="Nirmala UI"/>
        </w:rPr>
        <w:t>ᱠᱚ</w:t>
      </w:r>
      <w:r>
        <w:rPr>
          <w:rFonts w:ascii="Arial" w:hAnsi="Arial" w:eastAsia="Arial" w:cs="Arial"/>
        </w:rPr>
        <w:t xml:space="preserve"> </w:t>
      </w:r>
      <w:r>
        <w:rPr>
          <w:rFonts w:ascii="Nirmala UI" w:hAnsi="Nirmala UI" w:eastAsia="Nirmala UI" w:cs="Nirmala UI"/>
        </w:rPr>
        <w:t>ᱵᱩᱡᱷᱟᱹᱣ</w:t>
      </w:r>
      <w:r>
        <w:rPr>
          <w:rFonts w:ascii="Arial" w:hAnsi="Arial" w:eastAsia="Arial" w:cs="Arial"/>
        </w:rPr>
        <w:t>—</w:t>
      </w:r>
      <w:r>
        <w:rPr>
          <w:rFonts w:ascii="Nirmala UI" w:hAnsi="Nirmala UI" w:eastAsia="Nirmala UI" w:cs="Nirmala UI"/>
        </w:rPr>
        <w:t>ᱵᱟᱦᱟ</w:t>
      </w:r>
      <w:r>
        <w:rPr>
          <w:rFonts w:ascii="Arial" w:hAnsi="Arial" w:eastAsia="Arial" w:cs="Arial"/>
        </w:rPr>
        <w:t xml:space="preserve"> </w:t>
      </w:r>
      <w:r>
        <w:rPr>
          <w:rFonts w:ascii="Nirmala UI" w:hAnsi="Nirmala UI" w:eastAsia="Nirmala UI" w:cs="Nirmala UI"/>
        </w:rPr>
        <w:t>ᱥᱤᱢ</w:t>
      </w:r>
      <w:r>
        <w:rPr>
          <w:rFonts w:ascii="Arial" w:hAnsi="Arial" w:eastAsia="Arial" w:cs="Arial"/>
        </w:rPr>
        <w:t xml:space="preserve"> </w:t>
      </w:r>
      <w:r>
        <w:rPr>
          <w:rFonts w:ascii="Nirmala UI" w:hAnsi="Nirmala UI" w:eastAsia="Nirmala UI" w:cs="Nirmala UI"/>
        </w:rPr>
        <w:t>ᱨᱮᱭᱟᱜ</w:t>
      </w:r>
      <w:r>
        <w:rPr>
          <w:rFonts w:ascii="Arial" w:hAnsi="Arial" w:eastAsia="Arial" w:cs="Arial"/>
        </w:rPr>
        <w:t xml:space="preserve"> </w:t>
      </w:r>
      <w:r>
        <w:rPr>
          <w:rFonts w:ascii="Nirmala UI" w:hAnsi="Nirmala UI" w:eastAsia="Nirmala UI" w:cs="Nirmala UI"/>
        </w:rPr>
        <w:t>ᱵᱟᱹᱰᱤᱝ</w:t>
      </w:r>
      <w:r>
        <w:rPr>
          <w:rFonts w:ascii="Arial" w:hAnsi="Arial" w:eastAsia="Arial" w:cs="Arial"/>
        </w:rPr>
        <w:t xml:space="preserve"> </w:t>
      </w:r>
      <w:r>
        <w:rPr>
          <w:rFonts w:ascii="Nirmala UI" w:hAnsi="Nirmala UI" w:eastAsia="Nirmala UI" w:cs="Nirmala UI"/>
        </w:rPr>
        <w:t>ᱫᱟᱨᱮ</w:t>
      </w:r>
      <w:r>
        <w:rPr>
          <w:rFonts w:ascii="Arial" w:hAnsi="Arial" w:eastAsia="Arial" w:cs="Arial"/>
        </w:rPr>
        <w:t xml:space="preserve"> </w:t>
      </w:r>
      <w:r>
        <w:rPr>
          <w:rFonts w:ascii="Nirmala UI" w:hAnsi="Nirmala UI" w:eastAsia="Nirmala UI" w:cs="Nirmala UI"/>
        </w:rPr>
        <w:t>ᱠᱚ</w:t>
      </w:r>
      <w:r>
        <w:rPr>
          <w:rFonts w:ascii="Arial" w:hAnsi="Arial" w:eastAsia="Arial" w:cs="Arial"/>
        </w:rPr>
        <w:t xml:space="preserve"> </w:t>
      </w:r>
      <w:r>
        <w:rPr>
          <w:rFonts w:ascii="Nirmala UI" w:hAnsi="Nirmala UI" w:eastAsia="Nirmala UI" w:cs="Nirmala UI"/>
        </w:rPr>
        <w:t>ᱟᱨ</w:t>
      </w:r>
      <w:r>
        <w:rPr>
          <w:rFonts w:ascii="Arial" w:hAnsi="Arial" w:eastAsia="Arial" w:cs="Arial"/>
        </w:rPr>
        <w:t xml:space="preserve"> </w:t>
      </w:r>
      <w:r>
        <w:rPr>
          <w:rFonts w:ascii="Nirmala UI" w:hAnsi="Nirmala UI" w:eastAsia="Nirmala UI" w:cs="Nirmala UI"/>
        </w:rPr>
        <w:t>ᱮᱱᱟᱜ</w:t>
      </w:r>
      <w:r>
        <w:rPr>
          <w:rFonts w:ascii="Arial" w:hAnsi="Arial" w:eastAsia="Arial" w:cs="Arial"/>
        </w:rPr>
        <w:t xml:space="preserve"> </w:t>
      </w:r>
      <w:r>
        <w:rPr>
          <w:rFonts w:ascii="Nirmala UI" w:hAnsi="Nirmala UI" w:eastAsia="Nirmala UI" w:cs="Nirmala UI"/>
        </w:rPr>
        <w:t>ᱪᱤᱱᱦᱟᱹᱜ</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2024-03-07</w:t>
      </w:r>
    </w:p>
    <w:p>
      <w:pPr>
        <w:pStyle w:val="ArticleBody"/>
        <w:jc w:val="left"/>
      </w:pPr>
      <w:r>
        <w:rPr>
          <w:rFonts w:ascii="Times New Roman" w:hAnsi="Times New Roman" w:eastAsia="Times New Roman" w:cs="Times New Roman"/>
        </w:rPr>
        <w:t>Kristus menunjuk umat-Nya kepada pepohonan yang mulai bertunas pada musim semi, supaya mereka memahami “tanda-tanda” dan makna dari “tanda-tanda” pada akhir zaman.</w:t>
      </w:r>
    </w:p>
    <w:p>
      <w:pPr>
        <w:pStyle w:val="ArticleScripture"/>
        <w:jc w:val="left"/>
      </w:pPr>
      <w:r>
        <w:rPr>
          <w:rFonts w:ascii="Times New Roman" w:hAnsi="Times New Roman" w:eastAsia="Times New Roman" w:cs="Times New Roman"/>
        </w:rPr>
        <w:t>“Kristus telah memerintahkan umat-Nya untuk berjaga-jaga terhadap tanda-tanda kedatangan-Nya dan bersukacita apabila mereka melihat tanda-tanda Raja mereka yang akan datang. ‘Apabila semuanya itu mulai terjadi,’ kata-Nya, ‘maka lihatlah ke atas, dan angkatlah mukamu; sebab penebusanmu sudah dekat.’ Ia menunjuk para pengikut-Nya kepada pepohonan yang mulai bertunas pada musim semi, lalu berkata: ‘Apabila kamu melihat pohon-pohon itu mulai bertunas, kamu melihat dan mengetahui dari dirimu sendiri, bahwa musim panas sudah dekat. Demikian juga kamu, apabila kamu melihat semuanya itu terjadi, ketahuilah bahwa Kerajaan Allah sudah dekat.’ Lukas 21:28, 30, 31.” Alfa dan Omega, jld. 8, hlm. 308.</w:t>
      </w:r>
    </w:p>
    <w:p>
      <w:pPr>
        <w:pStyle w:val="ArticleBody"/>
        <w:jc w:val="left"/>
      </w:pPr>
      <w:r>
        <w:rPr>
          <w:rFonts w:ascii="Times New Roman" w:hAnsi="Times New Roman" w:eastAsia="Times New Roman" w:cs="Times New Roman"/>
        </w:rPr>
        <w:t>“</w:t>
      </w:r>
      <w:r>
        <w:rPr>
          <w:rFonts w:ascii="Myanmar Text" w:hAnsi="Myanmar Text" w:eastAsia="Myanmar Text" w:cs="Myanmar Text"/>
        </w:rPr>
        <w:t>ရက်အဆုံးကာလ၏</w:t>
      </w:r>
      <w:r>
        <w:rPr>
          <w:rFonts w:ascii="Times New Roman" w:hAnsi="Times New Roman" w:eastAsia="Times New Roman" w:cs="Times New Roman"/>
        </w:rPr>
        <w:t xml:space="preserve"> </w:t>
      </w:r>
      <w:r>
        <w:rPr>
          <w:rFonts w:ascii="Myanmar Text" w:hAnsi="Myanmar Text" w:eastAsia="Myanmar Text" w:cs="Myanmar Text"/>
        </w:rPr>
        <w:t>လက္ခဏာများ</w:t>
      </w:r>
      <w:r>
        <w:rPr>
          <w:rFonts w:ascii="Times New Roman" w:hAnsi="Times New Roman" w:eastAsia="Times New Roman" w:cs="Times New Roman"/>
        </w:rPr>
        <w:t xml:space="preserve">” </w:t>
      </w:r>
      <w:r>
        <w:rPr>
          <w:rFonts w:ascii="Myanmar Text" w:hAnsi="Myanmar Text" w:eastAsia="Myanmar Text" w:cs="Myanmar Text"/>
        </w:rPr>
        <w:t>သည်</w:t>
      </w:r>
      <w:r>
        <w:rPr>
          <w:rFonts w:ascii="Times New Roman" w:hAnsi="Times New Roman" w:eastAsia="Times New Roman" w:cs="Times New Roman"/>
        </w:rPr>
        <w:t xml:space="preserve"> </w:t>
      </w:r>
      <w:r>
        <w:rPr>
          <w:rFonts w:ascii="Myanmar Text" w:hAnsi="Myanmar Text" w:eastAsia="Myanmar Text" w:cs="Myanmar Text"/>
        </w:rPr>
        <w:t>ပထမကောင်းကင်တမန်၏</w:t>
      </w:r>
      <w:r>
        <w:rPr>
          <w:rFonts w:ascii="Times New Roman" w:hAnsi="Times New Roman" w:eastAsia="Times New Roman" w:cs="Times New Roman"/>
        </w:rPr>
        <w:t xml:space="preserve"> </w:t>
      </w:r>
      <w:r>
        <w:rPr>
          <w:rFonts w:ascii="Myanmar Text" w:hAnsi="Myanmar Text" w:eastAsia="Myanmar Text" w:cs="Myanmar Text"/>
        </w:rPr>
        <w:t>လှုပ်ရှားမှုကို</w:t>
      </w:r>
      <w:r>
        <w:rPr>
          <w:rFonts w:ascii="Times New Roman" w:hAnsi="Times New Roman" w:eastAsia="Times New Roman" w:cs="Times New Roman"/>
        </w:rPr>
        <w:t xml:space="preserve"> </w:t>
      </w:r>
      <w:r>
        <w:rPr>
          <w:rFonts w:ascii="Myanmar Text" w:hAnsi="Myanmar Text" w:eastAsia="Myanmar Text" w:cs="Myanmar Text"/>
        </w:rPr>
        <w:t>ကြေညာ၍</w:t>
      </w:r>
      <w:r>
        <w:rPr>
          <w:rFonts w:ascii="Times New Roman" w:hAnsi="Times New Roman" w:eastAsia="Times New Roman" w:cs="Times New Roman"/>
        </w:rPr>
        <w:t xml:space="preserve"> </w:t>
      </w:r>
      <w:r>
        <w:rPr>
          <w:rFonts w:ascii="Myanmar Text" w:hAnsi="Myanmar Text" w:eastAsia="Myanmar Text" w:cs="Myanmar Text"/>
        </w:rPr>
        <w:t>စတင်ဖွင့်လှစ်ပေးခဲ့သော</w:t>
      </w:r>
      <w:r>
        <w:rPr>
          <w:rFonts w:ascii="Times New Roman" w:hAnsi="Times New Roman" w:eastAsia="Times New Roman" w:cs="Times New Roman"/>
        </w:rPr>
        <w:t xml:space="preserve"> “</w:t>
      </w:r>
      <w:r>
        <w:rPr>
          <w:rFonts w:ascii="Myanmar Text" w:hAnsi="Myanmar Text" w:eastAsia="Myanmar Text" w:cs="Myanmar Text"/>
        </w:rPr>
        <w:t>လက္ခဏာများ</w:t>
      </w:r>
      <w:r>
        <w:rPr>
          <w:rFonts w:ascii="Times New Roman" w:hAnsi="Times New Roman" w:eastAsia="Times New Roman" w:cs="Times New Roman"/>
        </w:rPr>
        <w:t xml:space="preserve">” </w:t>
      </w:r>
      <w:r>
        <w:rPr>
          <w:rFonts w:ascii="Myanmar Text" w:hAnsi="Myanmar Text" w:eastAsia="Myanmar Text" w:cs="Myanmar Text"/>
        </w:rPr>
        <w:t>အားဖြင့်</w:t>
      </w:r>
      <w:r>
        <w:rPr>
          <w:rFonts w:ascii="Times New Roman" w:hAnsi="Times New Roman" w:eastAsia="Times New Roman" w:cs="Times New Roman"/>
        </w:rPr>
        <w:t xml:space="preserve"> </w:t>
      </w:r>
      <w:r>
        <w:rPr>
          <w:rFonts w:ascii="Myanmar Text" w:hAnsi="Myanmar Text" w:eastAsia="Myanmar Text" w:cs="Myanmar Text"/>
        </w:rPr>
        <w:t>ပုံဆောင်ပြထားခြင်းဖြစ်သည်။</w:t>
      </w:r>
      <w:r>
        <w:rPr>
          <w:rFonts w:ascii="Times New Roman" w:hAnsi="Times New Roman" w:eastAsia="Times New Roman" w:cs="Times New Roman"/>
        </w:rPr>
        <w:t xml:space="preserve"> </w:t>
      </w:r>
      <w:r>
        <w:rPr>
          <w:rFonts w:ascii="Myanmar Text" w:hAnsi="Myanmar Text" w:eastAsia="Myanmar Text" w:cs="Myanmar Text"/>
        </w:rPr>
        <w:t>ထို</w:t>
      </w:r>
      <w:r>
        <w:rPr>
          <w:rFonts w:ascii="Times New Roman" w:hAnsi="Times New Roman" w:eastAsia="Times New Roman" w:cs="Times New Roman"/>
        </w:rPr>
        <w:t xml:space="preserve"> “</w:t>
      </w:r>
      <w:r>
        <w:rPr>
          <w:rFonts w:ascii="Myanmar Text" w:hAnsi="Myanmar Text" w:eastAsia="Myanmar Text" w:cs="Myanmar Text"/>
        </w:rPr>
        <w:t>လက္ခဏာများ</w:t>
      </w:r>
      <w:r>
        <w:rPr>
          <w:rFonts w:ascii="Times New Roman" w:hAnsi="Times New Roman" w:eastAsia="Times New Roman" w:cs="Times New Roman"/>
        </w:rPr>
        <w:t xml:space="preserve">” </w:t>
      </w:r>
      <w:r>
        <w:rPr>
          <w:rFonts w:ascii="Myanmar Text" w:hAnsi="Myanmar Text" w:eastAsia="Myanmar Text" w:cs="Myanmar Text"/>
        </w:rPr>
        <w:t>တွင်</w:t>
      </w:r>
      <w:r>
        <w:rPr>
          <w:rFonts w:ascii="Times New Roman" w:hAnsi="Times New Roman" w:eastAsia="Times New Roman" w:cs="Times New Roman"/>
        </w:rPr>
        <w:t xml:space="preserve"> </w:t>
      </w:r>
      <w:r>
        <w:rPr>
          <w:rFonts w:ascii="Myanmar Text" w:hAnsi="Myanmar Text" w:eastAsia="Myanmar Text" w:cs="Myanmar Text"/>
        </w:rPr>
        <w:t>ကောင်းကင်တို့၏</w:t>
      </w:r>
      <w:r>
        <w:rPr>
          <w:rFonts w:ascii="Times New Roman" w:hAnsi="Times New Roman" w:eastAsia="Times New Roman" w:cs="Times New Roman"/>
        </w:rPr>
        <w:t xml:space="preserve"> </w:t>
      </w:r>
      <w:r>
        <w:rPr>
          <w:rFonts w:ascii="Myanmar Text" w:hAnsi="Myanmar Text" w:eastAsia="Myanmar Text" w:cs="Myanmar Text"/>
        </w:rPr>
        <w:t>လှုပ်ခတ်မှုလည်း</w:t>
      </w:r>
      <w:r>
        <w:rPr>
          <w:rFonts w:ascii="Times New Roman" w:hAnsi="Times New Roman" w:eastAsia="Times New Roman" w:cs="Times New Roman"/>
        </w:rPr>
        <w:t xml:space="preserve"> </w:t>
      </w:r>
      <w:r>
        <w:rPr>
          <w:rFonts w:ascii="Myanmar Text" w:hAnsi="Myanmar Text" w:eastAsia="Myanmar Text" w:cs="Myanmar Text"/>
        </w:rPr>
        <w:t>ပါဝင်ခဲ့သော်လည်း၊</w:t>
      </w:r>
      <w:r>
        <w:rPr>
          <w:rFonts w:ascii="Times New Roman" w:hAnsi="Times New Roman" w:eastAsia="Times New Roman" w:cs="Times New Roman"/>
        </w:rPr>
        <w:t xml:space="preserve"> </w:t>
      </w:r>
      <w:r>
        <w:rPr>
          <w:rFonts w:ascii="Myanmar Text" w:hAnsi="Myanmar Text" w:eastAsia="Myanmar Text" w:cs="Myanmar Text"/>
        </w:rPr>
        <w:t>ယိုးလက</w:t>
      </w:r>
      <w:r>
        <w:rPr>
          <w:rFonts w:ascii="Times New Roman" w:hAnsi="Times New Roman" w:eastAsia="Times New Roman" w:cs="Times New Roman"/>
        </w:rPr>
        <w:t xml:space="preserve"> </w:t>
      </w:r>
      <w:r>
        <w:rPr>
          <w:rFonts w:ascii="Myanmar Text" w:hAnsi="Myanmar Text" w:eastAsia="Myanmar Text" w:cs="Myanmar Text"/>
        </w:rPr>
        <w:t>ရှင်းလင်းစွာ</w:t>
      </w:r>
      <w:r>
        <w:rPr>
          <w:rFonts w:ascii="Times New Roman" w:hAnsi="Times New Roman" w:eastAsia="Times New Roman" w:cs="Times New Roman"/>
        </w:rPr>
        <w:t xml:space="preserve"> </w:t>
      </w:r>
      <w:r>
        <w:rPr>
          <w:rFonts w:ascii="Myanmar Text" w:hAnsi="Myanmar Text" w:eastAsia="Myanmar Text" w:cs="Myanmar Text"/>
        </w:rPr>
        <w:t>ဖော်ပြသည်မှာ</w:t>
      </w:r>
      <w:r>
        <w:rPr>
          <w:rFonts w:ascii="Times New Roman" w:hAnsi="Times New Roman" w:eastAsia="Times New Roman" w:cs="Times New Roman"/>
        </w:rPr>
        <w:t>—</w:t>
      </w:r>
      <w:r>
        <w:rPr>
          <w:rFonts w:ascii="Myanmar Text" w:hAnsi="Myanmar Text" w:eastAsia="Myanmar Text" w:cs="Myanmar Text"/>
        </w:rPr>
        <w:t>ရက်အဆုံးကာလ၏</w:t>
      </w:r>
      <w:r>
        <w:rPr>
          <w:rFonts w:ascii="Times New Roman" w:hAnsi="Times New Roman" w:eastAsia="Times New Roman" w:cs="Times New Roman"/>
        </w:rPr>
        <w:t xml:space="preserve"> “</w:t>
      </w:r>
      <w:r>
        <w:rPr>
          <w:rFonts w:ascii="Myanmar Text" w:hAnsi="Myanmar Text" w:eastAsia="Myanmar Text" w:cs="Myanmar Text"/>
        </w:rPr>
        <w:t>လက္ခဏာများ</w:t>
      </w:r>
      <w:r>
        <w:rPr>
          <w:rFonts w:ascii="Times New Roman" w:hAnsi="Times New Roman" w:eastAsia="Times New Roman" w:cs="Times New Roman"/>
        </w:rPr>
        <w:t>”</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အစ္စရေး၏</w:t>
      </w:r>
      <w:r>
        <w:rPr>
          <w:rFonts w:ascii="Times New Roman" w:hAnsi="Times New Roman" w:eastAsia="Times New Roman" w:cs="Times New Roman"/>
        </w:rPr>
        <w:t xml:space="preserve"> </w:t>
      </w:r>
      <w:r>
        <w:rPr>
          <w:rFonts w:ascii="Myanmar Text" w:hAnsi="Myanmar Text" w:eastAsia="Myanmar Text" w:cs="Myanmar Text"/>
        </w:rPr>
        <w:t>ဒုစရိုက်ကို</w:t>
      </w:r>
      <w:r>
        <w:rPr>
          <w:rFonts w:ascii="Times New Roman" w:hAnsi="Times New Roman" w:eastAsia="Times New Roman" w:cs="Times New Roman"/>
        </w:rPr>
        <w:t xml:space="preserve"> </w:t>
      </w:r>
      <w:r>
        <w:rPr>
          <w:rFonts w:ascii="Myanmar Text" w:hAnsi="Myanmar Text" w:eastAsia="Myanmar Text" w:cs="Myanmar Text"/>
        </w:rPr>
        <w:t>ရှာဖွေကြသော်လည်း</w:t>
      </w:r>
      <w:r>
        <w:rPr>
          <w:rFonts w:ascii="Times New Roman" w:hAnsi="Times New Roman" w:eastAsia="Times New Roman" w:cs="Times New Roman"/>
        </w:rPr>
        <w:t xml:space="preserve"> </w:t>
      </w:r>
      <w:r>
        <w:rPr>
          <w:rFonts w:ascii="Myanmar Text" w:hAnsi="Myanmar Text" w:eastAsia="Myanmar Text" w:cs="Myanmar Text"/>
        </w:rPr>
        <w:t>မတွေ့ရတော့မည့်</w:t>
      </w:r>
      <w:r>
        <w:rPr>
          <w:rFonts w:ascii="Times New Roman" w:hAnsi="Times New Roman" w:eastAsia="Times New Roman" w:cs="Times New Roman"/>
        </w:rPr>
        <w:t xml:space="preserve"> </w:t>
      </w:r>
      <w:r>
        <w:rPr>
          <w:rFonts w:ascii="Myanmar Text" w:hAnsi="Myanmar Text" w:eastAsia="Myanmar Text" w:cs="Myanmar Text"/>
        </w:rPr>
        <w:t>နေ့ရက်များ၊</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သန့်ရှင်းသော</w:t>
      </w:r>
      <w:r>
        <w:rPr>
          <w:rFonts w:ascii="Times New Roman" w:hAnsi="Times New Roman" w:eastAsia="Times New Roman" w:cs="Times New Roman"/>
        </w:rPr>
        <w:t xml:space="preserve"> </w:t>
      </w:r>
      <w:r>
        <w:rPr>
          <w:rFonts w:ascii="Myanmar Text" w:hAnsi="Myanmar Text" w:eastAsia="Myanmar Text" w:cs="Myanmar Text"/>
        </w:rPr>
        <w:t>တောင်တော်သည်</w:t>
      </w:r>
      <w:r>
        <w:rPr>
          <w:rFonts w:ascii="Times New Roman" w:hAnsi="Times New Roman" w:eastAsia="Times New Roman" w:cs="Times New Roman"/>
        </w:rPr>
        <w:t xml:space="preserve"> </w:t>
      </w:r>
      <w:r>
        <w:rPr>
          <w:rFonts w:ascii="Myanmar Text" w:hAnsi="Myanmar Text" w:eastAsia="Myanmar Text" w:cs="Myanmar Text"/>
        </w:rPr>
        <w:t>အစဉ်အမြဲ</w:t>
      </w:r>
      <w:r>
        <w:rPr>
          <w:rFonts w:ascii="Times New Roman" w:hAnsi="Times New Roman" w:eastAsia="Times New Roman" w:cs="Times New Roman"/>
        </w:rPr>
        <w:t xml:space="preserve"> </w:t>
      </w:r>
      <w:r>
        <w:rPr>
          <w:rFonts w:ascii="Myanmar Text" w:hAnsi="Myanmar Text" w:eastAsia="Myanmar Text" w:cs="Myanmar Text"/>
        </w:rPr>
        <w:t>သန့်ရှင်းလျက်</w:t>
      </w:r>
      <w:r>
        <w:rPr>
          <w:rFonts w:ascii="Times New Roman" w:hAnsi="Times New Roman" w:eastAsia="Times New Roman" w:cs="Times New Roman"/>
        </w:rPr>
        <w:t xml:space="preserve"> </w:t>
      </w:r>
      <w:r>
        <w:rPr>
          <w:rFonts w:ascii="Myanmar Text" w:hAnsi="Myanmar Text" w:eastAsia="Myanmar Text" w:cs="Myanmar Text"/>
        </w:rPr>
        <w:t>ရှိမည့်အခါ၊</w:t>
      </w:r>
      <w:r>
        <w:rPr>
          <w:rFonts w:ascii="Times New Roman" w:hAnsi="Times New Roman" w:eastAsia="Times New Roman" w:cs="Times New Roman"/>
        </w:rPr>
        <w:t xml:space="preserve"> </w:t>
      </w:r>
      <w:r>
        <w:rPr>
          <w:rFonts w:ascii="Myanmar Text" w:hAnsi="Myanmar Text" w:eastAsia="Myanmar Text" w:cs="Myanmar Text"/>
        </w:rPr>
        <w:t>အဘယ်ကြောင့်ဆိုသော်</w:t>
      </w:r>
      <w:r>
        <w:rPr>
          <w:rFonts w:ascii="Times New Roman" w:hAnsi="Times New Roman" w:eastAsia="Times New Roman" w:cs="Times New Roman"/>
        </w:rPr>
        <w:t xml:space="preserve"> </w:t>
      </w:r>
      <w:r>
        <w:rPr>
          <w:rFonts w:ascii="Myanmar Text" w:hAnsi="Myanmar Text" w:eastAsia="Myanmar Text" w:cs="Myanmar Text"/>
        </w:rPr>
        <w:t>တစ်ပါးသားတို့သည်</w:t>
      </w:r>
      <w:r>
        <w:rPr>
          <w:rFonts w:ascii="Times New Roman" w:hAnsi="Times New Roman" w:eastAsia="Times New Roman" w:cs="Times New Roman"/>
        </w:rPr>
        <w:t xml:space="preserve"> </w:t>
      </w:r>
      <w:r>
        <w:rPr>
          <w:rFonts w:ascii="Myanmar Text" w:hAnsi="Myanmar Text" w:eastAsia="Myanmar Text" w:cs="Myanmar Text"/>
        </w:rPr>
        <w:t>သူမအတွင်းသို့</w:t>
      </w:r>
      <w:r>
        <w:rPr>
          <w:rFonts w:ascii="Times New Roman" w:hAnsi="Times New Roman" w:eastAsia="Times New Roman" w:cs="Times New Roman"/>
        </w:rPr>
        <w:t xml:space="preserve"> </w:t>
      </w:r>
      <w:r>
        <w:rPr>
          <w:rFonts w:ascii="Myanmar Text" w:hAnsi="Myanmar Text" w:eastAsia="Myanmar Text" w:cs="Myanmar Text"/>
        </w:rPr>
        <w:t>နောက်တစ်ဖန်</w:t>
      </w:r>
      <w:r>
        <w:rPr>
          <w:rFonts w:ascii="Times New Roman" w:hAnsi="Times New Roman" w:eastAsia="Times New Roman" w:cs="Times New Roman"/>
        </w:rPr>
        <w:t xml:space="preserve"> </w:t>
      </w:r>
      <w:r>
        <w:rPr>
          <w:rFonts w:ascii="Myanmar Text" w:hAnsi="Myanmar Text" w:eastAsia="Myanmar Text" w:cs="Myanmar Text"/>
        </w:rPr>
        <w:t>ဘယ်တော့မျှ</w:t>
      </w:r>
      <w:r>
        <w:rPr>
          <w:rFonts w:ascii="Times New Roman" w:hAnsi="Times New Roman" w:eastAsia="Times New Roman" w:cs="Times New Roman"/>
        </w:rPr>
        <w:t xml:space="preserve"> </w:t>
      </w:r>
      <w:r>
        <w:rPr>
          <w:rFonts w:ascii="Myanmar Text" w:hAnsi="Myanmar Text" w:eastAsia="Myanmar Text" w:cs="Myanmar Text"/>
        </w:rPr>
        <w:t>မဖြတ်သန်းရတော့မည်ဖြစ်သဖြင့်၊</w:t>
      </w:r>
      <w:r>
        <w:rPr>
          <w:rFonts w:ascii="Times New Roman" w:hAnsi="Times New Roman" w:eastAsia="Times New Roman" w:cs="Times New Roman"/>
        </w:rPr>
        <w:t xml:space="preserve"> </w:t>
      </w:r>
      <w:r>
        <w:rPr>
          <w:rFonts w:ascii="Myanmar Text" w:hAnsi="Myanmar Text" w:eastAsia="Myanmar Text" w:cs="Myanmar Text"/>
        </w:rPr>
        <w:t>ကောင်းကင်၏</w:t>
      </w:r>
      <w:r>
        <w:rPr>
          <w:rFonts w:ascii="Times New Roman" w:hAnsi="Times New Roman" w:eastAsia="Times New Roman" w:cs="Times New Roman"/>
        </w:rPr>
        <w:t xml:space="preserve"> </w:t>
      </w:r>
      <w:r>
        <w:rPr>
          <w:rFonts w:ascii="Myanmar Text" w:hAnsi="Myanmar Text" w:eastAsia="Myanmar Text" w:cs="Myanmar Text"/>
        </w:rPr>
        <w:t>တန်ခိုးများ</w:t>
      </w:r>
      <w:r>
        <w:rPr>
          <w:rFonts w:ascii="Times New Roman" w:hAnsi="Times New Roman" w:eastAsia="Times New Roman" w:cs="Times New Roman"/>
        </w:rPr>
        <w:t xml:space="preserve"> </w:t>
      </w:r>
      <w:r>
        <w:rPr>
          <w:rFonts w:ascii="Myanmar Text" w:hAnsi="Myanmar Text" w:eastAsia="Myanmar Text" w:cs="Myanmar Text"/>
        </w:rPr>
        <w:t>လှုပ်ခတ်ခြင်းနှင့်အတူ</w:t>
      </w:r>
      <w:r>
        <w:rPr>
          <w:rFonts w:ascii="Times New Roman" w:hAnsi="Times New Roman" w:eastAsia="Times New Roman" w:cs="Times New Roman"/>
        </w:rPr>
        <w:t xml:space="preserve"> </w:t>
      </w:r>
      <w:r>
        <w:rPr>
          <w:rFonts w:ascii="Myanmar Text" w:hAnsi="Myanmar Text" w:eastAsia="Myanmar Text" w:cs="Myanmar Text"/>
        </w:rPr>
        <w:t>မြေကြီး၏</w:t>
      </w:r>
      <w:r>
        <w:rPr>
          <w:rFonts w:ascii="Times New Roman" w:hAnsi="Times New Roman" w:eastAsia="Times New Roman" w:cs="Times New Roman"/>
        </w:rPr>
        <w:t xml:space="preserve"> </w:t>
      </w:r>
      <w:r>
        <w:rPr>
          <w:rFonts w:ascii="Myanmar Text" w:hAnsi="Myanmar Text" w:eastAsia="Myanmar Text" w:cs="Myanmar Text"/>
        </w:rPr>
        <w:t>တန်ခိုးများ</w:t>
      </w:r>
      <w:r>
        <w:rPr>
          <w:rFonts w:ascii="Times New Roman" w:hAnsi="Times New Roman" w:eastAsia="Times New Roman" w:cs="Times New Roman"/>
        </w:rPr>
        <w:t xml:space="preserve"> </w:t>
      </w:r>
      <w:r>
        <w:rPr>
          <w:rFonts w:ascii="Myanmar Text" w:hAnsi="Myanmar Text" w:eastAsia="Myanmar Text" w:cs="Myanmar Text"/>
        </w:rPr>
        <w:t>လှုပ်ခတ်ခြင်းလည်း</w:t>
      </w:r>
      <w:r>
        <w:rPr>
          <w:rFonts w:ascii="Times New Roman" w:hAnsi="Times New Roman" w:eastAsia="Times New Roman" w:cs="Times New Roman"/>
        </w:rPr>
        <w:t xml:space="preserve"> </w:t>
      </w:r>
      <w:r>
        <w:rPr>
          <w:rFonts w:ascii="Myanmar Text" w:hAnsi="Myanmar Text" w:eastAsia="Myanmar Text" w:cs="Myanmar Text"/>
        </w:rPr>
        <w:t>ပါဝင်မည်</w:t>
      </w:r>
      <w:r>
        <w:rPr>
          <w:rFonts w:ascii="Times New Roman" w:hAnsi="Times New Roman" w:eastAsia="Times New Roman" w:cs="Times New Roman"/>
        </w:rPr>
        <w:t xml:space="preserve"> </w:t>
      </w:r>
      <w:r>
        <w:rPr>
          <w:rFonts w:ascii="Myanmar Text" w:hAnsi="Myanmar Text" w:eastAsia="Myanmar Text" w:cs="Myanmar Text"/>
        </w:rPr>
        <w:t>ဖြစ်သည်။</w:t>
      </w:r>
      <w:r>
        <w:rPr>
          <w:rFonts w:ascii="Times New Roman" w:hAnsi="Times New Roman" w:eastAsia="Times New Roman" w:cs="Times New Roman"/>
        </w:rPr>
        <w:t xml:space="preserve"> </w:t>
      </w:r>
      <w:r>
        <w:rPr>
          <w:rFonts w:ascii="Myanmar Text" w:hAnsi="Myanmar Text" w:eastAsia="Myanmar Text" w:cs="Myanmar Text"/>
        </w:rPr>
        <w:t>စစ္စတာ</w:t>
      </w:r>
      <w:r>
        <w:rPr>
          <w:rFonts w:ascii="Times New Roman" w:hAnsi="Times New Roman" w:eastAsia="Times New Roman" w:cs="Times New Roman"/>
        </w:rPr>
        <w:t xml:space="preserve"> </w:t>
      </w:r>
      <w:r>
        <w:rPr>
          <w:rFonts w:ascii="Myanmar Text" w:hAnsi="Myanmar Text" w:eastAsia="Myanmar Text" w:cs="Myanmar Text"/>
        </w:rPr>
        <w:t>ဝှိုက်သည်</w:t>
      </w:r>
      <w:r>
        <w:rPr>
          <w:rFonts w:ascii="Times New Roman" w:hAnsi="Times New Roman" w:eastAsia="Times New Roman" w:cs="Times New Roman"/>
        </w:rPr>
        <w:t xml:space="preserve"> </w:t>
      </w:r>
      <w:r>
        <w:rPr>
          <w:rFonts w:ascii="Myanmar Text" w:hAnsi="Myanmar Text" w:eastAsia="Myanmar Text" w:cs="Myanmar Text"/>
        </w:rPr>
        <w:t>ကောင်းကင်၏</w:t>
      </w:r>
      <w:r>
        <w:rPr>
          <w:rFonts w:ascii="Times New Roman" w:hAnsi="Times New Roman" w:eastAsia="Times New Roman" w:cs="Times New Roman"/>
        </w:rPr>
        <w:t xml:space="preserve"> </w:t>
      </w:r>
      <w:r>
        <w:rPr>
          <w:rFonts w:ascii="Myanmar Text" w:hAnsi="Myanmar Text" w:eastAsia="Myanmar Text" w:cs="Myanmar Text"/>
        </w:rPr>
        <w:t>တန်ခိုးများ</w:t>
      </w:r>
      <w:r>
        <w:rPr>
          <w:rFonts w:ascii="Times New Roman" w:hAnsi="Times New Roman" w:eastAsia="Times New Roman" w:cs="Times New Roman"/>
        </w:rPr>
        <w:t xml:space="preserve"> </w:t>
      </w:r>
      <w:r>
        <w:rPr>
          <w:rFonts w:ascii="Myanmar Text" w:hAnsi="Myanmar Text" w:eastAsia="Myanmar Text" w:cs="Myanmar Text"/>
        </w:rPr>
        <w:t>လှုပ်ခတ်ခြင်းနှင့်</w:t>
      </w:r>
      <w:r>
        <w:rPr>
          <w:rFonts w:ascii="Times New Roman" w:hAnsi="Times New Roman" w:eastAsia="Times New Roman" w:cs="Times New Roman"/>
        </w:rPr>
        <w:t xml:space="preserve"> </w:t>
      </w:r>
      <w:r>
        <w:rPr>
          <w:rFonts w:ascii="Myanmar Text" w:hAnsi="Myanmar Text" w:eastAsia="Myanmar Text" w:cs="Myanmar Text"/>
        </w:rPr>
        <w:t>မြေကြီး၏</w:t>
      </w:r>
      <w:r>
        <w:rPr>
          <w:rFonts w:ascii="Times New Roman" w:hAnsi="Times New Roman" w:eastAsia="Times New Roman" w:cs="Times New Roman"/>
        </w:rPr>
        <w:t xml:space="preserve"> </w:t>
      </w:r>
      <w:r>
        <w:rPr>
          <w:rFonts w:ascii="Myanmar Text" w:hAnsi="Myanmar Text" w:eastAsia="Myanmar Text" w:cs="Myanmar Text"/>
        </w:rPr>
        <w:t>တန်ခိုးများ</w:t>
      </w:r>
      <w:r>
        <w:rPr>
          <w:rFonts w:ascii="Times New Roman" w:hAnsi="Times New Roman" w:eastAsia="Times New Roman" w:cs="Times New Roman"/>
        </w:rPr>
        <w:t xml:space="preserve"> </w:t>
      </w:r>
      <w:r>
        <w:rPr>
          <w:rFonts w:ascii="Myanmar Text" w:hAnsi="Myanmar Text" w:eastAsia="Myanmar Text" w:cs="Myanmar Text"/>
        </w:rPr>
        <w:t>လှုပ်ခတ်ခြင်းတို့အကြားရှိ</w:t>
      </w:r>
      <w:r>
        <w:rPr>
          <w:rFonts w:ascii="Times New Roman" w:hAnsi="Times New Roman" w:eastAsia="Times New Roman" w:cs="Times New Roman"/>
        </w:rPr>
        <w:t xml:space="preserve"> </w:t>
      </w:r>
      <w:r>
        <w:rPr>
          <w:rFonts w:ascii="Myanmar Text" w:hAnsi="Myanmar Text" w:eastAsia="Myanmar Text" w:cs="Myanmar Text"/>
        </w:rPr>
        <w:t>ကွာခြားချက်ကို</w:t>
      </w:r>
      <w:r>
        <w:rPr>
          <w:rFonts w:ascii="Times New Roman" w:hAnsi="Times New Roman" w:eastAsia="Times New Roman" w:cs="Times New Roman"/>
        </w:rPr>
        <w:t xml:space="preserve"> </w:t>
      </w:r>
      <w:r>
        <w:rPr>
          <w:rFonts w:ascii="Myanmar Text" w:hAnsi="Myanmar Text" w:eastAsia="Myanmar Text" w:cs="Myanmar Text"/>
        </w:rPr>
        <w:t>ဖော်ပြထားသည်။</w:t>
      </w:r>
    </w:p>
    <w:p>
      <w:pPr>
        <w:pStyle w:val="ArticleScripture"/>
        <w:jc w:val="left"/>
      </w:pPr>
      <w:r>
        <w:rPr>
          <w:rFonts w:ascii="Times New Roman" w:hAnsi="Times New Roman" w:eastAsia="Times New Roman" w:cs="Times New Roman"/>
        </w:rPr>
        <w:t>“</w:t>
      </w:r>
      <w:r>
        <w:rPr>
          <w:rFonts w:ascii="Leelawadee UI" w:hAnsi="Leelawadee UI" w:eastAsia="Leelawadee UI" w:cs="Leelawadee UI"/>
        </w:rPr>
        <w:t>ថ្ងៃទី</w:t>
      </w:r>
      <w:r>
        <w:rPr>
          <w:rFonts w:ascii="Times New Roman" w:hAnsi="Times New Roman" w:eastAsia="Times New Roman" w:cs="Times New Roman"/>
        </w:rPr>
        <w:t xml:space="preserve"> </w:t>
      </w:r>
      <w:r>
        <w:rPr>
          <w:rFonts w:ascii="Leelawadee UI" w:hAnsi="Leelawadee UI" w:eastAsia="Leelawadee UI" w:cs="Leelawadee UI"/>
        </w:rPr>
        <w:t>១៦</w:t>
      </w:r>
      <w:r>
        <w:rPr>
          <w:rFonts w:ascii="Times New Roman" w:hAnsi="Times New Roman" w:eastAsia="Times New Roman" w:cs="Times New Roman"/>
        </w:rPr>
        <w:t xml:space="preserve"> </w:t>
      </w:r>
      <w:r>
        <w:rPr>
          <w:rFonts w:ascii="Leelawadee UI" w:hAnsi="Leelawadee UI" w:eastAsia="Leelawadee UI" w:cs="Leelawadee UI"/>
        </w:rPr>
        <w:t>ខែធ្នូ</w:t>
      </w:r>
      <w:r>
        <w:rPr>
          <w:rFonts w:ascii="Times New Roman" w:hAnsi="Times New Roman" w:eastAsia="Times New Roman" w:cs="Times New Roman"/>
        </w:rPr>
        <w:t xml:space="preserve"> </w:t>
      </w:r>
      <w:r>
        <w:rPr>
          <w:rFonts w:ascii="Leelawadee UI" w:hAnsi="Leelawadee UI" w:eastAsia="Leelawadee UI" w:cs="Leelawadee UI"/>
        </w:rPr>
        <w:t>ឆ្នាំ</w:t>
      </w:r>
      <w:r>
        <w:rPr>
          <w:rFonts w:ascii="Times New Roman" w:hAnsi="Times New Roman" w:eastAsia="Times New Roman" w:cs="Times New Roman"/>
        </w:rPr>
        <w:t xml:space="preserve"> </w:t>
      </w:r>
      <w:r>
        <w:rPr>
          <w:rFonts w:ascii="Leelawadee UI" w:hAnsi="Leelawadee UI" w:eastAsia="Leelawadee UI" w:cs="Leelawadee UI"/>
        </w:rPr>
        <w:t>១៨៤៨</w:t>
      </w:r>
      <w:r>
        <w:rPr>
          <w:rFonts w:ascii="Times New Roman" w:hAnsi="Times New Roman" w:eastAsia="Times New Roman" w:cs="Times New Roman"/>
        </w:rPr>
        <w:t xml:space="preserve"> </w:t>
      </w:r>
      <w:r>
        <w:rPr>
          <w:rFonts w:ascii="Leelawadee UI" w:hAnsi="Leelawadee UI" w:eastAsia="Leelawadee UI" w:cs="Leelawadee UI"/>
        </w:rPr>
        <w:t>ព្រះអម្ចាស់បានប្រទានឲ្យខ្ញុំឃើញនិមិត្តមួយអំពីការញ័ររញ្ជួយនៃអំណាចទាំងឡាយនៃស្ថានសួគ៌។</w:t>
      </w:r>
      <w:r>
        <w:rPr>
          <w:rFonts w:ascii="Times New Roman" w:hAnsi="Times New Roman" w:eastAsia="Times New Roman" w:cs="Times New Roman"/>
        </w:rPr>
        <w:t xml:space="preserve"> </w:t>
      </w:r>
      <w:r>
        <w:rPr>
          <w:rFonts w:ascii="Leelawadee UI" w:hAnsi="Leelawadee UI" w:eastAsia="Leelawadee UI" w:cs="Leelawadee UI"/>
        </w:rPr>
        <w:t>ខ្ញុំបានឃើញថា</w:t>
      </w:r>
      <w:r>
        <w:rPr>
          <w:rFonts w:ascii="Times New Roman" w:hAnsi="Times New Roman" w:eastAsia="Times New Roman" w:cs="Times New Roman"/>
        </w:rPr>
        <w:t xml:space="preserve"> </w:t>
      </w:r>
      <w:r>
        <w:rPr>
          <w:rFonts w:ascii="Leelawadee UI" w:hAnsi="Leelawadee UI" w:eastAsia="Leelawadee UI" w:cs="Leelawadee UI"/>
        </w:rPr>
        <w:t>នៅពេលដែលព្រះអម្ចាស់មានបន្ទូលថា</w:t>
      </w:r>
      <w:r>
        <w:rPr>
          <w:rFonts w:ascii="Times New Roman" w:hAnsi="Times New Roman" w:eastAsia="Times New Roman" w:cs="Times New Roman"/>
        </w:rPr>
        <w:t xml:space="preserve"> ‘</w:t>
      </w:r>
      <w:r>
        <w:rPr>
          <w:rFonts w:ascii="Leelawadee UI" w:hAnsi="Leelawadee UI" w:eastAsia="Leelawadee UI" w:cs="Leelawadee UI"/>
        </w:rPr>
        <w:t>ស្ថានសួគ៌</w:t>
      </w:r>
      <w:r>
        <w:rPr>
          <w:rFonts w:ascii="Times New Roman" w:hAnsi="Times New Roman" w:eastAsia="Times New Roman" w:cs="Times New Roman"/>
        </w:rPr>
        <w:t xml:space="preserve">’ </w:t>
      </w:r>
      <w:r>
        <w:rPr>
          <w:rFonts w:ascii="Leelawadee UI" w:hAnsi="Leelawadee UI" w:eastAsia="Leelawadee UI" w:cs="Leelawadee UI"/>
        </w:rPr>
        <w:t>ក្នុងការប្រទានទីសំគាល់ដែលបានកត់ត្រាទុកដោយ</w:t>
      </w:r>
      <w:r>
        <w:rPr>
          <w:rFonts w:ascii="Times New Roman" w:hAnsi="Times New Roman" w:eastAsia="Times New Roman" w:cs="Times New Roman"/>
        </w:rPr>
        <w:t xml:space="preserve"> Matthew, Mark, </w:t>
      </w:r>
      <w:r>
        <w:rPr>
          <w:rFonts w:ascii="Leelawadee UI" w:hAnsi="Leelawadee UI" w:eastAsia="Leelawadee UI" w:cs="Leelawadee UI"/>
        </w:rPr>
        <w:t>និង</w:t>
      </w:r>
      <w:r>
        <w:rPr>
          <w:rFonts w:ascii="Times New Roman" w:hAnsi="Times New Roman" w:eastAsia="Times New Roman" w:cs="Times New Roman"/>
        </w:rPr>
        <w:t xml:space="preserve"> Luke </w:t>
      </w:r>
      <w:r>
        <w:rPr>
          <w:rFonts w:ascii="Leelawadee UI" w:hAnsi="Leelawadee UI" w:eastAsia="Leelawadee UI" w:cs="Leelawadee UI"/>
        </w:rPr>
        <w:t>នោះ</w:t>
      </w:r>
      <w:r>
        <w:rPr>
          <w:rFonts w:ascii="Times New Roman" w:hAnsi="Times New Roman" w:eastAsia="Times New Roman" w:cs="Times New Roman"/>
        </w:rPr>
        <w:t xml:space="preserve"> </w:t>
      </w:r>
      <w:r>
        <w:rPr>
          <w:rFonts w:ascii="Leelawadee UI" w:hAnsi="Leelawadee UI" w:eastAsia="Leelawadee UI" w:cs="Leelawadee UI"/>
        </w:rPr>
        <w:t>ទ្រង់មានន័យថា</w:t>
      </w:r>
      <w:r>
        <w:rPr>
          <w:rFonts w:ascii="Times New Roman" w:hAnsi="Times New Roman" w:eastAsia="Times New Roman" w:cs="Times New Roman"/>
        </w:rPr>
        <w:t xml:space="preserve"> </w:t>
      </w:r>
      <w:r>
        <w:rPr>
          <w:rFonts w:ascii="Leelawadee UI" w:hAnsi="Leelawadee UI" w:eastAsia="Leelawadee UI" w:cs="Leelawadee UI"/>
        </w:rPr>
        <w:t>ស្ថានសួគ៌ពិតប្រាកដ</w:t>
      </w:r>
      <w:r>
        <w:rPr>
          <w:rFonts w:ascii="Times New Roman" w:hAnsi="Times New Roman" w:eastAsia="Times New Roman" w:cs="Times New Roman"/>
        </w:rPr>
        <w:t xml:space="preserve"> </w:t>
      </w:r>
      <w:r>
        <w:rPr>
          <w:rFonts w:ascii="Leelawadee UI" w:hAnsi="Leelawadee UI" w:eastAsia="Leelawadee UI" w:cs="Leelawadee UI"/>
        </w:rPr>
        <w:t>ហើយនៅពេលដែលទ្រង់មានបន្ទូលថា</w:t>
      </w:r>
      <w:r>
        <w:rPr>
          <w:rFonts w:ascii="Times New Roman" w:hAnsi="Times New Roman" w:eastAsia="Times New Roman" w:cs="Times New Roman"/>
        </w:rPr>
        <w:t xml:space="preserve"> ‘</w:t>
      </w:r>
      <w:r>
        <w:rPr>
          <w:rFonts w:ascii="Leelawadee UI" w:hAnsi="Leelawadee UI" w:eastAsia="Leelawadee UI" w:cs="Leelawadee UI"/>
        </w:rPr>
        <w:t>ផែនដី</w:t>
      </w:r>
      <w:r>
        <w:rPr>
          <w:rFonts w:ascii="Times New Roman" w:hAnsi="Times New Roman" w:eastAsia="Times New Roman" w:cs="Times New Roman"/>
        </w:rPr>
        <w:t xml:space="preserve">’ </w:t>
      </w:r>
      <w:r>
        <w:rPr>
          <w:rFonts w:ascii="Leelawadee UI" w:hAnsi="Leelawadee UI" w:eastAsia="Leelawadee UI" w:cs="Leelawadee UI"/>
        </w:rPr>
        <w:t>ទ្រង់មានន័យថា</w:t>
      </w:r>
      <w:r>
        <w:rPr>
          <w:rFonts w:ascii="Times New Roman" w:hAnsi="Times New Roman" w:eastAsia="Times New Roman" w:cs="Times New Roman"/>
        </w:rPr>
        <w:t xml:space="preserve"> </w:t>
      </w:r>
      <w:r>
        <w:rPr>
          <w:rFonts w:ascii="Leelawadee UI" w:hAnsi="Leelawadee UI" w:eastAsia="Leelawadee UI" w:cs="Leelawadee UI"/>
        </w:rPr>
        <w:t>ផែនដីពិតប្រាកដ។</w:t>
      </w:r>
      <w:r>
        <w:rPr>
          <w:rFonts w:ascii="Times New Roman" w:hAnsi="Times New Roman" w:eastAsia="Times New Roman" w:cs="Times New Roman"/>
        </w:rPr>
        <w:t xml:space="preserve"> </w:t>
      </w:r>
      <w:r>
        <w:rPr>
          <w:rFonts w:ascii="Leelawadee UI" w:hAnsi="Leelawadee UI" w:eastAsia="Leelawadee UI" w:cs="Leelawadee UI"/>
        </w:rPr>
        <w:t>អំណាចទាំងឡាយនៃស្ថានសួគ៌</w:t>
      </w:r>
      <w:r>
        <w:rPr>
          <w:rFonts w:ascii="Times New Roman" w:hAnsi="Times New Roman" w:eastAsia="Times New Roman" w:cs="Times New Roman"/>
        </w:rPr>
        <w:t xml:space="preserve"> </w:t>
      </w:r>
      <w:r>
        <w:rPr>
          <w:rFonts w:ascii="Leelawadee UI" w:hAnsi="Leelawadee UI" w:eastAsia="Leelawadee UI" w:cs="Leelawadee UI"/>
        </w:rPr>
        <w:t>គឺព្រះអាទិត្យ</w:t>
      </w:r>
      <w:r>
        <w:rPr>
          <w:rFonts w:ascii="Times New Roman" w:hAnsi="Times New Roman" w:eastAsia="Times New Roman" w:cs="Times New Roman"/>
        </w:rPr>
        <w:t xml:space="preserve"> </w:t>
      </w:r>
      <w:r>
        <w:rPr>
          <w:rFonts w:ascii="Leelawadee UI" w:hAnsi="Leelawadee UI" w:eastAsia="Leelawadee UI" w:cs="Leelawadee UI"/>
        </w:rPr>
        <w:t>ព្រះចន្ទ</w:t>
      </w:r>
      <w:r>
        <w:rPr>
          <w:rFonts w:ascii="Times New Roman" w:hAnsi="Times New Roman" w:eastAsia="Times New Roman" w:cs="Times New Roman"/>
        </w:rPr>
        <w:t xml:space="preserve"> </w:t>
      </w:r>
      <w:r>
        <w:rPr>
          <w:rFonts w:ascii="Leelawadee UI" w:hAnsi="Leelawadee UI" w:eastAsia="Leelawadee UI" w:cs="Leelawadee UI"/>
        </w:rPr>
        <w:t>និងផ្កាយទាំងឡាយ។</w:t>
      </w:r>
      <w:r>
        <w:rPr>
          <w:rFonts w:ascii="Times New Roman" w:hAnsi="Times New Roman" w:eastAsia="Times New Roman" w:cs="Times New Roman"/>
        </w:rPr>
        <w:t xml:space="preserve"> </w:t>
      </w:r>
      <w:r>
        <w:rPr>
          <w:rFonts w:ascii="Leelawadee UI" w:hAnsi="Leelawadee UI" w:eastAsia="Leelawadee UI" w:cs="Leelawadee UI"/>
        </w:rPr>
        <w:t>ពួកវាគ្រប់គ្រងនៅក្នុងស្ថានសួគ៌។</w:t>
      </w:r>
      <w:r>
        <w:rPr>
          <w:rFonts w:ascii="Times New Roman" w:hAnsi="Times New Roman" w:eastAsia="Times New Roman" w:cs="Times New Roman"/>
        </w:rPr>
        <w:t xml:space="preserve"> </w:t>
      </w:r>
      <w:r>
        <w:rPr>
          <w:rFonts w:ascii="Leelawadee UI" w:hAnsi="Leelawadee UI" w:eastAsia="Leelawadee UI" w:cs="Leelawadee UI"/>
        </w:rPr>
        <w:t>អំណាចទាំងឡាយនៃផែនដី</w:t>
      </w:r>
      <w:r>
        <w:rPr>
          <w:rFonts w:ascii="Times New Roman" w:hAnsi="Times New Roman" w:eastAsia="Times New Roman" w:cs="Times New Roman"/>
        </w:rPr>
        <w:t xml:space="preserve"> </w:t>
      </w:r>
      <w:r>
        <w:rPr>
          <w:rFonts w:ascii="Leelawadee UI" w:hAnsi="Leelawadee UI" w:eastAsia="Leelawadee UI" w:cs="Leelawadee UI"/>
        </w:rPr>
        <w:t>គឺអំណាចទាំងឡាយដែលគ្រប់គ្រងលើផែនដី។</w:t>
      </w:r>
      <w:r>
        <w:rPr>
          <w:rFonts w:ascii="Times New Roman" w:hAnsi="Times New Roman" w:eastAsia="Times New Roman" w:cs="Times New Roman"/>
        </w:rPr>
        <w:t xml:space="preserve"> </w:t>
      </w:r>
      <w:r>
        <w:rPr>
          <w:rFonts w:ascii="Leelawadee UI" w:hAnsi="Leelawadee UI" w:eastAsia="Leelawadee UI" w:cs="Leelawadee UI"/>
        </w:rPr>
        <w:t>អំណាចទាំងឡាយនៃស្ថានសួគ៌</w:t>
      </w:r>
      <w:r>
        <w:rPr>
          <w:rFonts w:ascii="Times New Roman" w:hAnsi="Times New Roman" w:eastAsia="Times New Roman" w:cs="Times New Roman"/>
        </w:rPr>
        <w:t xml:space="preserve"> </w:t>
      </w:r>
      <w:r>
        <w:rPr>
          <w:rFonts w:ascii="Leelawadee UI" w:hAnsi="Leelawadee UI" w:eastAsia="Leelawadee UI" w:cs="Leelawadee UI"/>
        </w:rPr>
        <w:t>នឹងត្រូវញ័ររញ្ជួយដោយព្រះសូរសៀងរបស់ព្រះ។</w:t>
      </w:r>
      <w:r>
        <w:rPr>
          <w:rFonts w:ascii="Times New Roman" w:hAnsi="Times New Roman" w:eastAsia="Times New Roman" w:cs="Times New Roman"/>
        </w:rPr>
        <w:t xml:space="preserve"> </w:t>
      </w:r>
      <w:r>
        <w:rPr>
          <w:rFonts w:ascii="Leelawadee UI" w:hAnsi="Leelawadee UI" w:eastAsia="Leelawadee UI" w:cs="Leelawadee UI"/>
        </w:rPr>
        <w:t>បន្ទាប់មក</w:t>
      </w:r>
      <w:r>
        <w:rPr>
          <w:rFonts w:ascii="Times New Roman" w:hAnsi="Times New Roman" w:eastAsia="Times New Roman" w:cs="Times New Roman"/>
        </w:rPr>
        <w:t xml:space="preserve"> </w:t>
      </w:r>
      <w:r>
        <w:rPr>
          <w:rFonts w:ascii="Leelawadee UI" w:hAnsi="Leelawadee UI" w:eastAsia="Leelawadee UI" w:cs="Leelawadee UI"/>
        </w:rPr>
        <w:t>ព្រះអាទិត្យ</w:t>
      </w:r>
      <w:r>
        <w:rPr>
          <w:rFonts w:ascii="Times New Roman" w:hAnsi="Times New Roman" w:eastAsia="Times New Roman" w:cs="Times New Roman"/>
        </w:rPr>
        <w:t xml:space="preserve"> </w:t>
      </w:r>
      <w:r>
        <w:rPr>
          <w:rFonts w:ascii="Leelawadee UI" w:hAnsi="Leelawadee UI" w:eastAsia="Leelawadee UI" w:cs="Leelawadee UI"/>
        </w:rPr>
        <w:t>ព្រះចន្ទ</w:t>
      </w:r>
      <w:r>
        <w:rPr>
          <w:rFonts w:ascii="Times New Roman" w:hAnsi="Times New Roman" w:eastAsia="Times New Roman" w:cs="Times New Roman"/>
        </w:rPr>
        <w:t xml:space="preserve"> </w:t>
      </w:r>
      <w:r>
        <w:rPr>
          <w:rFonts w:ascii="Leelawadee UI" w:hAnsi="Leelawadee UI" w:eastAsia="Leelawadee UI" w:cs="Leelawadee UI"/>
        </w:rPr>
        <w:t>និងផ្កាយទាំងឡាយ</w:t>
      </w:r>
      <w:r>
        <w:rPr>
          <w:rFonts w:ascii="Times New Roman" w:hAnsi="Times New Roman" w:eastAsia="Times New Roman" w:cs="Times New Roman"/>
        </w:rPr>
        <w:t xml:space="preserve"> </w:t>
      </w:r>
      <w:r>
        <w:rPr>
          <w:rFonts w:ascii="Leelawadee UI" w:hAnsi="Leelawadee UI" w:eastAsia="Leelawadee UI" w:cs="Leelawadee UI"/>
        </w:rPr>
        <w:t>នឹងត្រូវផ្លាស់ទីចេញពីទីកន្លែងរបស់ពួកវា។</w:t>
      </w:r>
      <w:r>
        <w:rPr>
          <w:rFonts w:ascii="Times New Roman" w:hAnsi="Times New Roman" w:eastAsia="Times New Roman" w:cs="Times New Roman"/>
        </w:rPr>
        <w:t xml:space="preserve"> </w:t>
      </w:r>
      <w:r>
        <w:rPr>
          <w:rFonts w:ascii="Leelawadee UI" w:hAnsi="Leelawadee UI" w:eastAsia="Leelawadee UI" w:cs="Leelawadee UI"/>
        </w:rPr>
        <w:t>ពួកវាមិននឹងរលាយបាត់ទៅទេ</w:t>
      </w:r>
      <w:r>
        <w:rPr>
          <w:rFonts w:ascii="Times New Roman" w:hAnsi="Times New Roman" w:eastAsia="Times New Roman" w:cs="Times New Roman"/>
        </w:rPr>
        <w:t xml:space="preserve"> </w:t>
      </w:r>
      <w:r>
        <w:rPr>
          <w:rFonts w:ascii="Leelawadee UI" w:hAnsi="Leelawadee UI" w:eastAsia="Leelawadee UI" w:cs="Leelawadee UI"/>
        </w:rPr>
        <w:t>ប៉ុន្តែនឹងត្រូវញ័ររញ្ជួយដោយព្រះសូរសៀងរបស់ព្រះ។</w:t>
      </w:r>
    </w:p>
    <w:p>
      <w:pPr>
        <w:pStyle w:val="ArticleScripture"/>
        <w:jc w:val="left"/>
      </w:pPr>
      <w:r>
        <w:rPr>
          <w:rFonts w:ascii="Times New Roman" w:hAnsi="Times New Roman" w:eastAsia="Times New Roman" w:cs="Times New Roman"/>
        </w:rPr>
        <w:t>“Amafu amnyama, asindayo enyuka, eshayisana wodwa. Umkhathi wahlukana wagoqeka wabuyela emuva; khona-ke sakwazi ukubheka phezulu ngesikhala esivulekileyo e-Orion, lapho kwavela khona izwi likaNkulunkulu. UMuzi Ongcwele uyakwehla ngalelo sikhala esivulekileyo. Ngabona ukuthi amandla omhlaba manje ayazanyazanyiswa nokuthi izenzakalo ziza ngokulandelana. Impi, namahemuhemu empi, inkemba, indlala, nesifo esiwumshayabhuqe kuqala yikho okuzanyazanyisa amandla omhlaba; bese izwi likaNkulunkulu lizazanyazanyisa ilanga, inyanga, nezinkanyezi, kanye nalo mhlaba futhi. Ngabona ukuthi ukuzanyazanyiswa kwamandla eYurophu akusikho, njengokuba abanye befundisa, ukuzanyazanyiswa kwamandla ezulu, kodwa kuyikuzanyazanyiswa kwezizwe ezithukuthele.” Early Writings, 41.</w:t>
      </w:r>
    </w:p>
    <w:p>
      <w:pPr>
        <w:pStyle w:val="ArticleBody"/>
        <w:jc w:val="left"/>
      </w:pPr>
      <w:r>
        <w:rPr>
          <w:rFonts w:ascii="Times New Roman" w:hAnsi="Times New Roman" w:eastAsia="Times New Roman" w:cs="Times New Roman"/>
        </w:rPr>
        <w:t>Go reketlega ga magodimo mo go Matheo, Mareko le Baebele ya Luka go emela go reketlega ga mebuso e e laolang magodimo, jaaka go tshwantsheditswe ke letsatsi, ngwedi le dinaledi. Mebuso eno yotlhe ya legodimo e ne ya reketlisiwa, mme ya tsala “ditshupo,” tse di neng tsa bula tsela le go itsise motsamao wa moengele wa ntlha. Mebuso eo ya legodimo e tla reketlisiwa gape mo nakong ya motsamao wa moengele wa boraro. Mme mo motsamaong wa moengele wa boraro, mebuso ya lefatshe le yone e tla reketlisiwa. Mebuso ya lefatshe ke mebuso e e laolang lefatshe. Ka Lwetse 11, 2001, mebuso ya lefatshe, e seng ya legodimo, e ne ya reketlisiwa.</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ဗြတ်နယူးယောက်မြို့သည်</w:t>
      </w:r>
      <w:r>
        <w:rPr>
          <w:rFonts w:ascii="Times New Roman" w:hAnsi="Times New Roman" w:eastAsia="Times New Roman" w:cs="Times New Roman"/>
        </w:rPr>
        <w:t xml:space="preserve"> </w:t>
      </w:r>
      <w:r>
        <w:rPr>
          <w:rFonts w:ascii="Myanmar Text" w:hAnsi="Myanmar Text" w:eastAsia="Myanmar Text" w:cs="Myanmar Text"/>
        </w:rPr>
        <w:t>လှိုင်းလုံးကြီးဖြင့်</w:t>
      </w:r>
      <w:r>
        <w:rPr>
          <w:rFonts w:ascii="Times New Roman" w:hAnsi="Times New Roman" w:eastAsia="Times New Roman" w:cs="Times New Roman"/>
        </w:rPr>
        <w:t xml:space="preserve"> </w:t>
      </w:r>
      <w:r>
        <w:rPr>
          <w:rFonts w:ascii="Myanmar Text" w:hAnsi="Myanmar Text" w:eastAsia="Myanmar Text" w:cs="Myanmar Text"/>
        </w:rPr>
        <w:t>သုတ်သင်ဖယ်ရှားခံရမည်ဟု</w:t>
      </w:r>
      <w:r>
        <w:rPr>
          <w:rFonts w:ascii="Times New Roman" w:hAnsi="Times New Roman" w:eastAsia="Times New Roman" w:cs="Times New Roman"/>
        </w:rPr>
        <w:t xml:space="preserve"> </w:t>
      </w:r>
      <w:r>
        <w:rPr>
          <w:rFonts w:ascii="Myanmar Text" w:hAnsi="Myanmar Text" w:eastAsia="Myanmar Text" w:cs="Myanmar Text"/>
        </w:rPr>
        <w:t>ငါကြေညာခဲ့သော</w:t>
      </w:r>
      <w:r>
        <w:rPr>
          <w:rFonts w:ascii="Times New Roman" w:hAnsi="Times New Roman" w:eastAsia="Times New Roman" w:cs="Times New Roman"/>
        </w:rPr>
        <w:t xml:space="preserve"> </w:t>
      </w:r>
      <w:r>
        <w:rPr>
          <w:rFonts w:ascii="Myanmar Text" w:hAnsi="Myanmar Text" w:eastAsia="Myanmar Text" w:cs="Myanmar Text"/>
        </w:rPr>
        <w:t>စကားသည်</w:t>
      </w:r>
      <w:r>
        <w:rPr>
          <w:rFonts w:ascii="Times New Roman" w:hAnsi="Times New Roman" w:eastAsia="Times New Roman" w:cs="Times New Roman"/>
        </w:rPr>
        <w:t xml:space="preserve"> </w:t>
      </w:r>
      <w:r>
        <w:rPr>
          <w:rFonts w:ascii="Myanmar Text" w:hAnsi="Myanmar Text" w:eastAsia="Myanmar Text" w:cs="Myanmar Text"/>
        </w:rPr>
        <w:t>ယခုရောက်လာသလော။</w:t>
      </w:r>
      <w:r>
        <w:rPr>
          <w:rFonts w:ascii="Times New Roman" w:hAnsi="Times New Roman" w:eastAsia="Times New Roman" w:cs="Times New Roman"/>
        </w:rPr>
        <w:t xml:space="preserve"> </w:t>
      </w:r>
      <w:r>
        <w:rPr>
          <w:rFonts w:ascii="Myanmar Text" w:hAnsi="Myanmar Text" w:eastAsia="Myanmar Text" w:cs="Myanmar Text"/>
        </w:rPr>
        <w:t>ဤသို့သော</w:t>
      </w:r>
      <w:r>
        <w:rPr>
          <w:rFonts w:ascii="Times New Roman" w:hAnsi="Times New Roman" w:eastAsia="Times New Roman" w:cs="Times New Roman"/>
        </w:rPr>
        <w:t xml:space="preserve"> </w:t>
      </w:r>
      <w:r>
        <w:rPr>
          <w:rFonts w:ascii="Myanmar Text" w:hAnsi="Myanmar Text" w:eastAsia="Myanmar Text" w:cs="Myanmar Text"/>
        </w:rPr>
        <w:t>စကားကို</w:t>
      </w:r>
      <w:r>
        <w:rPr>
          <w:rFonts w:ascii="Times New Roman" w:hAnsi="Times New Roman" w:eastAsia="Times New Roman" w:cs="Times New Roman"/>
        </w:rPr>
        <w:t xml:space="preserve"> </w:t>
      </w:r>
      <w:r>
        <w:rPr>
          <w:rFonts w:ascii="Myanmar Text" w:hAnsi="Myanmar Text" w:eastAsia="Myanmar Text" w:cs="Myanmar Text"/>
        </w:rPr>
        <w:t>ငါ</w:t>
      </w:r>
      <w:r>
        <w:rPr>
          <w:rFonts w:ascii="Times New Roman" w:hAnsi="Times New Roman" w:eastAsia="Times New Roman" w:cs="Times New Roman"/>
        </w:rPr>
        <w:t xml:space="preserve"> </w:t>
      </w:r>
      <w:r>
        <w:rPr>
          <w:rFonts w:ascii="Myanmar Text" w:hAnsi="Myanmar Text" w:eastAsia="Myanmar Text" w:cs="Myanmar Text"/>
        </w:rPr>
        <w:t>မည်သည့်အခါမျှ</w:t>
      </w:r>
      <w:r>
        <w:rPr>
          <w:rFonts w:ascii="Times New Roman" w:hAnsi="Times New Roman" w:eastAsia="Times New Roman" w:cs="Times New Roman"/>
        </w:rPr>
        <w:t xml:space="preserve"> </w:t>
      </w:r>
      <w:r>
        <w:rPr>
          <w:rFonts w:ascii="Myanmar Text" w:hAnsi="Myanmar Text" w:eastAsia="Myanmar Text" w:cs="Myanmar Text"/>
        </w:rPr>
        <w:t>မပြောခဲ့ဖူး။</w:t>
      </w:r>
      <w:r>
        <w:rPr>
          <w:rFonts w:ascii="Times New Roman" w:hAnsi="Times New Roman" w:eastAsia="Times New Roman" w:cs="Times New Roman"/>
        </w:rPr>
        <w:t xml:space="preserve"> </w:t>
      </w:r>
      <w:r>
        <w:rPr>
          <w:rFonts w:ascii="Myanmar Text" w:hAnsi="Myanmar Text" w:eastAsia="Myanmar Text" w:cs="Myanmar Text"/>
        </w:rPr>
        <w:t>ထိုမြို့၌</w:t>
      </w:r>
      <w:r>
        <w:rPr>
          <w:rFonts w:ascii="Times New Roman" w:hAnsi="Times New Roman" w:eastAsia="Times New Roman" w:cs="Times New Roman"/>
        </w:rPr>
        <w:t xml:space="preserve"> </w:t>
      </w:r>
      <w:r>
        <w:rPr>
          <w:rFonts w:ascii="Myanmar Text" w:hAnsi="Myanmar Text" w:eastAsia="Myanmar Text" w:cs="Myanmar Text"/>
        </w:rPr>
        <w:t>အထပ်တစ်ထပ်အပေါ်</w:t>
      </w:r>
      <w:r>
        <w:rPr>
          <w:rFonts w:ascii="Times New Roman" w:hAnsi="Times New Roman" w:eastAsia="Times New Roman" w:cs="Times New Roman"/>
        </w:rPr>
        <w:t xml:space="preserve"> </w:t>
      </w:r>
      <w:r>
        <w:rPr>
          <w:rFonts w:ascii="Myanmar Text" w:hAnsi="Myanmar Text" w:eastAsia="Myanmar Text" w:cs="Myanmar Text"/>
        </w:rPr>
        <w:t>တစ်ထပ်တိုး၍</w:t>
      </w:r>
      <w:r>
        <w:rPr>
          <w:rFonts w:ascii="Times New Roman" w:hAnsi="Times New Roman" w:eastAsia="Times New Roman" w:cs="Times New Roman"/>
        </w:rPr>
        <w:t xml:space="preserve"> </w:t>
      </w:r>
      <w:r>
        <w:rPr>
          <w:rFonts w:ascii="Myanmar Text" w:hAnsi="Myanmar Text" w:eastAsia="Myanmar Text" w:cs="Myanmar Text"/>
        </w:rPr>
        <w:t>မြင့်မားသော</w:t>
      </w:r>
      <w:r>
        <w:rPr>
          <w:rFonts w:ascii="Times New Roman" w:hAnsi="Times New Roman" w:eastAsia="Times New Roman" w:cs="Times New Roman"/>
        </w:rPr>
        <w:t xml:space="preserve"> </w:t>
      </w:r>
      <w:r>
        <w:rPr>
          <w:rFonts w:ascii="Myanmar Text" w:hAnsi="Myanmar Text" w:eastAsia="Myanmar Text" w:cs="Myanmar Text"/>
        </w:rPr>
        <w:t>အဆောက်အအုံကြီးများ</w:t>
      </w:r>
      <w:r>
        <w:rPr>
          <w:rFonts w:ascii="Times New Roman" w:hAnsi="Times New Roman" w:eastAsia="Times New Roman" w:cs="Times New Roman"/>
        </w:rPr>
        <w:t xml:space="preserve"> </w:t>
      </w:r>
      <w:r>
        <w:rPr>
          <w:rFonts w:ascii="Myanmar Text" w:hAnsi="Myanmar Text" w:eastAsia="Myanmar Text" w:cs="Myanmar Text"/>
        </w:rPr>
        <w:t>တည်ဆောက်လျက်ရှိသည်ကို</w:t>
      </w:r>
      <w:r>
        <w:rPr>
          <w:rFonts w:ascii="Times New Roman" w:hAnsi="Times New Roman" w:eastAsia="Times New Roman" w:cs="Times New Roman"/>
        </w:rPr>
        <w:t xml:space="preserve"> </w:t>
      </w:r>
      <w:r>
        <w:rPr>
          <w:rFonts w:ascii="Myanmar Text" w:hAnsi="Myanmar Text" w:eastAsia="Myanmar Text" w:cs="Myanmar Text"/>
        </w:rPr>
        <w:t>ငါကြည့်ရှုနေစဉ်</w:t>
      </w:r>
      <w:r>
        <w:rPr>
          <w:rFonts w:ascii="Times New Roman" w:hAnsi="Times New Roman" w:eastAsia="Times New Roman" w:cs="Times New Roman"/>
        </w:rPr>
        <w:t xml:space="preserve"> ‘</w:t>
      </w:r>
      <w:r>
        <w:rPr>
          <w:rFonts w:ascii="Myanmar Text" w:hAnsi="Myanmar Text" w:eastAsia="Myanmar Text" w:cs="Myanmar Text"/>
        </w:rPr>
        <w:t>ထာဝရဘုရားသည်</w:t>
      </w:r>
      <w:r>
        <w:rPr>
          <w:rFonts w:ascii="Times New Roman" w:hAnsi="Times New Roman" w:eastAsia="Times New Roman" w:cs="Times New Roman"/>
        </w:rPr>
        <w:t xml:space="preserve"> </w:t>
      </w:r>
      <w:r>
        <w:rPr>
          <w:rFonts w:ascii="Myanmar Text" w:hAnsi="Myanmar Text" w:eastAsia="Myanmar Text" w:cs="Myanmar Text"/>
        </w:rPr>
        <w:t>မြေကြီးကို</w:t>
      </w:r>
      <w:r>
        <w:rPr>
          <w:rFonts w:ascii="Times New Roman" w:hAnsi="Times New Roman" w:eastAsia="Times New Roman" w:cs="Times New Roman"/>
        </w:rPr>
        <w:t xml:space="preserve"> </w:t>
      </w:r>
      <w:r>
        <w:rPr>
          <w:rFonts w:ascii="Myanmar Text" w:hAnsi="Myanmar Text" w:eastAsia="Myanmar Text" w:cs="Myanmar Text"/>
        </w:rPr>
        <w:t>အလွန်တုန်လှုပ်စေရန်</w:t>
      </w:r>
      <w:r>
        <w:rPr>
          <w:rFonts w:ascii="Times New Roman" w:hAnsi="Times New Roman" w:eastAsia="Times New Roman" w:cs="Times New Roman"/>
        </w:rPr>
        <w:t xml:space="preserve"> </w:t>
      </w:r>
      <w:r>
        <w:rPr>
          <w:rFonts w:ascii="Myanmar Text" w:hAnsi="Myanmar Text" w:eastAsia="Myanmar Text" w:cs="Myanmar Text"/>
        </w:rPr>
        <w:t>ထမြောက်တော်မူသောအခါ</w:t>
      </w:r>
      <w:r>
        <w:rPr>
          <w:rFonts w:ascii="Times New Roman" w:hAnsi="Times New Roman" w:eastAsia="Times New Roman" w:cs="Times New Roman"/>
        </w:rPr>
        <w:t xml:space="preserve"> </w:t>
      </w:r>
      <w:r>
        <w:rPr>
          <w:rFonts w:ascii="Myanmar Text" w:hAnsi="Myanmar Text" w:eastAsia="Myanmar Text" w:cs="Myanmar Text"/>
        </w:rPr>
        <w:t>အဘယ်မျှ</w:t>
      </w:r>
      <w:r>
        <w:rPr>
          <w:rFonts w:ascii="Times New Roman" w:hAnsi="Times New Roman" w:eastAsia="Times New Roman" w:cs="Times New Roman"/>
        </w:rPr>
        <w:t xml:space="preserve"> </w:t>
      </w:r>
      <w:r>
        <w:rPr>
          <w:rFonts w:ascii="Myanmar Text" w:hAnsi="Myanmar Text" w:eastAsia="Myanmar Text" w:cs="Myanmar Text"/>
        </w:rPr>
        <w:t>ကြောက်မက်ဖွယ်ကောင်းသော</w:t>
      </w:r>
      <w:r>
        <w:rPr>
          <w:rFonts w:ascii="Times New Roman" w:hAnsi="Times New Roman" w:eastAsia="Times New Roman" w:cs="Times New Roman"/>
        </w:rPr>
        <w:t xml:space="preserve"> </w:t>
      </w:r>
      <w:r>
        <w:rPr>
          <w:rFonts w:ascii="Myanmar Text" w:hAnsi="Myanmar Text" w:eastAsia="Myanmar Text" w:cs="Myanmar Text"/>
        </w:rPr>
        <w:t>ဖြစ်ရပ်များ</w:t>
      </w:r>
      <w:r>
        <w:rPr>
          <w:rFonts w:ascii="Times New Roman" w:hAnsi="Times New Roman" w:eastAsia="Times New Roman" w:cs="Times New Roman"/>
        </w:rPr>
        <w:t xml:space="preserve"> </w:t>
      </w:r>
      <w:r>
        <w:rPr>
          <w:rFonts w:ascii="Myanmar Text" w:hAnsi="Myanmar Text" w:eastAsia="Myanmar Text" w:cs="Myanmar Text"/>
        </w:rPr>
        <w:t>ဖြစ်ပေါ်လိမ့်မည်နည်း။</w:t>
      </w:r>
      <w:r>
        <w:rPr>
          <w:rFonts w:ascii="Times New Roman" w:hAnsi="Times New Roman" w:eastAsia="Times New Roman" w:cs="Times New Roman"/>
        </w:rPr>
        <w:t xml:space="preserve"> </w:t>
      </w:r>
      <w:r>
        <w:rPr>
          <w:rFonts w:ascii="Myanmar Text" w:hAnsi="Myanmar Text" w:eastAsia="Myanmar Text" w:cs="Myanmar Text"/>
        </w:rPr>
        <w:t>ထိုအခါ</w:t>
      </w:r>
      <w:r>
        <w:rPr>
          <w:rFonts w:ascii="Times New Roman" w:hAnsi="Times New Roman" w:eastAsia="Times New Roman" w:cs="Times New Roman"/>
        </w:rPr>
        <w:t xml:space="preserve"> </w:t>
      </w:r>
      <w:r>
        <w:rPr>
          <w:rFonts w:ascii="Myanmar Text" w:hAnsi="Myanmar Text" w:eastAsia="Myanmar Text" w:cs="Myanmar Text"/>
        </w:rPr>
        <w:t>ဗျာဒိတ်ကျမ်း</w:t>
      </w:r>
      <w:r>
        <w:rPr>
          <w:rFonts w:ascii="Times New Roman" w:hAnsi="Times New Roman" w:eastAsia="Times New Roman" w:cs="Times New Roman"/>
        </w:rPr>
        <w:t xml:space="preserve"> 18:1–3 </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စကားများသည်</w:t>
      </w:r>
      <w:r>
        <w:rPr>
          <w:rFonts w:ascii="Times New Roman" w:hAnsi="Times New Roman" w:eastAsia="Times New Roman" w:cs="Times New Roman"/>
        </w:rPr>
        <w:t xml:space="preserve"> </w:t>
      </w:r>
      <w:r>
        <w:rPr>
          <w:rFonts w:ascii="Myanmar Text" w:hAnsi="Myanmar Text" w:eastAsia="Myanmar Text" w:cs="Myanmar Text"/>
        </w:rPr>
        <w:t>ပြည့်စုံလာလိမ့်မည်</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ငါပြောခဲ့သည်။</w:t>
      </w:r>
      <w:r>
        <w:rPr>
          <w:rFonts w:ascii="Times New Roman" w:hAnsi="Times New Roman" w:eastAsia="Times New Roman" w:cs="Times New Roman"/>
        </w:rPr>
        <w:t xml:space="preserve"> </w:t>
      </w:r>
      <w:r>
        <w:rPr>
          <w:rFonts w:ascii="Myanmar Text" w:hAnsi="Myanmar Text" w:eastAsia="Myanmar Text" w:cs="Myanmar Text"/>
        </w:rPr>
        <w:t>ဗျာဒိတ်ကျမ်း</w:t>
      </w:r>
      <w:r>
        <w:rPr>
          <w:rFonts w:ascii="Times New Roman" w:hAnsi="Times New Roman" w:eastAsia="Times New Roman" w:cs="Times New Roman"/>
        </w:rPr>
        <w:t xml:space="preserve"> </w:t>
      </w:r>
      <w:r>
        <w:rPr>
          <w:rFonts w:ascii="Myanmar Text" w:hAnsi="Myanmar Text" w:eastAsia="Myanmar Text" w:cs="Myanmar Text"/>
        </w:rPr>
        <w:t>အခန်း</w:t>
      </w:r>
      <w:r>
        <w:rPr>
          <w:rFonts w:ascii="Times New Roman" w:hAnsi="Times New Roman" w:eastAsia="Times New Roman" w:cs="Times New Roman"/>
        </w:rPr>
        <w:t xml:space="preserve"> </w:t>
      </w:r>
      <w:r>
        <w:rPr>
          <w:rFonts w:ascii="Myanmar Text" w:hAnsi="Myanmar Text" w:eastAsia="Myanmar Text" w:cs="Myanmar Text"/>
        </w:rPr>
        <w:t>၁၈</w:t>
      </w:r>
      <w:r>
        <w:rPr>
          <w:rFonts w:ascii="Times New Roman" w:hAnsi="Times New Roman" w:eastAsia="Times New Roman" w:cs="Times New Roman"/>
        </w:rPr>
        <w:t xml:space="preserve"> </w:t>
      </w:r>
      <w:r>
        <w:rPr>
          <w:rFonts w:ascii="Myanmar Text" w:hAnsi="Myanmar Text" w:eastAsia="Myanmar Text" w:cs="Myanmar Text"/>
        </w:rPr>
        <w:t>တစ်ခန်းလုံးသည်</w:t>
      </w:r>
      <w:r>
        <w:rPr>
          <w:rFonts w:ascii="Times New Roman" w:hAnsi="Times New Roman" w:eastAsia="Times New Roman" w:cs="Times New Roman"/>
        </w:rPr>
        <w:t xml:space="preserve"> </w:t>
      </w:r>
      <w:r>
        <w:rPr>
          <w:rFonts w:ascii="Myanmar Text" w:hAnsi="Myanmar Text" w:eastAsia="Myanmar Text" w:cs="Myanmar Text"/>
        </w:rPr>
        <w:t>မြေကြီးအပေါ်သို့</w:t>
      </w:r>
      <w:r>
        <w:rPr>
          <w:rFonts w:ascii="Times New Roman" w:hAnsi="Times New Roman" w:eastAsia="Times New Roman" w:cs="Times New Roman"/>
        </w:rPr>
        <w:t xml:space="preserve"> </w:t>
      </w:r>
      <w:r>
        <w:rPr>
          <w:rFonts w:ascii="Myanmar Text" w:hAnsi="Myanmar Text" w:eastAsia="Myanmar Text" w:cs="Myanmar Text"/>
        </w:rPr>
        <w:t>ကျရောက်လာမည့်</w:t>
      </w:r>
      <w:r>
        <w:rPr>
          <w:rFonts w:ascii="Times New Roman" w:hAnsi="Times New Roman" w:eastAsia="Times New Roman" w:cs="Times New Roman"/>
        </w:rPr>
        <w:t xml:space="preserve"> </w:t>
      </w:r>
      <w:r>
        <w:rPr>
          <w:rFonts w:ascii="Myanmar Text" w:hAnsi="Myanmar Text" w:eastAsia="Myanmar Text" w:cs="Myanmar Text"/>
        </w:rPr>
        <w:t>အရာများအတွက်</w:t>
      </w:r>
      <w:r>
        <w:rPr>
          <w:rFonts w:ascii="Times New Roman" w:hAnsi="Times New Roman" w:eastAsia="Times New Roman" w:cs="Times New Roman"/>
        </w:rPr>
        <w:t xml:space="preserve"> </w:t>
      </w:r>
      <w:r>
        <w:rPr>
          <w:rFonts w:ascii="Myanmar Text" w:hAnsi="Myanmar Text" w:eastAsia="Myanmar Text" w:cs="Myanmar Text"/>
        </w:rPr>
        <w:t>သတိပေးချက်တစ်ရပ်ဖြစ်သည်။</w:t>
      </w:r>
      <w:r>
        <w:rPr>
          <w:rFonts w:ascii="Times New Roman" w:hAnsi="Times New Roman" w:eastAsia="Times New Roman" w:cs="Times New Roman"/>
        </w:rPr>
        <w:t xml:space="preserve"> </w:t>
      </w:r>
      <w:r>
        <w:rPr>
          <w:rFonts w:ascii="Myanmar Text" w:hAnsi="Myanmar Text" w:eastAsia="Myanmar Text" w:cs="Myanmar Text"/>
        </w:rPr>
        <w:t>သို့ရာတွင်</w:t>
      </w:r>
      <w:r>
        <w:rPr>
          <w:rFonts w:ascii="Times New Roman" w:hAnsi="Times New Roman" w:eastAsia="Times New Roman" w:cs="Times New Roman"/>
        </w:rPr>
        <w:t xml:space="preserve"> </w:t>
      </w:r>
      <w:r>
        <w:rPr>
          <w:rFonts w:ascii="Myanmar Text" w:hAnsi="Myanmar Text" w:eastAsia="Myanmar Text" w:cs="Myanmar Text"/>
        </w:rPr>
        <w:t>နယူးယောက်အပေါ်သို့</w:t>
      </w:r>
      <w:r>
        <w:rPr>
          <w:rFonts w:ascii="Times New Roman" w:hAnsi="Times New Roman" w:eastAsia="Times New Roman" w:cs="Times New Roman"/>
        </w:rPr>
        <w:t xml:space="preserve"> </w:t>
      </w:r>
      <w:r>
        <w:rPr>
          <w:rFonts w:ascii="Myanmar Text" w:hAnsi="Myanmar Text" w:eastAsia="Myanmar Text" w:cs="Myanmar Text"/>
        </w:rPr>
        <w:t>အဘယ်အရာ</w:t>
      </w:r>
      <w:r>
        <w:rPr>
          <w:rFonts w:ascii="Times New Roman" w:hAnsi="Times New Roman" w:eastAsia="Times New Roman" w:cs="Times New Roman"/>
        </w:rPr>
        <w:t xml:space="preserve"> </w:t>
      </w:r>
      <w:r>
        <w:rPr>
          <w:rFonts w:ascii="Myanmar Text" w:hAnsi="Myanmar Text" w:eastAsia="Myanmar Text" w:cs="Myanmar Text"/>
        </w:rPr>
        <w:t>ကျရောက်လာမည်နှင့်</w:t>
      </w:r>
      <w:r>
        <w:rPr>
          <w:rFonts w:ascii="Times New Roman" w:hAnsi="Times New Roman" w:eastAsia="Times New Roman" w:cs="Times New Roman"/>
        </w:rPr>
        <w:t xml:space="preserve"> </w:t>
      </w:r>
      <w:r>
        <w:rPr>
          <w:rFonts w:ascii="Myanmar Text" w:hAnsi="Myanmar Text" w:eastAsia="Myanmar Text" w:cs="Myanmar Text"/>
        </w:rPr>
        <w:t>စပ်လျဉ်း၍</w:t>
      </w:r>
      <w:r>
        <w:rPr>
          <w:rFonts w:ascii="Times New Roman" w:hAnsi="Times New Roman" w:eastAsia="Times New Roman" w:cs="Times New Roman"/>
        </w:rPr>
        <w:t xml:space="preserve"> </w:t>
      </w:r>
      <w:r>
        <w:rPr>
          <w:rFonts w:ascii="Myanmar Text" w:hAnsi="Myanmar Text" w:eastAsia="Myanmar Text" w:cs="Myanmar Text"/>
        </w:rPr>
        <w:t>အထူးသဖြင့်</w:t>
      </w:r>
      <w:r>
        <w:rPr>
          <w:rFonts w:ascii="Times New Roman" w:hAnsi="Times New Roman" w:eastAsia="Times New Roman" w:cs="Times New Roman"/>
        </w:rPr>
        <w:t xml:space="preserve"> </w:t>
      </w:r>
      <w:r>
        <w:rPr>
          <w:rFonts w:ascii="Myanmar Text" w:hAnsi="Myanmar Text" w:eastAsia="Myanmar Text" w:cs="Myanmar Text"/>
        </w:rPr>
        <w:t>ငါရရှိထားသော</w:t>
      </w:r>
      <w:r>
        <w:rPr>
          <w:rFonts w:ascii="Times New Roman" w:hAnsi="Times New Roman" w:eastAsia="Times New Roman" w:cs="Times New Roman"/>
        </w:rPr>
        <w:t xml:space="preserve"> </w:t>
      </w:r>
      <w:r>
        <w:rPr>
          <w:rFonts w:ascii="Myanmar Text" w:hAnsi="Myanmar Text" w:eastAsia="Myanmar Text" w:cs="Myanmar Text"/>
        </w:rPr>
        <w:t>အလင်းမရှိ။</w:t>
      </w:r>
      <w:r>
        <w:rPr>
          <w:rFonts w:ascii="Times New Roman" w:hAnsi="Times New Roman" w:eastAsia="Times New Roman" w:cs="Times New Roman"/>
        </w:rPr>
        <w:t xml:space="preserve"> </w:t>
      </w:r>
      <w:r>
        <w:rPr>
          <w:rFonts w:ascii="Myanmar Text" w:hAnsi="Myanmar Text" w:eastAsia="Myanmar Text" w:cs="Myanmar Text"/>
        </w:rPr>
        <w:t>သို့သော်</w:t>
      </w:r>
      <w:r>
        <w:rPr>
          <w:rFonts w:ascii="Times New Roman" w:hAnsi="Times New Roman" w:eastAsia="Times New Roman" w:cs="Times New Roman"/>
        </w:rPr>
        <w:t xml:space="preserve"> </w:t>
      </w:r>
      <w:r>
        <w:rPr>
          <w:rFonts w:ascii="Myanmar Text" w:hAnsi="Myanmar Text" w:eastAsia="Myanmar Text" w:cs="Myanmar Text"/>
        </w:rPr>
        <w:t>တစ်နေ့နေ့တွင်</w:t>
      </w:r>
      <w:r>
        <w:rPr>
          <w:rFonts w:ascii="Times New Roman" w:hAnsi="Times New Roman" w:eastAsia="Times New Roman" w:cs="Times New Roman"/>
        </w:rPr>
        <w:t xml:space="preserve"> </w:t>
      </w:r>
      <w:r>
        <w:rPr>
          <w:rFonts w:ascii="Myanmar Text" w:hAnsi="Myanmar Text" w:eastAsia="Myanmar Text" w:cs="Myanmar Text"/>
        </w:rPr>
        <w:t>ထိုမြို့ရှိ</w:t>
      </w:r>
      <w:r>
        <w:rPr>
          <w:rFonts w:ascii="Times New Roman" w:hAnsi="Times New Roman" w:eastAsia="Times New Roman" w:cs="Times New Roman"/>
        </w:rPr>
        <w:t xml:space="preserve"> </w:t>
      </w:r>
      <w:r>
        <w:rPr>
          <w:rFonts w:ascii="Myanmar Text" w:hAnsi="Myanmar Text" w:eastAsia="Myanmar Text" w:cs="Myanmar Text"/>
        </w:rPr>
        <w:t>အဆောက်အအုံကြီးများသည်</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တန်ခိုးတော်</w:t>
      </w:r>
      <w:r>
        <w:rPr>
          <w:rFonts w:ascii="Times New Roman" w:hAnsi="Times New Roman" w:eastAsia="Times New Roman" w:cs="Times New Roman"/>
        </w:rPr>
        <w:t xml:space="preserve"> </w:t>
      </w:r>
      <w:r>
        <w:rPr>
          <w:rFonts w:ascii="Myanmar Text" w:hAnsi="Myanmar Text" w:eastAsia="Myanmar Text" w:cs="Myanmar Text"/>
        </w:rPr>
        <w:t>လှည့်လည်၍</w:t>
      </w:r>
      <w:r>
        <w:rPr>
          <w:rFonts w:ascii="Times New Roman" w:hAnsi="Times New Roman" w:eastAsia="Times New Roman" w:cs="Times New Roman"/>
        </w:rPr>
        <w:t xml:space="preserve"> </w:t>
      </w:r>
      <w:r>
        <w:rPr>
          <w:rFonts w:ascii="Myanmar Text" w:hAnsi="Myanmar Text" w:eastAsia="Myanmar Text" w:cs="Myanmar Text"/>
        </w:rPr>
        <w:t>လှန်လှောတော်မူခြင်းအားဖြင့်</w:t>
      </w:r>
      <w:r>
        <w:rPr>
          <w:rFonts w:ascii="Times New Roman" w:hAnsi="Times New Roman" w:eastAsia="Times New Roman" w:cs="Times New Roman"/>
        </w:rPr>
        <w:t xml:space="preserve"> </w:t>
      </w:r>
      <w:r>
        <w:rPr>
          <w:rFonts w:ascii="Myanmar Text" w:hAnsi="Myanmar Text" w:eastAsia="Myanmar Text" w:cs="Myanmar Text"/>
        </w:rPr>
        <w:t>ပစ်ချဖျက်ဆီးခံရမည်ကို</w:t>
      </w:r>
      <w:r>
        <w:rPr>
          <w:rFonts w:ascii="Times New Roman" w:hAnsi="Times New Roman" w:eastAsia="Times New Roman" w:cs="Times New Roman"/>
        </w:rPr>
        <w:t xml:space="preserve"> </w:t>
      </w:r>
      <w:r>
        <w:rPr>
          <w:rFonts w:ascii="Myanmar Text" w:hAnsi="Myanmar Text" w:eastAsia="Myanmar Text" w:cs="Myanmar Text"/>
        </w:rPr>
        <w:t>ငါသိသည်။</w:t>
      </w:r>
      <w:r>
        <w:rPr>
          <w:rFonts w:ascii="Times New Roman" w:hAnsi="Times New Roman" w:eastAsia="Times New Roman" w:cs="Times New Roman"/>
        </w:rPr>
        <w:t xml:space="preserve"> </w:t>
      </w:r>
      <w:r>
        <w:rPr>
          <w:rFonts w:ascii="Myanmar Text" w:hAnsi="Myanmar Text" w:eastAsia="Myanmar Text" w:cs="Myanmar Text"/>
        </w:rPr>
        <w:t>ငါ့အား</w:t>
      </w:r>
      <w:r>
        <w:rPr>
          <w:rFonts w:ascii="Times New Roman" w:hAnsi="Times New Roman" w:eastAsia="Times New Roman" w:cs="Times New Roman"/>
        </w:rPr>
        <w:t xml:space="preserve"> </w:t>
      </w:r>
      <w:r>
        <w:rPr>
          <w:rFonts w:ascii="Myanmar Text" w:hAnsi="Myanmar Text" w:eastAsia="Myanmar Text" w:cs="Myanmar Text"/>
        </w:rPr>
        <w:t>ပေးထားသော</w:t>
      </w:r>
      <w:r>
        <w:rPr>
          <w:rFonts w:ascii="Times New Roman" w:hAnsi="Times New Roman" w:eastAsia="Times New Roman" w:cs="Times New Roman"/>
        </w:rPr>
        <w:t xml:space="preserve"> </w:t>
      </w:r>
      <w:r>
        <w:rPr>
          <w:rFonts w:ascii="Myanmar Text" w:hAnsi="Myanmar Text" w:eastAsia="Myanmar Text" w:cs="Myanmar Text"/>
        </w:rPr>
        <w:t>အလင်းအရ</w:t>
      </w:r>
      <w:r>
        <w:rPr>
          <w:rFonts w:ascii="Times New Roman" w:hAnsi="Times New Roman" w:eastAsia="Times New Roman" w:cs="Times New Roman"/>
        </w:rPr>
        <w:t xml:space="preserve"> </w:t>
      </w:r>
      <w:r>
        <w:rPr>
          <w:rFonts w:ascii="Myanmar Text" w:hAnsi="Myanmar Text" w:eastAsia="Myanmar Text" w:cs="Myanmar Text"/>
        </w:rPr>
        <w:t>ဖျက်ဆီးခြင်းသည်</w:t>
      </w:r>
      <w:r>
        <w:rPr>
          <w:rFonts w:ascii="Times New Roman" w:hAnsi="Times New Roman" w:eastAsia="Times New Roman" w:cs="Times New Roman"/>
        </w:rPr>
        <w:t xml:space="preserve"> </w:t>
      </w:r>
      <w:r>
        <w:rPr>
          <w:rFonts w:ascii="Myanmar Text" w:hAnsi="Myanmar Text" w:eastAsia="Myanmar Text" w:cs="Myanmar Text"/>
        </w:rPr>
        <w:t>လောက၌</w:t>
      </w:r>
      <w:r>
        <w:rPr>
          <w:rFonts w:ascii="Times New Roman" w:hAnsi="Times New Roman" w:eastAsia="Times New Roman" w:cs="Times New Roman"/>
        </w:rPr>
        <w:t xml:space="preserve"> </w:t>
      </w:r>
      <w:r>
        <w:rPr>
          <w:rFonts w:ascii="Myanmar Text" w:hAnsi="Myanmar Text" w:eastAsia="Myanmar Text" w:cs="Myanmar Text"/>
        </w:rPr>
        <w:t>ရှိနေသည်ကို</w:t>
      </w:r>
      <w:r>
        <w:rPr>
          <w:rFonts w:ascii="Times New Roman" w:hAnsi="Times New Roman" w:eastAsia="Times New Roman" w:cs="Times New Roman"/>
        </w:rPr>
        <w:t xml:space="preserve"> </w:t>
      </w:r>
      <w:r>
        <w:rPr>
          <w:rFonts w:ascii="Myanmar Text" w:hAnsi="Myanmar Text" w:eastAsia="Myanmar Text" w:cs="Myanmar Text"/>
        </w:rPr>
        <w:t>ငါသိသည်။</w:t>
      </w:r>
      <w:r>
        <w:rPr>
          <w:rFonts w:ascii="Times New Roman" w:hAnsi="Times New Roman" w:eastAsia="Times New Roman" w:cs="Times New Roman"/>
        </w:rPr>
        <w:t xml:space="preserve"> </w:t>
      </w:r>
      <w:r>
        <w:rPr>
          <w:rFonts w:ascii="Myanmar Text" w:hAnsi="Myanmar Text" w:eastAsia="Myanmar Text" w:cs="Myanmar Text"/>
        </w:rPr>
        <w:t>ထာဝရဘုရားထံမှ</w:t>
      </w:r>
      <w:r>
        <w:rPr>
          <w:rFonts w:ascii="Times New Roman" w:hAnsi="Times New Roman" w:eastAsia="Times New Roman" w:cs="Times New Roman"/>
        </w:rPr>
        <w:t xml:space="preserve"> </w:t>
      </w:r>
      <w:r>
        <w:rPr>
          <w:rFonts w:ascii="Myanmar Text" w:hAnsi="Myanmar Text" w:eastAsia="Myanmar Text" w:cs="Myanmar Text"/>
        </w:rPr>
        <w:t>စကားတစ်ခွန်းသာဖြစ်စေ၊</w:t>
      </w:r>
      <w:r>
        <w:rPr>
          <w:rFonts w:ascii="Times New Roman" w:hAnsi="Times New Roman" w:eastAsia="Times New Roman" w:cs="Times New Roman"/>
        </w:rPr>
        <w:t xml:space="preserve"> </w:t>
      </w:r>
      <w:r>
        <w:rPr>
          <w:rFonts w:ascii="Myanmar Text" w:hAnsi="Myanmar Text" w:eastAsia="Myanmar Text" w:cs="Myanmar Text"/>
        </w:rPr>
        <w:t>ကိုယ်တော်၏</w:t>
      </w:r>
      <w:r>
        <w:rPr>
          <w:rFonts w:ascii="Times New Roman" w:hAnsi="Times New Roman" w:eastAsia="Times New Roman" w:cs="Times New Roman"/>
        </w:rPr>
        <w:t xml:space="preserve"> </w:t>
      </w:r>
      <w:r>
        <w:rPr>
          <w:rFonts w:ascii="Myanmar Text" w:hAnsi="Myanmar Text" w:eastAsia="Myanmar Text" w:cs="Myanmar Text"/>
        </w:rPr>
        <w:t>အားကြီးသော</w:t>
      </w:r>
      <w:r>
        <w:rPr>
          <w:rFonts w:ascii="Times New Roman" w:hAnsi="Times New Roman" w:eastAsia="Times New Roman" w:cs="Times New Roman"/>
        </w:rPr>
        <w:t xml:space="preserve"> </w:t>
      </w:r>
      <w:r>
        <w:rPr>
          <w:rFonts w:ascii="Myanmar Text" w:hAnsi="Myanmar Text" w:eastAsia="Myanmar Text" w:cs="Myanmar Text"/>
        </w:rPr>
        <w:t>တန်ခိုးတော်၏</w:t>
      </w:r>
      <w:r>
        <w:rPr>
          <w:rFonts w:ascii="Times New Roman" w:hAnsi="Times New Roman" w:eastAsia="Times New Roman" w:cs="Times New Roman"/>
        </w:rPr>
        <w:t xml:space="preserve"> </w:t>
      </w:r>
      <w:r>
        <w:rPr>
          <w:rFonts w:ascii="Myanmar Text" w:hAnsi="Myanmar Text" w:eastAsia="Myanmar Text" w:cs="Myanmar Text"/>
        </w:rPr>
        <w:t>ထိတွေ့မှုတစ်ချက်သာဖြစ်စေ၊</w:t>
      </w:r>
      <w:r>
        <w:rPr>
          <w:rFonts w:ascii="Times New Roman" w:hAnsi="Times New Roman" w:eastAsia="Times New Roman" w:cs="Times New Roman"/>
        </w:rPr>
        <w:t xml:space="preserve"> </w:t>
      </w:r>
      <w:r>
        <w:rPr>
          <w:rFonts w:ascii="Myanmar Text" w:hAnsi="Myanmar Text" w:eastAsia="Myanmar Text" w:cs="Myanmar Text"/>
        </w:rPr>
        <w:t>ဤကြီးမားထုထည်သော</w:t>
      </w:r>
      <w:r>
        <w:rPr>
          <w:rFonts w:ascii="Times New Roman" w:hAnsi="Times New Roman" w:eastAsia="Times New Roman" w:cs="Times New Roman"/>
        </w:rPr>
        <w:t xml:space="preserve"> </w:t>
      </w:r>
      <w:r>
        <w:rPr>
          <w:rFonts w:ascii="Myanmar Text" w:hAnsi="Myanmar Text" w:eastAsia="Myanmar Text" w:cs="Myanmar Text"/>
        </w:rPr>
        <w:t>အဆောက်အအုံများသည်</w:t>
      </w:r>
      <w:r>
        <w:rPr>
          <w:rFonts w:ascii="Times New Roman" w:hAnsi="Times New Roman" w:eastAsia="Times New Roman" w:cs="Times New Roman"/>
        </w:rPr>
        <w:t xml:space="preserve"> </w:t>
      </w:r>
      <w:r>
        <w:rPr>
          <w:rFonts w:ascii="Myanmar Text" w:hAnsi="Myanmar Text" w:eastAsia="Myanmar Text" w:cs="Myanmar Text"/>
        </w:rPr>
        <w:t>ပြိုလဲကြလိမ့်မည်။</w:t>
      </w:r>
      <w:r>
        <w:rPr>
          <w:rFonts w:ascii="Times New Roman" w:hAnsi="Times New Roman" w:eastAsia="Times New Roman" w:cs="Times New Roman"/>
        </w:rPr>
        <w:t xml:space="preserve"> </w:t>
      </w:r>
      <w:r>
        <w:rPr>
          <w:rFonts w:ascii="Myanmar Text" w:hAnsi="Myanmar Text" w:eastAsia="Myanmar Text" w:cs="Myanmar Text"/>
        </w:rPr>
        <w:t>ငါတို့</w:t>
      </w:r>
      <w:r>
        <w:rPr>
          <w:rFonts w:ascii="Times New Roman" w:hAnsi="Times New Roman" w:eastAsia="Times New Roman" w:cs="Times New Roman"/>
        </w:rPr>
        <w:t xml:space="preserve"> </w:t>
      </w:r>
      <w:r>
        <w:rPr>
          <w:rFonts w:ascii="Myanmar Text" w:hAnsi="Myanmar Text" w:eastAsia="Myanmar Text" w:cs="Myanmar Text"/>
        </w:rPr>
        <w:t>မစိတ်ကူးနိုင်လောက်သော</w:t>
      </w:r>
      <w:r>
        <w:rPr>
          <w:rFonts w:ascii="Times New Roman" w:hAnsi="Times New Roman" w:eastAsia="Times New Roman" w:cs="Times New Roman"/>
        </w:rPr>
        <w:t xml:space="preserve"> </w:t>
      </w:r>
      <w:r>
        <w:rPr>
          <w:rFonts w:ascii="Myanmar Text" w:hAnsi="Myanmar Text" w:eastAsia="Myanmar Text" w:cs="Myanmar Text"/>
        </w:rPr>
        <w:t>ကြောက်မက်ဖွယ်ရာ</w:t>
      </w:r>
      <w:r>
        <w:rPr>
          <w:rFonts w:ascii="Times New Roman" w:hAnsi="Times New Roman" w:eastAsia="Times New Roman" w:cs="Times New Roman"/>
        </w:rPr>
        <w:t xml:space="preserve"> </w:t>
      </w:r>
      <w:r>
        <w:rPr>
          <w:rFonts w:ascii="Myanmar Text" w:hAnsi="Myanmar Text" w:eastAsia="Myanmar Text" w:cs="Myanmar Text"/>
        </w:rPr>
        <w:t>ဖြစ်ရပ်များ</w:t>
      </w:r>
      <w:r>
        <w:rPr>
          <w:rFonts w:ascii="Times New Roman" w:hAnsi="Times New Roman" w:eastAsia="Times New Roman" w:cs="Times New Roman"/>
        </w:rPr>
        <w:t xml:space="preserve"> </w:t>
      </w:r>
      <w:r>
        <w:rPr>
          <w:rFonts w:ascii="Myanmar Text" w:hAnsi="Myanmar Text" w:eastAsia="Myanmar Text" w:cs="Myanmar Text"/>
        </w:rPr>
        <w:t>ဖြစ်ပေါ်လာလိမ့်မည်။</w:t>
      </w:r>
      <w:r>
        <w:rPr>
          <w:rFonts w:ascii="Times New Roman" w:hAnsi="Times New Roman" w:eastAsia="Times New Roman" w:cs="Times New Roman"/>
        </w:rPr>
        <w:t>” Review and Herald, July 5, 1906.</w:t>
      </w:r>
    </w:p>
    <w:p>
      <w:pPr>
        <w:pStyle w:val="ArticleBody"/>
        <w:jc w:val="left"/>
      </w:pPr>
      <w:r>
        <w:rPr>
          <w:rFonts w:ascii="Times New Roman" w:hAnsi="Times New Roman" w:eastAsia="Times New Roman" w:cs="Times New Roman"/>
        </w:rPr>
        <w:t>Dalam sejarah kaum Millerit, salah satu tanda yang dicatat oleh Lukas ialah “kesesakan bangsa-bangsa.” Bangsa-bangsa melambangkan kuasa-kuasa yang memerintah bumi, dan pada 11 September 2001, setiap bangsa di bumi digoncangkan ketika Malapetaka yang ketiga memasuki sejarah nubuatan. Goncangan duniawi itu dilambangkan dalam Lukas dua puluh satu, tetapi bukan melalui ungkapan alkitabiah tentang goncangan kuasa-kuasa bumi. Ia dilambangkan oleh frasa, “kesesakan bangsa-bangsa,” sebagaimana yang ditimpakan ke atas bangsa-bangsa di dunia ketika bangunan-bangunan besar di New York dijatuhkan. “Kesesakan bangsa-bangsa” dalam Lukas ialah goncangan kuasa-kuasa bumi, dan hal itu telah digenapi dalam sejarah kaum Millerit.</w:t>
      </w:r>
    </w:p>
    <w:p>
      <w:pPr>
        <w:pStyle w:val="ArticleScripture"/>
        <w:jc w:val="left"/>
      </w:pPr>
      <w:r>
        <w:rPr>
          <w:rFonts w:ascii="Times New Roman" w:hAnsi="Times New Roman" w:eastAsia="Times New Roman" w:cs="Times New Roman"/>
        </w:rPr>
        <w:t>“Ndzi vone leswaku matimba ya misava sweswi ma le ku tsekatsekisweni, ni leswaku swiendlakalo swi ta hi ku landzelana. Nyimpi, ni timhaka ta nyimpi, banga, ndlala, ni ntungu, swona swi rhanga hi ku tsekatsekisa matimba ya misava; kutani rito ra Xikwembu ri ta tsekatsekisa dyambu, n’weti, ni tinyeleti, ni misava leyi na yona. Ndzi vone leswaku ku tsekatsekisiwa ka matimba eYuropa a hi kona, hilaha van’wana va dyondzisaka hakona, ku tsekatsekisiwa ka matimba ya matilo, kambe i ku tsekatsekisiwa ka matiko lama hlundzukeke.” Early Writings, 41.</w:t>
      </w:r>
    </w:p>
    <w:p>
      <w:pPr>
        <w:pStyle w:val="ArticleBody"/>
        <w:jc w:val="left"/>
      </w:pPr>
      <w:r>
        <w:rPr>
          <w:rFonts w:ascii="Times New Roman" w:hAnsi="Times New Roman" w:eastAsia="Times New Roman" w:cs="Times New Roman"/>
        </w:rPr>
        <w:t>“Перзегаан ұлусуд-ун күчи-н доргон болғақан,” гэдэг нь “йирэ-үн күчи-н” доргосон хэрэг мөн; энээни Адвентизм-ун эхин түүхэ-дэ “Европа-дахи күчи-н” доргон болһоноор жэшээлэн харуулһан байна. Урия Смит 1838 ондо Европа-дахи күчи-е юу доргожо байһые тодорхойлһон байна.</w:t>
      </w:r>
    </w:p>
    <w:p>
      <w:pPr>
        <w:pStyle w:val="ArticleScripture"/>
        <w:jc w:val="left"/>
      </w:pPr>
      <w:r>
        <w:rPr>
          <w:rFonts w:ascii="Times New Roman" w:hAnsi="Times New Roman" w:eastAsia="Times New Roman" w:cs="Times New Roman"/>
        </w:rPr>
        <w:t>“Sebagaimana tempoh nubuat sangkakala [keenam] ini bermula dengan penyerahan kuasa secara sukarela ke dalam tangan orang Turki oleh maharaja Kristian di Timur, demikian juga kita boleh dengan wajar menyimpulkan bahawa pengakhirannya akan ditandai oleh penyerahan kuasa itu secara sukarela oleh Sultan Turki kembali ke dalam tangan orang Kristian. Pada tahun 1838 Turki terlibat dalam peperangan dengan Mesir. Pihak Mesir kelihatan berpotensi untuk menumbangkan kuasa Turki. Bagi mencegah hal ini, empat kuasa besar Eropah, England, Russia, Austria, dan Prussia, campur tangan untuk mempertahankan kerajaan Turki. Turki menerima campur tangan mereka. Suatu persidangan telah diadakan di London, di mana suatu ultimatum telah dirangka untuk disampaikan kepada Mehemet Ali, Pacha Mesir. Jelaslah bahawa apabila ultimatum ini diletakkan ke dalam tangan Mehemet, nasib Empayar Uthmaniyyah pada hakikatnya akan diletakkan ke dalam tangan kuasa-kuasa Kristian di Eropah. Ultimatum ini telah diletakkan ke dalam tangan Mehemet pada hari ke-11 bulan Ogos 1840! dan pada hari itu juga Sultan telah menyampaikan suatu nota kepada para duta empat kuasa tersebut, dengan menanyakan apakah yang harus dilakukan sekiranya Mehemet enggan mematuhi syarat-syarat yang telah mereka kemukakan. Jawapannya ialah bahawa baginda tidak perlu merasa cemas tentang sebarang kemungkinan yang mungkin timbul; kerana mereka telah membuat persediaan bagi hal itu. Tempoh nubuat itu pun berakhir, dan pada hari itu juga penguasaan atas urusan-urusan Mohammedan berpindah ke dalam tangan orang Kristian, sama seperti penguasaan atas urusan-urusan Kristian telah berpindah ke dalam tangan orang Mohammedan 391 tahun dan 15 hari sebelumnya. Demikianlah celaka kedua berakhir, dan sangkakala keenam pun berhenti berbunyi.” Uriah Smith, Synopsis of Present Truth, 218.</w:t>
      </w:r>
    </w:p>
    <w:p>
      <w:pPr>
        <w:pStyle w:val="ArticleBody"/>
        <w:jc w:val="left"/>
      </w:pPr>
      <w:r>
        <w:rPr>
          <w:rFonts w:ascii="Times New Roman" w:hAnsi="Times New Roman" w:eastAsia="Times New Roman" w:cs="Times New Roman"/>
        </w:rPr>
        <w:t>Islam bagi Sengsara yang kedua telah melampaui puncak kekuasaannya, yang menurut firman Tuhan akan berlanjut selama tiga ratus sembilan puluh satu tahun dan lima belas hari. Namun, pada dasawarsa 1830-an Mesir sedang berusaha untuk menegakkan kembali suatu kekhalifahan di Mesir dengan tujuan melanjutkan jihad besar kedua dalam sejarah Muslim. Kemungkinan terjadinya lebih banyak peperangan Islam membuat kuasa-kuasa Eropa gemetar karena ketakutan. Selama beberapa dasawarsa, krisis bangkitnya kembali peperangan Islam itu oleh para sejarawan dan para pelapor pada tahun-tahun tersebut disebut sebagai “Persoalan Timur.” Peperangan anak-anak dari timur telah dilancarkan selama berabad-abad melawan bangsa-bangsa Eropa, yang memperoleh agama mereka dari gereja Roma. Pada tahun 1838, “kesesakan bangsa-bangsa,” yang dirujuk oleh Kristus, melambangkan guncangan bangsa-bangsa yang murka yang ditimbulkan oleh peperangan yang dilancarkan Islam terhadap bekas Kekaisaran Romawi.</w:t>
      </w:r>
    </w:p>
    <w:p>
      <w:pPr>
        <w:pStyle w:val="ArticleScripture"/>
        <w:jc w:val="left"/>
      </w:pPr>
      <w:r>
        <w:rPr>
          <w:rFonts w:ascii="Times New Roman" w:hAnsi="Times New Roman" w:eastAsia="Times New Roman" w:cs="Times New Roman"/>
        </w:rPr>
        <w:t>“Ka [thlah] vântirli pali mliam li tûp uihliaka Euphrates tiva ropuiah kha ka hriatna chu, Pathianin tuna Ottoman ram lalna siamtu hnam principal pali, Konstantinopla khuaah Eastern Empire hneh tumin an lo beih tawh a, Europe hnehnaah pawh hmasawnna tlemte chauh an neih tawh kha, tuna Konstantinopla lak tûrin, Europe thumthen pakhat vel chu hneh leh thunun tûrin a phal dawn tih ka hria a; chu chu kum zabi sawm leh nga laihâwl vêlah thil lo thleng tak chu a ni.” Works of William Miller, Volume 2, 121.</w:t>
      </w:r>
    </w:p>
    <w:p>
      <w:pPr>
        <w:pStyle w:val="ArticleBody"/>
        <w:jc w:val="left"/>
      </w:pPr>
      <w:r>
        <w:rPr>
          <w:rFonts w:ascii="Times New Roman" w:hAnsi="Times New Roman" w:eastAsia="Times New Roman" w:cs="Times New Roman"/>
        </w:rPr>
        <w:t>Jepə dastanə Luka taj dəywɛr ləŋi dəgəst, “bə sərgərdanija; derya u ləpnaki wɛrişan kərdən,” u “dilə marduman ji tirsê tɛk çûn, u ji bo aw tiştan ku dên ser rûyê erdê” bûn. Sərgərdaniya Meselayê Rojhilatê hɛta nav sedsala bîstan de hɛrçî hêzên erdê têkildar û hejandî hişt, û nîşana wê dəgəst “dilə marduman ji tirsê tɛk çûn” bû û “derya u ləpnak wɛrişan kərdən.”</w:t>
      </w:r>
    </w:p>
    <w:p>
      <w:pPr>
        <w:pStyle w:val="ArticleScripture"/>
        <w:jc w:val="left"/>
      </w:pPr>
      <w:r>
        <w:rPr>
          <w:rFonts w:ascii="Times New Roman" w:hAnsi="Times New Roman" w:eastAsia="Times New Roman" w:cs="Times New Roman"/>
        </w:rPr>
        <w:t>“Ndomboloma ei ya batlhanka ba Modimo ke yone e e tshwanang le e Esekiele a neng a e bontshiwa mo ponatshegelong. Johane le ene o ne a nna mosupi wa tshenolo eno e e gakgamatsang thata. O ne a bona lewatle le makhubu a le kurutla, le dipelo tsa batho di koafala ka ntlha ya poifo. O ne a leba lefatshe le reketlisiwa, le dithaba di latlhelwa mo gare ga lewatle (se se diregang ka mmatota), metsi a lone a kurutla e bile a fuduega, le dithaba di roroma ka ntlha ya go ruruga ga lone. O ne a bontshiwa dipetso, malwetse a leroborobo, tlala, le loso tsotlhe di diragatsa thomo ya tsone e e boitshegang.” Testimonies to Ministers, 445.</w:t>
      </w:r>
    </w:p>
    <w:p>
      <w:pPr>
        <w:pStyle w:val="ArticleBody"/>
        <w:jc w:val="left"/>
      </w:pPr>
      <w:r>
        <w:rPr>
          <w:rFonts w:ascii="Times New Roman" w:hAnsi="Times New Roman" w:eastAsia="Times New Roman" w:cs="Times New Roman"/>
        </w:rPr>
        <w:t>Neng John aning agi chonga brinani sealing oɳe hundred and forty-four thousandko mesokaha, ua songsarekni dukrangrangko nikaha, jekon seas aro waves roaringchi mesokaha, aro manderangni ka∙tongrang kenani gimin ga∙aknasienga, aro ian Ezekielko chapter nineo mesokgimin sealing apsan ong∙aha. Ezekielko sealingni nangrimaniko mesokaha aro Johnko sealing baksa nangrimenggipa a∙gilsakni chinrangko mesokaha. John nikaha je, songsarekni boalmika sealing oɳe hundred and forty-four thousand baksa nangrima, aro songsarekni boalmika Lukeni distress of nationsba ong∙a, jekon itihaso Eastern Question ine u∙igipa ong∙a. Johnko mesokaha je, third Woeni Islam, sealing oɳe hundred and forty-four thousandni a∙gilsakni chin ong∙a.</w:t>
      </w:r>
    </w:p>
    <w:p>
      <w:pPr>
        <w:pStyle w:val="ArticleScripture"/>
        <w:jc w:val="left"/>
      </w:pPr>
      <w:r>
        <w:rPr>
          <w:rFonts w:ascii="Times New Roman" w:hAnsi="Times New Roman" w:eastAsia="Times New Roman" w:cs="Times New Roman"/>
        </w:rPr>
        <w:t>“Wakati wa sasa ni wa umuhimu mkuu unaowagusa wote walio hai. Watawala na wakuu wa serikali, watu wanaoshika nyadhifa za amana na mamlaka, wanaume na wanawake wenye fikra kutoka katika tabaka zote, wameelekeza fikira zao kwenye matukio yanayotendeka kutuzunguka. Wanatazama mahusiano yenye mvutano na yasiyo na utulivu yaliyopo miongoni mwa mataifa. Wanaona ukali unaozikumba kila hali ya duniani, nao wanatambua kwamba jambo fulani kubwa na la kuamua liko karibu kutukia—kwamba ulimwengu uko ukingoni mwa msukosuko mkuu sana.”</w:t>
      </w:r>
    </w:p>
    <w:p>
      <w:pPr>
        <w:pStyle w:val="ArticleScripture"/>
        <w:jc w:val="left"/>
      </w:pPr>
      <w:r>
        <w:rPr>
          <w:rFonts w:ascii="Times New Roman" w:hAnsi="Times New Roman" w:eastAsia="Times New Roman" w:cs="Times New Roman"/>
        </w:rPr>
        <w:t>“Maŋɛfo le fiifiaa le lɛ kpee afɔli kɛ, ni afɔli ma fuu o, gaŋ jiŋmɔ kɛ he mi huɔ duniya la ni e kɛɛli ni ba baa; amɛ aŋmɔ kɛsɛe le kɔ ni e yaa ni e pɔlɔ kɛ jiŋmɔ la; ke ni Wɔŋ kɛ baŋ maŋɛfo la ni ba loo afɔli la, aŋmɔ kɛ nyɛ saa jiŋmɔ ni afɔli kɛ, ni kalam kɔŋ ba nyɛ ni e sɔmi o.”</w:t>
      </w:r>
    </w:p>
    <w:p>
      <w:pPr>
        <w:pStyle w:val="ArticleScripture"/>
        <w:jc w:val="left"/>
      </w:pPr>
      <w:r>
        <w:rPr>
          <w:rFonts w:ascii="Times New Roman" w:hAnsi="Times New Roman" w:eastAsia="Times New Roman" w:cs="Times New Roman"/>
        </w:rPr>
        <w:t>“Baibala, bad baibala chachizguijain, na∙simangni ia pilak kattarangko rongtalbea nikna on∙a. Iano an∙chingni a∙gilsakni itihasni bon∙kamgipa dal∙begipa dramarang parape∙ako man∙a; jeanrang already skanggipa rangko ga∙akataniko dakenga, uamangni re∙baaniko kna∙ani a∙gilsakko bimchipaata, aro manderangni ka∙tongrangko kenani gimin bilsiata.” Education, 179, 180.</w:t>
      </w:r>
    </w:p>
    <w:p>
      <w:pPr>
        <w:pStyle w:val="ArticleBody"/>
        <w:jc w:val="left"/>
      </w:pPr>
      <w:r>
        <w:rPr>
          <w:rFonts w:ascii="Times New Roman" w:hAnsi="Times New Roman" w:eastAsia="Times New Roman" w:cs="Times New Roman"/>
        </w:rPr>
        <w:t>Dalam Lukas pasal dua puluh satu, Yesus mengenal pasti “tanda-tanda” yang mengawali gerakan Millerite, dan semua “tanda” itu, menurut Sister White, telah digenapi. Gempa bumi Lisbon, hari yang gelap, bintang-bintang yang gugur, dan kegelisahan bangsa-bangsa, yang melambangkan goncangan kuasa-kuasa bumi yang digenapi oleh Islam melalui ketakutan yang ditimbulkan oleh Persoalan Timur, semuanya telah digenapi. “Tanda-tanda” Millerite itu juga mencakup Anak Manusia datang dengan awan, yang telah digenapi menurut urutan yang tepat sebagaimana “tanda-tanda” itu diberikan oleh Kristus; sebab setelah kegelisahan bangsa-bangsa berakhir dengan pengekangan supremasi Uthmaniyyah pada tahun 1840, Kristus datang ke Tempat Mahakudus pada 22 Oktober 1844, dan ketika Dia datang, Dia datang dengan awan.</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တစ်စုံတစ်ဦးသည်</w:t>
      </w:r>
      <w:r>
        <w:rPr>
          <w:rFonts w:ascii="Times New Roman" w:hAnsi="Times New Roman" w:eastAsia="Times New Roman" w:cs="Times New Roman"/>
        </w:rPr>
        <w:t xml:space="preserve"> </w:t>
      </w:r>
      <w:r>
        <w:rPr>
          <w:rFonts w:ascii="Myanmar Text" w:hAnsi="Myanmar Text" w:eastAsia="Myanmar Text" w:cs="Myanmar Text"/>
        </w:rPr>
        <w:t>လူသား၏သားတော်နှင့်တူ၍</w:t>
      </w:r>
      <w:r>
        <w:rPr>
          <w:rFonts w:ascii="Times New Roman" w:hAnsi="Times New Roman" w:eastAsia="Times New Roman" w:cs="Times New Roman"/>
        </w:rPr>
        <w:t xml:space="preserve"> </w:t>
      </w:r>
      <w:r>
        <w:rPr>
          <w:rFonts w:ascii="Myanmar Text" w:hAnsi="Myanmar Text" w:eastAsia="Myanmar Text" w:cs="Myanmar Text"/>
        </w:rPr>
        <w:t>ကောင်းကင်မိုးတိမ်တို့နှင့်အတူ</w:t>
      </w:r>
      <w:r>
        <w:rPr>
          <w:rFonts w:ascii="Times New Roman" w:hAnsi="Times New Roman" w:eastAsia="Times New Roman" w:cs="Times New Roman"/>
        </w:rPr>
        <w:t xml:space="preserve"> </w:t>
      </w:r>
      <w:r>
        <w:rPr>
          <w:rFonts w:ascii="Myanmar Text" w:hAnsi="Myanmar Text" w:eastAsia="Myanmar Text" w:cs="Myanmar Text"/>
        </w:rPr>
        <w:t>လာသည်ကို</w:t>
      </w:r>
      <w:r>
        <w:rPr>
          <w:rFonts w:ascii="Times New Roman" w:hAnsi="Times New Roman" w:eastAsia="Times New Roman" w:cs="Times New Roman"/>
        </w:rPr>
        <w:t xml:space="preserve"> </w:t>
      </w:r>
      <w:r>
        <w:rPr>
          <w:rFonts w:ascii="Myanmar Text" w:hAnsi="Myanmar Text" w:eastAsia="Myanmar Text" w:cs="Myanmar Text"/>
        </w:rPr>
        <w:t>မြင်ရ၏။</w:t>
      </w:r>
      <w:r>
        <w:rPr>
          <w:rFonts w:ascii="Times New Roman" w:hAnsi="Times New Roman" w:eastAsia="Times New Roman" w:cs="Times New Roman"/>
        </w:rPr>
        <w:t xml:space="preserve"> </w:t>
      </w:r>
      <w:r>
        <w:rPr>
          <w:rFonts w:ascii="Myanmar Text" w:hAnsi="Myanmar Text" w:eastAsia="Myanmar Text" w:cs="Myanmar Text"/>
        </w:rPr>
        <w:t>သူသည်</w:t>
      </w:r>
      <w:r>
        <w:rPr>
          <w:rFonts w:ascii="Times New Roman" w:hAnsi="Times New Roman" w:eastAsia="Times New Roman" w:cs="Times New Roman"/>
        </w:rPr>
        <w:t xml:space="preserve"> </w:t>
      </w:r>
      <w:r>
        <w:rPr>
          <w:rFonts w:ascii="Myanmar Text" w:hAnsi="Myanmar Text" w:eastAsia="Myanmar Text" w:cs="Myanmar Text"/>
        </w:rPr>
        <w:t>ရှေးကာလများ၏</w:t>
      </w:r>
      <w:r>
        <w:rPr>
          <w:rFonts w:ascii="Times New Roman" w:hAnsi="Times New Roman" w:eastAsia="Times New Roman" w:cs="Times New Roman"/>
        </w:rPr>
        <w:t xml:space="preserve"> </w:t>
      </w:r>
      <w:r>
        <w:rPr>
          <w:rFonts w:ascii="Myanmar Text" w:hAnsi="Myanmar Text" w:eastAsia="Myanmar Text" w:cs="Myanmar Text"/>
        </w:rPr>
        <w:t>အိုမင်းတော်မူသောဘုရားထံသို့</w:t>
      </w:r>
      <w:r>
        <w:rPr>
          <w:rFonts w:ascii="Times New Roman" w:hAnsi="Times New Roman" w:eastAsia="Times New Roman" w:cs="Times New Roman"/>
        </w:rPr>
        <w:t xml:space="preserve"> </w:t>
      </w:r>
      <w:r>
        <w:rPr>
          <w:rFonts w:ascii="Myanmar Text" w:hAnsi="Myanmar Text" w:eastAsia="Myanmar Text" w:cs="Myanmar Text"/>
        </w:rPr>
        <w:t>လာ၍၊</w:t>
      </w:r>
      <w:r>
        <w:rPr>
          <w:rFonts w:ascii="Times New Roman" w:hAnsi="Times New Roman" w:eastAsia="Times New Roman" w:cs="Times New Roman"/>
        </w:rPr>
        <w:t xml:space="preserve"> </w:t>
      </w:r>
      <w:r>
        <w:rPr>
          <w:rFonts w:ascii="Myanmar Text" w:hAnsi="Myanmar Text" w:eastAsia="Myanmar Text" w:cs="Myanmar Text"/>
        </w:rPr>
        <w:t>သူ့ကို</w:t>
      </w:r>
      <w:r>
        <w:rPr>
          <w:rFonts w:ascii="Times New Roman" w:hAnsi="Times New Roman" w:eastAsia="Times New Roman" w:cs="Times New Roman"/>
        </w:rPr>
        <w:t xml:space="preserve"> </w:t>
      </w:r>
      <w:r>
        <w:rPr>
          <w:rFonts w:ascii="Myanmar Text" w:hAnsi="Myanmar Text" w:eastAsia="Myanmar Text" w:cs="Myanmar Text"/>
        </w:rPr>
        <w:t>ရှေ့တော်သို့</w:t>
      </w:r>
      <w:r>
        <w:rPr>
          <w:rFonts w:ascii="Times New Roman" w:hAnsi="Times New Roman" w:eastAsia="Times New Roman" w:cs="Times New Roman"/>
        </w:rPr>
        <w:t xml:space="preserve"> </w:t>
      </w:r>
      <w:r>
        <w:rPr>
          <w:rFonts w:ascii="Myanmar Text" w:hAnsi="Myanmar Text" w:eastAsia="Myanmar Text" w:cs="Myanmar Text"/>
        </w:rPr>
        <w:t>ဆောင်ခဲ့ကြ၏။</w:t>
      </w:r>
      <w:r>
        <w:rPr>
          <w:rFonts w:ascii="Times New Roman" w:hAnsi="Times New Roman" w:eastAsia="Times New Roman" w:cs="Times New Roman"/>
        </w:rPr>
        <w:t xml:space="preserve"> </w:t>
      </w:r>
      <w:r>
        <w:rPr>
          <w:rFonts w:ascii="Myanmar Text" w:hAnsi="Myanmar Text" w:eastAsia="Myanmar Text" w:cs="Myanmar Text"/>
        </w:rPr>
        <w:t>ထိုနောက်</w:t>
      </w:r>
      <w:r>
        <w:rPr>
          <w:rFonts w:ascii="Times New Roman" w:hAnsi="Times New Roman" w:eastAsia="Times New Roman" w:cs="Times New Roman"/>
        </w:rPr>
        <w:t xml:space="preserve"> </w:t>
      </w:r>
      <w:r>
        <w:rPr>
          <w:rFonts w:ascii="Myanmar Text" w:hAnsi="Myanmar Text" w:eastAsia="Myanmar Text" w:cs="Myanmar Text"/>
        </w:rPr>
        <w:t>အာဏာတန်ခိုး၊</w:t>
      </w:r>
      <w:r>
        <w:rPr>
          <w:rFonts w:ascii="Times New Roman" w:hAnsi="Times New Roman" w:eastAsia="Times New Roman" w:cs="Times New Roman"/>
        </w:rPr>
        <w:t xml:space="preserve"> </w:t>
      </w:r>
      <w:r>
        <w:rPr>
          <w:rFonts w:ascii="Myanmar Text" w:hAnsi="Myanmar Text" w:eastAsia="Myanmar Text" w:cs="Myanmar Text"/>
        </w:rPr>
        <w:t>ဘုန်းအသရေ၊</w:t>
      </w:r>
      <w:r>
        <w:rPr>
          <w:rFonts w:ascii="Times New Roman" w:hAnsi="Times New Roman" w:eastAsia="Times New Roman" w:cs="Times New Roman"/>
        </w:rPr>
        <w:t xml:space="preserve"> </w:t>
      </w:r>
      <w:r>
        <w:rPr>
          <w:rFonts w:ascii="Myanmar Text" w:hAnsi="Myanmar Text" w:eastAsia="Myanmar Text" w:cs="Myanmar Text"/>
        </w:rPr>
        <w:t>နိုင်ငံတော်ကိုလည်း</w:t>
      </w:r>
      <w:r>
        <w:rPr>
          <w:rFonts w:ascii="Times New Roman" w:hAnsi="Times New Roman" w:eastAsia="Times New Roman" w:cs="Times New Roman"/>
        </w:rPr>
        <w:t xml:space="preserve"> </w:t>
      </w:r>
      <w:r>
        <w:rPr>
          <w:rFonts w:ascii="Myanmar Text" w:hAnsi="Myanmar Text" w:eastAsia="Myanmar Text" w:cs="Myanmar Text"/>
        </w:rPr>
        <w:t>သူ့အား</w:t>
      </w:r>
      <w:r>
        <w:rPr>
          <w:rFonts w:ascii="Times New Roman" w:hAnsi="Times New Roman" w:eastAsia="Times New Roman" w:cs="Times New Roman"/>
        </w:rPr>
        <w:t xml:space="preserve"> </w:t>
      </w:r>
      <w:r>
        <w:rPr>
          <w:rFonts w:ascii="Myanmar Text" w:hAnsi="Myanmar Text" w:eastAsia="Myanmar Text" w:cs="Myanmar Text"/>
        </w:rPr>
        <w:t>ပေးသနားတော်မူ၏၊</w:t>
      </w:r>
      <w:r>
        <w:rPr>
          <w:rFonts w:ascii="Times New Roman" w:hAnsi="Times New Roman" w:eastAsia="Times New Roman" w:cs="Times New Roman"/>
        </w:rPr>
        <w:t xml:space="preserve"> </w:t>
      </w:r>
      <w:r>
        <w:rPr>
          <w:rFonts w:ascii="Myanmar Text" w:hAnsi="Myanmar Text" w:eastAsia="Myanmar Text" w:cs="Myanmar Text"/>
        </w:rPr>
        <w:t>လူမျိုးအပေါင်း၊</w:t>
      </w:r>
      <w:r>
        <w:rPr>
          <w:rFonts w:ascii="Times New Roman" w:hAnsi="Times New Roman" w:eastAsia="Times New Roman" w:cs="Times New Roman"/>
        </w:rPr>
        <w:t xml:space="preserve"> </w:t>
      </w:r>
      <w:r>
        <w:rPr>
          <w:rFonts w:ascii="Myanmar Text" w:hAnsi="Myanmar Text" w:eastAsia="Myanmar Text" w:cs="Myanmar Text"/>
        </w:rPr>
        <w:t>တိုင်းနိုင်ငံအပေါင်း၊</w:t>
      </w:r>
      <w:r>
        <w:rPr>
          <w:rFonts w:ascii="Times New Roman" w:hAnsi="Times New Roman" w:eastAsia="Times New Roman" w:cs="Times New Roman"/>
        </w:rPr>
        <w:t xml:space="preserve"> </w:t>
      </w:r>
      <w:r>
        <w:rPr>
          <w:rFonts w:ascii="Myanmar Text" w:hAnsi="Myanmar Text" w:eastAsia="Myanmar Text" w:cs="Myanmar Text"/>
        </w:rPr>
        <w:t>ဘာသာစကားအမျိုးမျိုးတို့သည်</w:t>
      </w:r>
      <w:r>
        <w:rPr>
          <w:rFonts w:ascii="Times New Roman" w:hAnsi="Times New Roman" w:eastAsia="Times New Roman" w:cs="Times New Roman"/>
        </w:rPr>
        <w:t xml:space="preserve"> </w:t>
      </w:r>
      <w:r>
        <w:rPr>
          <w:rFonts w:ascii="Myanmar Text" w:hAnsi="Myanmar Text" w:eastAsia="Myanmar Text" w:cs="Myanmar Text"/>
        </w:rPr>
        <w:t>သူ့အား</w:t>
      </w:r>
      <w:r>
        <w:rPr>
          <w:rFonts w:ascii="Times New Roman" w:hAnsi="Times New Roman" w:eastAsia="Times New Roman" w:cs="Times New Roman"/>
        </w:rPr>
        <w:t xml:space="preserve"> </w:t>
      </w:r>
      <w:r>
        <w:rPr>
          <w:rFonts w:ascii="Myanmar Text" w:hAnsi="Myanmar Text" w:eastAsia="Myanmar Text" w:cs="Myanmar Text"/>
        </w:rPr>
        <w:t>အစေခံစေခြင်းငှာ</w:t>
      </w:r>
      <w:r>
        <w:rPr>
          <w:rFonts w:ascii="Times New Roman" w:hAnsi="Times New Roman" w:eastAsia="Times New Roman" w:cs="Times New Roman"/>
        </w:rPr>
        <w:t xml:space="preserve"> </w:t>
      </w:r>
      <w:r>
        <w:rPr>
          <w:rFonts w:ascii="Myanmar Text" w:hAnsi="Myanmar Text" w:eastAsia="Myanmar Text" w:cs="Myanmar Text"/>
        </w:rPr>
        <w:t>ဖြစ်၏။</w:t>
      </w:r>
      <w:r>
        <w:rPr>
          <w:rFonts w:ascii="Times New Roman" w:hAnsi="Times New Roman" w:eastAsia="Times New Roman" w:cs="Times New Roman"/>
        </w:rPr>
        <w:t xml:space="preserve"> </w:t>
      </w:r>
      <w:r>
        <w:rPr>
          <w:rFonts w:ascii="Myanmar Text" w:hAnsi="Myanmar Text" w:eastAsia="Myanmar Text" w:cs="Myanmar Text"/>
        </w:rPr>
        <w:t>သူ၏အာဏာတန်ခိုးသည်</w:t>
      </w:r>
      <w:r>
        <w:rPr>
          <w:rFonts w:ascii="Times New Roman" w:hAnsi="Times New Roman" w:eastAsia="Times New Roman" w:cs="Times New Roman"/>
        </w:rPr>
        <w:t xml:space="preserve"> </w:t>
      </w:r>
      <w:r>
        <w:rPr>
          <w:rFonts w:ascii="Myanmar Text" w:hAnsi="Myanmar Text" w:eastAsia="Myanmar Text" w:cs="Myanmar Text"/>
        </w:rPr>
        <w:t>ပျောက်ကွယ်မသွားသော</w:t>
      </w:r>
      <w:r>
        <w:rPr>
          <w:rFonts w:ascii="Times New Roman" w:hAnsi="Times New Roman" w:eastAsia="Times New Roman" w:cs="Times New Roman"/>
        </w:rPr>
        <w:t xml:space="preserve"> </w:t>
      </w:r>
      <w:r>
        <w:rPr>
          <w:rFonts w:ascii="Myanmar Text" w:hAnsi="Myanmar Text" w:eastAsia="Myanmar Text" w:cs="Myanmar Text"/>
        </w:rPr>
        <w:t>ထာဝရအာဏာတန်ခိုး</w:t>
      </w:r>
      <w:r>
        <w:rPr>
          <w:rFonts w:ascii="Times New Roman" w:hAnsi="Times New Roman" w:eastAsia="Times New Roman" w:cs="Times New Roman"/>
        </w:rPr>
        <w:t xml:space="preserve"> </w:t>
      </w:r>
      <w:r>
        <w:rPr>
          <w:rFonts w:ascii="Myanmar Text" w:hAnsi="Myanmar Text" w:eastAsia="Myanmar Text" w:cs="Myanmar Text"/>
        </w:rPr>
        <w:t>ဖြစ်၏။</w:t>
      </w:r>
      <w:r>
        <w:rPr>
          <w:rFonts w:ascii="Times New Roman" w:hAnsi="Times New Roman" w:eastAsia="Times New Roman" w:cs="Times New Roman"/>
        </w:rPr>
        <w:t xml:space="preserve">’ </w:t>
      </w:r>
      <w:r>
        <w:rPr>
          <w:rFonts w:ascii="Myanmar Text" w:hAnsi="Myanmar Text" w:eastAsia="Myanmar Text" w:cs="Myanmar Text"/>
        </w:rPr>
        <w:t>ဒံယေလ</w:t>
      </w:r>
      <w:r>
        <w:rPr>
          <w:rFonts w:ascii="Times New Roman" w:hAnsi="Times New Roman" w:eastAsia="Times New Roman" w:cs="Times New Roman"/>
        </w:rPr>
        <w:t xml:space="preserve"> 7:13, 14</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ဤနေရာ၌</w:t>
      </w:r>
      <w:r>
        <w:rPr>
          <w:rFonts w:ascii="Times New Roman" w:hAnsi="Times New Roman" w:eastAsia="Times New Roman" w:cs="Times New Roman"/>
        </w:rPr>
        <w:t xml:space="preserve"> </w:t>
      </w:r>
      <w:r>
        <w:rPr>
          <w:rFonts w:ascii="Myanmar Text" w:hAnsi="Myanmar Text" w:eastAsia="Myanmar Text" w:cs="Myanmar Text"/>
        </w:rPr>
        <w:t>ဖော်ပြထားသော</w:t>
      </w:r>
      <w:r>
        <w:rPr>
          <w:rFonts w:ascii="Times New Roman" w:hAnsi="Times New Roman" w:eastAsia="Times New Roman" w:cs="Times New Roman"/>
        </w:rPr>
        <w:t xml:space="preserve"> </w:t>
      </w:r>
      <w:r>
        <w:rPr>
          <w:rFonts w:ascii="Myanmar Text" w:hAnsi="Myanmar Text" w:eastAsia="Myanmar Text" w:cs="Myanmar Text"/>
        </w:rPr>
        <w:t>ခရစ်တော်၏</w:t>
      </w:r>
      <w:r>
        <w:rPr>
          <w:rFonts w:ascii="Times New Roman" w:hAnsi="Times New Roman" w:eastAsia="Times New Roman" w:cs="Times New Roman"/>
        </w:rPr>
        <w:t xml:space="preserve"> </w:t>
      </w:r>
      <w:r>
        <w:rPr>
          <w:rFonts w:ascii="Myanmar Text" w:hAnsi="Myanmar Text" w:eastAsia="Myanmar Text" w:cs="Myanmar Text"/>
        </w:rPr>
        <w:t>ကြွလာခြင်းသည်</w:t>
      </w:r>
      <w:r>
        <w:rPr>
          <w:rFonts w:ascii="Times New Roman" w:hAnsi="Times New Roman" w:eastAsia="Times New Roman" w:cs="Times New Roman"/>
        </w:rPr>
        <w:t xml:space="preserve"> </w:t>
      </w:r>
      <w:r>
        <w:rPr>
          <w:rFonts w:ascii="Myanmar Text" w:hAnsi="Myanmar Text" w:eastAsia="Myanmar Text" w:cs="Myanmar Text"/>
        </w:rPr>
        <w:t>မြေကြီးသို့</w:t>
      </w:r>
      <w:r>
        <w:rPr>
          <w:rFonts w:ascii="Times New Roman" w:hAnsi="Times New Roman" w:eastAsia="Times New Roman" w:cs="Times New Roman"/>
        </w:rPr>
        <w:t xml:space="preserve"> </w:t>
      </w:r>
      <w:r>
        <w:rPr>
          <w:rFonts w:ascii="Myanmar Text" w:hAnsi="Myanmar Text" w:eastAsia="Myanmar Text" w:cs="Myanmar Text"/>
        </w:rPr>
        <w:t>ဒုတိယအကြိမ်</w:t>
      </w:r>
      <w:r>
        <w:rPr>
          <w:rFonts w:ascii="Times New Roman" w:hAnsi="Times New Roman" w:eastAsia="Times New Roman" w:cs="Times New Roman"/>
        </w:rPr>
        <w:t xml:space="preserve"> </w:t>
      </w:r>
      <w:r>
        <w:rPr>
          <w:rFonts w:ascii="Myanmar Text" w:hAnsi="Myanmar Text" w:eastAsia="Myanmar Text" w:cs="Myanmar Text"/>
        </w:rPr>
        <w:t>ကြွလာခြင်းမဟုတ်။</w:t>
      </w:r>
      <w:r>
        <w:rPr>
          <w:rFonts w:ascii="Times New Roman" w:hAnsi="Times New Roman" w:eastAsia="Times New Roman" w:cs="Times New Roman"/>
        </w:rPr>
        <w:t xml:space="preserve"> </w:t>
      </w:r>
      <w:r>
        <w:rPr>
          <w:rFonts w:ascii="Myanmar Text" w:hAnsi="Myanmar Text" w:eastAsia="Myanmar Text" w:cs="Myanmar Text"/>
        </w:rPr>
        <w:t>သူသည်</w:t>
      </w:r>
      <w:r>
        <w:rPr>
          <w:rFonts w:ascii="Times New Roman" w:hAnsi="Times New Roman" w:eastAsia="Times New Roman" w:cs="Times New Roman"/>
        </w:rPr>
        <w:t xml:space="preserve"> </w:t>
      </w:r>
      <w:r>
        <w:rPr>
          <w:rFonts w:ascii="Myanmar Text" w:hAnsi="Myanmar Text" w:eastAsia="Myanmar Text" w:cs="Myanmar Text"/>
        </w:rPr>
        <w:t>အာဏာတန်ခိုးနှင့်</w:t>
      </w:r>
      <w:r>
        <w:rPr>
          <w:rFonts w:ascii="Times New Roman" w:hAnsi="Times New Roman" w:eastAsia="Times New Roman" w:cs="Times New Roman"/>
        </w:rPr>
        <w:t xml:space="preserve"> </w:t>
      </w:r>
      <w:r>
        <w:rPr>
          <w:rFonts w:ascii="Myanmar Text" w:hAnsi="Myanmar Text" w:eastAsia="Myanmar Text" w:cs="Myanmar Text"/>
        </w:rPr>
        <w:t>ဘုန်းအသရေ၊</w:t>
      </w:r>
      <w:r>
        <w:rPr>
          <w:rFonts w:ascii="Times New Roman" w:hAnsi="Times New Roman" w:eastAsia="Times New Roman" w:cs="Times New Roman"/>
        </w:rPr>
        <w:t xml:space="preserve"> </w:t>
      </w:r>
      <w:r>
        <w:rPr>
          <w:rFonts w:ascii="Myanmar Text" w:hAnsi="Myanmar Text" w:eastAsia="Myanmar Text" w:cs="Myanmar Text"/>
        </w:rPr>
        <w:t>နိုင်ငံတော်ကို</w:t>
      </w:r>
      <w:r>
        <w:rPr>
          <w:rFonts w:ascii="Times New Roman" w:hAnsi="Times New Roman" w:eastAsia="Times New Roman" w:cs="Times New Roman"/>
        </w:rPr>
        <w:t xml:space="preserve"> </w:t>
      </w:r>
      <w:r>
        <w:rPr>
          <w:rFonts w:ascii="Myanmar Text" w:hAnsi="Myanmar Text" w:eastAsia="Myanmar Text" w:cs="Myanmar Text"/>
        </w:rPr>
        <w:t>လက်ခံရယူရန်</w:t>
      </w:r>
      <w:r>
        <w:rPr>
          <w:rFonts w:ascii="Times New Roman" w:hAnsi="Times New Roman" w:eastAsia="Times New Roman" w:cs="Times New Roman"/>
        </w:rPr>
        <w:t xml:space="preserve"> </w:t>
      </w:r>
      <w:r>
        <w:rPr>
          <w:rFonts w:ascii="Myanmar Text" w:hAnsi="Myanmar Text" w:eastAsia="Myanmar Text" w:cs="Myanmar Text"/>
        </w:rPr>
        <w:t>ကောင်းကင်ဘုံရှိ</w:t>
      </w:r>
      <w:r>
        <w:rPr>
          <w:rFonts w:ascii="Times New Roman" w:hAnsi="Times New Roman" w:eastAsia="Times New Roman" w:cs="Times New Roman"/>
        </w:rPr>
        <w:t xml:space="preserve"> </w:t>
      </w:r>
      <w:r>
        <w:rPr>
          <w:rFonts w:ascii="Myanmar Text" w:hAnsi="Myanmar Text" w:eastAsia="Myanmar Text" w:cs="Myanmar Text"/>
        </w:rPr>
        <w:t>ရှေးကာလများ၏</w:t>
      </w:r>
      <w:r>
        <w:rPr>
          <w:rFonts w:ascii="Times New Roman" w:hAnsi="Times New Roman" w:eastAsia="Times New Roman" w:cs="Times New Roman"/>
        </w:rPr>
        <w:t xml:space="preserve"> </w:t>
      </w:r>
      <w:r>
        <w:rPr>
          <w:rFonts w:ascii="Myanmar Text" w:hAnsi="Myanmar Text" w:eastAsia="Myanmar Text" w:cs="Myanmar Text"/>
        </w:rPr>
        <w:t>အိုမင်းတော်မူသောဘုရားထံသို့</w:t>
      </w:r>
      <w:r>
        <w:rPr>
          <w:rFonts w:ascii="Times New Roman" w:hAnsi="Times New Roman" w:eastAsia="Times New Roman" w:cs="Times New Roman"/>
        </w:rPr>
        <w:t xml:space="preserve"> </w:t>
      </w:r>
      <w:r>
        <w:rPr>
          <w:rFonts w:ascii="Myanmar Text" w:hAnsi="Myanmar Text" w:eastAsia="Myanmar Text" w:cs="Myanmar Text"/>
        </w:rPr>
        <w:t>ကြွလာတော်မူသည်။</w:t>
      </w:r>
      <w:r>
        <w:rPr>
          <w:rFonts w:ascii="Times New Roman" w:hAnsi="Times New Roman" w:eastAsia="Times New Roman" w:cs="Times New Roman"/>
        </w:rPr>
        <w:t xml:space="preserve"> </w:t>
      </w:r>
      <w:r>
        <w:rPr>
          <w:rFonts w:ascii="Myanmar Text" w:hAnsi="Myanmar Text" w:eastAsia="Myanmar Text" w:cs="Myanmar Text"/>
        </w:rPr>
        <w:t>ထိုအရာများကိုလည်း</w:t>
      </w:r>
      <w:r>
        <w:rPr>
          <w:rFonts w:ascii="Times New Roman" w:hAnsi="Times New Roman" w:eastAsia="Times New Roman" w:cs="Times New Roman"/>
        </w:rPr>
        <w:t xml:space="preserve"> </w:t>
      </w:r>
      <w:r>
        <w:rPr>
          <w:rFonts w:ascii="Myanmar Text" w:hAnsi="Myanmar Text" w:eastAsia="Myanmar Text" w:cs="Myanmar Text"/>
        </w:rPr>
        <w:t>အလယ်အလတ်တော်ဆောင်ခြင်း</w:t>
      </w:r>
      <w:r>
        <w:rPr>
          <w:rFonts w:ascii="Times New Roman" w:hAnsi="Times New Roman" w:eastAsia="Times New Roman" w:cs="Times New Roman"/>
        </w:rPr>
        <w:t xml:space="preserve"> </w:t>
      </w:r>
      <w:r>
        <w:rPr>
          <w:rFonts w:ascii="Myanmar Text" w:hAnsi="Myanmar Text" w:eastAsia="Myanmar Text" w:cs="Myanmar Text"/>
        </w:rPr>
        <w:t>အမှုတော်၏</w:t>
      </w:r>
      <w:r>
        <w:rPr>
          <w:rFonts w:ascii="Times New Roman" w:hAnsi="Times New Roman" w:eastAsia="Times New Roman" w:cs="Times New Roman"/>
        </w:rPr>
        <w:t xml:space="preserve"> </w:t>
      </w:r>
      <w:r>
        <w:rPr>
          <w:rFonts w:ascii="Myanmar Text" w:hAnsi="Myanmar Text" w:eastAsia="Myanmar Text" w:cs="Myanmar Text"/>
        </w:rPr>
        <w:t>အဆုံး၌</w:t>
      </w:r>
      <w:r>
        <w:rPr>
          <w:rFonts w:ascii="Times New Roman" w:hAnsi="Times New Roman" w:eastAsia="Times New Roman" w:cs="Times New Roman"/>
        </w:rPr>
        <w:t xml:space="preserve"> </w:t>
      </w:r>
      <w:r>
        <w:rPr>
          <w:rFonts w:ascii="Myanmar Text" w:hAnsi="Myanmar Text" w:eastAsia="Myanmar Text" w:cs="Myanmar Text"/>
        </w:rPr>
        <w:t>သူ့အား</w:t>
      </w:r>
      <w:r>
        <w:rPr>
          <w:rFonts w:ascii="Times New Roman" w:hAnsi="Times New Roman" w:eastAsia="Times New Roman" w:cs="Times New Roman"/>
        </w:rPr>
        <w:t xml:space="preserve"> </w:t>
      </w:r>
      <w:r>
        <w:rPr>
          <w:rFonts w:ascii="Myanmar Text" w:hAnsi="Myanmar Text" w:eastAsia="Myanmar Text" w:cs="Myanmar Text"/>
        </w:rPr>
        <w:t>ပေးသနားတော်မူမည်</w:t>
      </w:r>
      <w:r>
        <w:rPr>
          <w:rFonts w:ascii="Times New Roman" w:hAnsi="Times New Roman" w:eastAsia="Times New Roman" w:cs="Times New Roman"/>
        </w:rPr>
        <w:t xml:space="preserve"> </w:t>
      </w:r>
      <w:r>
        <w:rPr>
          <w:rFonts w:ascii="Myanmar Text" w:hAnsi="Myanmar Text" w:eastAsia="Myanmar Text" w:cs="Myanmar Text"/>
        </w:rPr>
        <w:t>ဖြစ်သည်။</w:t>
      </w:r>
      <w:r>
        <w:rPr>
          <w:rFonts w:ascii="Times New Roman" w:hAnsi="Times New Roman" w:eastAsia="Times New Roman" w:cs="Times New Roman"/>
        </w:rPr>
        <w:t xml:space="preserve"> 1844 </w:t>
      </w:r>
      <w:r>
        <w:rPr>
          <w:rFonts w:ascii="Myanmar Text" w:hAnsi="Myanmar Text" w:eastAsia="Myanmar Text" w:cs="Myanmar Text"/>
        </w:rPr>
        <w:t>ခုနှစ်တွင်</w:t>
      </w:r>
      <w:r>
        <w:rPr>
          <w:rFonts w:ascii="Times New Roman" w:hAnsi="Times New Roman" w:eastAsia="Times New Roman" w:cs="Times New Roman"/>
        </w:rPr>
        <w:t xml:space="preserve"> 2300 </w:t>
      </w:r>
      <w:r>
        <w:rPr>
          <w:rFonts w:ascii="Myanmar Text" w:hAnsi="Myanmar Text" w:eastAsia="Myanmar Text" w:cs="Myanmar Text"/>
        </w:rPr>
        <w:t>ရက်၏</w:t>
      </w:r>
      <w:r>
        <w:rPr>
          <w:rFonts w:ascii="Times New Roman" w:hAnsi="Times New Roman" w:eastAsia="Times New Roman" w:cs="Times New Roman"/>
        </w:rPr>
        <w:t xml:space="preserve"> </w:t>
      </w:r>
      <w:r>
        <w:rPr>
          <w:rFonts w:ascii="Myanmar Text" w:hAnsi="Myanmar Text" w:eastAsia="Myanmar Text" w:cs="Myanmar Text"/>
        </w:rPr>
        <w:t>အဆုံးသတ်၌</w:t>
      </w:r>
      <w:r>
        <w:rPr>
          <w:rFonts w:ascii="Times New Roman" w:hAnsi="Times New Roman" w:eastAsia="Times New Roman" w:cs="Times New Roman"/>
        </w:rPr>
        <w:t xml:space="preserve"> </w:t>
      </w:r>
      <w:r>
        <w:rPr>
          <w:rFonts w:ascii="Myanmar Text" w:hAnsi="Myanmar Text" w:eastAsia="Myanmar Text" w:cs="Myanmar Text"/>
        </w:rPr>
        <w:t>ဖြစ်ပျက်မည်ဟု</w:t>
      </w:r>
      <w:r>
        <w:rPr>
          <w:rFonts w:ascii="Times New Roman" w:hAnsi="Times New Roman" w:eastAsia="Times New Roman" w:cs="Times New Roman"/>
        </w:rPr>
        <w:t xml:space="preserve"> </w:t>
      </w:r>
      <w:r>
        <w:rPr>
          <w:rFonts w:ascii="Myanmar Text" w:hAnsi="Myanmar Text" w:eastAsia="Myanmar Text" w:cs="Myanmar Text"/>
        </w:rPr>
        <w:t>ပရောဖက်ပြုချက်၌</w:t>
      </w:r>
      <w:r>
        <w:rPr>
          <w:rFonts w:ascii="Times New Roman" w:hAnsi="Times New Roman" w:eastAsia="Times New Roman" w:cs="Times New Roman"/>
        </w:rPr>
        <w:t xml:space="preserve"> </w:t>
      </w:r>
      <w:r>
        <w:rPr>
          <w:rFonts w:ascii="Myanmar Text" w:hAnsi="Myanmar Text" w:eastAsia="Myanmar Text" w:cs="Myanmar Text"/>
        </w:rPr>
        <w:t>ကြိုတင်ဖော်ပြထားသော</w:t>
      </w:r>
      <w:r>
        <w:rPr>
          <w:rFonts w:ascii="Times New Roman" w:hAnsi="Times New Roman" w:eastAsia="Times New Roman" w:cs="Times New Roman"/>
        </w:rPr>
        <w:t xml:space="preserve"> </w:t>
      </w:r>
      <w:r>
        <w:rPr>
          <w:rFonts w:ascii="Myanmar Text" w:hAnsi="Myanmar Text" w:eastAsia="Myanmar Text" w:cs="Myanmar Text"/>
        </w:rPr>
        <w:t>ကြွလာခြင်းသည်</w:t>
      </w:r>
      <w:r>
        <w:rPr>
          <w:rFonts w:ascii="Times New Roman" w:hAnsi="Times New Roman" w:eastAsia="Times New Roman" w:cs="Times New Roman"/>
        </w:rPr>
        <w:t xml:space="preserve"> </w:t>
      </w:r>
      <w:r>
        <w:rPr>
          <w:rFonts w:ascii="Myanmar Text" w:hAnsi="Myanmar Text" w:eastAsia="Myanmar Text" w:cs="Myanmar Text"/>
        </w:rPr>
        <w:t>ဤကြွလာခြင်းဖြစ်ပြီး၊</w:t>
      </w:r>
      <w:r>
        <w:rPr>
          <w:rFonts w:ascii="Times New Roman" w:hAnsi="Times New Roman" w:eastAsia="Times New Roman" w:cs="Times New Roman"/>
        </w:rPr>
        <w:t xml:space="preserve"> </w:t>
      </w:r>
      <w:r>
        <w:rPr>
          <w:rFonts w:ascii="Myanmar Text" w:hAnsi="Myanmar Text" w:eastAsia="Myanmar Text" w:cs="Myanmar Text"/>
        </w:rPr>
        <w:t>မြေကြီးသို့</w:t>
      </w:r>
      <w:r>
        <w:rPr>
          <w:rFonts w:ascii="Times New Roman" w:hAnsi="Times New Roman" w:eastAsia="Times New Roman" w:cs="Times New Roman"/>
        </w:rPr>
        <w:t xml:space="preserve"> </w:t>
      </w:r>
      <w:r>
        <w:rPr>
          <w:rFonts w:ascii="Myanmar Text" w:hAnsi="Myanmar Text" w:eastAsia="Myanmar Text" w:cs="Myanmar Text"/>
        </w:rPr>
        <w:t>သူ၏</w:t>
      </w:r>
      <w:r>
        <w:rPr>
          <w:rFonts w:ascii="Times New Roman" w:hAnsi="Times New Roman" w:eastAsia="Times New Roman" w:cs="Times New Roman"/>
        </w:rPr>
        <w:t xml:space="preserve"> </w:t>
      </w:r>
      <w:r>
        <w:rPr>
          <w:rFonts w:ascii="Myanmar Text" w:hAnsi="Myanmar Text" w:eastAsia="Myanmar Text" w:cs="Myanmar Text"/>
        </w:rPr>
        <w:t>ဒုတိယအကြိမ်</w:t>
      </w:r>
      <w:r>
        <w:rPr>
          <w:rFonts w:ascii="Times New Roman" w:hAnsi="Times New Roman" w:eastAsia="Times New Roman" w:cs="Times New Roman"/>
        </w:rPr>
        <w:t xml:space="preserve"> </w:t>
      </w:r>
      <w:r>
        <w:rPr>
          <w:rFonts w:ascii="Myanmar Text" w:hAnsi="Myanmar Text" w:eastAsia="Myanmar Text" w:cs="Myanmar Text"/>
        </w:rPr>
        <w:t>ကြွလာခြင်း</w:t>
      </w:r>
      <w:r>
        <w:rPr>
          <w:rFonts w:ascii="Times New Roman" w:hAnsi="Times New Roman" w:eastAsia="Times New Roman" w:cs="Times New Roman"/>
        </w:rPr>
        <w:t xml:space="preserve"> </w:t>
      </w:r>
      <w:r>
        <w:rPr>
          <w:rFonts w:ascii="Myanmar Text" w:hAnsi="Myanmar Text" w:eastAsia="Myanmar Text" w:cs="Myanmar Text"/>
        </w:rPr>
        <w:t>မဟုတ်ပေ။</w:t>
      </w:r>
      <w:r>
        <w:rPr>
          <w:rFonts w:ascii="Times New Roman" w:hAnsi="Times New Roman" w:eastAsia="Times New Roman" w:cs="Times New Roman"/>
        </w:rPr>
        <w:t xml:space="preserve"> </w:t>
      </w:r>
      <w:r>
        <w:rPr>
          <w:rFonts w:ascii="Myanmar Text" w:hAnsi="Myanmar Text" w:eastAsia="Myanmar Text" w:cs="Myanmar Text"/>
        </w:rPr>
        <w:t>ကောင်းကင်တမန်တို့၏</w:t>
      </w:r>
      <w:r>
        <w:rPr>
          <w:rFonts w:ascii="Times New Roman" w:hAnsi="Times New Roman" w:eastAsia="Times New Roman" w:cs="Times New Roman"/>
        </w:rPr>
        <w:t xml:space="preserve"> </w:t>
      </w:r>
      <w:r>
        <w:rPr>
          <w:rFonts w:ascii="Myanmar Text" w:hAnsi="Myanmar Text" w:eastAsia="Myanmar Text" w:cs="Myanmar Text"/>
        </w:rPr>
        <w:t>လိုက်ပါခြင်းဖြင့်</w:t>
      </w:r>
      <w:r>
        <w:rPr>
          <w:rFonts w:ascii="Times New Roman" w:hAnsi="Times New Roman" w:eastAsia="Times New Roman" w:cs="Times New Roman"/>
        </w:rPr>
        <w:t xml:space="preserve"> </w:t>
      </w:r>
      <w:r>
        <w:rPr>
          <w:rFonts w:ascii="Myanmar Text" w:hAnsi="Myanmar Text" w:eastAsia="Myanmar Text" w:cs="Myanmar Text"/>
        </w:rPr>
        <w:t>ကျွန်ုပ်တို့၏</w:t>
      </w:r>
      <w:r>
        <w:rPr>
          <w:rFonts w:ascii="Times New Roman" w:hAnsi="Times New Roman" w:eastAsia="Times New Roman" w:cs="Times New Roman"/>
        </w:rPr>
        <w:t xml:space="preserve"> </w:t>
      </w:r>
      <w:r>
        <w:rPr>
          <w:rFonts w:ascii="Myanmar Text" w:hAnsi="Myanmar Text" w:eastAsia="Myanmar Text" w:cs="Myanmar Text"/>
        </w:rPr>
        <w:t>အလွန်ကြီးမြတ်သော</w:t>
      </w:r>
      <w:r>
        <w:rPr>
          <w:rFonts w:ascii="Times New Roman" w:hAnsi="Times New Roman" w:eastAsia="Times New Roman" w:cs="Times New Roman"/>
        </w:rPr>
        <w:t xml:space="preserve"> </w:t>
      </w:r>
      <w:r>
        <w:rPr>
          <w:rFonts w:ascii="Myanmar Text" w:hAnsi="Myanmar Text" w:eastAsia="Myanmar Text" w:cs="Myanmar Text"/>
        </w:rPr>
        <w:t>ယဇ်ပုရောဟိတ်မင်းသည်</w:t>
      </w:r>
      <w:r>
        <w:rPr>
          <w:rFonts w:ascii="Times New Roman" w:hAnsi="Times New Roman" w:eastAsia="Times New Roman" w:cs="Times New Roman"/>
        </w:rPr>
        <w:t xml:space="preserve"> </w:t>
      </w:r>
      <w:r>
        <w:rPr>
          <w:rFonts w:ascii="Myanmar Text" w:hAnsi="Myanmar Text" w:eastAsia="Myanmar Text" w:cs="Myanmar Text"/>
        </w:rPr>
        <w:t>အလွန်သန့်ရှင်းရာဌာနထဲသို့</w:t>
      </w:r>
      <w:r>
        <w:rPr>
          <w:rFonts w:ascii="Times New Roman" w:hAnsi="Times New Roman" w:eastAsia="Times New Roman" w:cs="Times New Roman"/>
        </w:rPr>
        <w:t xml:space="preserve"> </w:t>
      </w:r>
      <w:r>
        <w:rPr>
          <w:rFonts w:ascii="Myanmar Text" w:hAnsi="Myanmar Text" w:eastAsia="Myanmar Text" w:cs="Myanmar Text"/>
        </w:rPr>
        <w:t>ဝင်ရောက်တော်မူ၍၊</w:t>
      </w:r>
      <w:r>
        <w:rPr>
          <w:rFonts w:ascii="Times New Roman" w:hAnsi="Times New Roman" w:eastAsia="Times New Roman" w:cs="Times New Roman"/>
        </w:rPr>
        <w:t xml:space="preserve"> </w:t>
      </w:r>
      <w:r>
        <w:rPr>
          <w:rFonts w:ascii="Myanmar Text" w:hAnsi="Myanmar Text" w:eastAsia="Myanmar Text" w:cs="Myanmar Text"/>
        </w:rPr>
        <w:t>ထိုနေရာ၌</w:t>
      </w:r>
      <w:r>
        <w:rPr>
          <w:rFonts w:ascii="Times New Roman" w:hAnsi="Times New Roman" w:eastAsia="Times New Roman" w:cs="Times New Roman"/>
        </w:rPr>
        <w:t xml:space="preserve"> </w:t>
      </w:r>
      <w:r>
        <w:rPr>
          <w:rFonts w:ascii="Myanmar Text" w:hAnsi="Myanmar Text" w:eastAsia="Myanmar Text" w:cs="Myanmar Text"/>
        </w:rPr>
        <w:t>လူသားတို့၏</w:t>
      </w:r>
      <w:r>
        <w:rPr>
          <w:rFonts w:ascii="Times New Roman" w:hAnsi="Times New Roman" w:eastAsia="Times New Roman" w:cs="Times New Roman"/>
        </w:rPr>
        <w:t xml:space="preserve"> </w:t>
      </w:r>
      <w:r>
        <w:rPr>
          <w:rFonts w:ascii="Myanmar Text" w:hAnsi="Myanmar Text" w:eastAsia="Myanmar Text" w:cs="Myanmar Text"/>
        </w:rPr>
        <w:t>အကျိုးအတွက်</w:t>
      </w:r>
      <w:r>
        <w:rPr>
          <w:rFonts w:ascii="Times New Roman" w:hAnsi="Times New Roman" w:eastAsia="Times New Roman" w:cs="Times New Roman"/>
        </w:rPr>
        <w:t xml:space="preserve"> </w:t>
      </w:r>
      <w:r>
        <w:rPr>
          <w:rFonts w:ascii="Myanmar Text" w:hAnsi="Myanmar Text" w:eastAsia="Myanmar Text" w:cs="Myanmar Text"/>
        </w:rPr>
        <w:t>မိမိ၏</w:t>
      </w:r>
      <w:r>
        <w:rPr>
          <w:rFonts w:ascii="Times New Roman" w:hAnsi="Times New Roman" w:eastAsia="Times New Roman" w:cs="Times New Roman"/>
        </w:rPr>
        <w:t xml:space="preserve"> </w:t>
      </w:r>
      <w:r>
        <w:rPr>
          <w:rFonts w:ascii="Myanmar Text" w:hAnsi="Myanmar Text" w:eastAsia="Myanmar Text" w:cs="Myanmar Text"/>
        </w:rPr>
        <w:t>အမှုတော်ဆောင်ခြင်း၏</w:t>
      </w:r>
      <w:r>
        <w:rPr>
          <w:rFonts w:ascii="Times New Roman" w:hAnsi="Times New Roman" w:eastAsia="Times New Roman" w:cs="Times New Roman"/>
        </w:rPr>
        <w:t xml:space="preserve"> </w:t>
      </w:r>
      <w:r>
        <w:rPr>
          <w:rFonts w:ascii="Myanmar Text" w:hAnsi="Myanmar Text" w:eastAsia="Myanmar Text" w:cs="Myanmar Text"/>
        </w:rPr>
        <w:t>နောက်ဆုံး</w:t>
      </w:r>
      <w:r>
        <w:rPr>
          <w:rFonts w:ascii="Times New Roman" w:hAnsi="Times New Roman" w:eastAsia="Times New Roman" w:cs="Times New Roman"/>
        </w:rPr>
        <w:t xml:space="preserve"> </w:t>
      </w:r>
      <w:r>
        <w:rPr>
          <w:rFonts w:ascii="Myanmar Text" w:hAnsi="Myanmar Text" w:eastAsia="Myanmar Text" w:cs="Myanmar Text"/>
        </w:rPr>
        <w:t>လုပ်ဆောင်ချက်များကို</w:t>
      </w:r>
      <w:r>
        <w:rPr>
          <w:rFonts w:ascii="Times New Roman" w:hAnsi="Times New Roman" w:eastAsia="Times New Roman" w:cs="Times New Roman"/>
        </w:rPr>
        <w:t xml:space="preserve"> </w:t>
      </w:r>
      <w:r>
        <w:rPr>
          <w:rFonts w:ascii="Myanmar Text" w:hAnsi="Myanmar Text" w:eastAsia="Myanmar Text" w:cs="Myanmar Text"/>
        </w:rPr>
        <w:t>ဆောင်ရွက်ရန်၊</w:t>
      </w:r>
      <w:r>
        <w:rPr>
          <w:rFonts w:ascii="Times New Roman" w:hAnsi="Times New Roman" w:eastAsia="Times New Roman" w:cs="Times New Roman"/>
        </w:rPr>
        <w:t xml:space="preserve"> </w:t>
      </w:r>
      <w:r>
        <w:rPr>
          <w:rFonts w:ascii="Myanmar Text" w:hAnsi="Myanmar Text" w:eastAsia="Myanmar Text" w:cs="Myanmar Text"/>
        </w:rPr>
        <w:t>စုံစမ်းစစ်ဆေးသော</w:t>
      </w:r>
      <w:r>
        <w:rPr>
          <w:rFonts w:ascii="Times New Roman" w:hAnsi="Times New Roman" w:eastAsia="Times New Roman" w:cs="Times New Roman"/>
        </w:rPr>
        <w:t xml:space="preserve"> </w:t>
      </w:r>
      <w:r>
        <w:rPr>
          <w:rFonts w:ascii="Myanmar Text" w:hAnsi="Myanmar Text" w:eastAsia="Myanmar Text" w:cs="Myanmar Text"/>
        </w:rPr>
        <w:t>တရားစီရင်ခြင်း၏</w:t>
      </w:r>
      <w:r>
        <w:rPr>
          <w:rFonts w:ascii="Times New Roman" w:hAnsi="Times New Roman" w:eastAsia="Times New Roman" w:cs="Times New Roman"/>
        </w:rPr>
        <w:t xml:space="preserve"> </w:t>
      </w:r>
      <w:r>
        <w:rPr>
          <w:rFonts w:ascii="Myanmar Text" w:hAnsi="Myanmar Text" w:eastAsia="Myanmar Text" w:cs="Myanmar Text"/>
        </w:rPr>
        <w:t>အမှုကို</w:t>
      </w:r>
      <w:r>
        <w:rPr>
          <w:rFonts w:ascii="Times New Roman" w:hAnsi="Times New Roman" w:eastAsia="Times New Roman" w:cs="Times New Roman"/>
        </w:rPr>
        <w:t xml:space="preserve"> </w:t>
      </w:r>
      <w:r>
        <w:rPr>
          <w:rFonts w:ascii="Myanmar Text" w:hAnsi="Myanmar Text" w:eastAsia="Myanmar Text" w:cs="Myanmar Text"/>
        </w:rPr>
        <w:t>ပြုလုပ်ရန်၊</w:t>
      </w:r>
      <w:r>
        <w:rPr>
          <w:rFonts w:ascii="Times New Roman" w:hAnsi="Times New Roman" w:eastAsia="Times New Roman" w:cs="Times New Roman"/>
        </w:rPr>
        <w:t xml:space="preserve"> </w:t>
      </w:r>
      <w:r>
        <w:rPr>
          <w:rFonts w:ascii="Myanmar Text" w:hAnsi="Myanmar Text" w:eastAsia="Myanmar Text" w:cs="Myanmar Text"/>
        </w:rPr>
        <w:t>ထိုအကျိုးကျေးဇူးများကို</w:t>
      </w:r>
      <w:r>
        <w:rPr>
          <w:rFonts w:ascii="Times New Roman" w:hAnsi="Times New Roman" w:eastAsia="Times New Roman" w:cs="Times New Roman"/>
        </w:rPr>
        <w:t xml:space="preserve"> </w:t>
      </w:r>
      <w:r>
        <w:rPr>
          <w:rFonts w:ascii="Myanmar Text" w:hAnsi="Myanmar Text" w:eastAsia="Myanmar Text" w:cs="Myanmar Text"/>
        </w:rPr>
        <w:t>ခံထိုက်ကြောင်း</w:t>
      </w:r>
      <w:r>
        <w:rPr>
          <w:rFonts w:ascii="Times New Roman" w:hAnsi="Times New Roman" w:eastAsia="Times New Roman" w:cs="Times New Roman"/>
        </w:rPr>
        <w:t xml:space="preserve"> </w:t>
      </w:r>
      <w:r>
        <w:rPr>
          <w:rFonts w:ascii="Myanmar Text" w:hAnsi="Myanmar Text" w:eastAsia="Myanmar Text" w:cs="Myanmar Text"/>
        </w:rPr>
        <w:t>ထင်ရှားပြသခံရသော</w:t>
      </w:r>
      <w:r>
        <w:rPr>
          <w:rFonts w:ascii="Times New Roman" w:hAnsi="Times New Roman" w:eastAsia="Times New Roman" w:cs="Times New Roman"/>
        </w:rPr>
        <w:t xml:space="preserve"> </w:t>
      </w:r>
      <w:r>
        <w:rPr>
          <w:rFonts w:ascii="Myanmar Text" w:hAnsi="Myanmar Text" w:eastAsia="Myanmar Text" w:cs="Myanmar Text"/>
        </w:rPr>
        <w:t>သူအပေါင်းတို့အတွက်</w:t>
      </w:r>
      <w:r>
        <w:rPr>
          <w:rFonts w:ascii="Times New Roman" w:hAnsi="Times New Roman" w:eastAsia="Times New Roman" w:cs="Times New Roman"/>
        </w:rPr>
        <w:t xml:space="preserve"> </w:t>
      </w:r>
      <w:r>
        <w:rPr>
          <w:rFonts w:ascii="Myanmar Text" w:hAnsi="Myanmar Text" w:eastAsia="Myanmar Text" w:cs="Myanmar Text"/>
        </w:rPr>
        <w:t>အပြစ်ဖြေခြင်းကို</w:t>
      </w:r>
      <w:r>
        <w:rPr>
          <w:rFonts w:ascii="Times New Roman" w:hAnsi="Times New Roman" w:eastAsia="Times New Roman" w:cs="Times New Roman"/>
        </w:rPr>
        <w:t xml:space="preserve"> </w:t>
      </w:r>
      <w:r>
        <w:rPr>
          <w:rFonts w:ascii="Myanmar Text" w:hAnsi="Myanmar Text" w:eastAsia="Myanmar Text" w:cs="Myanmar Text"/>
        </w:rPr>
        <w:t>ပြုရန်</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ရှေ့တော်၌</w:t>
      </w:r>
      <w:r>
        <w:rPr>
          <w:rFonts w:ascii="Times New Roman" w:hAnsi="Times New Roman" w:eastAsia="Times New Roman" w:cs="Times New Roman"/>
        </w:rPr>
        <w:t xml:space="preserve"> </w:t>
      </w:r>
      <w:r>
        <w:rPr>
          <w:rFonts w:ascii="Myanmar Text" w:hAnsi="Myanmar Text" w:eastAsia="Myanmar Text" w:cs="Myanmar Text"/>
        </w:rPr>
        <w:t>ထင်ရှားတော်မူသည်။</w:t>
      </w:r>
      <w:r>
        <w:rPr>
          <w:rFonts w:ascii="Times New Roman" w:hAnsi="Times New Roman" w:eastAsia="Times New Roman" w:cs="Times New Roman"/>
        </w:rPr>
        <w:t>” The Great Controversy, 479.</w:t>
      </w:r>
    </w:p>
    <w:p>
      <w:pPr>
        <w:pStyle w:val="ArticleBody"/>
        <w:jc w:val="left"/>
      </w:pPr>
      <w:r>
        <w:rPr>
          <w:rFonts w:ascii="Times New Roman" w:hAnsi="Times New Roman" w:eastAsia="Times New Roman" w:cs="Times New Roman"/>
        </w:rPr>
        <w:t>“Bontšhi” tše di amanago le histori ya ba-Millerite di ile tša emela “bontšhi” tše di amanago le histori ya ba dikete tše lekgolo le masomenne-nne a nne. Ge Kriste a nea bohlatse bja bobedi go pego ya histori ka seswantšho, o ile a šupa barutiwa ba gagwe go “dihlare tše hlomago tša seruthwana.” O ile a ba tsebiša gore ge dihlare di thoma go hloma, le tseba gore le batametše bofelong bja lefase, le gore moloko wo o bonago dihlare tše hlomago tša seruthwana o tla phela go bona magodimo le lefase di feta, mollong wa go tla ga gagwe ga bobedi.</w:t>
      </w:r>
    </w:p>
    <w:p>
      <w:pPr>
        <w:pStyle w:val="ArticleScripture"/>
        <w:jc w:val="left"/>
      </w:pPr>
      <w:r>
        <w:rPr>
          <w:rFonts w:ascii="Myanmar Text" w:hAnsi="Myanmar Text" w:eastAsia="Myanmar Text" w:cs="Myanmar Text"/>
        </w:rPr>
        <w:t>လက်ရှိ၌</w:t>
      </w:r>
      <w:r>
        <w:rPr>
          <w:rFonts w:ascii="Times New Roman" w:hAnsi="Times New Roman" w:eastAsia="Times New Roman" w:cs="Times New Roman"/>
        </w:rPr>
        <w:t xml:space="preserve"> </w:t>
      </w:r>
      <w:r>
        <w:rPr>
          <w:rFonts w:ascii="Myanmar Text" w:hAnsi="Myanmar Text" w:eastAsia="Myanmar Text" w:cs="Myanmar Text"/>
        </w:rPr>
        <w:t>၎င်းတို့</w:t>
      </w:r>
      <w:r>
        <w:rPr>
          <w:rFonts w:ascii="Times New Roman" w:hAnsi="Times New Roman" w:eastAsia="Times New Roman" w:cs="Times New Roman"/>
        </w:rPr>
        <w:t xml:space="preserve"> </w:t>
      </w:r>
      <w:r>
        <w:rPr>
          <w:rFonts w:ascii="Myanmar Text" w:hAnsi="Myanmar Text" w:eastAsia="Myanmar Text" w:cs="Myanmar Text"/>
        </w:rPr>
        <w:t>အညှိုးအငုံ</w:t>
      </w:r>
      <w:r>
        <w:rPr>
          <w:rFonts w:ascii="Times New Roman" w:hAnsi="Times New Roman" w:eastAsia="Times New Roman" w:cs="Times New Roman"/>
        </w:rPr>
        <w:t xml:space="preserve"> </w:t>
      </w:r>
      <w:r>
        <w:rPr>
          <w:rFonts w:ascii="Myanmar Text" w:hAnsi="Myanmar Text" w:eastAsia="Myanmar Text" w:cs="Myanmar Text"/>
        </w:rPr>
        <w:t>ပေါက်ထွက်လာသောအခါ၊</w:t>
      </w:r>
      <w:r>
        <w:rPr>
          <w:rFonts w:ascii="Times New Roman" w:hAnsi="Times New Roman" w:eastAsia="Times New Roman" w:cs="Times New Roman"/>
        </w:rPr>
        <w:t xml:space="preserve"> </w:t>
      </w:r>
      <w:r>
        <w:rPr>
          <w:rFonts w:ascii="Myanmar Text" w:hAnsi="Myanmar Text" w:eastAsia="Myanmar Text" w:cs="Myanmar Text"/>
        </w:rPr>
        <w:t>နွေကာလသည်</w:t>
      </w:r>
      <w:r>
        <w:rPr>
          <w:rFonts w:ascii="Times New Roman" w:hAnsi="Times New Roman" w:eastAsia="Times New Roman" w:cs="Times New Roman"/>
        </w:rPr>
        <w:t xml:space="preserve"> </w:t>
      </w:r>
      <w:r>
        <w:rPr>
          <w:rFonts w:ascii="Myanmar Text" w:hAnsi="Myanmar Text" w:eastAsia="Myanmar Text" w:cs="Myanmar Text"/>
        </w:rPr>
        <w:t>နီးကပ်လာပြီဖြစ်ကြောင်း</w:t>
      </w:r>
      <w:r>
        <w:rPr>
          <w:rFonts w:ascii="Times New Roman" w:hAnsi="Times New Roman" w:eastAsia="Times New Roman" w:cs="Times New Roman"/>
        </w:rPr>
        <w:t xml:space="preserve"> </w:t>
      </w:r>
      <w:r>
        <w:rPr>
          <w:rFonts w:ascii="Myanmar Text" w:hAnsi="Myanmar Text" w:eastAsia="Myanmar Text" w:cs="Myanmar Text"/>
        </w:rPr>
        <w:t>သင်တို့သည်</w:t>
      </w:r>
      <w:r>
        <w:rPr>
          <w:rFonts w:ascii="Times New Roman" w:hAnsi="Times New Roman" w:eastAsia="Times New Roman" w:cs="Times New Roman"/>
        </w:rPr>
        <w:t xml:space="preserve"> </w:t>
      </w:r>
      <w:r>
        <w:rPr>
          <w:rFonts w:ascii="Myanmar Text" w:hAnsi="Myanmar Text" w:eastAsia="Myanmar Text" w:cs="Myanmar Text"/>
        </w:rPr>
        <w:t>ကိုယ်တိုင်</w:t>
      </w:r>
      <w:r>
        <w:rPr>
          <w:rFonts w:ascii="Times New Roman" w:hAnsi="Times New Roman" w:eastAsia="Times New Roman" w:cs="Times New Roman"/>
        </w:rPr>
        <w:t xml:space="preserve"> </w:t>
      </w:r>
      <w:r>
        <w:rPr>
          <w:rFonts w:ascii="Myanmar Text" w:hAnsi="Myanmar Text" w:eastAsia="Myanmar Text" w:cs="Myanmar Text"/>
        </w:rPr>
        <w:t>မြင်၍</w:t>
      </w:r>
      <w:r>
        <w:rPr>
          <w:rFonts w:ascii="Times New Roman" w:hAnsi="Times New Roman" w:eastAsia="Times New Roman" w:cs="Times New Roman"/>
        </w:rPr>
        <w:t xml:space="preserve"> </w:t>
      </w:r>
      <w:r>
        <w:rPr>
          <w:rFonts w:ascii="Myanmar Text" w:hAnsi="Myanmar Text" w:eastAsia="Myanmar Text" w:cs="Myanmar Text"/>
        </w:rPr>
        <w:t>သိကြ၏။</w:t>
      </w:r>
      <w:r>
        <w:rPr>
          <w:rFonts w:ascii="Times New Roman" w:hAnsi="Times New Roman" w:eastAsia="Times New Roman" w:cs="Times New Roman"/>
        </w:rPr>
        <w:t xml:space="preserve"> </w:t>
      </w:r>
      <w:r>
        <w:rPr>
          <w:rFonts w:ascii="Myanmar Text" w:hAnsi="Myanmar Text" w:eastAsia="Myanmar Text" w:cs="Myanmar Text"/>
        </w:rPr>
        <w:t>ထိုနည်းတူစွာပင်၊</w:t>
      </w:r>
      <w:r>
        <w:rPr>
          <w:rFonts w:ascii="Times New Roman" w:hAnsi="Times New Roman" w:eastAsia="Times New Roman" w:cs="Times New Roman"/>
        </w:rPr>
        <w:t xml:space="preserve"> </w:t>
      </w:r>
      <w:r>
        <w:rPr>
          <w:rFonts w:ascii="Myanmar Text" w:hAnsi="Myanmar Text" w:eastAsia="Myanmar Text" w:cs="Myanmar Text"/>
        </w:rPr>
        <w:t>ဤအရာတို့</w:t>
      </w:r>
      <w:r>
        <w:rPr>
          <w:rFonts w:ascii="Times New Roman" w:hAnsi="Times New Roman" w:eastAsia="Times New Roman" w:cs="Times New Roman"/>
        </w:rPr>
        <w:t xml:space="preserve"> </w:t>
      </w:r>
      <w:r>
        <w:rPr>
          <w:rFonts w:ascii="Myanmar Text" w:hAnsi="Myanmar Text" w:eastAsia="Myanmar Text" w:cs="Myanmar Text"/>
        </w:rPr>
        <w:t>ဖြစ်ပျက်လာသည်ကို</w:t>
      </w:r>
      <w:r>
        <w:rPr>
          <w:rFonts w:ascii="Times New Roman" w:hAnsi="Times New Roman" w:eastAsia="Times New Roman" w:cs="Times New Roman"/>
        </w:rPr>
        <w:t xml:space="preserve"> </w:t>
      </w:r>
      <w:r>
        <w:rPr>
          <w:rFonts w:ascii="Myanmar Text" w:hAnsi="Myanmar Text" w:eastAsia="Myanmar Text" w:cs="Myanmar Text"/>
        </w:rPr>
        <w:t>သင်တို့မြင်သောအခါ၊</w:t>
      </w:r>
      <w:r>
        <w:rPr>
          <w:rFonts w:ascii="Times New Roman" w:hAnsi="Times New Roman" w:eastAsia="Times New Roman" w:cs="Times New Roman"/>
        </w:rPr>
        <w:t xml:space="preserve"> </w:t>
      </w:r>
      <w:r>
        <w:rPr>
          <w:rFonts w:ascii="Myanmar Text" w:hAnsi="Myanmar Text" w:eastAsia="Myanmar Text" w:cs="Myanmar Text"/>
        </w:rPr>
        <w:t>ဘုရားသခင်၏နိုင်ငံတော်သည်</w:t>
      </w:r>
      <w:r>
        <w:rPr>
          <w:rFonts w:ascii="Times New Roman" w:hAnsi="Times New Roman" w:eastAsia="Times New Roman" w:cs="Times New Roman"/>
        </w:rPr>
        <w:t xml:space="preserve"> </w:t>
      </w:r>
      <w:r>
        <w:rPr>
          <w:rFonts w:ascii="Myanmar Text" w:hAnsi="Myanmar Text" w:eastAsia="Myanmar Text" w:cs="Myanmar Text"/>
        </w:rPr>
        <w:t>နီးကပ်လာပြီဖြစ်ကြောင်း</w:t>
      </w:r>
      <w:r>
        <w:rPr>
          <w:rFonts w:ascii="Times New Roman" w:hAnsi="Times New Roman" w:eastAsia="Times New Roman" w:cs="Times New Roman"/>
        </w:rPr>
        <w:t xml:space="preserve"> </w:t>
      </w:r>
      <w:r>
        <w:rPr>
          <w:rFonts w:ascii="Myanmar Text" w:hAnsi="Myanmar Text" w:eastAsia="Myanmar Text" w:cs="Myanmar Text"/>
        </w:rPr>
        <w:t>သိကြလော့။</w:t>
      </w:r>
      <w:r>
        <w:rPr>
          <w:rFonts w:ascii="Times New Roman" w:hAnsi="Times New Roman" w:eastAsia="Times New Roman" w:cs="Times New Roman"/>
        </w:rPr>
        <w:t xml:space="preserve"> </w:t>
      </w:r>
      <w:r>
        <w:rPr>
          <w:rFonts w:ascii="Myanmar Text" w:hAnsi="Myanmar Text" w:eastAsia="Myanmar Text" w:cs="Myanmar Text"/>
        </w:rPr>
        <w:t>အမှန်အကန်</w:t>
      </w:r>
      <w:r>
        <w:rPr>
          <w:rFonts w:ascii="Times New Roman" w:hAnsi="Times New Roman" w:eastAsia="Times New Roman" w:cs="Times New Roman"/>
        </w:rPr>
        <w:t xml:space="preserve"> </w:t>
      </w:r>
      <w:r>
        <w:rPr>
          <w:rFonts w:ascii="Myanmar Text" w:hAnsi="Myanmar Text" w:eastAsia="Myanmar Text" w:cs="Myanmar Text"/>
        </w:rPr>
        <w:t>ငါဆိုသည်ကား၊</w:t>
      </w:r>
      <w:r>
        <w:rPr>
          <w:rFonts w:ascii="Times New Roman" w:hAnsi="Times New Roman" w:eastAsia="Times New Roman" w:cs="Times New Roman"/>
        </w:rPr>
        <w:t xml:space="preserve"> </w:t>
      </w:r>
      <w:r>
        <w:rPr>
          <w:rFonts w:ascii="Myanmar Text" w:hAnsi="Myanmar Text" w:eastAsia="Myanmar Text" w:cs="Myanmar Text"/>
        </w:rPr>
        <w:t>ဤလူမျိုးဆက်သည်</w:t>
      </w:r>
      <w:r>
        <w:rPr>
          <w:rFonts w:ascii="Times New Roman" w:hAnsi="Times New Roman" w:eastAsia="Times New Roman" w:cs="Times New Roman"/>
        </w:rPr>
        <w:t xml:space="preserve"> </w:t>
      </w:r>
      <w:r>
        <w:rPr>
          <w:rFonts w:ascii="Myanmar Text" w:hAnsi="Myanmar Text" w:eastAsia="Myanmar Text" w:cs="Myanmar Text"/>
        </w:rPr>
        <w:t>အရာခပ်သိမ်း</w:t>
      </w:r>
      <w:r>
        <w:rPr>
          <w:rFonts w:ascii="Times New Roman" w:hAnsi="Times New Roman" w:eastAsia="Times New Roman" w:cs="Times New Roman"/>
        </w:rPr>
        <w:t xml:space="preserve"> </w:t>
      </w:r>
      <w:r>
        <w:rPr>
          <w:rFonts w:ascii="Myanmar Text" w:hAnsi="Myanmar Text" w:eastAsia="Myanmar Text" w:cs="Myanmar Text"/>
        </w:rPr>
        <w:t>ပြည့်စုံမလာမီ</w:t>
      </w:r>
      <w:r>
        <w:rPr>
          <w:rFonts w:ascii="Times New Roman" w:hAnsi="Times New Roman" w:eastAsia="Times New Roman" w:cs="Times New Roman"/>
        </w:rPr>
        <w:t xml:space="preserve"> </w:t>
      </w:r>
      <w:r>
        <w:rPr>
          <w:rFonts w:ascii="Myanmar Text" w:hAnsi="Myanmar Text" w:eastAsia="Myanmar Text" w:cs="Myanmar Text"/>
        </w:rPr>
        <w:t>မပျောက်ကွယ်သွားရ။</w:t>
      </w:r>
      <w:r>
        <w:rPr>
          <w:rFonts w:ascii="Times New Roman" w:hAnsi="Times New Roman" w:eastAsia="Times New Roman" w:cs="Times New Roman"/>
        </w:rPr>
        <w:t xml:space="preserve"> </w:t>
      </w:r>
      <w:r>
        <w:rPr>
          <w:rFonts w:ascii="Myanmar Text" w:hAnsi="Myanmar Text" w:eastAsia="Myanmar Text" w:cs="Myanmar Text"/>
        </w:rPr>
        <w:t>ကောင်းကင်နှင့်</w:t>
      </w:r>
      <w:r>
        <w:rPr>
          <w:rFonts w:ascii="Times New Roman" w:hAnsi="Times New Roman" w:eastAsia="Times New Roman" w:cs="Times New Roman"/>
        </w:rPr>
        <w:t xml:space="preserve"> </w:t>
      </w:r>
      <w:r>
        <w:rPr>
          <w:rFonts w:ascii="Myanmar Text" w:hAnsi="Myanmar Text" w:eastAsia="Myanmar Text" w:cs="Myanmar Text"/>
        </w:rPr>
        <w:t>မြေကြီးသည်</w:t>
      </w:r>
      <w:r>
        <w:rPr>
          <w:rFonts w:ascii="Times New Roman" w:hAnsi="Times New Roman" w:eastAsia="Times New Roman" w:cs="Times New Roman"/>
        </w:rPr>
        <w:t xml:space="preserve"> </w:t>
      </w:r>
      <w:r>
        <w:rPr>
          <w:rFonts w:ascii="Myanmar Text" w:hAnsi="Myanmar Text" w:eastAsia="Myanmar Text" w:cs="Myanmar Text"/>
        </w:rPr>
        <w:t>ပျောက်ကွယ်သွားမည်။</w:t>
      </w:r>
      <w:r>
        <w:rPr>
          <w:rFonts w:ascii="Times New Roman" w:hAnsi="Times New Roman" w:eastAsia="Times New Roman" w:cs="Times New Roman"/>
        </w:rPr>
        <w:t xml:space="preserve"> </w:t>
      </w:r>
      <w:r>
        <w:rPr>
          <w:rFonts w:ascii="Myanmar Text" w:hAnsi="Myanmar Text" w:eastAsia="Myanmar Text" w:cs="Myanmar Text"/>
        </w:rPr>
        <w:t>သို့ရာတွင်</w:t>
      </w:r>
      <w:r>
        <w:rPr>
          <w:rFonts w:ascii="Times New Roman" w:hAnsi="Times New Roman" w:eastAsia="Times New Roman" w:cs="Times New Roman"/>
        </w:rPr>
        <w:t xml:space="preserve"> </w:t>
      </w:r>
      <w:r>
        <w:rPr>
          <w:rFonts w:ascii="Myanmar Text" w:hAnsi="Myanmar Text" w:eastAsia="Myanmar Text" w:cs="Myanmar Text"/>
        </w:rPr>
        <w:t>ငါ၏စကားများသည်</w:t>
      </w:r>
      <w:r>
        <w:rPr>
          <w:rFonts w:ascii="Times New Roman" w:hAnsi="Times New Roman" w:eastAsia="Times New Roman" w:cs="Times New Roman"/>
        </w:rPr>
        <w:t xml:space="preserve"> </w:t>
      </w:r>
      <w:r>
        <w:rPr>
          <w:rFonts w:ascii="Myanmar Text" w:hAnsi="Myanmar Text" w:eastAsia="Myanmar Text" w:cs="Myanmar Text"/>
        </w:rPr>
        <w:t>မပျောက်ကွယ်သွားရ။</w:t>
      </w:r>
      <w:r>
        <w:rPr>
          <w:rFonts w:ascii="Times New Roman" w:hAnsi="Times New Roman" w:eastAsia="Times New Roman" w:cs="Times New Roman"/>
        </w:rPr>
        <w:t xml:space="preserve"> </w:t>
      </w:r>
      <w:r>
        <w:rPr>
          <w:rFonts w:ascii="Myanmar Text" w:hAnsi="Myanmar Text" w:eastAsia="Myanmar Text" w:cs="Myanmar Text"/>
        </w:rPr>
        <w:t>လုကာ</w:t>
      </w:r>
      <w:r>
        <w:rPr>
          <w:rFonts w:ascii="Times New Roman" w:hAnsi="Times New Roman" w:eastAsia="Times New Roman" w:cs="Times New Roman"/>
        </w:rPr>
        <w:t xml:space="preserve"> </w:t>
      </w:r>
      <w:r>
        <w:rPr>
          <w:rFonts w:ascii="Myanmar Text" w:hAnsi="Myanmar Text" w:eastAsia="Myanmar Text" w:cs="Myanmar Text"/>
        </w:rPr>
        <w:t>၂၁</w:t>
      </w:r>
      <w:r>
        <w:rPr>
          <w:rFonts w:ascii="Times New Roman" w:hAnsi="Times New Roman" w:eastAsia="Times New Roman" w:cs="Times New Roman"/>
        </w:rPr>
        <w:t>:</w:t>
      </w:r>
      <w:r>
        <w:rPr>
          <w:rFonts w:ascii="Myanmar Text" w:hAnsi="Myanmar Text" w:eastAsia="Myanmar Text" w:cs="Myanmar Text"/>
        </w:rPr>
        <w:t>၃၀</w:t>
      </w:r>
      <w:r>
        <w:rPr>
          <w:rFonts w:ascii="Times New Roman" w:hAnsi="Times New Roman" w:eastAsia="Times New Roman" w:cs="Times New Roman"/>
        </w:rPr>
        <w:t>–</w:t>
      </w:r>
      <w:r>
        <w:rPr>
          <w:rFonts w:ascii="Myanmar Text" w:hAnsi="Myanmar Text" w:eastAsia="Myanmar Text" w:cs="Myanmar Text"/>
        </w:rPr>
        <w:t>၃၃။</w:t>
      </w:r>
    </w:p>
    <w:p>
      <w:pPr>
        <w:pStyle w:val="ArticleBody"/>
        <w:jc w:val="left"/>
      </w:pPr>
      <w:r>
        <w:rPr>
          <w:rFonts w:ascii="Times New Roman" w:hAnsi="Times New Roman" w:eastAsia="Times New Roman" w:cs="Times New Roman"/>
        </w:rPr>
        <w:t>So, potso e ba, “mehlare e ile ea qala neng ho hlahisa mahlaku?” Pula ea morao e ile ea qala ho fafatsa ka la 11 Loetse 2001, e leng, ho ea ka Esaia, “letsatsi leo” la “moea oa Hae o matla letsatsing la moea oa bochabela.”</w:t>
      </w:r>
    </w:p>
    <w:p>
      <w:pPr>
        <w:pStyle w:val="ArticleScripture"/>
        <w:jc w:val="left"/>
      </w:pPr>
      <w:r>
        <w:rPr>
          <w:rFonts w:ascii="Times New Roman" w:hAnsi="Times New Roman" w:eastAsia="Times New Roman" w:cs="Times New Roman"/>
        </w:rPr>
        <w:t>Gore ka tekanyo, ge e hloga, o tla phenkgišana le yona; o thibela phefo ya gagwe e šoro mo letšatšing la phefo ya bohlabela. Ka gona, bokgopo bja Jakobo bo tla hlwekišwa ka se; gomme se ke seenywa ka moka sa go tloša sebe sa gagwe; ge a dira maswika ka moka a aletare bjalo ka maswika a tšhoko ao a pšhatlagantšwego, meru ya medimo le diswantšho di ka se sa ema. Lega go le bjalo motse o šireleditšwego o tla ba lešope, gomme bodulo bo tla tlogelwa, gomme bo tlogelwe bjalo ka lešoka: gona namane e tla fula moo, gomme e tla robala moo, gomme ya fetša makala a gona. Ge makala a gona a omeletše, a tla robja a tlošwe: basadi ba tla, ba a gotetša ka mollo; gobane ke setšhaba se se se nago kwešišo: ka gona yo a ba dirilego a ka se ba gaugela, gomme yo a ba bopilego a ka se ba bontšhe botho. Gomme go tla direga mo letšatšing leo, gore Morena o tla phorola go tloga molapong wa noka go fihla nokaneng ya Egipita, gomme lena le tla kgoboketšwa ka o tee ka o tee, lena bana ba Israele. Gomme go tla direga mo letšatšing leo, gore phalafala e kgolo e tla letšwa, gomme go tla tla bao ba bego ba le kgauswi le go hwa nageng ya Asiria, le ba ba lahletšwego ntle nageng ya Egipita, gomme ba tla rapela Morena thabeng e kgethwa kua Jerusalema. Jesaya 27:8–13.</w:t>
      </w:r>
    </w:p>
    <w:p>
      <w:pPr>
        <w:pStyle w:val="ArticleBody"/>
        <w:jc w:val="left"/>
      </w:pPr>
      <w:r>
        <w:rPr>
          <w:rFonts w:ascii="Times New Roman" w:hAnsi="Times New Roman" w:eastAsia="Times New Roman" w:cs="Times New Roman"/>
        </w:rPr>
        <w:t>Mvula wa mwisho ulianza kunyesha kwa kunyunyizia (kwa kipimo) mnamo Septemba 11, 2001, na mabishano juu ya ujumbe wa mvula wa mwisho na ujumbe bandia wa amani na usalama yakaanza. Historia ya mabishano hayo ndiyo mahali ambapo uovu wa Yakobo huondolewa (husafishwa, yaani hupatanishwa). Historia ya mabishano hayo, ambayo ndiyo mabishano ya Habakuki, ni kipindi cha kutiwa muhuri kwa wale laki moja na arobaini na nne elfu, kinachohitimika kwa Mwadventista wa Sabato wa Laodikia kutapikwa kutoka katika kinywa cha Bwana, kwa maana huo, kama “mji uliozingirwa,” utakuwa ukiwa, kwa sababu umekuwa mji wa watu wasio na ufahamu, wasiopata rehema wala kibali. Wakati huo “sauti ya pili” ya Ufunuo kumi na nane itapiga tarumbeta kubwa, ambayo ndiyo tarumbeta ya saba na ole ya tatu, na kondoo wengine wa Mungu watakuja na kuabudu katika “Yerusalemu”, ambalo litakuwa limekuwa harakati ya kanisa lishindalo.</w:t>
      </w:r>
    </w:p>
    <w:p>
      <w:pPr>
        <w:pStyle w:val="ArticleBody"/>
        <w:jc w:val="left"/>
      </w:pPr>
      <w:r>
        <w:rPr>
          <w:rFonts w:ascii="Leelawadee UI" w:hAnsi="Leelawadee UI" w:eastAsia="Leelawadee UI" w:cs="Leelawadee UI"/>
        </w:rPr>
        <w:t>ថ្ងៃទី</w:t>
      </w:r>
      <w:r>
        <w:rPr>
          <w:rFonts w:ascii="Times New Roman" w:hAnsi="Times New Roman" w:eastAsia="Times New Roman" w:cs="Times New Roman"/>
        </w:rPr>
        <w:t xml:space="preserve"> </w:t>
      </w:r>
      <w:r>
        <w:rPr>
          <w:rFonts w:ascii="Leelawadee UI" w:hAnsi="Leelawadee UI" w:eastAsia="Leelawadee UI" w:cs="Leelawadee UI"/>
        </w:rPr>
        <w:t>១១</w:t>
      </w:r>
      <w:r>
        <w:rPr>
          <w:rFonts w:ascii="Times New Roman" w:hAnsi="Times New Roman" w:eastAsia="Times New Roman" w:cs="Times New Roman"/>
        </w:rPr>
        <w:t xml:space="preserve"> </w:t>
      </w:r>
      <w:r>
        <w:rPr>
          <w:rFonts w:ascii="Leelawadee UI" w:hAnsi="Leelawadee UI" w:eastAsia="Leelawadee UI" w:cs="Leelawadee UI"/>
        </w:rPr>
        <w:t>ខែកញ្ញា</w:t>
      </w:r>
      <w:r>
        <w:rPr>
          <w:rFonts w:ascii="Times New Roman" w:hAnsi="Times New Roman" w:eastAsia="Times New Roman" w:cs="Times New Roman"/>
        </w:rPr>
        <w:t xml:space="preserve"> </w:t>
      </w:r>
      <w:r>
        <w:rPr>
          <w:rFonts w:ascii="Leelawadee UI" w:hAnsi="Leelawadee UI" w:eastAsia="Leelawadee UI" w:cs="Leelawadee UI"/>
        </w:rPr>
        <w:t>ឆ្នាំ</w:t>
      </w:r>
      <w:r>
        <w:rPr>
          <w:rFonts w:ascii="Times New Roman" w:hAnsi="Times New Roman" w:eastAsia="Times New Roman" w:cs="Times New Roman"/>
        </w:rPr>
        <w:t xml:space="preserve"> </w:t>
      </w:r>
      <w:r>
        <w:rPr>
          <w:rFonts w:ascii="Leelawadee UI" w:hAnsi="Leelawadee UI" w:eastAsia="Leelawadee UI" w:cs="Leelawadee UI"/>
        </w:rPr>
        <w:t>២០០១</w:t>
      </w:r>
      <w:r>
        <w:rPr>
          <w:rFonts w:ascii="Times New Roman" w:hAnsi="Times New Roman" w:eastAsia="Times New Roman" w:cs="Times New Roman"/>
        </w:rPr>
        <w:t xml:space="preserve"> </w:t>
      </w:r>
      <w:r>
        <w:rPr>
          <w:rFonts w:ascii="Leelawadee UI" w:hAnsi="Leelawadee UI" w:eastAsia="Leelawadee UI" w:cs="Leelawadee UI"/>
        </w:rPr>
        <w:t>បញ្ជាក់ថា</w:t>
      </w:r>
      <w:r>
        <w:rPr>
          <w:rFonts w:ascii="Times New Roman" w:hAnsi="Times New Roman" w:eastAsia="Times New Roman" w:cs="Times New Roman"/>
        </w:rPr>
        <w:t xml:space="preserve"> </w:t>
      </w:r>
      <w:r>
        <w:rPr>
          <w:rFonts w:ascii="Leelawadee UI" w:hAnsi="Leelawadee UI" w:eastAsia="Leelawadee UI" w:cs="Leelawadee UI"/>
        </w:rPr>
        <w:t>ជំនាន់ចុងក្រោយនៃប្រវត្តិសាស្ត្រផែនដីបានមកដល់ហើយ</w:t>
      </w:r>
      <w:r>
        <w:rPr>
          <w:rFonts w:ascii="Times New Roman" w:hAnsi="Times New Roman" w:eastAsia="Times New Roman" w:cs="Times New Roman"/>
        </w:rPr>
        <w:t xml:space="preserve"> </w:t>
      </w:r>
      <w:r>
        <w:rPr>
          <w:rFonts w:ascii="Leelawadee UI" w:hAnsi="Leelawadee UI" w:eastAsia="Leelawadee UI" w:cs="Leelawadee UI"/>
        </w:rPr>
        <w:t>ហើយមានតែអ្នកដែលស្គាល់ដើមឈើកំពុងចេញពន្លកនៅនិទាឃរដូវប៉ុណ្ណោះ</w:t>
      </w:r>
      <w:r>
        <w:rPr>
          <w:rFonts w:ascii="Times New Roman" w:hAnsi="Times New Roman" w:eastAsia="Times New Roman" w:cs="Times New Roman"/>
        </w:rPr>
        <w:t xml:space="preserve"> </w:t>
      </w:r>
      <w:r>
        <w:rPr>
          <w:rFonts w:ascii="Leelawadee UI" w:hAnsi="Leelawadee UI" w:eastAsia="Leelawadee UI" w:cs="Leelawadee UI"/>
        </w:rPr>
        <w:t>នឹងទទួលបានភ្លៀងដែលកំពុងបណ្តាលឲ្យដើមឈើទាំងនោះចេញពន្លក។</w:t>
      </w:r>
      <w:r>
        <w:rPr>
          <w:rFonts w:ascii="Times New Roman" w:hAnsi="Times New Roman" w:eastAsia="Times New Roman" w:cs="Times New Roman"/>
        </w:rPr>
        <w:t xml:space="preserve"> </w:t>
      </w:r>
      <w:r>
        <w:rPr>
          <w:rFonts w:ascii="Leelawadee UI" w:hAnsi="Leelawadee UI" w:eastAsia="Leelawadee UI" w:cs="Leelawadee UI"/>
        </w:rPr>
        <w:t>មានតែអ្នកដែលស្គាល់ថា</w:t>
      </w:r>
      <w:r>
        <w:rPr>
          <w:rFonts w:ascii="Times New Roman" w:hAnsi="Times New Roman" w:eastAsia="Times New Roman" w:cs="Times New Roman"/>
        </w:rPr>
        <w:t xml:space="preserve"> </w:t>
      </w:r>
      <w:r>
        <w:rPr>
          <w:rFonts w:ascii="Leelawadee UI" w:hAnsi="Leelawadee UI" w:eastAsia="Leelawadee UI" w:cs="Leelawadee UI"/>
        </w:rPr>
        <w:t>សាសនាឥស្លាមនៃវេទនាទីបី</w:t>
      </w:r>
      <w:r>
        <w:rPr>
          <w:rFonts w:ascii="Times New Roman" w:hAnsi="Times New Roman" w:eastAsia="Times New Roman" w:cs="Times New Roman"/>
        </w:rPr>
        <w:t xml:space="preserve"> </w:t>
      </w:r>
      <w:r>
        <w:rPr>
          <w:rFonts w:ascii="Leelawadee UI" w:hAnsi="Leelawadee UI" w:eastAsia="Leelawadee UI" w:cs="Leelawadee UI"/>
        </w:rPr>
        <w:t>គឺជាអ្វីដែលសម្គាល់ការមកដល់នៃភ្លៀងចុងក្រោយ</w:t>
      </w:r>
      <w:r>
        <w:rPr>
          <w:rFonts w:ascii="Times New Roman" w:hAnsi="Times New Roman" w:eastAsia="Times New Roman" w:cs="Times New Roman"/>
        </w:rPr>
        <w:t xml:space="preserve"> </w:t>
      </w:r>
      <w:r>
        <w:rPr>
          <w:rFonts w:ascii="Leelawadee UI" w:hAnsi="Leelawadee UI" w:eastAsia="Leelawadee UI" w:cs="Leelawadee UI"/>
        </w:rPr>
        <w:t>និងការបិទត្រានៃមនុស្សមួយសែនបួនម៉ឺនបួនពាន់នាក់</w:t>
      </w:r>
      <w:r>
        <w:rPr>
          <w:rFonts w:ascii="Times New Roman" w:hAnsi="Times New Roman" w:eastAsia="Times New Roman" w:cs="Times New Roman"/>
        </w:rPr>
        <w:t xml:space="preserve"> </w:t>
      </w:r>
      <w:r>
        <w:rPr>
          <w:rFonts w:ascii="Leelawadee UI" w:hAnsi="Leelawadee UI" w:eastAsia="Leelawadee UI" w:cs="Leelawadee UI"/>
        </w:rPr>
        <w:t>ប៉ុណ្ណោះ</w:t>
      </w:r>
      <w:r>
        <w:rPr>
          <w:rFonts w:ascii="Times New Roman" w:hAnsi="Times New Roman" w:eastAsia="Times New Roman" w:cs="Times New Roman"/>
        </w:rPr>
        <w:t xml:space="preserve"> </w:t>
      </w:r>
      <w:r>
        <w:rPr>
          <w:rFonts w:ascii="Leelawadee UI" w:hAnsi="Leelawadee UI" w:eastAsia="Leelawadee UI" w:cs="Leelawadee UI"/>
        </w:rPr>
        <w:t>ទើបនឹងស្ថិតនៅក្នុងក្រុមនោះ។</w:t>
      </w:r>
    </w:p>
    <w:p>
      <w:pPr>
        <w:pStyle w:val="ArticleScripture"/>
        <w:jc w:val="left"/>
      </w:pPr>
      <w:r>
        <w:rPr>
          <w:rFonts w:ascii="Times New Roman" w:hAnsi="Times New Roman" w:eastAsia="Times New Roman" w:cs="Times New Roman"/>
        </w:rPr>
        <w:t>“Hanya mereka yang hidup seturut dengan terang yang telah mereka terima akan menerima terang yang lebih besar. Kecuali jika setiap hari kita maju dalam perwujudan kebajikan-kebajikan Kristen yang aktif, kita tidak akan mengenali manifestasi-manifestasi Roh Kudus dalam hujan akhir. Hujan itu mungkin sedang tercurah ke atas hati orang-orang di sekeliling kita, tetapi kita tidak akan membedakannya ataupun menerimanya.” Testimonies to Ministers, 507.</w:t>
      </w:r>
    </w:p>
    <w:p>
      <w:pPr>
        <w:pStyle w:val="ArticleScripture"/>
        <w:jc w:val="left"/>
      </w:pPr>
      <w:r>
        <w:rPr>
          <w:rFonts w:ascii="Times New Roman" w:hAnsi="Times New Roman" w:eastAsia="Times New Roman" w:cs="Times New Roman"/>
        </w:rPr>
        <w:t>“Kita tidak boleh menunggu hujan akhir. Hujan itu sedang datang ke atas semua orang yang mau mengenali dan menerima embun serta curahan kasih karunia yang dicurahkan ke atas kita. Apabila kita mengumpulkan serpihan-serpihan terang, apabila kita menghargai rahmat Allah yang pasti, Dia yang berkenan agar kita percaya kepada-Nya, maka setiap janji akan digenapi. ‘Sebab seperti bumi memancarkan tunasnya, dan seperti kebun menumbuhkan apa yang ditaburkan di dalamnya, demikianlah Tuhan ALLAH akan menumbuhkan kebenaran dan puji-pujian di hadapan segala bangsa’ (Yesaya 61:11). Seluruh bumi harus dipenuhi dengan kemuliaan Allah.” The Seventh-day Adventist Bible Commentary, volume 7, 984.</w:t>
      </w:r>
    </w:p>
    <w:p>
      <w:pPr>
        <w:pStyle w:val="ArticleBody"/>
        <w:jc w:val="left"/>
      </w:pPr>
      <w:r>
        <w:rPr>
          <w:rFonts w:ascii="Ebrima" w:hAnsi="Ebrima" w:eastAsia="Ebrima" w:cs="Ebrima"/>
        </w:rPr>
        <w:t>የጥናቱን</w:t>
      </w:r>
      <w:r>
        <w:rPr>
          <w:rFonts w:ascii="Times New Roman" w:hAnsi="Times New Roman" w:eastAsia="Times New Roman" w:cs="Times New Roman"/>
        </w:rPr>
        <w:t xml:space="preserve"> </w:t>
      </w:r>
      <w:r>
        <w:rPr>
          <w:rFonts w:ascii="Ebrima" w:hAnsi="Ebrima" w:eastAsia="Ebrima" w:cs="Ebrima"/>
        </w:rPr>
        <w:t>ቀጣይ</w:t>
      </w:r>
      <w:r>
        <w:rPr>
          <w:rFonts w:ascii="Times New Roman" w:hAnsi="Times New Roman" w:eastAsia="Times New Roman" w:cs="Times New Roman"/>
        </w:rPr>
        <w:t xml:space="preserve"> </w:t>
      </w:r>
      <w:r>
        <w:rPr>
          <w:rFonts w:ascii="Ebrima" w:hAnsi="Ebrima" w:eastAsia="Ebrima" w:cs="Ebrima"/>
        </w:rPr>
        <w:t>ክፍል</w:t>
      </w:r>
      <w:r>
        <w:rPr>
          <w:rFonts w:ascii="Times New Roman" w:hAnsi="Times New Roman" w:eastAsia="Times New Roman" w:cs="Times New Roman"/>
        </w:rPr>
        <w:t xml:space="preserve"> </w:t>
      </w:r>
      <w:r>
        <w:rPr>
          <w:rFonts w:ascii="Ebrima" w:hAnsi="Ebrima" w:eastAsia="Ebrima" w:cs="Ebrima"/>
        </w:rPr>
        <w:t>በሚቀጥለው</w:t>
      </w:r>
      <w:r>
        <w:rPr>
          <w:rFonts w:ascii="Times New Roman" w:hAnsi="Times New Roman" w:eastAsia="Times New Roman" w:cs="Times New Roman"/>
        </w:rPr>
        <w:t xml:space="preserve"> </w:t>
      </w:r>
      <w:r>
        <w:rPr>
          <w:rFonts w:ascii="Ebrima" w:hAnsi="Ebrima" w:eastAsia="Ebrima" w:cs="Ebrima"/>
        </w:rPr>
        <w:t>ጽሑፍ</w:t>
      </w:r>
      <w:r>
        <w:rPr>
          <w:rFonts w:ascii="Times New Roman" w:hAnsi="Times New Roman" w:eastAsia="Times New Roman" w:cs="Times New Roman"/>
        </w:rPr>
        <w:t xml:space="preserve"> </w:t>
      </w:r>
      <w:r>
        <w:rPr>
          <w:rFonts w:ascii="Ebrima" w:hAnsi="Ebrima" w:eastAsia="Ebrima" w:cs="Ebrima"/>
        </w:rPr>
        <w:t>እንቀጥላለን።</w:t>
      </w:r>
    </w:p>
    <w:p>
      <w:pPr>
        <w:pStyle w:val="ArticleScripture"/>
        <w:jc w:val="left"/>
      </w:pPr>
      <w:r>
        <w:rPr>
          <w:rFonts w:ascii="Times New Roman" w:hAnsi="Times New Roman" w:eastAsia="Times New Roman" w:cs="Times New Roman"/>
        </w:rPr>
        <w:t>“</w:t>
      </w:r>
      <w:r>
        <w:rPr>
          <w:rFonts w:ascii="Leelawadee UI" w:hAnsi="Leelawadee UI" w:eastAsia="Leelawadee UI" w:cs="Leelawadee UI"/>
        </w:rPr>
        <w:t>នឹងតែបើអ្នកទាំងឡាយដែលអាចជួយនៅក្នុង</w:t>
      </w:r>
      <w:r>
        <w:rPr>
          <w:rFonts w:ascii="Times New Roman" w:hAnsi="Times New Roman" w:eastAsia="Times New Roman" w:cs="Times New Roman"/>
        </w:rPr>
        <w:t>——</w:t>
      </w:r>
      <w:r>
        <w:rPr>
          <w:rFonts w:ascii="Leelawadee UI" w:hAnsi="Leelawadee UI" w:eastAsia="Leelawadee UI" w:cs="Leelawadee UI"/>
        </w:rPr>
        <w:t>មិនត្រូវបានដាស់ឲ្យមានការយល់ដឹងអំពីកាតព្វកិច្ចរបស់ខ្លួនទេ</w:t>
      </w:r>
      <w:r>
        <w:rPr>
          <w:rFonts w:ascii="Times New Roman" w:hAnsi="Times New Roman" w:eastAsia="Times New Roman" w:cs="Times New Roman"/>
        </w:rPr>
        <w:t xml:space="preserve"> </w:t>
      </w:r>
      <w:r>
        <w:rPr>
          <w:rFonts w:ascii="Leelawadee UI" w:hAnsi="Leelawadee UI" w:eastAsia="Leelawadee UI" w:cs="Leelawadee UI"/>
        </w:rPr>
        <w:t>ពួកគេនឹងមិនស្គាល់ព្រះរាជកិច្ចរបស់ព្រះឡើយ</w:t>
      </w:r>
      <w:r>
        <w:rPr>
          <w:rFonts w:ascii="Times New Roman" w:hAnsi="Times New Roman" w:eastAsia="Times New Roman" w:cs="Times New Roman"/>
        </w:rPr>
        <w:t xml:space="preserve"> </w:t>
      </w:r>
      <w:r>
        <w:rPr>
          <w:rFonts w:ascii="Leelawadee UI" w:hAnsi="Leelawadee UI" w:eastAsia="Leelawadee UI" w:cs="Leelawadee UI"/>
        </w:rPr>
        <w:t>នៅពេលដែលសម្រែកខ្លាំងនៃទេវតាទីបីត្រូវបានឮ។</w:t>
      </w:r>
      <w:r>
        <w:rPr>
          <w:rFonts w:ascii="Times New Roman" w:hAnsi="Times New Roman" w:eastAsia="Times New Roman" w:cs="Times New Roman"/>
        </w:rPr>
        <w:t xml:space="preserve"> </w:t>
      </w:r>
      <w:r>
        <w:rPr>
          <w:rFonts w:ascii="Leelawadee UI" w:hAnsi="Leelawadee UI" w:eastAsia="Leelawadee UI" w:cs="Leelawadee UI"/>
        </w:rPr>
        <w:t>នៅពេលដែលពន្លឺចេញទៅដើម្បីបំភ្លឺផែនដី</w:t>
      </w:r>
      <w:r>
        <w:rPr>
          <w:rFonts w:ascii="Times New Roman" w:hAnsi="Times New Roman" w:eastAsia="Times New Roman" w:cs="Times New Roman"/>
        </w:rPr>
        <w:t xml:space="preserve"> </w:t>
      </w:r>
      <w:r>
        <w:rPr>
          <w:rFonts w:ascii="Leelawadee UI" w:hAnsi="Leelawadee UI" w:eastAsia="Leelawadee UI" w:cs="Leelawadee UI"/>
        </w:rPr>
        <w:t>ជំនួសឲ្យការឡើងមកជួយព្រះអម្ចាស់</w:t>
      </w:r>
      <w:r>
        <w:rPr>
          <w:rFonts w:ascii="Times New Roman" w:hAnsi="Times New Roman" w:eastAsia="Times New Roman" w:cs="Times New Roman"/>
        </w:rPr>
        <w:t xml:space="preserve"> </w:t>
      </w:r>
      <w:r>
        <w:rPr>
          <w:rFonts w:ascii="Leelawadee UI" w:hAnsi="Leelawadee UI" w:eastAsia="Leelawadee UI" w:cs="Leelawadee UI"/>
        </w:rPr>
        <w:t>ពួកគេនឹងចង់រឹតចងជុំវិញព្រះរាជកិច្ចរបស់ទ្រង់</w:t>
      </w:r>
      <w:r>
        <w:rPr>
          <w:rFonts w:ascii="Times New Roman" w:hAnsi="Times New Roman" w:eastAsia="Times New Roman" w:cs="Times New Roman"/>
        </w:rPr>
        <w:t xml:space="preserve"> </w:t>
      </w:r>
      <w:r>
        <w:rPr>
          <w:rFonts w:ascii="Leelawadee UI" w:hAnsi="Leelawadee UI" w:eastAsia="Leelawadee UI" w:cs="Leelawadee UI"/>
        </w:rPr>
        <w:t>ដើម្បីឲ្យសមនឹងគំនិតចង្អៀតរបស់ខ្លួន។</w:t>
      </w:r>
      <w:r>
        <w:rPr>
          <w:rFonts w:ascii="Times New Roman" w:hAnsi="Times New Roman" w:eastAsia="Times New Roman" w:cs="Times New Roman"/>
        </w:rPr>
        <w:t xml:space="preserve"> </w:t>
      </w:r>
      <w:r>
        <w:rPr>
          <w:rFonts w:ascii="Leelawadee UI" w:hAnsi="Leelawadee UI" w:eastAsia="Leelawadee UI" w:cs="Leelawadee UI"/>
        </w:rPr>
        <w:t>សូមឲ្យខ្ញុំប្រាប់អ្នកថា</w:t>
      </w:r>
      <w:r>
        <w:rPr>
          <w:rFonts w:ascii="Times New Roman" w:hAnsi="Times New Roman" w:eastAsia="Times New Roman" w:cs="Times New Roman"/>
        </w:rPr>
        <w:t xml:space="preserve"> </w:t>
      </w:r>
      <w:r>
        <w:rPr>
          <w:rFonts w:ascii="Leelawadee UI" w:hAnsi="Leelawadee UI" w:eastAsia="Leelawadee UI" w:cs="Leelawadee UI"/>
        </w:rPr>
        <w:t>ព្រះអម្ចាស់នឹងធ្វើការនៅក្នុងកិច្ចការចុងក្រោយនេះដោយរបៀបមួយដែលខុសប្លែកយ៉ាងខ្លាំងពីលំដាប់ធម្មតានៃអ្វីៗទាំងឡាយ</w:t>
      </w:r>
      <w:r>
        <w:rPr>
          <w:rFonts w:ascii="Times New Roman" w:hAnsi="Times New Roman" w:eastAsia="Times New Roman" w:cs="Times New Roman"/>
        </w:rPr>
        <w:t xml:space="preserve"> </w:t>
      </w:r>
      <w:r>
        <w:rPr>
          <w:rFonts w:ascii="Leelawadee UI" w:hAnsi="Leelawadee UI" w:eastAsia="Leelawadee UI" w:cs="Leelawadee UI"/>
        </w:rPr>
        <w:t>ហើយដោយវិធីមួយដែលនឹងផ្ទុយនឹងការរៀបចំផែនការរបស់មនុស្សណាមួយ។</w:t>
      </w:r>
      <w:r>
        <w:rPr>
          <w:rFonts w:ascii="Times New Roman" w:hAnsi="Times New Roman" w:eastAsia="Times New Roman" w:cs="Times New Roman"/>
        </w:rPr>
        <w:t xml:space="preserve"> </w:t>
      </w:r>
      <w:r>
        <w:rPr>
          <w:rFonts w:ascii="Leelawadee UI" w:hAnsi="Leelawadee UI" w:eastAsia="Leelawadee UI" w:cs="Leelawadee UI"/>
        </w:rPr>
        <w:t>នឹងមានអ្នកខ្លះនៅក្នុងចំណោមយើង</w:t>
      </w:r>
      <w:r>
        <w:rPr>
          <w:rFonts w:ascii="Times New Roman" w:hAnsi="Times New Roman" w:eastAsia="Times New Roman" w:cs="Times New Roman"/>
        </w:rPr>
        <w:t xml:space="preserve"> </w:t>
      </w:r>
      <w:r>
        <w:rPr>
          <w:rFonts w:ascii="Leelawadee UI" w:hAnsi="Leelawadee UI" w:eastAsia="Leelawadee UI" w:cs="Leelawadee UI"/>
        </w:rPr>
        <w:t>ដែលតែងតែចង់គ្រប់គ្រងព្រះរាជកិច្ចរបស់ព្រះ</w:t>
      </w:r>
      <w:r>
        <w:rPr>
          <w:rFonts w:ascii="Times New Roman" w:hAnsi="Times New Roman" w:eastAsia="Times New Roman" w:cs="Times New Roman"/>
        </w:rPr>
        <w:t xml:space="preserve"> </w:t>
      </w:r>
      <w:r>
        <w:rPr>
          <w:rFonts w:ascii="Leelawadee UI" w:hAnsi="Leelawadee UI" w:eastAsia="Leelawadee UI" w:cs="Leelawadee UI"/>
        </w:rPr>
        <w:t>ចង់បង្គាប់សូម្បីតែថា</w:t>
      </w:r>
      <w:r>
        <w:rPr>
          <w:rFonts w:ascii="Times New Roman" w:hAnsi="Times New Roman" w:eastAsia="Times New Roman" w:cs="Times New Roman"/>
        </w:rPr>
        <w:t xml:space="preserve"> </w:t>
      </w:r>
      <w:r>
        <w:rPr>
          <w:rFonts w:ascii="Leelawadee UI" w:hAnsi="Leelawadee UI" w:eastAsia="Leelawadee UI" w:cs="Leelawadee UI"/>
        </w:rPr>
        <w:t>តើចលនាណាខ្លះត្រូវធ្វើ</w:t>
      </w:r>
      <w:r>
        <w:rPr>
          <w:rFonts w:ascii="Times New Roman" w:hAnsi="Times New Roman" w:eastAsia="Times New Roman" w:cs="Times New Roman"/>
        </w:rPr>
        <w:t xml:space="preserve"> </w:t>
      </w:r>
      <w:r>
        <w:rPr>
          <w:rFonts w:ascii="Leelawadee UI" w:hAnsi="Leelawadee UI" w:eastAsia="Leelawadee UI" w:cs="Leelawadee UI"/>
        </w:rPr>
        <w:t>នៅពេលដែលកិច្ចការនោះរីកចម្រើនទៅមុខក្រោមការដឹកនាំរបស់ទេវតា</w:t>
      </w:r>
      <w:r>
        <w:rPr>
          <w:rFonts w:ascii="Times New Roman" w:hAnsi="Times New Roman" w:eastAsia="Times New Roman" w:cs="Times New Roman"/>
        </w:rPr>
        <w:t xml:space="preserve"> </w:t>
      </w:r>
      <w:r>
        <w:rPr>
          <w:rFonts w:ascii="Leelawadee UI" w:hAnsi="Leelawadee UI" w:eastAsia="Leelawadee UI" w:cs="Leelawadee UI"/>
        </w:rPr>
        <w:t>ដែលចូលរួមជាមួយទេវតាទីបីក្នុងសារដែលត្រូវផ្តល់ដល់លោកិយ។</w:t>
      </w:r>
      <w:r>
        <w:rPr>
          <w:rFonts w:ascii="Times New Roman" w:hAnsi="Times New Roman" w:eastAsia="Times New Roman" w:cs="Times New Roman"/>
        </w:rPr>
        <w:t xml:space="preserve"> </w:t>
      </w:r>
      <w:r>
        <w:rPr>
          <w:rFonts w:ascii="Leelawadee UI" w:hAnsi="Leelawadee UI" w:eastAsia="Leelawadee UI" w:cs="Leelawadee UI"/>
        </w:rPr>
        <w:t>ព្រះនឹងប្រើវិធី</w:t>
      </w:r>
      <w:r>
        <w:rPr>
          <w:rFonts w:ascii="Times New Roman" w:hAnsi="Times New Roman" w:eastAsia="Times New Roman" w:cs="Times New Roman"/>
        </w:rPr>
        <w:t xml:space="preserve"> </w:t>
      </w:r>
      <w:r>
        <w:rPr>
          <w:rFonts w:ascii="Leelawadee UI" w:hAnsi="Leelawadee UI" w:eastAsia="Leelawadee UI" w:cs="Leelawadee UI"/>
        </w:rPr>
        <w:t>និងមធ្យោបាយ</w:t>
      </w:r>
      <w:r>
        <w:rPr>
          <w:rFonts w:ascii="Times New Roman" w:hAnsi="Times New Roman" w:eastAsia="Times New Roman" w:cs="Times New Roman"/>
        </w:rPr>
        <w:t xml:space="preserve"> </w:t>
      </w:r>
      <w:r>
        <w:rPr>
          <w:rFonts w:ascii="Leelawadee UI" w:hAnsi="Leelawadee UI" w:eastAsia="Leelawadee UI" w:cs="Leelawadee UI"/>
        </w:rPr>
        <w:t>ដែលនឹងបង្ហាញឲ្យឃើញថា</w:t>
      </w:r>
      <w:r>
        <w:rPr>
          <w:rFonts w:ascii="Times New Roman" w:hAnsi="Times New Roman" w:eastAsia="Times New Roman" w:cs="Times New Roman"/>
        </w:rPr>
        <w:t xml:space="preserve"> </w:t>
      </w:r>
      <w:r>
        <w:rPr>
          <w:rFonts w:ascii="Leelawadee UI" w:hAnsi="Leelawadee UI" w:eastAsia="Leelawadee UI" w:cs="Leelawadee UI"/>
        </w:rPr>
        <w:t>ទ្រង់កំពុងកាន់ក្តាប់ខ្សែបញ្ជានៅក្នុងព្រះហស្តរបស់ទ្រង់ផ្ទាល់។</w:t>
      </w:r>
      <w:r>
        <w:rPr>
          <w:rFonts w:ascii="Times New Roman" w:hAnsi="Times New Roman" w:eastAsia="Times New Roman" w:cs="Times New Roman"/>
        </w:rPr>
        <w:t xml:space="preserve"> </w:t>
      </w:r>
      <w:r>
        <w:rPr>
          <w:rFonts w:ascii="Leelawadee UI" w:hAnsi="Leelawadee UI" w:eastAsia="Leelawadee UI" w:cs="Leelawadee UI"/>
        </w:rPr>
        <w:t>កម្មករទាំងឡាយនឹងភ្ញាក់ផ្អើលដោយមធ្យោបាយដ៏សាមញ្ញ</w:t>
      </w:r>
      <w:r>
        <w:rPr>
          <w:rFonts w:ascii="Times New Roman" w:hAnsi="Times New Roman" w:eastAsia="Times New Roman" w:cs="Times New Roman"/>
        </w:rPr>
        <w:t xml:space="preserve"> </w:t>
      </w:r>
      <w:r>
        <w:rPr>
          <w:rFonts w:ascii="Leelawadee UI" w:hAnsi="Leelawadee UI" w:eastAsia="Leelawadee UI" w:cs="Leelawadee UI"/>
        </w:rPr>
        <w:t>ដែលទ្រង់នឹងប្រើ</w:t>
      </w:r>
      <w:r>
        <w:rPr>
          <w:rFonts w:ascii="Times New Roman" w:hAnsi="Times New Roman" w:eastAsia="Times New Roman" w:cs="Times New Roman"/>
        </w:rPr>
        <w:t xml:space="preserve"> </w:t>
      </w:r>
      <w:r>
        <w:rPr>
          <w:rFonts w:ascii="Leelawadee UI" w:hAnsi="Leelawadee UI" w:eastAsia="Leelawadee UI" w:cs="Leelawadee UI"/>
        </w:rPr>
        <w:t>ដើម្បីនាំមក</w:t>
      </w:r>
      <w:r>
        <w:rPr>
          <w:rFonts w:ascii="Times New Roman" w:hAnsi="Times New Roman" w:eastAsia="Times New Roman" w:cs="Times New Roman"/>
        </w:rPr>
        <w:t xml:space="preserve"> </w:t>
      </w:r>
      <w:r>
        <w:rPr>
          <w:rFonts w:ascii="Leelawadee UI" w:hAnsi="Leelawadee UI" w:eastAsia="Leelawadee UI" w:cs="Leelawadee UI"/>
        </w:rPr>
        <w:t>និងបំពេញឲ្យគ្រប់លក្ខណ៍នូវព្រះរាជកិច្ចនៃសេចក្តីសុចរិតរបស់ទ្រង់។</w:t>
      </w:r>
      <w:r>
        <w:rPr>
          <w:rFonts w:ascii="Times New Roman" w:hAnsi="Times New Roman" w:eastAsia="Times New Roman" w:cs="Times New Roman"/>
        </w:rPr>
        <w:t>” Testimonies to Ministers, 300.</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Kitab Daniel - Nombor Seratus Dua Puluh Satu</dc:title>
  <dc:subject>ᱡᱚᱥ ᱠᱷᱚᱱ ᱪᱤᱱᱦᱟᱹᱜ ᱠᱚ ᱡᱷᱤᱡ ᱠᱟᱛᱮ: ᱪᱟᱹᱨᱤᱥᱴ ᱨᱮᱱᱟᱜ ᱩᱫᱩᱜ ᱠᱚ ᱵᱩᱡᱷᱟᱹᱣ—ᱵᱟᱦᱟ ᱥᱤᱢ ᱨᱮᱭᱟᱜ ᱵᱟᱹᱰᱤᱝ ᱫᱟᱨᱮ ᱠᱚ ᱟᱨ ᱮᱱᱟᱜ ᱪᱤᱱᱦᱟᱹᱜ</dc:subject>
  <dc:creator>Jeff Pippenger</dc:creator>
  <cp:keywords/>
  <dc:description>Generated by ArticleDigger from daniel\121_daniel.json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