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Seratus Empat Puluh Enam</w:t>
      </w:r>
    </w:p>
    <w:p>
      <w:pPr>
        <w:pStyle w:val="ArticleSubtitle"/>
        <w:jc w:val="left"/>
      </w:pPr>
      <w:r>
        <w:rPr>
          <w:rFonts w:ascii="Microsoft Himalaya" w:hAnsi="Microsoft Himalaya" w:eastAsia="Microsoft Himalaya" w:cs="Microsoft Himalaya"/>
        </w:rPr>
        <w:t>དུས་མཐའི་སྔོན་ལུང་གི་སྐུད་པ་རྣམས་གྲོལ་བ།</w:t>
      </w:r>
      <w:r>
        <w:rPr>
          <w:rFonts w:ascii="Arial" w:hAnsi="Arial" w:eastAsia="Arial" w:cs="Arial"/>
        </w:rPr>
        <w:t xml:space="preserve"> </w:t>
      </w:r>
      <w:r>
        <w:rPr>
          <w:rFonts w:ascii="Microsoft Himalaya" w:hAnsi="Microsoft Himalaya" w:eastAsia="Microsoft Himalaya" w:cs="Microsoft Himalaya"/>
        </w:rPr>
        <w:t>མཐའ་མའི་སྲིད་འཛིན།</w:t>
      </w:r>
      <w:r>
        <w:rPr>
          <w:rFonts w:ascii="Arial" w:hAnsi="Arial" w:eastAsia="Arial" w:cs="Arial"/>
        </w:rPr>
        <w:t xml:space="preserve"> </w:t>
      </w:r>
      <w:r>
        <w:rPr>
          <w:rFonts w:ascii="Microsoft Himalaya" w:hAnsi="Microsoft Himalaya" w:eastAsia="Microsoft Himalaya" w:cs="Microsoft Himalaya"/>
        </w:rPr>
        <w:t>དབང་གཅིག་སྲིད་གཞུང་།</w:t>
      </w:r>
      <w:r>
        <w:rPr>
          <w:rFonts w:ascii="Arial" w:hAnsi="Arial" w:eastAsia="Arial" w:cs="Arial"/>
        </w:rPr>
        <w:t xml:space="preserve"> </w:t>
      </w:r>
      <w:r>
        <w:rPr>
          <w:rFonts w:ascii="Microsoft Himalaya" w:hAnsi="Microsoft Himalaya" w:eastAsia="Microsoft Himalaya" w:cs="Microsoft Himalaya"/>
        </w:rPr>
        <w:t>དང་ཉི་མའི་ཉིན་ཁྲིམས་ཀྱི་ཉེ་བར་འོང་བ།</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2024-03-19</w:t>
      </w:r>
    </w:p>
    <w:p>
      <w:pPr>
        <w:pStyle w:val="ArticleBody"/>
        <w:jc w:val="left"/>
      </w:pPr>
      <w:r>
        <w:rPr>
          <w:rFonts w:ascii="Times New Roman" w:hAnsi="Times New Roman" w:eastAsia="Times New Roman" w:cs="Times New Roman"/>
        </w:rPr>
        <w:t>Kita sedang berada dalam proses mengenal pasti suasana kenabian yang wujud apabila presiden terakhir Amerika Syarikat diberi kuasa sebagai seorang despot dalam sejarah yang menuju kepada undang-undang Ahad yang akan segera datang. Tiada sesuatu pun berlaku dalam kekosongan, dan warga negara bagi binatang bumi itu terbahagi dengan agak seimbang dalam penilaian mereka terhadap Trump. Mereka yang bersimpati dengan pandangannya dapat dengan mudah melihat mengapa dia perlu membersihkan rawa itu, dan mengapa hal itu hampir mustahil untuk berlaku tanpa Trump mengambil peranan sebagai seorang diktator. Diktator yang paling berkuasa ialah mereka yang mempunyai peratusan tinggi daripada penduduk yang menyokong pekerjaan yang sedang diusahakan oleh diktator itu. Sebelum kenaikan Hitler kepada kuasa, diperlukan satu kereta sorong penuh wang tunai untuk membeli sebuku roti.</w:t>
      </w:r>
    </w:p>
    <w:p>
      <w:pPr>
        <w:pStyle w:val="ArticleBody"/>
        <w:jc w:val="left"/>
      </w:pPr>
      <w:r>
        <w:rPr>
          <w:rFonts w:ascii="Times New Roman" w:hAnsi="Times New Roman" w:eastAsia="Times New Roman" w:cs="Times New Roman"/>
        </w:rPr>
        <w:t>Hitler o ile a retološa seo, gomme le ge Majeremane ba sa nyake go amogela bontši bja histori yeo, Hitler o be a thekgwa kudu mošomong wa gagwe. Ditaba tšeo di lebanego le United States, le lefase ka moka, di tšweletša karoganyo magareng ga badudi, gomme mela e šetše e thadilwe. Nako go tloga Ntweng ya Phetogo go fihla go 1798 e emela lebaka la boitokišetšo leo le sepelelanago le nako ya go swaya ya ba dikete tše lekgolo le masomenne-nne a metšo e mene. Molao wa Patriot Act o swailwe mathomo a poeletšo ya semoya ya Ntwa ya Phetogo. Ka mehla Jesu o bontšha bofelo ka mathomo, gomme sebata sa lefase se thomile ka Ntwa ya Phetogo, ka gona se tla fela ka yona. Ya pele e be e le ya kgonthe; ya mafelelo ke ya semoya.</w:t>
      </w:r>
    </w:p>
    <w:p>
      <w:pPr>
        <w:pStyle w:val="ArticleBody"/>
        <w:jc w:val="left"/>
      </w:pPr>
      <w:r>
        <w:rPr>
          <w:rFonts w:ascii="Times New Roman" w:hAnsi="Times New Roman" w:eastAsia="Times New Roman" w:cs="Times New Roman"/>
        </w:rPr>
        <w:t>Perang Saudara AS bersifat literal dan akan diulangi pada hari-hari terakhir. Perang itu menandai munculnya presiden Republik yang pertama, yang merupakan tipologi bagi presiden Republik yang terakhir. Partai Republik muncul sebagai partai anti-perbudakan, untuk menentang partai Demokrat yang telah lama mapan dan pro-perbudakan. Perselisihan politik itu menghasilkan Perang Saudara dan kepresidenan Lincoln. Oleh karena itu, mustahil memisahkan presiden Republik yang pertama dari Perang Saudara, sehingga presiden Republik yang terakhir akan mewarisi suatu pendahuluan yang segera menuju Perang Saudara. Yesus menggunakan dunia alamiah untuk menggambarkan dunia rohani. Partai naga itu mempunyai bapanya, yaitu bapa segala dusta, dan ciri khas partai Demokrat ialah kepalsuan. Sebuah ilustrasi klasik dari taktik ini adalah klaim mereka bahwa merekalah partai yang bersimpati kepada kaum minoritas.</w:t>
      </w:r>
    </w:p>
    <w:p>
      <w:pPr>
        <w:pStyle w:val="ArticleScripture"/>
        <w:jc w:val="left"/>
      </w:pPr>
      <w:r>
        <w:rPr>
          <w:rFonts w:ascii="Times New Roman" w:hAnsi="Times New Roman" w:eastAsia="Times New Roman" w:cs="Times New Roman"/>
        </w:rPr>
        <w:t>“Waspadalah terhadap nabi-nabi palsu yang datang kepadamu dengan berpakaian domba, tetapi di dalamnya mereka adalah serigala yang buas. Dari buahnya kamu akan mengenal mereka. Adakah orang memetik anggur dari semak duri, atau buah ara dari rumput duri? Demikianlah setiap pohon yang baik menghasilkan buah yang baik, tetapi pohon yang tidak baik menghasilkan buah yang jahat. Pohon yang baik tidak dapat menghasilkan buah yang jahat, dan pohon yang tidak baik tidak dapat menghasilkan buah yang baik. Setiap pohon yang tidak menghasilkan buah yang baik ditebang dan dibuang ke dalam api. Jadi dari buahnya kamu akan mengenal mereka.” Matius 7:15–20.</w:t>
      </w:r>
    </w:p>
    <w:p>
      <w:pPr>
        <w:pStyle w:val="ArticleBody"/>
        <w:jc w:val="left"/>
      </w:pPr>
      <w:r>
        <w:rPr>
          <w:rFonts w:ascii="Times New Roman" w:hAnsi="Times New Roman" w:eastAsia="Times New Roman" w:cs="Times New Roman"/>
        </w:rPr>
        <w:t>Akar sesebuah pokok menentukan buah yang akan dihasilkannya, dan akar parti Demokrat ialah pendirian mereka yang menyokong perhambaan. Akar parti Republikan ialah pendirian mereka yang menentang perhambaan.</w:t>
      </w:r>
    </w:p>
    <w:p>
      <w:pPr>
        <w:pStyle w:val="ArticleScripture"/>
        <w:jc w:val="left"/>
      </w:pPr>
      <w:r>
        <w:rPr>
          <w:rFonts w:ascii="Myanmar Text" w:hAnsi="Myanmar Text" w:eastAsia="Myanmar Text" w:cs="Myanmar Text"/>
        </w:rPr>
        <w:t>တရားတော်မူသော</w:t>
      </w:r>
      <w:r>
        <w:rPr>
          <w:rFonts w:ascii="Times New Roman" w:hAnsi="Times New Roman" w:eastAsia="Times New Roman" w:cs="Times New Roman"/>
        </w:rPr>
        <w:t xml:space="preserve"> </w:t>
      </w:r>
      <w:r>
        <w:rPr>
          <w:rFonts w:ascii="Myanmar Text" w:hAnsi="Myanmar Text" w:eastAsia="Myanmar Text" w:cs="Myanmar Text"/>
        </w:rPr>
        <w:t>အရှင်ထာဝရဘုရား၊</w:t>
      </w:r>
      <w:r>
        <w:rPr>
          <w:rFonts w:ascii="Times New Roman" w:hAnsi="Times New Roman" w:eastAsia="Times New Roman" w:cs="Times New Roman"/>
        </w:rPr>
        <w:t xml:space="preserve"> </w:t>
      </w:r>
      <w:r>
        <w:rPr>
          <w:rFonts w:ascii="Myanmar Text" w:hAnsi="Myanmar Text" w:eastAsia="Myanmar Text" w:cs="Myanmar Text"/>
        </w:rPr>
        <w:t>အကျွန်ုပ်သည်</w:t>
      </w:r>
      <w:r>
        <w:rPr>
          <w:rFonts w:ascii="Times New Roman" w:hAnsi="Times New Roman" w:eastAsia="Times New Roman" w:cs="Times New Roman"/>
        </w:rPr>
        <w:t xml:space="preserve"> </w:t>
      </w:r>
      <w:r>
        <w:rPr>
          <w:rFonts w:ascii="Myanmar Text" w:hAnsi="Myanmar Text" w:eastAsia="Myanmar Text" w:cs="Myanmar Text"/>
        </w:rPr>
        <w:t>ကိုယ်တော်နှင့်</w:t>
      </w:r>
      <w:r>
        <w:rPr>
          <w:rFonts w:ascii="Times New Roman" w:hAnsi="Times New Roman" w:eastAsia="Times New Roman" w:cs="Times New Roman"/>
        </w:rPr>
        <w:t xml:space="preserve"> </w:t>
      </w:r>
      <w:r>
        <w:rPr>
          <w:rFonts w:ascii="Myanmar Text" w:hAnsi="Myanmar Text" w:eastAsia="Myanmar Text" w:cs="Myanmar Text"/>
        </w:rPr>
        <w:t>အမှုလျှောက်သောအခါ</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တရားတော်မူပါ၏။</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အကျွန်ုပ်သည်</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တရားစီရင်ခြင်းများအကြောင်း</w:t>
      </w:r>
      <w:r>
        <w:rPr>
          <w:rFonts w:ascii="Times New Roman" w:hAnsi="Times New Roman" w:eastAsia="Times New Roman" w:cs="Times New Roman"/>
        </w:rPr>
        <w:t xml:space="preserve"> </w:t>
      </w:r>
      <w:r>
        <w:rPr>
          <w:rFonts w:ascii="Myanmar Text" w:hAnsi="Myanmar Text" w:eastAsia="Myanmar Text" w:cs="Myanmar Text"/>
        </w:rPr>
        <w:t>ကိုယ်တော်နှင့်</w:t>
      </w:r>
      <w:r>
        <w:rPr>
          <w:rFonts w:ascii="Times New Roman" w:hAnsi="Times New Roman" w:eastAsia="Times New Roman" w:cs="Times New Roman"/>
        </w:rPr>
        <w:t xml:space="preserve"> </w:t>
      </w:r>
      <w:r>
        <w:rPr>
          <w:rFonts w:ascii="Myanmar Text" w:hAnsi="Myanmar Text" w:eastAsia="Myanmar Text" w:cs="Myanmar Text"/>
        </w:rPr>
        <w:t>ဆွေးနွေးလျှောက်ထားခွင့်ပြုတော်မူပါ။</w:t>
      </w:r>
      <w:r>
        <w:rPr>
          <w:rFonts w:ascii="Times New Roman" w:hAnsi="Times New Roman" w:eastAsia="Times New Roman" w:cs="Times New Roman"/>
        </w:rPr>
        <w:t xml:space="preserve"> </w:t>
      </w:r>
      <w:r>
        <w:rPr>
          <w:rFonts w:ascii="Myanmar Text" w:hAnsi="Myanmar Text" w:eastAsia="Myanmar Text" w:cs="Myanmar Text"/>
        </w:rPr>
        <w:t>အဘယ်ကြောင့်</w:t>
      </w:r>
      <w:r>
        <w:rPr>
          <w:rFonts w:ascii="Times New Roman" w:hAnsi="Times New Roman" w:eastAsia="Times New Roman" w:cs="Times New Roman"/>
        </w:rPr>
        <w:t xml:space="preserve"> </w:t>
      </w:r>
      <w:r>
        <w:rPr>
          <w:rFonts w:ascii="Myanmar Text" w:hAnsi="Myanmar Text" w:eastAsia="Myanmar Text" w:cs="Myanmar Text"/>
        </w:rPr>
        <w:t>မတရားသောသူတို့၏</w:t>
      </w:r>
      <w:r>
        <w:rPr>
          <w:rFonts w:ascii="Times New Roman" w:hAnsi="Times New Roman" w:eastAsia="Times New Roman" w:cs="Times New Roman"/>
        </w:rPr>
        <w:t xml:space="preserve"> </w:t>
      </w:r>
      <w:r>
        <w:rPr>
          <w:rFonts w:ascii="Myanmar Text" w:hAnsi="Myanmar Text" w:eastAsia="Myanmar Text" w:cs="Myanmar Text"/>
        </w:rPr>
        <w:t>လမ်းခရီးသည်</w:t>
      </w:r>
      <w:r>
        <w:rPr>
          <w:rFonts w:ascii="Times New Roman" w:hAnsi="Times New Roman" w:eastAsia="Times New Roman" w:cs="Times New Roman"/>
        </w:rPr>
        <w:t xml:space="preserve"> </w:t>
      </w:r>
      <w:r>
        <w:rPr>
          <w:rFonts w:ascii="Myanmar Text" w:hAnsi="Myanmar Text" w:eastAsia="Myanmar Text" w:cs="Myanmar Text"/>
        </w:rPr>
        <w:t>အောင်မြင်ရသနည်း။</w:t>
      </w:r>
      <w:r>
        <w:rPr>
          <w:rFonts w:ascii="Times New Roman" w:hAnsi="Times New Roman" w:eastAsia="Times New Roman" w:cs="Times New Roman"/>
        </w:rPr>
        <w:t xml:space="preserve"> </w:t>
      </w:r>
      <w:r>
        <w:rPr>
          <w:rFonts w:ascii="Myanmar Text" w:hAnsi="Myanmar Text" w:eastAsia="Myanmar Text" w:cs="Myanmar Text"/>
        </w:rPr>
        <w:t>အဘယ်ကြောင့်</w:t>
      </w:r>
      <w:r>
        <w:rPr>
          <w:rFonts w:ascii="Times New Roman" w:hAnsi="Times New Roman" w:eastAsia="Times New Roman" w:cs="Times New Roman"/>
        </w:rPr>
        <w:t xml:space="preserve"> </w:t>
      </w:r>
      <w:r>
        <w:rPr>
          <w:rFonts w:ascii="Myanmar Text" w:hAnsi="Myanmar Text" w:eastAsia="Myanmar Text" w:cs="Myanmar Text"/>
        </w:rPr>
        <w:t>အလွန်</w:t>
      </w:r>
      <w:r>
        <w:rPr>
          <w:rFonts w:ascii="Times New Roman" w:hAnsi="Times New Roman" w:eastAsia="Times New Roman" w:cs="Times New Roman"/>
        </w:rPr>
        <w:t xml:space="preserve"> </w:t>
      </w:r>
      <w:r>
        <w:rPr>
          <w:rFonts w:ascii="Myanmar Text" w:hAnsi="Myanmar Text" w:eastAsia="Myanmar Text" w:cs="Myanmar Text"/>
        </w:rPr>
        <w:t>သစ္စာဖောက်ပြန်စွာ</w:t>
      </w:r>
      <w:r>
        <w:rPr>
          <w:rFonts w:ascii="Times New Roman" w:hAnsi="Times New Roman" w:eastAsia="Times New Roman" w:cs="Times New Roman"/>
        </w:rPr>
        <w:t xml:space="preserve"> </w:t>
      </w:r>
      <w:r>
        <w:rPr>
          <w:rFonts w:ascii="Myanmar Text" w:hAnsi="Myanmar Text" w:eastAsia="Myanmar Text" w:cs="Myanmar Text"/>
        </w:rPr>
        <w:t>ပြုမူသောသူအပေါင်းတို့သည်</w:t>
      </w:r>
      <w:r>
        <w:rPr>
          <w:rFonts w:ascii="Times New Roman" w:hAnsi="Times New Roman" w:eastAsia="Times New Roman" w:cs="Times New Roman"/>
        </w:rPr>
        <w:t xml:space="preserve"> </w:t>
      </w:r>
      <w:r>
        <w:rPr>
          <w:rFonts w:ascii="Myanmar Text" w:hAnsi="Myanmar Text" w:eastAsia="Myanmar Text" w:cs="Myanmar Text"/>
        </w:rPr>
        <w:t>ပျော်ရွှင်ချမ်းသာရကြသနည်း။</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စိုက်ပျိုးတော်မူခဲ့သဖြင့်၊</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အမြစ်ချကြပါ၏။</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ကြီးပွားကြပါ၏၊</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အသီးကိုလည်း</w:t>
      </w:r>
      <w:r>
        <w:rPr>
          <w:rFonts w:ascii="Times New Roman" w:hAnsi="Times New Roman" w:eastAsia="Times New Roman" w:cs="Times New Roman"/>
        </w:rPr>
        <w:t xml:space="preserve"> </w:t>
      </w:r>
      <w:r>
        <w:rPr>
          <w:rFonts w:ascii="Myanmar Text" w:hAnsi="Myanmar Text" w:eastAsia="Myanmar Text" w:cs="Myanmar Text"/>
        </w:rPr>
        <w:t>သီးကြပါ၏။</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နှုတ်၌</w:t>
      </w:r>
      <w:r>
        <w:rPr>
          <w:rFonts w:ascii="Times New Roman" w:hAnsi="Times New Roman" w:eastAsia="Times New Roman" w:cs="Times New Roman"/>
        </w:rPr>
        <w:t xml:space="preserve"> </w:t>
      </w:r>
      <w:r>
        <w:rPr>
          <w:rFonts w:ascii="Myanmar Text" w:hAnsi="Myanmar Text" w:eastAsia="Myanmar Text" w:cs="Myanmar Text"/>
        </w:rPr>
        <w:t>နီးတော်မူသော်လည်း၊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နှလုံးအတွင်းမှကား</w:t>
      </w:r>
      <w:r>
        <w:rPr>
          <w:rFonts w:ascii="Times New Roman" w:hAnsi="Times New Roman" w:eastAsia="Times New Roman" w:cs="Times New Roman"/>
        </w:rPr>
        <w:t xml:space="preserve"> </w:t>
      </w:r>
      <w:r>
        <w:rPr>
          <w:rFonts w:ascii="Myanmar Text" w:hAnsi="Myanmar Text" w:eastAsia="Myanmar Text" w:cs="Myanmar Text"/>
        </w:rPr>
        <w:t>ဝေးတော်မူပါ၏။</w:t>
      </w:r>
      <w:r>
        <w:rPr>
          <w:rFonts w:ascii="Times New Roman" w:hAnsi="Times New Roman" w:eastAsia="Times New Roman" w:cs="Times New Roman"/>
        </w:rPr>
        <w:t xml:space="preserve"> </w:t>
      </w:r>
      <w:r>
        <w:rPr>
          <w:rFonts w:ascii="Myanmar Text" w:hAnsi="Myanmar Text" w:eastAsia="Myanmar Text" w:cs="Myanmar Text"/>
        </w:rPr>
        <w:t>ယေရမိ</w:t>
      </w:r>
      <w:r>
        <w:rPr>
          <w:rFonts w:ascii="Times New Roman" w:hAnsi="Times New Roman" w:eastAsia="Times New Roman" w:cs="Times New Roman"/>
        </w:rPr>
        <w:t xml:space="preserve"> 12:1</w:t>
      </w:r>
      <w:r>
        <w:rPr>
          <w:rFonts w:ascii="Myanmar Text" w:hAnsi="Myanmar Text" w:eastAsia="Myanmar Text" w:cs="Myanmar Text"/>
        </w:rPr>
        <w:t>၊</w:t>
      </w:r>
      <w:r>
        <w:rPr>
          <w:rFonts w:ascii="Times New Roman" w:hAnsi="Times New Roman" w:eastAsia="Times New Roman" w:cs="Times New Roman"/>
        </w:rPr>
        <w:t xml:space="preserve"> 2</w:t>
      </w:r>
      <w:r>
        <w:rPr>
          <w:rFonts w:ascii="Myanmar Text" w:hAnsi="Myanmar Text" w:eastAsia="Myanmar Text" w:cs="Myanmar Text"/>
        </w:rPr>
        <w:t>။</w:t>
      </w:r>
    </w:p>
    <w:p>
      <w:pPr>
        <w:pStyle w:val="ArticleBody"/>
        <w:jc w:val="left"/>
      </w:pPr>
      <w:r>
        <w:rPr>
          <w:rFonts w:ascii="Leelawadee UI" w:hAnsi="Leelawadee UI" w:eastAsia="Leelawadee UI" w:cs="Leelawadee UI"/>
        </w:rPr>
        <w:t>ព្រះវិវាទស៊ីវិលដែលនឹងមកដល់</w:t>
      </w:r>
      <w:r>
        <w:rPr>
          <w:rFonts w:ascii="Times New Roman" w:hAnsi="Times New Roman" w:eastAsia="Times New Roman" w:cs="Times New Roman"/>
        </w:rPr>
        <w:t xml:space="preserve"> </w:t>
      </w:r>
      <w:r>
        <w:rPr>
          <w:rFonts w:ascii="Leelawadee UI" w:hAnsi="Leelawadee UI" w:eastAsia="Leelawadee UI" w:cs="Leelawadee UI"/>
        </w:rPr>
        <w:t>ត្រូវបានដាក់ក្នុងបរិបទនៃ</w:t>
      </w:r>
      <w:r>
        <w:rPr>
          <w:rFonts w:ascii="Times New Roman" w:hAnsi="Times New Roman" w:eastAsia="Times New Roman" w:cs="Times New Roman"/>
        </w:rPr>
        <w:t xml:space="preserve"> «</w:t>
      </w:r>
      <w:r>
        <w:rPr>
          <w:rFonts w:ascii="Leelawadee UI" w:hAnsi="Leelawadee UI" w:eastAsia="Leelawadee UI" w:cs="Leelawadee UI"/>
        </w:rPr>
        <w:t>បុរសអ្នកមានប្រាក់</w:t>
      </w:r>
      <w:r>
        <w:rPr>
          <w:rFonts w:ascii="Times New Roman" w:hAnsi="Times New Roman" w:eastAsia="Times New Roman" w:cs="Times New Roman"/>
        </w:rPr>
        <w:t xml:space="preserve">» </w:t>
      </w:r>
      <w:r>
        <w:rPr>
          <w:rFonts w:ascii="Leelawadee UI" w:hAnsi="Leelawadee UI" w:eastAsia="Leelawadee UI" w:cs="Leelawadee UI"/>
        </w:rPr>
        <w:t>ដូចដែលបងស្រី</w:t>
      </w:r>
      <w:r>
        <w:rPr>
          <w:rFonts w:ascii="Times New Roman" w:hAnsi="Times New Roman" w:eastAsia="Times New Roman" w:cs="Times New Roman"/>
        </w:rPr>
        <w:t xml:space="preserve"> White </w:t>
      </w:r>
      <w:r>
        <w:rPr>
          <w:rFonts w:ascii="Leelawadee UI" w:hAnsi="Leelawadee UI" w:eastAsia="Leelawadee UI" w:cs="Leelawadee UI"/>
        </w:rPr>
        <w:t>ហៅពួកគេ</w:t>
      </w:r>
      <w:r>
        <w:rPr>
          <w:rFonts w:ascii="Times New Roman" w:hAnsi="Times New Roman" w:eastAsia="Times New Roman" w:cs="Times New Roman"/>
        </w:rPr>
        <w:t xml:space="preserve"> </w:t>
      </w:r>
      <w:r>
        <w:rPr>
          <w:rFonts w:ascii="Leelawadee UI" w:hAnsi="Leelawadee UI" w:eastAsia="Leelawadee UI" w:cs="Leelawadee UI"/>
        </w:rPr>
        <w:t>ដែលគ្រប់គ្រងទីផ្សារ</w:t>
      </w:r>
      <w:r>
        <w:rPr>
          <w:rFonts w:ascii="Times New Roman" w:hAnsi="Times New Roman" w:eastAsia="Times New Roman" w:cs="Times New Roman"/>
        </w:rPr>
        <w:t xml:space="preserve"> </w:t>
      </w:r>
      <w:r>
        <w:rPr>
          <w:rFonts w:ascii="Leelawadee UI" w:hAnsi="Leelawadee UI" w:eastAsia="Leelawadee UI" w:cs="Leelawadee UI"/>
        </w:rPr>
        <w:t>ដើម្បីប្រមូលយកទ្រព្យសម្បត្តិរបស់បណ្ដាជាតិនានា</w:t>
      </w:r>
      <w:r>
        <w:rPr>
          <w:rFonts w:ascii="Times New Roman" w:hAnsi="Times New Roman" w:eastAsia="Times New Roman" w:cs="Times New Roman"/>
        </w:rPr>
        <w:t xml:space="preserve"> </w:t>
      </w:r>
      <w:r>
        <w:rPr>
          <w:rFonts w:ascii="Leelawadee UI" w:hAnsi="Leelawadee UI" w:eastAsia="Leelawadee UI" w:cs="Leelawadee UI"/>
        </w:rPr>
        <w:t>ខណៈដែលជាន់ឈ្លីលើអ្នកក្រីក្រ។</w:t>
      </w:r>
    </w:p>
    <w:p>
      <w:pPr>
        <w:pStyle w:val="ArticleScripture"/>
        <w:jc w:val="left"/>
      </w:pPr>
      <w:r>
        <w:rPr>
          <w:rFonts w:ascii="Times New Roman" w:hAnsi="Times New Roman" w:eastAsia="Times New Roman" w:cs="Times New Roman"/>
        </w:rPr>
        <w:t>“</w:t>
      </w:r>
      <w:r>
        <w:rPr>
          <w:rFonts w:ascii="Nirmala UI" w:hAnsi="Nirmala UI" w:eastAsia="Nirmala UI" w:cs="Nirmala UI"/>
        </w:rPr>
        <w:t>দংজু</w:t>
      </w:r>
      <w:r>
        <w:rPr>
          <w:rFonts w:ascii="Times New Roman" w:hAnsi="Times New Roman" w:eastAsia="Times New Roman" w:cs="Times New Roman"/>
        </w:rPr>
        <w:t xml:space="preserve">, </w:t>
      </w:r>
      <w:r>
        <w:rPr>
          <w:rFonts w:ascii="Nirmala UI" w:hAnsi="Nirmala UI" w:eastAsia="Nirmala UI" w:cs="Nirmala UI"/>
        </w:rPr>
        <w:t>चाइনা</w:t>
      </w:r>
      <w:r>
        <w:rPr>
          <w:rFonts w:ascii="Times New Roman" w:hAnsi="Times New Roman" w:eastAsia="Times New Roman" w:cs="Times New Roman"/>
        </w:rPr>
        <w:t xml:space="preserve">, </w:t>
      </w:r>
      <w:r>
        <w:rPr>
          <w:rFonts w:ascii="Nirmala UI" w:hAnsi="Nirmala UI" w:eastAsia="Nirmala UI" w:cs="Nirmala UI"/>
        </w:rPr>
        <w:t>रसिया</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अमेरिका</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जिगिरिङसिनि</w:t>
      </w:r>
      <w:r>
        <w:rPr>
          <w:rFonts w:ascii="Times New Roman" w:hAnsi="Times New Roman" w:eastAsia="Times New Roman" w:cs="Times New Roman"/>
        </w:rPr>
        <w:t xml:space="preserve"> </w:t>
      </w:r>
      <w:r>
        <w:rPr>
          <w:rFonts w:ascii="Nirmala UI" w:hAnsi="Nirmala UI" w:eastAsia="Nirmala UI" w:cs="Nirmala UI"/>
        </w:rPr>
        <w:t>सहाराफोरआव</w:t>
      </w:r>
      <w:r>
        <w:rPr>
          <w:rFonts w:ascii="Times New Roman" w:hAnsi="Times New Roman" w:eastAsia="Times New Roman" w:cs="Times New Roman"/>
        </w:rPr>
        <w:t xml:space="preserve"> </w:t>
      </w:r>
      <w:r>
        <w:rPr>
          <w:rFonts w:ascii="Nirmala UI" w:hAnsi="Nirmala UI" w:eastAsia="Nirmala UI" w:cs="Nirmala UI"/>
        </w:rPr>
        <w:t>হাজारेक</w:t>
      </w:r>
      <w:r>
        <w:rPr>
          <w:rFonts w:ascii="Times New Roman" w:hAnsi="Times New Roman" w:eastAsia="Times New Roman" w:cs="Times New Roman"/>
        </w:rPr>
        <w:t xml:space="preserve"> </w:t>
      </w:r>
      <w:r>
        <w:rPr>
          <w:rFonts w:ascii="Nirmala UI" w:hAnsi="Nirmala UI" w:eastAsia="Nirmala UI" w:cs="Nirmala UI"/>
        </w:rPr>
        <w:t>मानसेमेसा</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महसैफोर</w:t>
      </w:r>
      <w:r>
        <w:rPr>
          <w:rFonts w:ascii="Times New Roman" w:hAnsi="Times New Roman" w:eastAsia="Times New Roman" w:cs="Times New Roman"/>
        </w:rPr>
        <w:t xml:space="preserve"> </w:t>
      </w:r>
      <w:r>
        <w:rPr>
          <w:rFonts w:ascii="Nirmala UI" w:hAnsi="Nirmala UI" w:eastAsia="Nirmala UI" w:cs="Nirmala UI"/>
        </w:rPr>
        <w:t>ओनांबाय</w:t>
      </w:r>
      <w:r>
        <w:rPr>
          <w:rFonts w:ascii="Times New Roman" w:hAnsi="Times New Roman" w:eastAsia="Times New Roman" w:cs="Times New Roman"/>
        </w:rPr>
        <w:t xml:space="preserve"> </w:t>
      </w:r>
      <w:r>
        <w:rPr>
          <w:rFonts w:ascii="Nirmala UI" w:hAnsi="Nirmala UI" w:eastAsia="Nirmala UI" w:cs="Nirmala UI"/>
        </w:rPr>
        <w:t>खाब्लैनायनि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गुसैजागासिनो</w:t>
      </w:r>
      <w:r>
        <w:rPr>
          <w:rFonts w:ascii="Times New Roman" w:hAnsi="Times New Roman" w:eastAsia="Times New Roman" w:cs="Times New Roman"/>
        </w:rPr>
        <w:t xml:space="preserve"> </w:t>
      </w:r>
      <w:r>
        <w:rPr>
          <w:rFonts w:ascii="Nirmala UI" w:hAnsi="Nirmala UI" w:eastAsia="Nirmala UI" w:cs="Nirmala UI"/>
        </w:rPr>
        <w:t>दङ।</w:t>
      </w:r>
      <w:r>
        <w:rPr>
          <w:rFonts w:ascii="Times New Roman" w:hAnsi="Times New Roman" w:eastAsia="Times New Roman" w:cs="Times New Roman"/>
        </w:rPr>
        <w:t xml:space="preserve"> </w:t>
      </w:r>
      <w:r>
        <w:rPr>
          <w:rFonts w:ascii="Nirmala UI" w:hAnsi="Nirmala UI" w:eastAsia="Nirmala UI" w:cs="Nirmala UI"/>
        </w:rPr>
        <w:t>धनसाली</w:t>
      </w:r>
      <w:r>
        <w:rPr>
          <w:rFonts w:ascii="Times New Roman" w:hAnsi="Times New Roman" w:eastAsia="Times New Roman" w:cs="Times New Roman"/>
        </w:rPr>
        <w:t xml:space="preserve"> </w:t>
      </w:r>
      <w:r>
        <w:rPr>
          <w:rFonts w:ascii="Nirmala UI" w:hAnsi="Nirmala UI" w:eastAsia="Nirmala UI" w:cs="Nirmala UI"/>
        </w:rPr>
        <w:t>मानसेफोर</w:t>
      </w:r>
      <w:r>
        <w:rPr>
          <w:rFonts w:ascii="Times New Roman" w:hAnsi="Times New Roman" w:eastAsia="Times New Roman" w:cs="Times New Roman"/>
        </w:rPr>
        <w:t xml:space="preserve">, </w:t>
      </w:r>
      <w:r>
        <w:rPr>
          <w:rFonts w:ascii="Nirmala UI" w:hAnsi="Nirmala UI" w:eastAsia="Nirmala UI" w:cs="Nirmala UI"/>
        </w:rPr>
        <w:t>मानोना</w:t>
      </w:r>
      <w:r>
        <w:rPr>
          <w:rFonts w:ascii="Times New Roman" w:hAnsi="Times New Roman" w:eastAsia="Times New Roman" w:cs="Times New Roman"/>
        </w:rPr>
        <w:t xml:space="preserve"> </w:t>
      </w:r>
      <w:r>
        <w:rPr>
          <w:rFonts w:ascii="Nirmala UI" w:hAnsi="Nirmala UI" w:eastAsia="Nirmala UI" w:cs="Nirmala UI"/>
        </w:rPr>
        <w:t>थांखि</w:t>
      </w:r>
      <w:r>
        <w:rPr>
          <w:rFonts w:ascii="Times New Roman" w:hAnsi="Times New Roman" w:eastAsia="Times New Roman" w:cs="Times New Roman"/>
        </w:rPr>
        <w:t xml:space="preserve"> </w:t>
      </w:r>
      <w:r>
        <w:rPr>
          <w:rFonts w:ascii="Nirmala UI" w:hAnsi="Nirmala UI" w:eastAsia="Nirmala UI" w:cs="Nirmala UI"/>
        </w:rPr>
        <w:t>खालामनायनि</w:t>
      </w:r>
      <w:r>
        <w:rPr>
          <w:rFonts w:ascii="Times New Roman" w:hAnsi="Times New Roman" w:eastAsia="Times New Roman" w:cs="Times New Roman"/>
        </w:rPr>
        <w:t xml:space="preserve"> </w:t>
      </w:r>
      <w:r>
        <w:rPr>
          <w:rFonts w:ascii="Nirmala UI" w:hAnsi="Nirmala UI" w:eastAsia="Nirmala UI" w:cs="Nirmala UI"/>
        </w:rPr>
        <w:t>गोहोआ</w:t>
      </w:r>
      <w:r>
        <w:rPr>
          <w:rFonts w:ascii="Times New Roman" w:hAnsi="Times New Roman" w:eastAsia="Times New Roman" w:cs="Times New Roman"/>
        </w:rPr>
        <w:t xml:space="preserve"> </w:t>
      </w:r>
      <w:r>
        <w:rPr>
          <w:rFonts w:ascii="Nirmala UI" w:hAnsi="Nirmala UI" w:eastAsia="Nirmala UI" w:cs="Nirmala UI"/>
        </w:rPr>
        <w:t>बिफोरनि</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बजारखौ</w:t>
      </w:r>
      <w:r>
        <w:rPr>
          <w:rFonts w:ascii="Times New Roman" w:hAnsi="Times New Roman" w:eastAsia="Times New Roman" w:cs="Times New Roman"/>
        </w:rPr>
        <w:t xml:space="preserve"> </w:t>
      </w:r>
      <w:r>
        <w:rPr>
          <w:rFonts w:ascii="Nirmala UI" w:hAnsi="Nirmala UI" w:eastAsia="Nirmala UI" w:cs="Nirmala UI"/>
        </w:rPr>
        <w:t>नियन्त्र</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बिफोरा</w:t>
      </w:r>
      <w:r>
        <w:rPr>
          <w:rFonts w:ascii="Times New Roman" w:hAnsi="Times New Roman" w:eastAsia="Times New Roman" w:cs="Times New Roman"/>
        </w:rPr>
        <w:t xml:space="preserve"> </w:t>
      </w:r>
      <w:r>
        <w:rPr>
          <w:rFonts w:ascii="Nirmala UI" w:hAnsi="Nirmala UI" w:eastAsia="Nirmala UI" w:cs="Nirmala UI"/>
        </w:rPr>
        <w:t>गावनो</w:t>
      </w:r>
      <w:r>
        <w:rPr>
          <w:rFonts w:ascii="Times New Roman" w:hAnsi="Times New Roman" w:eastAsia="Times New Roman" w:cs="Times New Roman"/>
        </w:rPr>
        <w:t xml:space="preserve"> </w:t>
      </w:r>
      <w:r>
        <w:rPr>
          <w:rFonts w:ascii="Nirmala UI" w:hAnsi="Nirmala UI" w:eastAsia="Nirmala UI" w:cs="Nirmala UI"/>
        </w:rPr>
        <w:t>मोननो</w:t>
      </w:r>
      <w:r>
        <w:rPr>
          <w:rFonts w:ascii="Times New Roman" w:hAnsi="Times New Roman" w:eastAsia="Times New Roman" w:cs="Times New Roman"/>
        </w:rPr>
        <w:t xml:space="preserve"> </w:t>
      </w:r>
      <w:r>
        <w:rPr>
          <w:rFonts w:ascii="Nirmala UI" w:hAnsi="Nirmala UI" w:eastAsia="Nirmala UI" w:cs="Nirmala UI"/>
        </w:rPr>
        <w:t>हायाखौबो</w:t>
      </w:r>
      <w:r>
        <w:rPr>
          <w:rFonts w:ascii="Times New Roman" w:hAnsi="Times New Roman" w:eastAsia="Times New Roman" w:cs="Times New Roman"/>
        </w:rPr>
        <w:t xml:space="preserve"> </w:t>
      </w:r>
      <w:r>
        <w:rPr>
          <w:rFonts w:ascii="Nirmala UI" w:hAnsi="Nirmala UI" w:eastAsia="Nirmala UI" w:cs="Nirmala UI"/>
        </w:rPr>
        <w:t>गासैखौ</w:t>
      </w:r>
      <w:r>
        <w:rPr>
          <w:rFonts w:ascii="Times New Roman" w:hAnsi="Times New Roman" w:eastAsia="Times New Roman" w:cs="Times New Roman"/>
        </w:rPr>
        <w:t xml:space="preserve"> </w:t>
      </w:r>
      <w:r>
        <w:rPr>
          <w:rFonts w:ascii="Nirmala UI" w:hAnsi="Nirmala UI" w:eastAsia="Nirmala UI" w:cs="Nirmala UI"/>
        </w:rPr>
        <w:t>खम</w:t>
      </w:r>
      <w:r>
        <w:rPr>
          <w:rFonts w:ascii="Times New Roman" w:hAnsi="Times New Roman" w:eastAsia="Times New Roman" w:cs="Times New Roman"/>
        </w:rPr>
        <w:t xml:space="preserve"> </w:t>
      </w:r>
      <w:r>
        <w:rPr>
          <w:rFonts w:ascii="Nirmala UI" w:hAnsi="Nirmala UI" w:eastAsia="Nirmala UI" w:cs="Nirmala UI"/>
        </w:rPr>
        <w:t>मोलायाव</w:t>
      </w:r>
      <w:r>
        <w:rPr>
          <w:rFonts w:ascii="Times New Roman" w:hAnsi="Times New Roman" w:eastAsia="Times New Roman" w:cs="Times New Roman"/>
        </w:rPr>
        <w:t xml:space="preserve"> </w:t>
      </w:r>
      <w:r>
        <w:rPr>
          <w:rFonts w:ascii="Nirmala UI" w:hAnsi="Nirmala UI" w:eastAsia="Nirmala UI" w:cs="Nirmala UI"/>
        </w:rPr>
        <w:t>खरीद</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बेनिखायनो</w:t>
      </w:r>
      <w:r>
        <w:rPr>
          <w:rFonts w:ascii="Times New Roman" w:hAnsi="Times New Roman" w:eastAsia="Times New Roman" w:cs="Times New Roman"/>
        </w:rPr>
        <w:t xml:space="preserve"> </w:t>
      </w:r>
      <w:r>
        <w:rPr>
          <w:rFonts w:ascii="Nirmala UI" w:hAnsi="Nirmala UI" w:eastAsia="Nirmala UI" w:cs="Nirmala UI"/>
        </w:rPr>
        <w:t>बिफोरा</w:t>
      </w:r>
      <w:r>
        <w:rPr>
          <w:rFonts w:ascii="Times New Roman" w:hAnsi="Times New Roman" w:eastAsia="Times New Roman" w:cs="Times New Roman"/>
        </w:rPr>
        <w:t xml:space="preserve"> </w:t>
      </w:r>
      <w:r>
        <w:rPr>
          <w:rFonts w:ascii="Nirmala UI" w:hAnsi="Nirmala UI" w:eastAsia="Nirmala UI" w:cs="Nirmala UI"/>
        </w:rPr>
        <w:t>बेखौ</w:t>
      </w:r>
      <w:r>
        <w:rPr>
          <w:rFonts w:ascii="Times New Roman" w:hAnsi="Times New Roman" w:eastAsia="Times New Roman" w:cs="Times New Roman"/>
        </w:rPr>
        <w:t xml:space="preserve"> </w:t>
      </w:r>
      <w:r>
        <w:rPr>
          <w:rFonts w:ascii="Nirmala UI" w:hAnsi="Nirmala UI" w:eastAsia="Nirmala UI" w:cs="Nirmala UI"/>
        </w:rPr>
        <w:t>गोजौ</w:t>
      </w:r>
      <w:r>
        <w:rPr>
          <w:rFonts w:ascii="Times New Roman" w:hAnsi="Times New Roman" w:eastAsia="Times New Roman" w:cs="Times New Roman"/>
        </w:rPr>
        <w:t xml:space="preserve"> </w:t>
      </w:r>
      <w:r>
        <w:rPr>
          <w:rFonts w:ascii="Nirmala UI" w:hAnsi="Nirmala UI" w:eastAsia="Nirmala UI" w:cs="Nirmala UI"/>
        </w:rPr>
        <w:t>मोलायाव</w:t>
      </w:r>
      <w:r>
        <w:rPr>
          <w:rFonts w:ascii="Times New Roman" w:hAnsi="Times New Roman" w:eastAsia="Times New Roman" w:cs="Times New Roman"/>
        </w:rPr>
        <w:t xml:space="preserve"> </w:t>
      </w:r>
      <w:r>
        <w:rPr>
          <w:rFonts w:ascii="Nirmala UI" w:hAnsi="Nirmala UI" w:eastAsia="Nirmala UI" w:cs="Nirmala UI"/>
        </w:rPr>
        <w:t>फिन</w:t>
      </w:r>
      <w:r>
        <w:rPr>
          <w:rFonts w:ascii="Times New Roman" w:hAnsi="Times New Roman" w:eastAsia="Times New Roman" w:cs="Times New Roman"/>
        </w:rPr>
        <w:t xml:space="preserve"> </w:t>
      </w:r>
      <w:r>
        <w:rPr>
          <w:rFonts w:ascii="Nirmala UI" w:hAnsi="Nirmala UI" w:eastAsia="Nirmala UI" w:cs="Nirmala UI"/>
        </w:rPr>
        <w:t>बिथाङो।</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ओनसोलआ</w:t>
      </w:r>
      <w:r>
        <w:rPr>
          <w:rFonts w:ascii="Times New Roman" w:hAnsi="Times New Roman" w:eastAsia="Times New Roman" w:cs="Times New Roman"/>
        </w:rPr>
        <w:t xml:space="preserve"> </w:t>
      </w:r>
      <w:r>
        <w:rPr>
          <w:rFonts w:ascii="Nirmala UI" w:hAnsi="Nirmala UI" w:eastAsia="Nirmala UI" w:cs="Nirmala UI"/>
        </w:rPr>
        <w:t>गरीब</w:t>
      </w:r>
      <w:r>
        <w:rPr>
          <w:rFonts w:ascii="Times New Roman" w:hAnsi="Times New Roman" w:eastAsia="Times New Roman" w:cs="Times New Roman"/>
        </w:rPr>
        <w:t xml:space="preserve"> </w:t>
      </w:r>
      <w:r>
        <w:rPr>
          <w:rFonts w:ascii="Nirmala UI" w:hAnsi="Nirmala UI" w:eastAsia="Nirmala UI" w:cs="Nirmala UI"/>
        </w:rPr>
        <w:t>थाखोनि</w:t>
      </w:r>
      <w:r>
        <w:rPr>
          <w:rFonts w:ascii="Times New Roman" w:hAnsi="Times New Roman" w:eastAsia="Times New Roman" w:cs="Times New Roman"/>
        </w:rPr>
        <w:t xml:space="preserve"> </w:t>
      </w:r>
      <w:r>
        <w:rPr>
          <w:rFonts w:ascii="Nirmala UI" w:hAnsi="Nirmala UI" w:eastAsia="Nirmala UI" w:cs="Nirmala UI"/>
        </w:rPr>
        <w:t>मानसेफोरनि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खाब्लैनायनि</w:t>
      </w:r>
      <w:r>
        <w:rPr>
          <w:rFonts w:ascii="Times New Roman" w:hAnsi="Times New Roman" w:eastAsia="Times New Roman" w:cs="Times New Roman"/>
        </w:rPr>
        <w:t xml:space="preserve"> </w:t>
      </w:r>
      <w:r>
        <w:rPr>
          <w:rFonts w:ascii="Nirmala UI" w:hAnsi="Nirmala UI" w:eastAsia="Nirmala UI" w:cs="Nirmala UI"/>
        </w:rPr>
        <w:t>दुदै</w:t>
      </w:r>
      <w:r>
        <w:rPr>
          <w:rFonts w:ascii="Times New Roman" w:hAnsi="Times New Roman" w:eastAsia="Times New Roman" w:cs="Times New Roman"/>
        </w:rPr>
        <w:t xml:space="preserve"> </w:t>
      </w:r>
      <w:r>
        <w:rPr>
          <w:rFonts w:ascii="Nirmala UI" w:hAnsi="Nirmala UI" w:eastAsia="Nirmala UI" w:cs="Nirmala UI"/>
        </w:rPr>
        <w:t>जादों</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बेआ</w:t>
      </w:r>
      <w:r>
        <w:rPr>
          <w:rFonts w:ascii="Times New Roman" w:hAnsi="Times New Roman" w:eastAsia="Times New Roman" w:cs="Times New Roman"/>
        </w:rPr>
        <w:t xml:space="preserve"> </w:t>
      </w:r>
      <w:r>
        <w:rPr>
          <w:rFonts w:ascii="Nirmala UI" w:hAnsi="Nirmala UI" w:eastAsia="Nirmala UI" w:cs="Nirmala UI"/>
        </w:rPr>
        <w:t>देशजोंनि</w:t>
      </w:r>
      <w:r>
        <w:rPr>
          <w:rFonts w:ascii="Times New Roman" w:hAnsi="Times New Roman" w:eastAsia="Times New Roman" w:cs="Times New Roman"/>
        </w:rPr>
        <w:t xml:space="preserve"> </w:t>
      </w:r>
      <w:r>
        <w:rPr>
          <w:rFonts w:ascii="Nirmala UI" w:hAnsi="Nirmala UI" w:eastAsia="Nirmala UI" w:cs="Nirmala UI"/>
        </w:rPr>
        <w:t>गोरलै</w:t>
      </w:r>
      <w:r>
        <w:rPr>
          <w:rFonts w:ascii="Times New Roman" w:hAnsi="Times New Roman" w:eastAsia="Times New Roman" w:cs="Times New Roman"/>
        </w:rPr>
        <w:t xml:space="preserve"> </w:t>
      </w:r>
      <w:r>
        <w:rPr>
          <w:rFonts w:ascii="Nirmala UI" w:hAnsi="Nirmala UI" w:eastAsia="Nirmala UI" w:cs="Nirmala UI"/>
        </w:rPr>
        <w:t>जुझनायाव</w:t>
      </w:r>
      <w:r>
        <w:rPr>
          <w:rFonts w:ascii="Times New Roman" w:hAnsi="Times New Roman" w:eastAsia="Times New Roman" w:cs="Times New Roman"/>
        </w:rPr>
        <w:t xml:space="preserve"> </w:t>
      </w:r>
      <w:r>
        <w:rPr>
          <w:rFonts w:ascii="Nirmala UI" w:hAnsi="Nirmala UI" w:eastAsia="Nirmala UI" w:cs="Nirmala UI"/>
        </w:rPr>
        <w:t>फोजोबनो</w:t>
      </w:r>
      <w:r>
        <w:rPr>
          <w:rFonts w:ascii="Times New Roman" w:hAnsi="Times New Roman" w:eastAsia="Times New Roman" w:cs="Times New Roman"/>
        </w:rPr>
        <w:t xml:space="preserve"> </w:t>
      </w:r>
      <w:r>
        <w:rPr>
          <w:rFonts w:ascii="Nirmala UI" w:hAnsi="Nirmala UI" w:eastAsia="Nirmala UI" w:cs="Nirmala UI"/>
        </w:rPr>
        <w:t>दङ।</w:t>
      </w:r>
      <w:r>
        <w:rPr>
          <w:rFonts w:ascii="Times New Roman" w:hAnsi="Times New Roman" w:eastAsia="Times New Roman" w:cs="Times New Roman"/>
        </w:rPr>
        <w:t>” Manuscript Releases, volume 5, 305.</w:t>
      </w:r>
    </w:p>
    <w:p>
      <w:pPr>
        <w:pStyle w:val="ArticleBody"/>
        <w:jc w:val="left"/>
      </w:pPr>
      <w:r>
        <w:rPr>
          <w:rFonts w:ascii="Times New Roman" w:hAnsi="Times New Roman" w:eastAsia="Times New Roman" w:cs="Times New Roman"/>
        </w:rPr>
        <w:t>Perang Sivil dalam sejarah Lincoln adalah bersifat literal dan menangani perhambaan yang literal. Golongan globalis yang diilhamkan oleh naga sedang menghasilkan suatu Perang Sivil pada akhir zaman yang berasaskan usaha mereka untuk menghapuskan kelas pertengahan, sehingga yang tinggal hanyalah golongan elit yang maha kaya dan para hamba tani yang maha miskin. Kelas pertengahanlah yang memelihara kebebasan sosial, ekonomi, dan agama, dan apabila kelas ini disingkirkan, tiadalah lagi benteng penahan terhadap pelaksanaan feudalisme. Pencapaian utama Revolusi Perancis ialah bahawa revolusi itu menamatkan sistem feudalisme, yang kini sedang diusahakan oleh golongan globalis untuk dikenakan semula dengan menyingkirkan kelas pertengahan. Rancangan golongan globalis itu sebahagian besarnya berasaskan tindakan membanjiri kelas pertengahan dengan pendatang tanpa izin, yang mengurangkan pengeluaran ekonomi, menurunkan upah, dan memperbesar sistem kebajikan negara.</w:t>
      </w:r>
    </w:p>
    <w:p>
      <w:pPr>
        <w:pStyle w:val="ArticleBody"/>
        <w:jc w:val="left"/>
      </w:pPr>
      <w:r>
        <w:rPr>
          <w:rFonts w:ascii="Times New Roman" w:hAnsi="Times New Roman" w:eastAsia="Times New Roman" w:cs="Times New Roman"/>
        </w:rPr>
        <w:t>Tshifhingani tshi tshi ya kha Nndwa ya Vhuvhili ya Shango, nga tshifhinga tsha u wa ha ikonomi hu hulwane, Khotsi Charles Coughlin, muprista wa Katoḽika ya Roma, o wana bvumo nga nṱhani ha zwikhasho zwawe zwa radio, zwe zwa swikelela vha thetshelesi vha dzimilioni u mona na shango. Zwikhasho zwawe zwa radio zwo elana nga maanḓa na ṱhuṱhuwedzo ye Rush Limbaugh a vha nayo kha tshifhinga tsho no fhiraho. Coughlin o shumisa pulatifomo yawe ya radio u amba nga ha mafhungo manzhi a fhambanaho, hu katelwa zwa poḽotiki, ikonomi, na mafhungo a matshilisano. Mathomoni o tikedza Muphuresidennde Franklin D. Roosevelt na New Deal yawe. Zwikhasho zwa radio zwa Coughlin, zwe kanzhi zwa vha zwi tshi duga mbilu na u pfusa khani, zwo mu ita muthu a fhambanywaho zwihulu kha poḽotiki ya Amerika. Naho o vha e na vhatevheli vhanzhi nahone vho ḓiimisela, o dovha a sedzana na u solwa na u haṱulwa u bva kha zwipiḓa zwo fhambanaho nga nṱhani ha mihumbulo yawe ya vhupfiṋa.</w:t>
      </w:r>
    </w:p>
    <w:p>
      <w:pPr>
        <w:pStyle w:val="ArticleBody"/>
        <w:jc w:val="left"/>
      </w:pPr>
      <w:r>
        <w:rPr>
          <w:rFonts w:ascii="Times New Roman" w:hAnsi="Times New Roman" w:eastAsia="Times New Roman" w:cs="Times New Roman"/>
        </w:rPr>
        <w:t>Pandangan politik, ekonomi, dan sosial awal Coughlin diadopsi oleh Franklin Roosevelt dan menjadi cetak biru bagi kebijakan-kebijakan New Deal-nya, yang memperkenalkan bencana sistem Jaminan Sosial yang terus meningkat, serta sistem kesejahteraan di Amerika Serikat. Kebijakan-kebijakan New Deal-nya menjadi ciri khas warisannya, dan merupakan suatu unsur dari skenario nubuat yang menuntun kepada, dan mengikuti sesudah, Perang Dunia Kedua. “Dari buahnyalah kamu akan mengenal mereka.” Karena penerapan kebijakan-kebijakan New Deal Roosevelt, depresi besar berlangsung jauh lebih lama di Amerika Serikat daripada di negara mana pun lainnya di dunia.</w:t>
      </w:r>
    </w:p>
    <w:p>
      <w:pPr>
        <w:pStyle w:val="ArticleBody"/>
        <w:jc w:val="left"/>
      </w:pPr>
      <w:r>
        <w:rPr>
          <w:rFonts w:ascii="Nirmala UI" w:hAnsi="Nirmala UI" w:eastAsia="Nirmala UI" w:cs="Nirmala UI"/>
        </w:rPr>
        <w:t>ரூஸ்வெல்ட்</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ஜனநாயகக்</w:t>
      </w:r>
      <w:r>
        <w:rPr>
          <w:rFonts w:ascii="Times New Roman" w:hAnsi="Times New Roman" w:eastAsia="Times New Roman" w:cs="Times New Roman"/>
        </w:rPr>
        <w:t xml:space="preserve"> </w:t>
      </w:r>
      <w:r>
        <w:rPr>
          <w:rFonts w:ascii="Nirmala UI" w:hAnsi="Nirmala UI" w:eastAsia="Nirmala UI" w:cs="Nirmala UI"/>
        </w:rPr>
        <w:t>கட்சியினர்</w:t>
      </w:r>
      <w:r>
        <w:rPr>
          <w:rFonts w:ascii="Times New Roman" w:hAnsi="Times New Roman" w:eastAsia="Times New Roman" w:cs="Times New Roman"/>
        </w:rPr>
        <w:t xml:space="preserve">; </w:t>
      </w:r>
      <w:r>
        <w:rPr>
          <w:rFonts w:ascii="Nirmala UI" w:hAnsi="Nirmala UI" w:eastAsia="Nirmala UI" w:cs="Nirmala UI"/>
        </w:rPr>
        <w:t>ஆகையால்</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நாகம்</w:t>
      </w:r>
      <w:r>
        <w:rPr>
          <w:rFonts w:ascii="Times New Roman" w:hAnsi="Times New Roman" w:eastAsia="Times New Roman" w:cs="Times New Roman"/>
        </w:rPr>
        <w:t xml:space="preserve"> </w:t>
      </w:r>
      <w:r>
        <w:rPr>
          <w:rFonts w:ascii="Nirmala UI" w:hAnsi="Nirmala UI" w:eastAsia="Nirmala UI" w:cs="Nirmala UI"/>
        </w:rPr>
        <w:t>உந்துதலளித்த</w:t>
      </w:r>
      <w:r>
        <w:rPr>
          <w:rFonts w:ascii="Times New Roman" w:hAnsi="Times New Roman" w:eastAsia="Times New Roman" w:cs="Times New Roman"/>
        </w:rPr>
        <w:t xml:space="preserve"> </w:t>
      </w:r>
      <w:r>
        <w:rPr>
          <w:rFonts w:ascii="Nirmala UI" w:hAnsi="Nirmala UI" w:eastAsia="Nirmala UI" w:cs="Nirmala UI"/>
        </w:rPr>
        <w:t>உலகமயவாதி</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அறிமுகப்படுத்திய</w:t>
      </w:r>
      <w:r>
        <w:rPr>
          <w:rFonts w:ascii="Times New Roman" w:hAnsi="Times New Roman" w:eastAsia="Times New Roman" w:cs="Times New Roman"/>
        </w:rPr>
        <w:t xml:space="preserve"> New Deal </w:t>
      </w:r>
      <w:r>
        <w:rPr>
          <w:rFonts w:ascii="Nirmala UI" w:hAnsi="Nirmala UI" w:eastAsia="Nirmala UI" w:cs="Nirmala UI"/>
        </w:rPr>
        <w:t>கொள்கைகள்</w:t>
      </w:r>
      <w:r>
        <w:rPr>
          <w:rFonts w:ascii="Times New Roman" w:hAnsi="Times New Roman" w:eastAsia="Times New Roman" w:cs="Times New Roman"/>
        </w:rPr>
        <w:t xml:space="preserve">, </w:t>
      </w:r>
      <w:r>
        <w:rPr>
          <w:rFonts w:ascii="Nirmala UI" w:hAnsi="Nirmala UI" w:eastAsia="Nirmala UI" w:cs="Nirmala UI"/>
        </w:rPr>
        <w:t>மிகைச்</w:t>
      </w:r>
      <w:r>
        <w:rPr>
          <w:rFonts w:ascii="Times New Roman" w:hAnsi="Times New Roman" w:eastAsia="Times New Roman" w:cs="Times New Roman"/>
        </w:rPr>
        <w:t xml:space="preserve"> </w:t>
      </w:r>
      <w:r>
        <w:rPr>
          <w:rFonts w:ascii="Nirmala UI" w:hAnsi="Nirmala UI" w:eastAsia="Nirmala UI" w:cs="Nirmala UI"/>
        </w:rPr>
        <w:t>செல்வந்தரும்</w:t>
      </w:r>
      <w:r>
        <w:rPr>
          <w:rFonts w:ascii="Times New Roman" w:hAnsi="Times New Roman" w:eastAsia="Times New Roman" w:cs="Times New Roman"/>
        </w:rPr>
        <w:t xml:space="preserve"> </w:t>
      </w:r>
      <w:r>
        <w:rPr>
          <w:rFonts w:ascii="Nirmala UI" w:hAnsi="Nirmala UI" w:eastAsia="Nirmala UI" w:cs="Nirmala UI"/>
        </w:rPr>
        <w:t>மிகைச்</w:t>
      </w:r>
      <w:r>
        <w:rPr>
          <w:rFonts w:ascii="Times New Roman" w:hAnsi="Times New Roman" w:eastAsia="Times New Roman" w:cs="Times New Roman"/>
        </w:rPr>
        <w:t xml:space="preserve"> </w:t>
      </w:r>
      <w:r>
        <w:rPr>
          <w:rFonts w:ascii="Nirmala UI" w:hAnsi="Nirmala UI" w:eastAsia="Nirmala UI" w:cs="Nirmala UI"/>
        </w:rPr>
        <w:t>ஏழைகளுமான</w:t>
      </w:r>
      <w:r>
        <w:rPr>
          <w:rFonts w:ascii="Times New Roman" w:hAnsi="Times New Roman" w:eastAsia="Times New Roman" w:cs="Times New Roman"/>
        </w:rPr>
        <w:t xml:space="preserve"> </w:t>
      </w:r>
      <w:r>
        <w:rPr>
          <w:rFonts w:ascii="Nirmala UI" w:hAnsi="Nirmala UI" w:eastAsia="Nirmala UI" w:cs="Nirmala UI"/>
        </w:rPr>
        <w:t>குடிமக்கள்</w:t>
      </w:r>
      <w:r>
        <w:rPr>
          <w:rFonts w:ascii="Times New Roman" w:hAnsi="Times New Roman" w:eastAsia="Times New Roman" w:cs="Times New Roman"/>
        </w:rPr>
        <w:t xml:space="preserve"> </w:t>
      </w:r>
      <w:r>
        <w:rPr>
          <w:rFonts w:ascii="Nirmala UI" w:hAnsi="Nirmala UI" w:eastAsia="Nirmala UI" w:cs="Nirmala UI"/>
        </w:rPr>
        <w:t>சமூகத்தை</w:t>
      </w:r>
      <w:r>
        <w:rPr>
          <w:rFonts w:ascii="Times New Roman" w:hAnsi="Times New Roman" w:eastAsia="Times New Roman" w:cs="Times New Roman"/>
        </w:rPr>
        <w:t xml:space="preserve"> </w:t>
      </w:r>
      <w:r>
        <w:rPr>
          <w:rFonts w:ascii="Nirmala UI" w:hAnsi="Nirmala UI" w:eastAsia="Nirmala UI" w:cs="Nirmala UI"/>
        </w:rPr>
        <w:t>உருவாக்கும்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நீண்டகாலத்</w:t>
      </w:r>
      <w:r>
        <w:rPr>
          <w:rFonts w:ascii="Times New Roman" w:hAnsi="Times New Roman" w:eastAsia="Times New Roman" w:cs="Times New Roman"/>
        </w:rPr>
        <w:t xml:space="preserve"> </w:t>
      </w:r>
      <w:r>
        <w:rPr>
          <w:rFonts w:ascii="Nirmala UI" w:hAnsi="Nirmala UI" w:eastAsia="Nirmala UI" w:cs="Nirmala UI"/>
        </w:rPr>
        <w:t>திட்டத்தின்</w:t>
      </w:r>
      <w:r>
        <w:rPr>
          <w:rFonts w:ascii="Times New Roman" w:hAnsi="Times New Roman" w:eastAsia="Times New Roman" w:cs="Times New Roman"/>
        </w:rPr>
        <w:t xml:space="preserve"> </w:t>
      </w:r>
      <w:r>
        <w:rPr>
          <w:rFonts w:ascii="Nirmala UI" w:hAnsi="Nirmala UI" w:eastAsia="Nirmala UI" w:cs="Nirmala UI"/>
        </w:rPr>
        <w:t>பகுதியாக</w:t>
      </w:r>
      <w:r>
        <w:rPr>
          <w:rFonts w:ascii="Times New Roman" w:hAnsi="Times New Roman" w:eastAsia="Times New Roman" w:cs="Times New Roman"/>
        </w:rPr>
        <w:t xml:space="preserve"> </w:t>
      </w:r>
      <w:r>
        <w:rPr>
          <w:rFonts w:ascii="Nirmala UI" w:hAnsi="Nirmala UI" w:eastAsia="Nirmala UI" w:cs="Nirmala UI"/>
        </w:rPr>
        <w:t>இருந்தன</w:t>
      </w:r>
      <w:r>
        <w:rPr>
          <w:rFonts w:ascii="Times New Roman" w:hAnsi="Times New Roman" w:eastAsia="Times New Roman" w:cs="Times New Roman"/>
        </w:rPr>
        <w:t xml:space="preserve">. </w:t>
      </w:r>
      <w:r>
        <w:rPr>
          <w:rFonts w:ascii="Nirmala UI" w:hAnsi="Nirmala UI" w:eastAsia="Nirmala UI" w:cs="Nirmala UI"/>
        </w:rPr>
        <w:t>உள்நாட்டுப்</w:t>
      </w:r>
      <w:r>
        <w:rPr>
          <w:rFonts w:ascii="Times New Roman" w:hAnsi="Times New Roman" w:eastAsia="Times New Roman" w:cs="Times New Roman"/>
        </w:rPr>
        <w:t xml:space="preserve"> </w:t>
      </w:r>
      <w:r>
        <w:rPr>
          <w:rFonts w:ascii="Nirmala UI" w:hAnsi="Nirmala UI" w:eastAsia="Nirmala UI" w:cs="Nirmala UI"/>
        </w:rPr>
        <w:t>போரின்</w:t>
      </w:r>
      <w:r>
        <w:rPr>
          <w:rFonts w:ascii="Times New Roman" w:hAnsi="Times New Roman" w:eastAsia="Times New Roman" w:cs="Times New Roman"/>
        </w:rPr>
        <w:t xml:space="preserve"> </w:t>
      </w:r>
      <w:r>
        <w:rPr>
          <w:rFonts w:ascii="Nirmala UI" w:hAnsi="Nirmala UI" w:eastAsia="Nirmala UI" w:cs="Nirmala UI"/>
        </w:rPr>
        <w:t>சொற்பொருள்</w:t>
      </w:r>
      <w:r>
        <w:rPr>
          <w:rFonts w:ascii="Times New Roman" w:hAnsi="Times New Roman" w:eastAsia="Times New Roman" w:cs="Times New Roman"/>
        </w:rPr>
        <w:t xml:space="preserve"> </w:t>
      </w:r>
      <w:r>
        <w:rPr>
          <w:rFonts w:ascii="Nirmala UI" w:hAnsi="Nirmala UI" w:eastAsia="Nirmala UI" w:cs="Nirmala UI"/>
        </w:rPr>
        <w:t>அடிமைத்தனம்</w:t>
      </w:r>
      <w:r>
        <w:rPr>
          <w:rFonts w:ascii="Times New Roman" w:hAnsi="Times New Roman" w:eastAsia="Times New Roman" w:cs="Times New Roman"/>
        </w:rPr>
        <w:t xml:space="preserve">, </w:t>
      </w:r>
      <w:r>
        <w:rPr>
          <w:rFonts w:ascii="Nirmala UI" w:hAnsi="Nirmala UI" w:eastAsia="Nirmala UI" w:cs="Nirmala UI"/>
        </w:rPr>
        <w:t>இப்போது</w:t>
      </w:r>
      <w:r>
        <w:rPr>
          <w:rFonts w:ascii="Times New Roman" w:hAnsi="Times New Roman" w:eastAsia="Times New Roman" w:cs="Times New Roman"/>
        </w:rPr>
        <w:t xml:space="preserve"> </w:t>
      </w:r>
      <w:r>
        <w:rPr>
          <w:rFonts w:ascii="Nirmala UI" w:hAnsi="Nirmala UI" w:eastAsia="Nirmala UI" w:cs="Nirmala UI"/>
        </w:rPr>
        <w:t>மின்னல்</w:t>
      </w:r>
      <w:r>
        <w:rPr>
          <w:rFonts w:ascii="Times New Roman" w:hAnsi="Times New Roman" w:eastAsia="Times New Roman" w:cs="Times New Roman"/>
        </w:rPr>
        <w:t xml:space="preserve"> </w:t>
      </w:r>
      <w:r>
        <w:rPr>
          <w:rFonts w:ascii="Nirmala UI" w:hAnsi="Nirmala UI" w:eastAsia="Nirmala UI" w:cs="Nirmala UI"/>
        </w:rPr>
        <w:t>வேகத்தில்</w:t>
      </w:r>
      <w:r>
        <w:rPr>
          <w:rFonts w:ascii="Times New Roman" w:hAnsi="Times New Roman" w:eastAsia="Times New Roman" w:cs="Times New Roman"/>
        </w:rPr>
        <w:t xml:space="preserve"> </w:t>
      </w:r>
      <w:r>
        <w:rPr>
          <w:rFonts w:ascii="Nirmala UI" w:hAnsi="Nirmala UI" w:eastAsia="Nirmala UI" w:cs="Nirmala UI"/>
        </w:rPr>
        <w:t>தீவிரமடைந்து</w:t>
      </w:r>
      <w:r>
        <w:rPr>
          <w:rFonts w:ascii="Times New Roman" w:hAnsi="Times New Roman" w:eastAsia="Times New Roman" w:cs="Times New Roman"/>
        </w:rPr>
        <w:t xml:space="preserve"> </w:t>
      </w:r>
      <w:r>
        <w:rPr>
          <w:rFonts w:ascii="Nirmala UI" w:hAnsi="Nirmala UI" w:eastAsia="Nirmala UI" w:cs="Nirmala UI"/>
        </w:rPr>
        <w:t>வரும்</w:t>
      </w:r>
      <w:r>
        <w:rPr>
          <w:rFonts w:ascii="Times New Roman" w:hAnsi="Times New Roman" w:eastAsia="Times New Roman" w:cs="Times New Roman"/>
        </w:rPr>
        <w:t xml:space="preserve"> </w:t>
      </w:r>
      <w:r>
        <w:rPr>
          <w:rFonts w:ascii="Nirmala UI" w:hAnsi="Nirmala UI" w:eastAsia="Nirmala UI" w:cs="Nirmala UI"/>
        </w:rPr>
        <w:t>ஆவிக்குரிய</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பொருளாதார</w:t>
      </w:r>
      <w:r>
        <w:rPr>
          <w:rFonts w:ascii="Times New Roman" w:hAnsi="Times New Roman" w:eastAsia="Times New Roman" w:cs="Times New Roman"/>
        </w:rPr>
        <w:t xml:space="preserve"> </w:t>
      </w:r>
      <w:r>
        <w:rPr>
          <w:rFonts w:ascii="Nirmala UI" w:hAnsi="Nirmala UI" w:eastAsia="Nirmala UI" w:cs="Nirmala UI"/>
        </w:rPr>
        <w:t>அடிமைத்தனத்தைச்</w:t>
      </w:r>
      <w:r>
        <w:rPr>
          <w:rFonts w:ascii="Times New Roman" w:hAnsi="Times New Roman" w:eastAsia="Times New Roman" w:cs="Times New Roman"/>
        </w:rPr>
        <w:t xml:space="preserve"> </w:t>
      </w:r>
      <w:r>
        <w:rPr>
          <w:rFonts w:ascii="Nirmala UI" w:hAnsi="Nirmala UI" w:eastAsia="Nirmala UI" w:cs="Nirmala UI"/>
        </w:rPr>
        <w:t>சுட்டிக்காட்டுகிறது</w:t>
      </w:r>
      <w:r>
        <w:rPr>
          <w:rFonts w:ascii="Times New Roman" w:hAnsi="Times New Roman" w:eastAsia="Times New Roman" w:cs="Times New Roman"/>
        </w:rPr>
        <w:t xml:space="preserve">; </w:t>
      </w:r>
      <w:r>
        <w:rPr>
          <w:rFonts w:ascii="Nirmala UI" w:hAnsi="Nirmala UI" w:eastAsia="Nirmala UI" w:cs="Nirmala UI"/>
        </w:rPr>
        <w:t>ஏனெனில்</w:t>
      </w:r>
      <w:r>
        <w:rPr>
          <w:rFonts w:ascii="Times New Roman" w:hAnsi="Times New Roman" w:eastAsia="Times New Roman" w:cs="Times New Roman"/>
        </w:rPr>
        <w:t xml:space="preserve"> </w:t>
      </w:r>
      <w:r>
        <w:rPr>
          <w:rFonts w:ascii="Nirmala UI" w:hAnsi="Nirmala UI" w:eastAsia="Nirmala UI" w:cs="Nirmala UI"/>
        </w:rPr>
        <w:t>நவீன</w:t>
      </w:r>
      <w:r>
        <w:rPr>
          <w:rFonts w:ascii="Times New Roman" w:hAnsi="Times New Roman" w:eastAsia="Times New Roman" w:cs="Times New Roman"/>
        </w:rPr>
        <w:t xml:space="preserve"> </w:t>
      </w:r>
      <w:r>
        <w:rPr>
          <w:rFonts w:ascii="Nirmala UI" w:hAnsi="Nirmala UI" w:eastAsia="Nirmala UI" w:cs="Nirmala UI"/>
        </w:rPr>
        <w:t>பாபிலோனின்</w:t>
      </w:r>
      <w:r>
        <w:rPr>
          <w:rFonts w:ascii="Times New Roman" w:hAnsi="Times New Roman" w:eastAsia="Times New Roman" w:cs="Times New Roman"/>
        </w:rPr>
        <w:t xml:space="preserve"> </w:t>
      </w:r>
      <w:r>
        <w:rPr>
          <w:rFonts w:ascii="Nirmala UI" w:hAnsi="Nirmala UI" w:eastAsia="Nirmala UI" w:cs="Nirmala UI"/>
        </w:rPr>
        <w:t>உலகமயவாத</w:t>
      </w:r>
      <w:r>
        <w:rPr>
          <w:rFonts w:ascii="Times New Roman" w:hAnsi="Times New Roman" w:eastAsia="Times New Roman" w:cs="Times New Roman"/>
        </w:rPr>
        <w:t xml:space="preserve"> </w:t>
      </w:r>
      <w:r>
        <w:rPr>
          <w:rFonts w:ascii="Nirmala UI" w:hAnsi="Nirmala UI" w:eastAsia="Nirmala UI" w:cs="Nirmala UI"/>
        </w:rPr>
        <w:t>கோடீஸ்வர</w:t>
      </w:r>
      <w:r>
        <w:rPr>
          <w:rFonts w:ascii="Times New Roman" w:hAnsi="Times New Roman" w:eastAsia="Times New Roman" w:cs="Times New Roman"/>
        </w:rPr>
        <w:t xml:space="preserve"> </w:t>
      </w:r>
      <w:r>
        <w:rPr>
          <w:rFonts w:ascii="Nirmala UI" w:hAnsi="Nirmala UI" w:eastAsia="Nirmala UI" w:cs="Nirmala UI"/>
        </w:rPr>
        <w:t>வர்த்தகர்கள்</w:t>
      </w:r>
      <w:r>
        <w:rPr>
          <w:rFonts w:ascii="Times New Roman" w:hAnsi="Times New Roman" w:eastAsia="Times New Roman" w:cs="Times New Roman"/>
        </w:rPr>
        <w:t xml:space="preserve">, </w:t>
      </w:r>
      <w:r>
        <w:rPr>
          <w:rFonts w:ascii="Nirmala UI" w:hAnsi="Nirmala UI" w:eastAsia="Nirmala UI" w:cs="Nirmala UI"/>
        </w:rPr>
        <w:t>ரூஸ்வெல்ட்டின்</w:t>
      </w:r>
      <w:r>
        <w:rPr>
          <w:rFonts w:ascii="Times New Roman" w:hAnsi="Times New Roman" w:eastAsia="Times New Roman" w:cs="Times New Roman"/>
        </w:rPr>
        <w:t xml:space="preserve"> New Deal-</w:t>
      </w:r>
      <w:r>
        <w:rPr>
          <w:rFonts w:ascii="Nirmala UI" w:hAnsi="Nirmala UI" w:eastAsia="Nirmala UI" w:cs="Nirmala UI"/>
        </w:rPr>
        <w:t>ஐ</w:t>
      </w:r>
      <w:r>
        <w:rPr>
          <w:rFonts w:ascii="Times New Roman" w:hAnsi="Times New Roman" w:eastAsia="Times New Roman" w:cs="Times New Roman"/>
        </w:rPr>
        <w:t xml:space="preserve"> </w:t>
      </w:r>
      <w:r>
        <w:rPr>
          <w:rFonts w:ascii="Nirmala UI" w:hAnsi="Nirmala UI" w:eastAsia="Nirmala UI" w:cs="Nirmala UI"/>
        </w:rPr>
        <w:t>தாங்கள்</w:t>
      </w:r>
      <w:r>
        <w:rPr>
          <w:rFonts w:ascii="Times New Roman" w:hAnsi="Times New Roman" w:eastAsia="Times New Roman" w:cs="Times New Roman"/>
        </w:rPr>
        <w:t xml:space="preserve"> </w:t>
      </w:r>
      <w:r>
        <w:rPr>
          <w:rFonts w:ascii="Nirmala UI" w:hAnsi="Nirmala UI" w:eastAsia="Nirmala UI" w:cs="Nirmala UI"/>
        </w:rPr>
        <w:t>கருதும்</w:t>
      </w:r>
      <w:r>
        <w:rPr>
          <w:rFonts w:ascii="Times New Roman" w:hAnsi="Times New Roman" w:eastAsia="Times New Roman" w:cs="Times New Roman"/>
        </w:rPr>
        <w:t xml:space="preserve"> </w:t>
      </w:r>
      <w:r>
        <w:rPr>
          <w:rFonts w:ascii="Nirmala UI" w:hAnsi="Nirmala UI" w:eastAsia="Nirmala UI" w:cs="Nirmala UI"/>
        </w:rPr>
        <w:t>பரிபூரண</w:t>
      </w:r>
      <w:r>
        <w:rPr>
          <w:rFonts w:ascii="Times New Roman" w:hAnsi="Times New Roman" w:eastAsia="Times New Roman" w:cs="Times New Roman"/>
        </w:rPr>
        <w:t xml:space="preserve"> </w:t>
      </w:r>
      <w:r>
        <w:rPr>
          <w:rFonts w:ascii="Nirmala UI" w:hAnsi="Nirmala UI" w:eastAsia="Nirmala UI" w:cs="Nirmala UI"/>
        </w:rPr>
        <w:t>நிலைக்குக்</w:t>
      </w:r>
      <w:r>
        <w:rPr>
          <w:rFonts w:ascii="Times New Roman" w:hAnsi="Times New Roman" w:eastAsia="Times New Roman" w:cs="Times New Roman"/>
        </w:rPr>
        <w:t xml:space="preserve"> </w:t>
      </w:r>
      <w:r>
        <w:rPr>
          <w:rFonts w:ascii="Nirmala UI" w:hAnsi="Nirmala UI" w:eastAsia="Nirmala UI" w:cs="Nirmala UI"/>
        </w:rPr>
        <w:t>கொண்டு</w:t>
      </w:r>
      <w:r>
        <w:rPr>
          <w:rFonts w:ascii="Times New Roman" w:hAnsi="Times New Roman" w:eastAsia="Times New Roman" w:cs="Times New Roman"/>
        </w:rPr>
        <w:t xml:space="preserve"> </w:t>
      </w:r>
      <w:r>
        <w:rPr>
          <w:rFonts w:ascii="Nirmala UI" w:hAnsi="Nirmala UI" w:eastAsia="Nirmala UI" w:cs="Nirmala UI"/>
        </w:rPr>
        <w:t>வருவதற்காகத்</w:t>
      </w:r>
      <w:r>
        <w:rPr>
          <w:rFonts w:ascii="Times New Roman" w:hAnsi="Times New Roman" w:eastAsia="Times New Roman" w:cs="Times New Roman"/>
        </w:rPr>
        <w:t xml:space="preserve"> </w:t>
      </w:r>
      <w:r>
        <w:rPr>
          <w:rFonts w:ascii="Nirmala UI" w:hAnsi="Nirmala UI" w:eastAsia="Nirmala UI" w:cs="Nirmala UI"/>
        </w:rPr>
        <w:t>திட்டமிடப்பட்ட</w:t>
      </w:r>
      <w:r>
        <w:rPr>
          <w:rFonts w:ascii="Times New Roman" w:hAnsi="Times New Roman" w:eastAsia="Times New Roman" w:cs="Times New Roman"/>
        </w:rPr>
        <w:t xml:space="preserve"> </w:t>
      </w:r>
      <w:r>
        <w:rPr>
          <w:rFonts w:ascii="Nirmala UI" w:hAnsi="Nirmala UI" w:eastAsia="Nirmala UI" w:cs="Nirmala UI"/>
        </w:rPr>
        <w:t>பரவலான</w:t>
      </w:r>
      <w:r>
        <w:rPr>
          <w:rFonts w:ascii="Times New Roman" w:hAnsi="Times New Roman" w:eastAsia="Times New Roman" w:cs="Times New Roman"/>
        </w:rPr>
        <w:t xml:space="preserve"> </w:t>
      </w:r>
      <w:r>
        <w:rPr>
          <w:rFonts w:ascii="Nirmala UI" w:hAnsi="Nirmala UI" w:eastAsia="Nirmala UI" w:cs="Nirmala UI"/>
        </w:rPr>
        <w:t>சட்டவிரோதக்</w:t>
      </w:r>
      <w:r>
        <w:rPr>
          <w:rFonts w:ascii="Times New Roman" w:hAnsi="Times New Roman" w:eastAsia="Times New Roman" w:cs="Times New Roman"/>
        </w:rPr>
        <w:t xml:space="preserve"> </w:t>
      </w:r>
      <w:r>
        <w:rPr>
          <w:rFonts w:ascii="Nirmala UI" w:hAnsi="Nirmala UI" w:eastAsia="Nirmala UI" w:cs="Nirmala UI"/>
        </w:rPr>
        <w:t>குடியேற்றத்திற்கு</w:t>
      </w:r>
      <w:r>
        <w:rPr>
          <w:rFonts w:ascii="Times New Roman" w:hAnsi="Times New Roman" w:eastAsia="Times New Roman" w:cs="Times New Roman"/>
        </w:rPr>
        <w:t xml:space="preserve"> </w:t>
      </w:r>
      <w:r>
        <w:rPr>
          <w:rFonts w:ascii="Nirmala UI" w:hAnsi="Nirmala UI" w:eastAsia="Nirmala UI" w:cs="Nirmala UI"/>
        </w:rPr>
        <w:t>நிதியளிக்கின்றனர்</w:t>
      </w:r>
      <w:r>
        <w:rPr>
          <w:rFonts w:ascii="Times New Roman" w:hAnsi="Times New Roman" w:eastAsia="Times New Roman" w:cs="Times New Roman"/>
        </w:rPr>
        <w:t xml:space="preserve">. </w:t>
      </w:r>
      <w:r>
        <w:rPr>
          <w:rFonts w:ascii="Nirmala UI" w:hAnsi="Nirmala UI" w:eastAsia="Nirmala UI" w:cs="Nirmala UI"/>
        </w:rPr>
        <w:t>மூன்றாம்</w:t>
      </w:r>
      <w:r>
        <w:rPr>
          <w:rFonts w:ascii="Times New Roman" w:hAnsi="Times New Roman" w:eastAsia="Times New Roman" w:cs="Times New Roman"/>
        </w:rPr>
        <w:t xml:space="preserve"> </w:t>
      </w:r>
      <w:r>
        <w:rPr>
          <w:rFonts w:ascii="Nirmala UI" w:hAnsi="Nirmala UI" w:eastAsia="Nirmala UI" w:cs="Nirmala UI"/>
        </w:rPr>
        <w:t>உலகப்</w:t>
      </w:r>
      <w:r>
        <w:rPr>
          <w:rFonts w:ascii="Times New Roman" w:hAnsi="Times New Roman" w:eastAsia="Times New Roman" w:cs="Times New Roman"/>
        </w:rPr>
        <w:t xml:space="preserve"> </w:t>
      </w:r>
      <w:r>
        <w:rPr>
          <w:rFonts w:ascii="Nirmala UI" w:hAnsi="Nirmala UI" w:eastAsia="Nirmala UI" w:cs="Nirmala UI"/>
        </w:rPr>
        <w:t>போருக்கு</w:t>
      </w:r>
      <w:r>
        <w:rPr>
          <w:rFonts w:ascii="Times New Roman" w:hAnsi="Times New Roman" w:eastAsia="Times New Roman" w:cs="Times New Roman"/>
        </w:rPr>
        <w:t xml:space="preserve"> </w:t>
      </w:r>
      <w:r>
        <w:rPr>
          <w:rFonts w:ascii="Nirmala UI" w:hAnsi="Nirmala UI" w:eastAsia="Nirmala UI" w:cs="Nirmala UI"/>
        </w:rPr>
        <w:t>முகங்கொடுக்க</w:t>
      </w:r>
      <w:r>
        <w:rPr>
          <w:rFonts w:ascii="Times New Roman" w:hAnsi="Times New Roman" w:eastAsia="Times New Roman" w:cs="Times New Roman"/>
        </w:rPr>
        <w:t xml:space="preserve"> </w:t>
      </w:r>
      <w:r>
        <w:rPr>
          <w:rFonts w:ascii="Nirmala UI" w:hAnsi="Nirmala UI" w:eastAsia="Nirmala UI" w:cs="Nirmala UI"/>
        </w:rPr>
        <w:t>வேண்டிய</w:t>
      </w:r>
      <w:r>
        <w:rPr>
          <w:rFonts w:ascii="Times New Roman" w:hAnsi="Times New Roman" w:eastAsia="Times New Roman" w:cs="Times New Roman"/>
        </w:rPr>
        <w:t xml:space="preserve"> </w:t>
      </w:r>
      <w:r>
        <w:rPr>
          <w:rFonts w:ascii="Nirmala UI" w:hAnsi="Nirmala UI" w:eastAsia="Nirmala UI" w:cs="Nirmala UI"/>
        </w:rPr>
        <w:t>கடைசி</w:t>
      </w:r>
      <w:r>
        <w:rPr>
          <w:rFonts w:ascii="Times New Roman" w:hAnsi="Times New Roman" w:eastAsia="Times New Roman" w:cs="Times New Roman"/>
        </w:rPr>
        <w:t xml:space="preserve"> </w:t>
      </w:r>
      <w:r>
        <w:rPr>
          <w:rFonts w:ascii="Nirmala UI" w:hAnsi="Nirmala UI" w:eastAsia="Nirmala UI" w:cs="Nirmala UI"/>
        </w:rPr>
        <w:t>ஜனாதிபதி</w:t>
      </w:r>
      <w:r>
        <w:rPr>
          <w:rFonts w:ascii="Times New Roman" w:hAnsi="Times New Roman" w:eastAsia="Times New Roman" w:cs="Times New Roman"/>
        </w:rPr>
        <w:t xml:space="preserve">, </w:t>
      </w:r>
      <w:r>
        <w:rPr>
          <w:rFonts w:ascii="Nirmala UI" w:hAnsi="Nirmala UI" w:eastAsia="Nirmala UI" w:cs="Nirmala UI"/>
        </w:rPr>
        <w:t>இரண்டாம்</w:t>
      </w:r>
      <w:r>
        <w:rPr>
          <w:rFonts w:ascii="Times New Roman" w:hAnsi="Times New Roman" w:eastAsia="Times New Roman" w:cs="Times New Roman"/>
        </w:rPr>
        <w:t xml:space="preserve"> </w:t>
      </w:r>
      <w:r>
        <w:rPr>
          <w:rFonts w:ascii="Nirmala UI" w:hAnsi="Nirmala UI" w:eastAsia="Nirmala UI" w:cs="Nirmala UI"/>
        </w:rPr>
        <w:t>உலகப்</w:t>
      </w:r>
      <w:r>
        <w:rPr>
          <w:rFonts w:ascii="Times New Roman" w:hAnsi="Times New Roman" w:eastAsia="Times New Roman" w:cs="Times New Roman"/>
        </w:rPr>
        <w:t xml:space="preserve"> </w:t>
      </w:r>
      <w:r>
        <w:rPr>
          <w:rFonts w:ascii="Nirmala UI" w:hAnsi="Nirmala UI" w:eastAsia="Nirmala UI" w:cs="Nirmala UI"/>
        </w:rPr>
        <w:t>போரின்</w:t>
      </w:r>
      <w:r>
        <w:rPr>
          <w:rFonts w:ascii="Times New Roman" w:hAnsi="Times New Roman" w:eastAsia="Times New Roman" w:cs="Times New Roman"/>
        </w:rPr>
        <w:t xml:space="preserve"> </w:t>
      </w:r>
      <w:r>
        <w:rPr>
          <w:rFonts w:ascii="Nirmala UI" w:hAnsi="Nirmala UI" w:eastAsia="Nirmala UI" w:cs="Nirmala UI"/>
        </w:rPr>
        <w:t>போது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ஜனாதிபதி</w:t>
      </w:r>
      <w:r>
        <w:rPr>
          <w:rFonts w:ascii="Times New Roman" w:hAnsi="Times New Roman" w:eastAsia="Times New Roman" w:cs="Times New Roman"/>
        </w:rPr>
        <w:t xml:space="preserve"> </w:t>
      </w:r>
      <w:r>
        <w:rPr>
          <w:rFonts w:ascii="Nirmala UI" w:hAnsi="Nirmala UI" w:eastAsia="Nirmala UI" w:cs="Nirmala UI"/>
        </w:rPr>
        <w:t>நிறுவிய</w:t>
      </w:r>
      <w:r>
        <w:rPr>
          <w:rFonts w:ascii="Times New Roman" w:hAnsi="Times New Roman" w:eastAsia="Times New Roman" w:cs="Times New Roman"/>
        </w:rPr>
        <w:t xml:space="preserve"> </w:t>
      </w:r>
      <w:r>
        <w:rPr>
          <w:rFonts w:ascii="Nirmala UI" w:hAnsi="Nirmala UI" w:eastAsia="Nirmala UI" w:cs="Nirmala UI"/>
        </w:rPr>
        <w:t>சமூகச்</w:t>
      </w:r>
      <w:r>
        <w:rPr>
          <w:rFonts w:ascii="Times New Roman" w:hAnsi="Times New Roman" w:eastAsia="Times New Roman" w:cs="Times New Roman"/>
        </w:rPr>
        <w:t xml:space="preserve"> </w:t>
      </w:r>
      <w:r>
        <w:rPr>
          <w:rFonts w:ascii="Nirmala UI" w:hAnsi="Nirmala UI" w:eastAsia="Nirmala UI" w:cs="Nirmala UI"/>
        </w:rPr>
        <w:t>சார்புத்</w:t>
      </w:r>
      <w:r>
        <w:rPr>
          <w:rFonts w:ascii="Times New Roman" w:hAnsi="Times New Roman" w:eastAsia="Times New Roman" w:cs="Times New Roman"/>
        </w:rPr>
        <w:t xml:space="preserve"> </w:t>
      </w:r>
      <w:r>
        <w:rPr>
          <w:rFonts w:ascii="Nirmala UI" w:hAnsi="Nirmala UI" w:eastAsia="Nirmala UI" w:cs="Nirmala UI"/>
        </w:rPr>
        <w:t>திட்டத்தின்</w:t>
      </w:r>
      <w:r>
        <w:rPr>
          <w:rFonts w:ascii="Times New Roman" w:hAnsi="Times New Roman" w:eastAsia="Times New Roman" w:cs="Times New Roman"/>
        </w:rPr>
        <w:t xml:space="preserve"> </w:t>
      </w:r>
      <w:r>
        <w:rPr>
          <w:rFonts w:ascii="Nirmala UI" w:hAnsi="Nirmala UI" w:eastAsia="Nirmala UI" w:cs="Nirmala UI"/>
        </w:rPr>
        <w:t>நெருக்கடியையும்</w:t>
      </w:r>
      <w:r>
        <w:rPr>
          <w:rFonts w:ascii="Times New Roman" w:hAnsi="Times New Roman" w:eastAsia="Times New Roman" w:cs="Times New Roman"/>
        </w:rPr>
        <w:t xml:space="preserve"> </w:t>
      </w:r>
      <w:r>
        <w:rPr>
          <w:rFonts w:ascii="Nirmala UI" w:hAnsi="Nirmala UI" w:eastAsia="Nirmala UI" w:cs="Nirmala UI"/>
        </w:rPr>
        <w:t>எதிர்கொள்வார்</w:t>
      </w:r>
      <w:r>
        <w:rPr>
          <w:rFonts w:ascii="Times New Roman" w:hAnsi="Times New Roman" w:eastAsia="Times New Roman" w:cs="Times New Roman"/>
        </w:rPr>
        <w:t xml:space="preserve">. </w:t>
      </w:r>
      <w:r>
        <w:rPr>
          <w:rFonts w:ascii="Nirmala UI" w:hAnsi="Nirmala UI" w:eastAsia="Nirmala UI" w:cs="Nirmala UI"/>
        </w:rPr>
        <w:t>தெய்வீகத்</w:t>
      </w:r>
      <w:r>
        <w:rPr>
          <w:rFonts w:ascii="Times New Roman" w:hAnsi="Times New Roman" w:eastAsia="Times New Roman" w:cs="Times New Roman"/>
        </w:rPr>
        <w:t xml:space="preserve"> </w:t>
      </w:r>
      <w:r>
        <w:rPr>
          <w:rFonts w:ascii="Nirmala UI" w:hAnsi="Nirmala UI" w:eastAsia="Nirmala UI" w:cs="Nirmala UI"/>
        </w:rPr>
        <w:t>தூண்டுதல்</w:t>
      </w:r>
      <w:r>
        <w:rPr>
          <w:rFonts w:ascii="Times New Roman" w:hAnsi="Times New Roman" w:eastAsia="Times New Roman" w:cs="Times New Roman"/>
        </w:rPr>
        <w:t xml:space="preserve"> </w:t>
      </w:r>
      <w:r>
        <w:rPr>
          <w:rFonts w:ascii="Nirmala UI" w:hAnsi="Nirmala UI" w:eastAsia="Nirmala UI" w:cs="Nirmala UI"/>
        </w:rPr>
        <w:t>இந்த</w:t>
      </w:r>
      <w:r>
        <w:rPr>
          <w:rFonts w:ascii="Times New Roman" w:hAnsi="Times New Roman" w:eastAsia="Times New Roman" w:cs="Times New Roman"/>
        </w:rPr>
        <w:t xml:space="preserve"> </w:t>
      </w:r>
      <w:r>
        <w:rPr>
          <w:rFonts w:ascii="Nirmala UI" w:hAnsi="Nirmala UI" w:eastAsia="Nirmala UI" w:cs="Nirmala UI"/>
        </w:rPr>
        <w:t>உண்மையை</w:t>
      </w:r>
      <w:r>
        <w:rPr>
          <w:rFonts w:ascii="Times New Roman" w:hAnsi="Times New Roman" w:eastAsia="Times New Roman" w:cs="Times New Roman"/>
        </w:rPr>
        <w:t xml:space="preserve"> </w:t>
      </w:r>
      <w:r>
        <w:rPr>
          <w:rFonts w:ascii="Nirmala UI" w:hAnsi="Nirmala UI" w:eastAsia="Nirmala UI" w:cs="Nirmala UI"/>
        </w:rPr>
        <w:t>அடையாளப்படுத்துகிறது</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கடைசி</w:t>
      </w:r>
      <w:r>
        <w:rPr>
          <w:rFonts w:ascii="Times New Roman" w:hAnsi="Times New Roman" w:eastAsia="Times New Roman" w:cs="Times New Roman"/>
        </w:rPr>
        <w:t xml:space="preserve"> </w:t>
      </w:r>
      <w:r>
        <w:rPr>
          <w:rFonts w:ascii="Nirmala UI" w:hAnsi="Nirmala UI" w:eastAsia="Nirmala UI" w:cs="Nirmala UI"/>
        </w:rPr>
        <w:t>நாட்களில்</w:t>
      </w:r>
      <w:r>
        <w:rPr>
          <w:rFonts w:ascii="Times New Roman" w:hAnsi="Times New Roman" w:eastAsia="Times New Roman" w:cs="Times New Roman"/>
        </w:rPr>
        <w:t xml:space="preserve"> </w:t>
      </w:r>
      <w:r>
        <w:rPr>
          <w:rFonts w:ascii="Nirmala UI" w:hAnsi="Nirmala UI" w:eastAsia="Nirmala UI" w:cs="Nirmala UI"/>
        </w:rPr>
        <w:t>உள்ள</w:t>
      </w:r>
      <w:r>
        <w:rPr>
          <w:rFonts w:ascii="Times New Roman" w:hAnsi="Times New Roman" w:eastAsia="Times New Roman" w:cs="Times New Roman"/>
        </w:rPr>
        <w:t xml:space="preserve"> </w:t>
      </w:r>
      <w:r>
        <w:rPr>
          <w:rFonts w:ascii="Nirmala UI" w:hAnsi="Nirmala UI" w:eastAsia="Nirmala UI" w:cs="Nirmala UI"/>
        </w:rPr>
        <w:t>தலைவர்கள்</w:t>
      </w:r>
      <w:r>
        <w:rPr>
          <w:rFonts w:ascii="Times New Roman" w:hAnsi="Times New Roman" w:eastAsia="Times New Roman" w:cs="Times New Roman"/>
        </w:rPr>
        <w:t xml:space="preserve"> </w:t>
      </w:r>
      <w:r>
        <w:rPr>
          <w:rFonts w:ascii="Nirmala UI" w:hAnsi="Nirmala UI" w:eastAsia="Nirmala UI" w:cs="Nirmala UI"/>
        </w:rPr>
        <w:t>அந்தப்</w:t>
      </w:r>
      <w:r>
        <w:rPr>
          <w:rFonts w:ascii="Times New Roman" w:hAnsi="Times New Roman" w:eastAsia="Times New Roman" w:cs="Times New Roman"/>
        </w:rPr>
        <w:t xml:space="preserve"> </w:t>
      </w:r>
      <w:r>
        <w:rPr>
          <w:rFonts w:ascii="Nirmala UI" w:hAnsi="Nirmala UI" w:eastAsia="Nirmala UI" w:cs="Nirmala UI"/>
        </w:rPr>
        <w:t>பிரச்சினையை</w:t>
      </w:r>
      <w:r>
        <w:rPr>
          <w:rFonts w:ascii="Times New Roman" w:hAnsi="Times New Roman" w:eastAsia="Times New Roman" w:cs="Times New Roman"/>
        </w:rPr>
        <w:t xml:space="preserve"> </w:t>
      </w:r>
      <w:r>
        <w:rPr>
          <w:rFonts w:ascii="Nirmala UI" w:hAnsi="Nirmala UI" w:eastAsia="Nirmala UI" w:cs="Nirmala UI"/>
        </w:rPr>
        <w:t>எவ்வாறு</w:t>
      </w:r>
      <w:r>
        <w:rPr>
          <w:rFonts w:ascii="Times New Roman" w:hAnsi="Times New Roman" w:eastAsia="Times New Roman" w:cs="Times New Roman"/>
        </w:rPr>
        <w:t xml:space="preserve"> </w:t>
      </w:r>
      <w:r>
        <w:rPr>
          <w:rFonts w:ascii="Nirmala UI" w:hAnsi="Nirmala UI" w:eastAsia="Nirmala UI" w:cs="Nirmala UI"/>
        </w:rPr>
        <w:t>சமாளிப்பது</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அறியமாட்டார்கள்</w:t>
      </w:r>
      <w:r>
        <w:rPr>
          <w:rFonts w:ascii="Times New Roman" w:hAnsi="Times New Roman" w:eastAsia="Times New Roman" w:cs="Times New Roman"/>
        </w:rPr>
        <w:t xml:space="preserve"> </w:t>
      </w:r>
      <w:r>
        <w:rPr>
          <w:rFonts w:ascii="Nirmala UI" w:hAnsi="Nirmala UI" w:eastAsia="Nirmala UI" w:cs="Nirmala UI"/>
        </w:rPr>
        <w:t>என்பதையும்</w:t>
      </w:r>
      <w:r>
        <w:rPr>
          <w:rFonts w:ascii="Times New Roman" w:hAnsi="Times New Roman" w:eastAsia="Times New Roman" w:cs="Times New Roman"/>
        </w:rPr>
        <w:t xml:space="preserve"> </w:t>
      </w:r>
      <w:r>
        <w:rPr>
          <w:rFonts w:ascii="Nirmala UI" w:hAnsi="Nirmala UI" w:eastAsia="Nirmala UI" w:cs="Nirmala UI"/>
        </w:rPr>
        <w:t>அடையாளப்படுத்துகிறது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“Bilutna jongbon skulgipa aro songnokni kam ka∙giparangni gisepo ba∙giparangko indine ong∙enggipa samhaini obostani ning∙tubegipa a∙selrangko ma∙sina man∙ja. Songnokni dilgipa kamrangko rim∙giparangara cholonni duk ong∙ani, kangal ong∙ani, jensalo mande chagronggrikgipa kangal ong∙aniko, aro bariroroa jakgitel dakgipa paprangni neng∙nikanirangko namatna man∙ja. Uamangara be∙enni kamrangko chelchakgipa pangchakani gita bate namgipa pangchakanio donatna mamung dake chokna amja. Manderang Isolni Kattani skianio bate gisik on∙ode, uamangko neng∙nikgipa neng∙nikanirangni namataniara nikna man∙gen.”</w:t>
      </w:r>
    </w:p>
    <w:p>
      <w:pPr>
        <w:pStyle w:val="ArticleScripture"/>
        <w:jc w:val="left"/>
      </w:pPr>
      <w:r>
        <w:rPr>
          <w:rFonts w:ascii="Times New Roman" w:hAnsi="Times New Roman" w:eastAsia="Times New Roman" w:cs="Times New Roman"/>
        </w:rPr>
        <w:t>“Kitab Suci menerangkan keadaan dunia sejurus sebelum kedatangan Kristus yang kedua kali. Tentang orang-orang yang dengan perompakan dan pemerasan sedang mengumpulkan kekayaan yang besar, telah tertulis: ‘Kamu telah menimbunkan harta untuk hari-hari terakhir. Lihatlah, upah para pekerja yang telah menuai ladangmu, yang kamu tahan dengan penipuan, berseru; dan seruan mereka yang telah menuai itu telah sampai ke telinga Tuhan semesta alam. Kamu telah hidup bersenang-senang di bumi dan berfoya-foya; kamu telah menggemukkan hatimu seperti pada hari penyembelihan. Kamu telah menghukum dan membunuh orang benar; dan ia tidak melawan kamu.’ Yakobus 5:3–6.” Testimonies, jilid 9, 13.</w:t>
      </w:r>
    </w:p>
    <w:p>
      <w:pPr>
        <w:pStyle w:val="ArticleBody"/>
        <w:jc w:val="left"/>
      </w:pPr>
      <w:r>
        <w:rPr>
          <w:rFonts w:ascii="Times New Roman" w:hAnsi="Times New Roman" w:eastAsia="Times New Roman" w:cs="Times New Roman"/>
        </w:rPr>
        <w:t>Umongameli wokugcina “uyakubamba izintambo zombuso,” kodwa angeke akwazi “ukuxazulula inkinga yokonakala kokuziphatha, ubumpofu, ubuhlwempu obuncike osizweni, kanye nokwanda kobugebengu.” Futhi angeke akwazi “ukubeka imisebenzi yebhizinisi phezu kwesisekelo esivikeleke kakhulu.” Zonke lezi zinkinga zihlotshaniswa namabhange kanye nabathengisi abangabosozigidi bezinsuku zokugcina. “Ubuhlwempu obuncike osizweni,” kusetshenziswa ukuchaza isimo salabo abathembele osizweni lwabampofu noma enhlalakahleni olunikezwa ohulumeni bendawo noma izinhlangano zosizo. Emiphakathini eminingi, ubuhlwempu obunjalo babuhlotshaniswa nesihlamba senhlalo futhi ngokuvamile babuphumela ekucindezelekeni nasekubandlululweni kwalabo ababhekene nobumpofu. Uhlelo emlandweni waseMelika oluye lwaveza “ubuhlwempu obuncike osizweni,” yilolo hlelo okuthiwa lwenzelwe ukusiza labo abavaleleke ebumpofini ukuze baziphakamise. Kunalokho, lwaveza uhlelo lwenhlalakahle kahulumeni lokubamba labo bahlwempu ebugqilini bezomnotho.</w:t>
      </w:r>
    </w:p>
    <w:p>
      <w:pPr>
        <w:pStyle w:val="ArticleBody"/>
        <w:jc w:val="left"/>
      </w:pPr>
      <w:r>
        <w:rPr>
          <w:rFonts w:ascii="Times New Roman" w:hAnsi="Times New Roman" w:eastAsia="Times New Roman" w:cs="Times New Roman"/>
        </w:rPr>
        <w:t>An pawi ropuih hnu-ah khan United Nations chu a lo ṭan ta a ni. Hei hian khawvêl indona hmasa pahnihte atangin chhinchhiahna pahnihna a pe a, chutichuan ramriatna pasarihna lalram (United Nations) chu lei hnungah ṭhutthlêngah dah a ni dâwn tih a hrilh. Khawvêl indona hmasa chu khawvêl puma sum vawnna system-in a chanvo a hrilh a, chumi chu khawvêl indona hmasa chanchinah pawm a ni tawh a; tichuan khawvêl banker leh sumdawnte duhthusamte chu feudal system-ah let leh an tumna, chu chu khawvêl indona pahnihnain a entîr a ni. Hêng remruatna zawng zawngte hi—khawvêl pum huap sawrkar pakhat, mi hausa berte’n mi retheiberte an rorêlna economic system, leh khawvêl pum huap sum leh pai financial system, a ngaih tlâk lohte chu tel thei tûr lo va, a remtihtîrte chauh tel thei tûra phalna pe dâwn chu—dragon atangin an lo chhuak a ni; ani chu president pariatna, pasarih atanga lo awm chu, a do mek a ni.</w:t>
      </w:r>
    </w:p>
    <w:p>
      <w:pPr>
        <w:pStyle w:val="ArticleBody"/>
        <w:jc w:val="left"/>
      </w:pPr>
      <w:r>
        <w:rPr>
          <w:rFonts w:ascii="Times New Roman" w:hAnsi="Times New Roman" w:eastAsia="Times New Roman" w:cs="Times New Roman"/>
        </w:rPr>
        <w:t>Lojik yang diwakili oleh faktor-faktor ini dengan jelas menggambarkan seorang presiden yang akan merasa terdorong untuk menjadi diktator dalam pendekatannya terhadap pemecahan masalah. Kita hanya sedang mengenali lingkungan nubuat yang telah dinyatakan oleh Firman Allah akan tersingkap selama sejarah presiden terakhir dari binatang bumi itu. Dalam artikel sebelumnya kita merujuk kepada sebuah bagian dari *The Great Controversy* di mana ia mengidentifikasi “kemakmuran duniawi” yang disingkirkan sebelum undang-undang Hari Minggu. Bagian itu mengidentifikasi banyak ciri kenabian dari hari-hari terakhir, dan pokok-pokok yang ia bahas menemukan penggenapannya dalam masa ujian patung binatang itu baik di Amerika Serikat maupun sesudah itu di dunia. Ia mengidentifikasi dua isu yang Iblis gunakan untuk menawan dunia, yaitu spiritualisme dan kesakralan Hari Minggu. Sementara merujuk kepada mukjizat-mukjizat penyembuhan yang akan Iblis gunakan, ia mengidentifikasi satu lagi isu kenabian pada zaman kita.</w:t>
      </w:r>
    </w:p>
    <w:p>
      <w:pPr>
        <w:pStyle w:val="ArticleScripture"/>
        <w:jc w:val="left"/>
      </w:pPr>
      <w:r>
        <w:rPr>
          <w:rFonts w:ascii="Times New Roman" w:hAnsi="Times New Roman" w:eastAsia="Times New Roman" w:cs="Times New Roman"/>
        </w:rPr>
        <w:t>“Ka htehnihna pahnih: thlarau thi theih loh zia leh Sunday ni tihthianghlimna hmangin, Setana chuan mipuite a bumna hnuaiah a hruai ang. A hmasa zawk chuan spiritualism lungphum a siam a, a hnu zawk chuan Rome nen inremna tha zawng zawngin a zawhna a siam thung. United States-a Protestant-te chu spiritualism kut chelh theih nan kawng hla tak an ban chhuak hmasa ber ang; Roman thuneihna nen kut inzawm theih nan khuar hmun ral tak pawh an lan zawh ang; tin, he inzawmna pathum neih hnuai hian, he ram hian conscience dik taka hmang theihna chanvo te a tihchhe ang a, chumi ah chuan Rome hnena hruai tawh kawng chu a zui ve ang.”</w:t>
      </w:r>
    </w:p>
    <w:p>
      <w:pPr>
        <w:pStyle w:val="ArticleScripture"/>
        <w:jc w:val="left"/>
      </w:pPr>
      <w:r>
        <w:rPr>
          <w:rFonts w:ascii="Times New Roman" w:hAnsi="Times New Roman" w:eastAsia="Times New Roman" w:cs="Times New Roman"/>
        </w:rPr>
        <w:t>“</w:t>
      </w:r>
      <w:r>
        <w:rPr>
          <w:rFonts w:ascii="Nirmala UI" w:hAnsi="Nirmala UI" w:eastAsia="Nirmala UI" w:cs="Nirmala UI"/>
        </w:rPr>
        <w:t>হৌন</w:t>
      </w:r>
      <w:r>
        <w:rPr>
          <w:rFonts w:ascii="Times New Roman" w:hAnsi="Times New Roman" w:eastAsia="Times New Roman" w:cs="Times New Roman"/>
        </w:rPr>
        <w:t>-</w:t>
      </w:r>
      <w:r>
        <w:rPr>
          <w:rFonts w:ascii="Nirmala UI" w:hAnsi="Nirmala UI" w:eastAsia="Nirmala UI" w:cs="Nirmala UI"/>
        </w:rPr>
        <w:t>থাকপা</w:t>
      </w:r>
      <w:r>
        <w:rPr>
          <w:rFonts w:ascii="Times New Roman" w:hAnsi="Times New Roman" w:eastAsia="Times New Roman" w:cs="Times New Roman"/>
        </w:rPr>
        <w:t xml:space="preserve"> </w:t>
      </w:r>
      <w:r>
        <w:rPr>
          <w:rFonts w:ascii="Nirmala UI" w:hAnsi="Nirmala UI" w:eastAsia="Nirmala UI" w:cs="Nirmala UI"/>
        </w:rPr>
        <w:t>স্পিরিচুৱেলিজম</w:t>
      </w:r>
      <w:r>
        <w:rPr>
          <w:rFonts w:ascii="Times New Roman" w:hAnsi="Times New Roman" w:eastAsia="Times New Roman" w:cs="Times New Roman"/>
        </w:rPr>
        <w:t xml:space="preserve"> </w:t>
      </w:r>
      <w:r>
        <w:rPr>
          <w:rFonts w:ascii="Nirmala UI" w:hAnsi="Nirmala UI" w:eastAsia="Nirmala UI" w:cs="Nirmala UI"/>
        </w:rPr>
        <w:t>অসিনা</w:t>
      </w:r>
      <w:r>
        <w:rPr>
          <w:rFonts w:ascii="Times New Roman" w:hAnsi="Times New Roman" w:eastAsia="Times New Roman" w:cs="Times New Roman"/>
        </w:rPr>
        <w:t xml:space="preserve"> </w:t>
      </w:r>
      <w:r>
        <w:rPr>
          <w:rFonts w:ascii="Nirmala UI" w:hAnsi="Nirmala UI" w:eastAsia="Nirmala UI" w:cs="Nirmala UI"/>
        </w:rPr>
        <w:t>মখোয়গী</w:t>
      </w:r>
      <w:r>
        <w:rPr>
          <w:rFonts w:ascii="Times New Roman" w:hAnsi="Times New Roman" w:eastAsia="Times New Roman" w:cs="Times New Roman"/>
        </w:rPr>
        <w:t xml:space="preserve"> </w:t>
      </w:r>
      <w:r>
        <w:rPr>
          <w:rFonts w:ascii="Nirmala UI" w:hAnsi="Nirmala UI" w:eastAsia="Nirmala UI" w:cs="Nirmala UI"/>
        </w:rPr>
        <w:t>নঙগী</w:t>
      </w:r>
      <w:r>
        <w:rPr>
          <w:rFonts w:ascii="Times New Roman" w:hAnsi="Times New Roman" w:eastAsia="Times New Roman" w:cs="Times New Roman"/>
        </w:rPr>
        <w:t xml:space="preserve"> </w:t>
      </w:r>
      <w:r>
        <w:rPr>
          <w:rFonts w:ascii="Nirmala UI" w:hAnsi="Nirmala UI" w:eastAsia="Nirmala UI" w:cs="Nirmala UI"/>
        </w:rPr>
        <w:t>নোমিনেল</w:t>
      </w:r>
      <w:r>
        <w:rPr>
          <w:rFonts w:ascii="Times New Roman" w:hAnsi="Times New Roman" w:eastAsia="Times New Roman" w:cs="Times New Roman"/>
        </w:rPr>
        <w:t xml:space="preserve"> </w:t>
      </w:r>
      <w:r>
        <w:rPr>
          <w:rFonts w:ascii="Nirmala UI" w:hAnsi="Nirmala UI" w:eastAsia="Nirmala UI" w:cs="Nirmala UI"/>
        </w:rPr>
        <w:t>খ্রিষ্টিয়ানিতিগা</w:t>
      </w:r>
      <w:r>
        <w:rPr>
          <w:rFonts w:ascii="Times New Roman" w:hAnsi="Times New Roman" w:eastAsia="Times New Roman" w:cs="Times New Roman"/>
        </w:rPr>
        <w:t xml:space="preserve"> </w:t>
      </w:r>
      <w:r>
        <w:rPr>
          <w:rFonts w:ascii="Nirmala UI" w:hAnsi="Nirmala UI" w:eastAsia="Nirmala UI" w:cs="Nirmala UI"/>
        </w:rPr>
        <w:t>হেন্না</w:t>
      </w:r>
      <w:r>
        <w:rPr>
          <w:rFonts w:ascii="Times New Roman" w:hAnsi="Times New Roman" w:eastAsia="Times New Roman" w:cs="Times New Roman"/>
        </w:rPr>
        <w:t xml:space="preserve"> </w:t>
      </w:r>
      <w:r>
        <w:rPr>
          <w:rFonts w:ascii="Nirmala UI" w:hAnsi="Nirmala UI" w:eastAsia="Nirmala UI" w:cs="Nirmala UI"/>
        </w:rPr>
        <w:t>চাংনরবদা</w:t>
      </w:r>
      <w:r>
        <w:rPr>
          <w:rFonts w:ascii="Times New Roman" w:hAnsi="Times New Roman" w:eastAsia="Times New Roman" w:cs="Times New Roman"/>
        </w:rPr>
        <w:t xml:space="preserve">, </w:t>
      </w:r>
      <w:r>
        <w:rPr>
          <w:rFonts w:ascii="Nirmala UI" w:hAnsi="Nirmala UI" w:eastAsia="Nirmala UI" w:cs="Nirmala UI"/>
        </w:rPr>
        <w:t>মদুনা</w:t>
      </w:r>
      <w:r>
        <w:rPr>
          <w:rFonts w:ascii="Times New Roman" w:hAnsi="Times New Roman" w:eastAsia="Times New Roman" w:cs="Times New Roman"/>
        </w:rPr>
        <w:t xml:space="preserve"> </w:t>
      </w:r>
      <w:r>
        <w:rPr>
          <w:rFonts w:ascii="Nirmala UI" w:hAnsi="Nirmala UI" w:eastAsia="Nirmala UI" w:cs="Nirmala UI"/>
        </w:rPr>
        <w:t>খুদোংচাবা</w:t>
      </w:r>
      <w:r>
        <w:rPr>
          <w:rFonts w:ascii="Times New Roman" w:hAnsi="Times New Roman" w:eastAsia="Times New Roman" w:cs="Times New Roman"/>
        </w:rPr>
        <w:t xml:space="preserve"> </w:t>
      </w:r>
      <w:r>
        <w:rPr>
          <w:rFonts w:ascii="Nirmala UI" w:hAnsi="Nirmala UI" w:eastAsia="Nirmala UI" w:cs="Nirmala UI"/>
        </w:rPr>
        <w:t>অমসুং</w:t>
      </w:r>
      <w:r>
        <w:rPr>
          <w:rFonts w:ascii="Times New Roman" w:hAnsi="Times New Roman" w:eastAsia="Times New Roman" w:cs="Times New Roman"/>
        </w:rPr>
        <w:t xml:space="preserve"> </w:t>
      </w:r>
      <w:r>
        <w:rPr>
          <w:rFonts w:ascii="Nirmala UI" w:hAnsi="Nirmala UI" w:eastAsia="Nirmala UI" w:cs="Nirmala UI"/>
        </w:rPr>
        <w:t>লৌথোকপগী</w:t>
      </w:r>
      <w:r>
        <w:rPr>
          <w:rFonts w:ascii="Times New Roman" w:hAnsi="Times New Roman" w:eastAsia="Times New Roman" w:cs="Times New Roman"/>
        </w:rPr>
        <w:t xml:space="preserve"> </w:t>
      </w:r>
      <w:r>
        <w:rPr>
          <w:rFonts w:ascii="Nirmala UI" w:hAnsi="Nirmala UI" w:eastAsia="Nirmala UI" w:cs="Nirmala UI"/>
        </w:rPr>
        <w:t>শক্তি</w:t>
      </w:r>
      <w:r>
        <w:rPr>
          <w:rFonts w:ascii="Times New Roman" w:hAnsi="Times New Roman" w:eastAsia="Times New Roman" w:cs="Times New Roman"/>
        </w:rPr>
        <w:t xml:space="preserve"> </w:t>
      </w:r>
      <w:r>
        <w:rPr>
          <w:rFonts w:ascii="Nirmala UI" w:hAnsi="Nirmala UI" w:eastAsia="Nirmala UI" w:cs="Nirmala UI"/>
        </w:rPr>
        <w:t>হেন্না</w:t>
      </w:r>
      <w:r>
        <w:rPr>
          <w:rFonts w:ascii="Times New Roman" w:hAnsi="Times New Roman" w:eastAsia="Times New Roman" w:cs="Times New Roman"/>
        </w:rPr>
        <w:t xml:space="preserve"> </w:t>
      </w:r>
      <w:r>
        <w:rPr>
          <w:rFonts w:ascii="Nirmala UI" w:hAnsi="Nirmala UI" w:eastAsia="Nirmala UI" w:cs="Nirmala UI"/>
        </w:rPr>
        <w:t>লৈ।</w:t>
      </w:r>
      <w:r>
        <w:rPr>
          <w:rFonts w:ascii="Times New Roman" w:hAnsi="Times New Roman" w:eastAsia="Times New Roman" w:cs="Times New Roman"/>
        </w:rPr>
        <w:t xml:space="preserve"> </w:t>
      </w:r>
      <w:r>
        <w:rPr>
          <w:rFonts w:ascii="Nirmala UI" w:hAnsi="Nirmala UI" w:eastAsia="Nirmala UI" w:cs="Nirmala UI"/>
        </w:rPr>
        <w:t>শয়তান</w:t>
      </w:r>
      <w:r>
        <w:rPr>
          <w:rFonts w:ascii="Times New Roman" w:hAnsi="Times New Roman" w:eastAsia="Times New Roman" w:cs="Times New Roman"/>
        </w:rPr>
        <w:t xml:space="preserve"> </w:t>
      </w:r>
      <w:r>
        <w:rPr>
          <w:rFonts w:ascii="Nirmala UI" w:hAnsi="Nirmala UI" w:eastAsia="Nirmala UI" w:cs="Nirmala UI"/>
        </w:rPr>
        <w:t>অদুম</w:t>
      </w:r>
      <w:r>
        <w:rPr>
          <w:rFonts w:ascii="Times New Roman" w:hAnsi="Times New Roman" w:eastAsia="Times New Roman" w:cs="Times New Roman"/>
        </w:rPr>
        <w:t xml:space="preserve"> </w:t>
      </w:r>
      <w:r>
        <w:rPr>
          <w:rFonts w:ascii="Nirmala UI" w:hAnsi="Nirmala UI" w:eastAsia="Nirmala UI" w:cs="Nirmala UI"/>
        </w:rPr>
        <w:t>ওইনা</w:t>
      </w:r>
      <w:r>
        <w:rPr>
          <w:rFonts w:ascii="Times New Roman" w:hAnsi="Times New Roman" w:eastAsia="Times New Roman" w:cs="Times New Roman"/>
        </w:rPr>
        <w:t xml:space="preserve"> </w:t>
      </w:r>
      <w:r>
        <w:rPr>
          <w:rFonts w:ascii="Nirmala UI" w:hAnsi="Nirmala UI" w:eastAsia="Nirmala UI" w:cs="Nirmala UI"/>
        </w:rPr>
        <w:t>আধুনিক</w:t>
      </w:r>
      <w:r>
        <w:rPr>
          <w:rFonts w:ascii="Times New Roman" w:hAnsi="Times New Roman" w:eastAsia="Times New Roman" w:cs="Times New Roman"/>
        </w:rPr>
        <w:t xml:space="preserve"> </w:t>
      </w:r>
      <w:r>
        <w:rPr>
          <w:rFonts w:ascii="Nirmala UI" w:hAnsi="Nirmala UI" w:eastAsia="Nirmala UI" w:cs="Nirmala UI"/>
        </w:rPr>
        <w:t>মথৌগী</w:t>
      </w:r>
      <w:r>
        <w:rPr>
          <w:rFonts w:ascii="Times New Roman" w:hAnsi="Times New Roman" w:eastAsia="Times New Roman" w:cs="Times New Roman"/>
        </w:rPr>
        <w:t xml:space="preserve"> </w:t>
      </w:r>
      <w:r>
        <w:rPr>
          <w:rFonts w:ascii="Nirmala UI" w:hAnsi="Nirmala UI" w:eastAsia="Nirmala UI" w:cs="Nirmala UI"/>
        </w:rPr>
        <w:t>মওংদা</w:t>
      </w:r>
      <w:r>
        <w:rPr>
          <w:rFonts w:ascii="Times New Roman" w:hAnsi="Times New Roman" w:eastAsia="Times New Roman" w:cs="Times New Roman"/>
        </w:rPr>
        <w:t xml:space="preserve"> </w:t>
      </w:r>
      <w:r>
        <w:rPr>
          <w:rFonts w:ascii="Nirmala UI" w:hAnsi="Nirmala UI" w:eastAsia="Nirmala UI" w:cs="Nirmala UI"/>
        </w:rPr>
        <w:t>মহাক</w:t>
      </w:r>
      <w:r>
        <w:rPr>
          <w:rFonts w:ascii="Times New Roman" w:hAnsi="Times New Roman" w:eastAsia="Times New Roman" w:cs="Times New Roman"/>
        </w:rPr>
        <w:t xml:space="preserve"> </w:t>
      </w:r>
      <w:r>
        <w:rPr>
          <w:rFonts w:ascii="Nirmala UI" w:hAnsi="Nirmala UI" w:eastAsia="Nirmala UI" w:cs="Nirmala UI"/>
        </w:rPr>
        <w:t>মপুং</w:t>
      </w:r>
      <w:r>
        <w:rPr>
          <w:rFonts w:ascii="Times New Roman" w:hAnsi="Times New Roman" w:eastAsia="Times New Roman" w:cs="Times New Roman"/>
        </w:rPr>
        <w:t xml:space="preserve"> </w:t>
      </w:r>
      <w:r>
        <w:rPr>
          <w:rFonts w:ascii="Nirmala UI" w:hAnsi="Nirmala UI" w:eastAsia="Nirmala UI" w:cs="Nirmala UI"/>
        </w:rPr>
        <w:t>ফান্না</w:t>
      </w:r>
      <w:r>
        <w:rPr>
          <w:rFonts w:ascii="Times New Roman" w:hAnsi="Times New Roman" w:eastAsia="Times New Roman" w:cs="Times New Roman"/>
        </w:rPr>
        <w:t xml:space="preserve"> </w:t>
      </w:r>
      <w:r>
        <w:rPr>
          <w:rFonts w:ascii="Nirmala UI" w:hAnsi="Nirmala UI" w:eastAsia="Nirmala UI" w:cs="Nirmala UI"/>
        </w:rPr>
        <w:t>হোংলে।</w:t>
      </w:r>
      <w:r>
        <w:rPr>
          <w:rFonts w:ascii="Times New Roman" w:hAnsi="Times New Roman" w:eastAsia="Times New Roman" w:cs="Times New Roman"/>
        </w:rPr>
        <w:t xml:space="preserve"> </w:t>
      </w:r>
      <w:r>
        <w:rPr>
          <w:rFonts w:ascii="Nirmala UI" w:hAnsi="Nirmala UI" w:eastAsia="Nirmala UI" w:cs="Nirmala UI"/>
        </w:rPr>
        <w:t>মহাকনা</w:t>
      </w:r>
      <w:r>
        <w:rPr>
          <w:rFonts w:ascii="Times New Roman" w:hAnsi="Times New Roman" w:eastAsia="Times New Roman" w:cs="Times New Roman"/>
        </w:rPr>
        <w:t xml:space="preserve"> </w:t>
      </w:r>
      <w:r>
        <w:rPr>
          <w:rFonts w:ascii="Nirmala UI" w:hAnsi="Nirmala UI" w:eastAsia="Nirmala UI" w:cs="Nirmala UI"/>
        </w:rPr>
        <w:t>নুংশিবগী</w:t>
      </w:r>
      <w:r>
        <w:rPr>
          <w:rFonts w:ascii="Times New Roman" w:hAnsi="Times New Roman" w:eastAsia="Times New Roman" w:cs="Times New Roman"/>
        </w:rPr>
        <w:t xml:space="preserve"> </w:t>
      </w:r>
      <w:r>
        <w:rPr>
          <w:rFonts w:ascii="Nirmala UI" w:hAnsi="Nirmala UI" w:eastAsia="Nirmala UI" w:cs="Nirmala UI"/>
        </w:rPr>
        <w:t>দুত</w:t>
      </w:r>
      <w:r>
        <w:rPr>
          <w:rFonts w:ascii="Times New Roman" w:hAnsi="Times New Roman" w:eastAsia="Times New Roman" w:cs="Times New Roman"/>
        </w:rPr>
        <w:t xml:space="preserve"> </w:t>
      </w:r>
      <w:r>
        <w:rPr>
          <w:rFonts w:ascii="Nirmala UI" w:hAnsi="Nirmala UI" w:eastAsia="Nirmala UI" w:cs="Nirmala UI"/>
        </w:rPr>
        <w:t>অমগী</w:t>
      </w:r>
      <w:r>
        <w:rPr>
          <w:rFonts w:ascii="Times New Roman" w:hAnsi="Times New Roman" w:eastAsia="Times New Roman" w:cs="Times New Roman"/>
        </w:rPr>
        <w:t xml:space="preserve"> </w:t>
      </w:r>
      <w:r>
        <w:rPr>
          <w:rFonts w:ascii="Nirmala UI" w:hAnsi="Nirmala UI" w:eastAsia="Nirmala UI" w:cs="Nirmala UI"/>
        </w:rPr>
        <w:t>মীৎয়েংদা</w:t>
      </w:r>
      <w:r>
        <w:rPr>
          <w:rFonts w:ascii="Times New Roman" w:hAnsi="Times New Roman" w:eastAsia="Times New Roman" w:cs="Times New Roman"/>
        </w:rPr>
        <w:t xml:space="preserve"> </w:t>
      </w:r>
      <w:r>
        <w:rPr>
          <w:rFonts w:ascii="Nirmala UI" w:hAnsi="Nirmala UI" w:eastAsia="Nirmala UI" w:cs="Nirmala UI"/>
        </w:rPr>
        <w:t>ফাওবা</w:t>
      </w:r>
      <w:r>
        <w:rPr>
          <w:rFonts w:ascii="Times New Roman" w:hAnsi="Times New Roman" w:eastAsia="Times New Roman" w:cs="Times New Roman"/>
        </w:rPr>
        <w:t xml:space="preserve"> </w:t>
      </w:r>
      <w:r>
        <w:rPr>
          <w:rFonts w:ascii="Nirmala UI" w:hAnsi="Nirmala UI" w:eastAsia="Nirmala UI" w:cs="Nirmala UI"/>
        </w:rPr>
        <w:t>ওইনা</w:t>
      </w:r>
      <w:r>
        <w:rPr>
          <w:rFonts w:ascii="Times New Roman" w:hAnsi="Times New Roman" w:eastAsia="Times New Roman" w:cs="Times New Roman"/>
        </w:rPr>
        <w:t xml:space="preserve"> </w:t>
      </w:r>
      <w:r>
        <w:rPr>
          <w:rFonts w:ascii="Nirmala UI" w:hAnsi="Nirmala UI" w:eastAsia="Nirmala UI" w:cs="Nirmala UI"/>
        </w:rPr>
        <w:t>উয়াগনি।</w:t>
      </w:r>
      <w:r>
        <w:rPr>
          <w:rFonts w:ascii="Times New Roman" w:hAnsi="Times New Roman" w:eastAsia="Times New Roman" w:cs="Times New Roman"/>
        </w:rPr>
        <w:t xml:space="preserve"> </w:t>
      </w:r>
      <w:r>
        <w:rPr>
          <w:rFonts w:ascii="Nirmala UI" w:hAnsi="Nirmala UI" w:eastAsia="Nirmala UI" w:cs="Nirmala UI"/>
        </w:rPr>
        <w:t>স্পিরিচুৱেলিজমগী</w:t>
      </w:r>
      <w:r>
        <w:rPr>
          <w:rFonts w:ascii="Times New Roman" w:hAnsi="Times New Roman" w:eastAsia="Times New Roman" w:cs="Times New Roman"/>
        </w:rPr>
        <w:t xml:space="preserve"> </w:t>
      </w:r>
      <w:r>
        <w:rPr>
          <w:rFonts w:ascii="Nirmala UI" w:hAnsi="Nirmala UI" w:eastAsia="Nirmala UI" w:cs="Nirmala UI"/>
        </w:rPr>
        <w:t>মাধ্যমদা</w:t>
      </w:r>
      <w:r>
        <w:rPr>
          <w:rFonts w:ascii="Times New Roman" w:hAnsi="Times New Roman" w:eastAsia="Times New Roman" w:cs="Times New Roman"/>
        </w:rPr>
        <w:t xml:space="preserve"> </w:t>
      </w:r>
      <w:r>
        <w:rPr>
          <w:rFonts w:ascii="Nirmala UI" w:hAnsi="Nirmala UI" w:eastAsia="Nirmala UI" w:cs="Nirmala UI"/>
        </w:rPr>
        <w:t>আশ্চর্যকর্মশিং</w:t>
      </w:r>
      <w:r>
        <w:rPr>
          <w:rFonts w:ascii="Times New Roman" w:hAnsi="Times New Roman" w:eastAsia="Times New Roman" w:cs="Times New Roman"/>
        </w:rPr>
        <w:t xml:space="preserve"> </w:t>
      </w:r>
      <w:r>
        <w:rPr>
          <w:rFonts w:ascii="Nirmala UI" w:hAnsi="Nirmala UI" w:eastAsia="Nirmala UI" w:cs="Nirmala UI"/>
        </w:rPr>
        <w:t>থোকখিগনি</w:t>
      </w:r>
      <w:r>
        <w:rPr>
          <w:rFonts w:ascii="Times New Roman" w:hAnsi="Times New Roman" w:eastAsia="Times New Roman" w:cs="Times New Roman"/>
        </w:rPr>
        <w:t xml:space="preserve">, </w:t>
      </w:r>
      <w:r>
        <w:rPr>
          <w:rFonts w:ascii="Nirmala UI" w:hAnsi="Nirmala UI" w:eastAsia="Nirmala UI" w:cs="Nirmala UI"/>
        </w:rPr>
        <w:t>অনাবা</w:t>
      </w:r>
      <w:r>
        <w:rPr>
          <w:rFonts w:ascii="Times New Roman" w:hAnsi="Times New Roman" w:eastAsia="Times New Roman" w:cs="Times New Roman"/>
        </w:rPr>
        <w:t xml:space="preserve"> </w:t>
      </w:r>
      <w:r>
        <w:rPr>
          <w:rFonts w:ascii="Nirmala UI" w:hAnsi="Nirmala UI" w:eastAsia="Nirmala UI" w:cs="Nirmala UI"/>
        </w:rPr>
        <w:t>মীয়াম</w:t>
      </w:r>
      <w:r>
        <w:rPr>
          <w:rFonts w:ascii="Times New Roman" w:hAnsi="Times New Roman" w:eastAsia="Times New Roman" w:cs="Times New Roman"/>
        </w:rPr>
        <w:t xml:space="preserve"> </w:t>
      </w:r>
      <w:r>
        <w:rPr>
          <w:rFonts w:ascii="Nirmala UI" w:hAnsi="Nirmala UI" w:eastAsia="Nirmala UI" w:cs="Nirmala UI"/>
        </w:rPr>
        <w:t>পুহালগনি</w:t>
      </w:r>
      <w:r>
        <w:rPr>
          <w:rFonts w:ascii="Times New Roman" w:hAnsi="Times New Roman" w:eastAsia="Times New Roman" w:cs="Times New Roman"/>
        </w:rPr>
        <w:t xml:space="preserve">, </w:t>
      </w:r>
      <w:r>
        <w:rPr>
          <w:rFonts w:ascii="Nirmala UI" w:hAnsi="Nirmala UI" w:eastAsia="Nirmala UI" w:cs="Nirmala UI"/>
        </w:rPr>
        <w:t>অমসুং</w:t>
      </w:r>
      <w:r>
        <w:rPr>
          <w:rFonts w:ascii="Times New Roman" w:hAnsi="Times New Roman" w:eastAsia="Times New Roman" w:cs="Times New Roman"/>
        </w:rPr>
        <w:t xml:space="preserve"> </w:t>
      </w:r>
      <w:r>
        <w:rPr>
          <w:rFonts w:ascii="Nirmala UI" w:hAnsi="Nirmala UI" w:eastAsia="Nirmala UI" w:cs="Nirmala UI"/>
        </w:rPr>
        <w:t>য়াথং</w:t>
      </w:r>
      <w:r>
        <w:rPr>
          <w:rFonts w:ascii="Times New Roman" w:hAnsi="Times New Roman" w:eastAsia="Times New Roman" w:cs="Times New Roman"/>
        </w:rPr>
        <w:t xml:space="preserve"> </w:t>
      </w:r>
      <w:r>
        <w:rPr>
          <w:rFonts w:ascii="Nirmala UI" w:hAnsi="Nirmala UI" w:eastAsia="Nirmala UI" w:cs="Nirmala UI"/>
        </w:rPr>
        <w:t>নাইদবা</w:t>
      </w:r>
      <w:r>
        <w:rPr>
          <w:rFonts w:ascii="Times New Roman" w:hAnsi="Times New Roman" w:eastAsia="Times New Roman" w:cs="Times New Roman"/>
        </w:rPr>
        <w:t xml:space="preserve"> </w:t>
      </w:r>
      <w:r>
        <w:rPr>
          <w:rFonts w:ascii="Nirmala UI" w:hAnsi="Nirmala UI" w:eastAsia="Nirmala UI" w:cs="Nirmala UI"/>
        </w:rPr>
        <w:t>আশ্চর্য</w:t>
      </w:r>
      <w:r>
        <w:rPr>
          <w:rFonts w:ascii="Times New Roman" w:hAnsi="Times New Roman" w:eastAsia="Times New Roman" w:cs="Times New Roman"/>
        </w:rPr>
        <w:t xml:space="preserve"> </w:t>
      </w:r>
      <w:r>
        <w:rPr>
          <w:rFonts w:ascii="Nirmala UI" w:hAnsi="Nirmala UI" w:eastAsia="Nirmala UI" w:cs="Nirmala UI"/>
        </w:rPr>
        <w:t>অমায়া</w:t>
      </w:r>
      <w:r>
        <w:rPr>
          <w:rFonts w:ascii="Times New Roman" w:hAnsi="Times New Roman" w:eastAsia="Times New Roman" w:cs="Times New Roman"/>
        </w:rPr>
        <w:t xml:space="preserve"> </w:t>
      </w:r>
      <w:r>
        <w:rPr>
          <w:rFonts w:ascii="Nirmala UI" w:hAnsi="Nirmala UI" w:eastAsia="Nirmala UI" w:cs="Nirmala UI"/>
        </w:rPr>
        <w:t>তৌখিগনি।</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ওইরবদি</w:t>
      </w:r>
      <w:r>
        <w:rPr>
          <w:rFonts w:ascii="Times New Roman" w:hAnsi="Times New Roman" w:eastAsia="Times New Roman" w:cs="Times New Roman"/>
        </w:rPr>
        <w:t xml:space="preserve"> </w:t>
      </w:r>
      <w:r>
        <w:rPr>
          <w:rFonts w:ascii="Nirmala UI" w:hAnsi="Nirmala UI" w:eastAsia="Nirmala UI" w:cs="Nirmala UI"/>
        </w:rPr>
        <w:t>মখোয়গী</w:t>
      </w:r>
      <w:r>
        <w:rPr>
          <w:rFonts w:ascii="Times New Roman" w:hAnsi="Times New Roman" w:eastAsia="Times New Roman" w:cs="Times New Roman"/>
        </w:rPr>
        <w:t xml:space="preserve"> </w:t>
      </w:r>
      <w:r>
        <w:rPr>
          <w:rFonts w:ascii="Nirmala UI" w:hAnsi="Nirmala UI" w:eastAsia="Nirmala UI" w:cs="Nirmala UI"/>
        </w:rPr>
        <w:t>স্পিরিটশিংনা</w:t>
      </w:r>
      <w:r>
        <w:rPr>
          <w:rFonts w:ascii="Times New Roman" w:hAnsi="Times New Roman" w:eastAsia="Times New Roman" w:cs="Times New Roman"/>
        </w:rPr>
        <w:t xml:space="preserve"> </w:t>
      </w:r>
      <w:r>
        <w:rPr>
          <w:rFonts w:ascii="Nirmala UI" w:hAnsi="Nirmala UI" w:eastAsia="Nirmala UI" w:cs="Nirmala UI"/>
        </w:rPr>
        <w:t>বাইবেলদা</w:t>
      </w:r>
      <w:r>
        <w:rPr>
          <w:rFonts w:ascii="Times New Roman" w:hAnsi="Times New Roman" w:eastAsia="Times New Roman" w:cs="Times New Roman"/>
        </w:rPr>
        <w:t xml:space="preserve"> </w:t>
      </w:r>
      <w:r>
        <w:rPr>
          <w:rFonts w:ascii="Nirmala UI" w:hAnsi="Nirmala UI" w:eastAsia="Nirmala UI" w:cs="Nirmala UI"/>
        </w:rPr>
        <w:t>থাজবা</w:t>
      </w:r>
      <w:r>
        <w:rPr>
          <w:rFonts w:ascii="Times New Roman" w:hAnsi="Times New Roman" w:eastAsia="Times New Roman" w:cs="Times New Roman"/>
        </w:rPr>
        <w:t xml:space="preserve"> </w:t>
      </w:r>
      <w:r>
        <w:rPr>
          <w:rFonts w:ascii="Nirmala UI" w:hAnsi="Nirmala UI" w:eastAsia="Nirmala UI" w:cs="Nirmala UI"/>
        </w:rPr>
        <w:t>ফংগনি</w:t>
      </w:r>
      <w:r>
        <w:rPr>
          <w:rFonts w:ascii="Times New Roman" w:hAnsi="Times New Roman" w:eastAsia="Times New Roman" w:cs="Times New Roman"/>
        </w:rPr>
        <w:t xml:space="preserve"> </w:t>
      </w:r>
      <w:r>
        <w:rPr>
          <w:rFonts w:ascii="Nirmala UI" w:hAnsi="Nirmala UI" w:eastAsia="Nirmala UI" w:cs="Nirmala UI"/>
        </w:rPr>
        <w:t>হায়না</w:t>
      </w:r>
      <w:r>
        <w:rPr>
          <w:rFonts w:ascii="Times New Roman" w:hAnsi="Times New Roman" w:eastAsia="Times New Roman" w:cs="Times New Roman"/>
        </w:rPr>
        <w:t xml:space="preserve"> </w:t>
      </w:r>
      <w:r>
        <w:rPr>
          <w:rFonts w:ascii="Nirmala UI" w:hAnsi="Nirmala UI" w:eastAsia="Nirmala UI" w:cs="Nirmala UI"/>
        </w:rPr>
        <w:t>ফাওরি</w:t>
      </w:r>
      <w:r>
        <w:rPr>
          <w:rFonts w:ascii="Times New Roman" w:hAnsi="Times New Roman" w:eastAsia="Times New Roman" w:cs="Times New Roman"/>
        </w:rPr>
        <w:t xml:space="preserve">, </w:t>
      </w:r>
      <w:r>
        <w:rPr>
          <w:rFonts w:ascii="Nirmala UI" w:hAnsi="Nirmala UI" w:eastAsia="Nirmala UI" w:cs="Nirmala UI"/>
        </w:rPr>
        <w:t>অমসুং</w:t>
      </w:r>
      <w:r>
        <w:rPr>
          <w:rFonts w:ascii="Times New Roman" w:hAnsi="Times New Roman" w:eastAsia="Times New Roman" w:cs="Times New Roman"/>
        </w:rPr>
        <w:t xml:space="preserve"> </w:t>
      </w:r>
      <w:r>
        <w:rPr>
          <w:rFonts w:ascii="Nirmala UI" w:hAnsi="Nirmala UI" w:eastAsia="Nirmala UI" w:cs="Nirmala UI"/>
        </w:rPr>
        <w:t>চার্চকী</w:t>
      </w:r>
      <w:r>
        <w:rPr>
          <w:rFonts w:ascii="Times New Roman" w:hAnsi="Times New Roman" w:eastAsia="Times New Roman" w:cs="Times New Roman"/>
        </w:rPr>
        <w:t xml:space="preserve"> </w:t>
      </w:r>
      <w:r>
        <w:rPr>
          <w:rFonts w:ascii="Nirmala UI" w:hAnsi="Nirmala UI" w:eastAsia="Nirmala UI" w:cs="Nirmala UI"/>
        </w:rPr>
        <w:t>প্রতিষ্ঠানশিংদা</w:t>
      </w:r>
      <w:r>
        <w:rPr>
          <w:rFonts w:ascii="Times New Roman" w:hAnsi="Times New Roman" w:eastAsia="Times New Roman" w:cs="Times New Roman"/>
        </w:rPr>
        <w:t xml:space="preserve"> </w:t>
      </w:r>
      <w:r>
        <w:rPr>
          <w:rFonts w:ascii="Nirmala UI" w:hAnsi="Nirmala UI" w:eastAsia="Nirmala UI" w:cs="Nirmala UI"/>
        </w:rPr>
        <w:t>ইকায়</w:t>
      </w:r>
      <w:r>
        <w:rPr>
          <w:rFonts w:ascii="Times New Roman" w:hAnsi="Times New Roman" w:eastAsia="Times New Roman" w:cs="Times New Roman"/>
        </w:rPr>
        <w:t>-</w:t>
      </w:r>
      <w:r>
        <w:rPr>
          <w:rFonts w:ascii="Nirmala UI" w:hAnsi="Nirmala UI" w:eastAsia="Nirmala UI" w:cs="Nirmala UI"/>
        </w:rPr>
        <w:t>খুম্নবা</w:t>
      </w:r>
      <w:r>
        <w:rPr>
          <w:rFonts w:ascii="Times New Roman" w:hAnsi="Times New Roman" w:eastAsia="Times New Roman" w:cs="Times New Roman"/>
        </w:rPr>
        <w:t xml:space="preserve"> </w:t>
      </w:r>
      <w:r>
        <w:rPr>
          <w:rFonts w:ascii="Nirmala UI" w:hAnsi="Nirmala UI" w:eastAsia="Nirmala UI" w:cs="Nirmala UI"/>
        </w:rPr>
        <w:t>উৎলগনি</w:t>
      </w:r>
      <w:r>
        <w:rPr>
          <w:rFonts w:ascii="Times New Roman" w:hAnsi="Times New Roman" w:eastAsia="Times New Roman" w:cs="Times New Roman"/>
        </w:rPr>
        <w:t xml:space="preserve">; </w:t>
      </w:r>
      <w:r>
        <w:rPr>
          <w:rFonts w:ascii="Nirmala UI" w:hAnsi="Nirmala UI" w:eastAsia="Nirmala UI" w:cs="Nirmala UI"/>
        </w:rPr>
        <w:t>অদুম</w:t>
      </w:r>
      <w:r>
        <w:rPr>
          <w:rFonts w:ascii="Times New Roman" w:hAnsi="Times New Roman" w:eastAsia="Times New Roman" w:cs="Times New Roman"/>
        </w:rPr>
        <w:t xml:space="preserve"> </w:t>
      </w:r>
      <w:r>
        <w:rPr>
          <w:rFonts w:ascii="Nirmala UI" w:hAnsi="Nirmala UI" w:eastAsia="Nirmala UI" w:cs="Nirmala UI"/>
        </w:rPr>
        <w:t>ওইনবদি</w:t>
      </w:r>
      <w:r>
        <w:rPr>
          <w:rFonts w:ascii="Times New Roman" w:hAnsi="Times New Roman" w:eastAsia="Times New Roman" w:cs="Times New Roman"/>
        </w:rPr>
        <w:t xml:space="preserve"> </w:t>
      </w:r>
      <w:r>
        <w:rPr>
          <w:rFonts w:ascii="Nirmala UI" w:hAnsi="Nirmala UI" w:eastAsia="Nirmala UI" w:cs="Nirmala UI"/>
        </w:rPr>
        <w:t>মখোয়গী</w:t>
      </w:r>
      <w:r>
        <w:rPr>
          <w:rFonts w:ascii="Times New Roman" w:hAnsi="Times New Roman" w:eastAsia="Times New Roman" w:cs="Times New Roman"/>
        </w:rPr>
        <w:t xml:space="preserve"> </w:t>
      </w:r>
      <w:r>
        <w:rPr>
          <w:rFonts w:ascii="Nirmala UI" w:hAnsi="Nirmala UI" w:eastAsia="Nirmala UI" w:cs="Nirmala UI"/>
        </w:rPr>
        <w:t>থবক</w:t>
      </w:r>
      <w:r>
        <w:rPr>
          <w:rFonts w:ascii="Times New Roman" w:hAnsi="Times New Roman" w:eastAsia="Times New Roman" w:cs="Times New Roman"/>
        </w:rPr>
        <w:t xml:space="preserve"> </w:t>
      </w:r>
      <w:r>
        <w:rPr>
          <w:rFonts w:ascii="Nirmala UI" w:hAnsi="Nirmala UI" w:eastAsia="Nirmala UI" w:cs="Nirmala UI"/>
        </w:rPr>
        <w:t>অসি</w:t>
      </w:r>
      <w:r>
        <w:rPr>
          <w:rFonts w:ascii="Times New Roman" w:hAnsi="Times New Roman" w:eastAsia="Times New Roman" w:cs="Times New Roman"/>
        </w:rPr>
        <w:t xml:space="preserve"> </w:t>
      </w:r>
      <w:r>
        <w:rPr>
          <w:rFonts w:ascii="Nirmala UI" w:hAnsi="Nirmala UI" w:eastAsia="Nirmala UI" w:cs="Nirmala UI"/>
        </w:rPr>
        <w:t>ঈশ্বরগী</w:t>
      </w:r>
      <w:r>
        <w:rPr>
          <w:rFonts w:ascii="Times New Roman" w:hAnsi="Times New Roman" w:eastAsia="Times New Roman" w:cs="Times New Roman"/>
        </w:rPr>
        <w:t xml:space="preserve"> </w:t>
      </w:r>
      <w:r>
        <w:rPr>
          <w:rFonts w:ascii="Nirmala UI" w:hAnsi="Nirmala UI" w:eastAsia="Nirmala UI" w:cs="Nirmala UI"/>
        </w:rPr>
        <w:t>শক্তিগী</w:t>
      </w:r>
      <w:r>
        <w:rPr>
          <w:rFonts w:ascii="Times New Roman" w:hAnsi="Times New Roman" w:eastAsia="Times New Roman" w:cs="Times New Roman"/>
        </w:rPr>
        <w:t xml:space="preserve"> </w:t>
      </w:r>
      <w:r>
        <w:rPr>
          <w:rFonts w:ascii="Nirmala UI" w:hAnsi="Nirmala UI" w:eastAsia="Nirmala UI" w:cs="Nirmala UI"/>
        </w:rPr>
        <w:t>ফোংদোকপা</w:t>
      </w:r>
      <w:r>
        <w:rPr>
          <w:rFonts w:ascii="Times New Roman" w:hAnsi="Times New Roman" w:eastAsia="Times New Roman" w:cs="Times New Roman"/>
        </w:rPr>
        <w:t xml:space="preserve"> </w:t>
      </w:r>
      <w:r>
        <w:rPr>
          <w:rFonts w:ascii="Nirmala UI" w:hAnsi="Nirmala UI" w:eastAsia="Nirmala UI" w:cs="Nirmala UI"/>
        </w:rPr>
        <w:t>অমনি</w:t>
      </w:r>
      <w:r>
        <w:rPr>
          <w:rFonts w:ascii="Times New Roman" w:hAnsi="Times New Roman" w:eastAsia="Times New Roman" w:cs="Times New Roman"/>
        </w:rPr>
        <w:t xml:space="preserve"> </w:t>
      </w:r>
      <w:r>
        <w:rPr>
          <w:rFonts w:ascii="Nirmala UI" w:hAnsi="Nirmala UI" w:eastAsia="Nirmala UI" w:cs="Nirmala UI"/>
        </w:rPr>
        <w:t>হায়না</w:t>
      </w:r>
      <w:r>
        <w:rPr>
          <w:rFonts w:ascii="Times New Roman" w:hAnsi="Times New Roman" w:eastAsia="Times New Roman" w:cs="Times New Roman"/>
        </w:rPr>
        <w:t xml:space="preserve"> </w:t>
      </w:r>
      <w:r>
        <w:rPr>
          <w:rFonts w:ascii="Nirmala UI" w:hAnsi="Nirmala UI" w:eastAsia="Nirmala UI" w:cs="Nirmala UI"/>
        </w:rPr>
        <w:t>য়ানখিগনি।</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“Baris pemisahan antara orang yang mengaku diri Kristian dan orang fasik kini hampir tidak dapat dibezakan. Anggota-anggota gereja mengasihi apa yang dikasihi oleh dunia dan sedia untuk bergabung dengan mereka, dan Syaitan bertekad untuk menyatukan mereka dalam satu tubuh dan dengan demikian menguatkan perjuangannya dengan menyeret semuanya ke dalam barisan spiritualisme. Penganut Kepausan, yang membanggakan mukjizat sebagai tanda pasti gereja yang benar, akan dengan mudah diperdayakan oleh kuasa yang mengadakan keajaiban ini; dan orang Protestan, setelah menyingkirkan perisai kebenaran, juga akan disesatkan. Penganut Kepausan, orang Protestan, dan orang duniawi sama-sama akan menerima rupa kesalehan tanpa kuasanya, dan mereka akan melihat dalam kesatuan ini suatu gerakan besar untuk pertobatan dunia serta untuk mendatangkan milenium yang telah lama dinantikan.”</w:t>
      </w:r>
    </w:p>
    <w:p>
      <w:pPr>
        <w:pStyle w:val="ArticleScripture"/>
        <w:jc w:val="left"/>
      </w:pPr>
      <w:r>
        <w:rPr>
          <w:rFonts w:ascii="Times New Roman" w:hAnsi="Times New Roman" w:eastAsia="Times New Roman" w:cs="Times New Roman"/>
        </w:rPr>
        <w:t>“Ka Spiritualism ngi paw kum u nongïarap ïa u bynriew, da kaba pynkoit ïa ki jingpang jong ki briew, bad da kaba kam ba un wanrah ïa ka rukom ngeit niam kaba thymmai bad kaba kham kyrpang; hynrei ha kajuh ka por u trei kum u nongpynjot. Ki jingpynshoi jong u ki ïalam ïa ki paidbah sha ka jingïap hynrei. Ka jingbymshongkun ka pynhiar shuki ïa ka jingstad pyrkhat; ka jingaiti ha ki jingsngewbha jong ka doh, ka jingïakajia, bad ka jingpynïap briew ki bud hadien. U Satan u sngewbha ha ka thma, namar ka pynkhih ïa ki jingkwah kiba sniew tam jong ka mynsiem bad nangta ka rong noh sha ka bymjukut ïa kiba shah langbrot jong ka, kiba la ngam ha ka jingsniew bad ha ka snam. Ka jingthmu jong u ka long ban pynkhih ïa ki jaitbynriew ba kin ïaleh thma markylliang, namar kumta u lah ban pynphai noh ïa ki jingmut jong ki briew na ka kam jingïapynkhreh ban ïeng ha ka sngi U Blei.” The Great Controversy, 588, 589.</w:t>
      </w:r>
    </w:p>
    <w:p>
      <w:pPr>
        <w:pStyle w:val="ArticleBody"/>
        <w:jc w:val="left"/>
      </w:pPr>
      <w:r>
        <w:rPr>
          <w:rFonts w:ascii="Times New Roman" w:hAnsi="Times New Roman" w:eastAsia="Times New Roman" w:cs="Times New Roman"/>
        </w:rPr>
        <w:t>Setan tampak melaksanakan tindakan puncak kejayaannya, yaitu pada undang-undang hari Minggu, bukan sebelumnya. Hal itu terjadi sesudah Amerika Serikat berbicara seperti seekor naga dalam ayat sebelas, pasal tiga belas kitab Wahyu; kemudian dalam ayat tiga belas Setan tampak memanggil api turun dari langit. Inilah pula yang diidentifikasi oleh Sister White.</w:t>
      </w:r>
    </w:p>
    <w:p>
      <w:pPr>
        <w:pStyle w:val="ArticleScripture"/>
        <w:jc w:val="left"/>
      </w:pPr>
      <w:r>
        <w:rPr>
          <w:rFonts w:ascii="Times New Roman" w:hAnsi="Times New Roman" w:eastAsia="Times New Roman" w:cs="Times New Roman"/>
        </w:rPr>
        <w:t>“Ka ho fekisemana e tiišago go hlongwa ga Bomopapa ka go tlola molao wa Modimo, setšhaba sa rena se tla ikgokaganya ka botlalo le toko. Ge Boprotestanta bo tla otlolla seatla sa bjona go putla sekgoba gore bo swarele seatla sa maatla a Roma, ge bo tla tshelela godimo ga moedi wa botebo go swarana ka diatla le Bomoya, ge, ka tlase ga khuetšo ya kopano ye ya mahlakore a mararo, naga ya rena e tla gana molao wo mongwe le wo mongwe wa Molaotheo wa yona bjalo ka pušo ya Boprotestanta le ya repaboliki, gomme e tla dira peakanyo ya go phatlalatša maaka le ditimetšo tša bopapa, gona re ka tseba gore nako e fihlile ya go šoma mo gogolo ga Sathane, le gore bofelo bo batametše.” Testimonies, volume 5, 451.</w:t>
      </w:r>
    </w:p>
    <w:p>
      <w:pPr>
        <w:pStyle w:val="ArticleBody"/>
        <w:jc w:val="left"/>
      </w:pPr>
      <w:r>
        <w:rPr>
          <w:rFonts w:ascii="Nirmala UI" w:hAnsi="Nirmala UI" w:eastAsia="Nirmala UI" w:cs="Nirmala UI"/>
        </w:rPr>
        <w:t>பெரிய</w:t>
      </w:r>
      <w:r>
        <w:rPr>
          <w:rFonts w:ascii="Times New Roman" w:hAnsi="Times New Roman" w:eastAsia="Times New Roman" w:cs="Times New Roman"/>
        </w:rPr>
        <w:t xml:space="preserve"> </w:t>
      </w:r>
      <w:r>
        <w:rPr>
          <w:rFonts w:ascii="Nirmala UI" w:hAnsi="Nirmala UI" w:eastAsia="Nirmala UI" w:cs="Nirmala UI"/>
        </w:rPr>
        <w:t>மிருகத்தின்</w:t>
      </w:r>
      <w:r>
        <w:rPr>
          <w:rFonts w:ascii="Times New Roman" w:hAnsi="Times New Roman" w:eastAsia="Times New Roman" w:cs="Times New Roman"/>
        </w:rPr>
        <w:t xml:space="preserve"> </w:t>
      </w:r>
      <w:r>
        <w:rPr>
          <w:rFonts w:ascii="Nirmala UI" w:hAnsi="Nirmala UI" w:eastAsia="Nirmala UI" w:cs="Nirmala UI"/>
        </w:rPr>
        <w:t>சாயலுக்கான</w:t>
      </w:r>
      <w:r>
        <w:rPr>
          <w:rFonts w:ascii="Times New Roman" w:hAnsi="Times New Roman" w:eastAsia="Times New Roman" w:cs="Times New Roman"/>
        </w:rPr>
        <w:t xml:space="preserve"> </w:t>
      </w:r>
      <w:r>
        <w:rPr>
          <w:rFonts w:ascii="Nirmala UI" w:hAnsi="Nirmala UI" w:eastAsia="Nirmala UI" w:cs="Nirmala UI"/>
        </w:rPr>
        <w:t>சோதனைக்</w:t>
      </w:r>
      <w:r>
        <w:rPr>
          <w:rFonts w:ascii="Times New Roman" w:hAnsi="Times New Roman" w:eastAsia="Times New Roman" w:cs="Times New Roman"/>
        </w:rPr>
        <w:t xml:space="preserve"> </w:t>
      </w:r>
      <w:r>
        <w:rPr>
          <w:rFonts w:ascii="Nirmala UI" w:hAnsi="Nirmala UI" w:eastAsia="Nirmala UI" w:cs="Nirmala UI"/>
        </w:rPr>
        <w:t>காலமாகிய</w:t>
      </w:r>
      <w:r>
        <w:rPr>
          <w:rFonts w:ascii="Times New Roman" w:hAnsi="Times New Roman" w:eastAsia="Times New Roman" w:cs="Times New Roman"/>
        </w:rPr>
        <w:t xml:space="preserve"> </w:t>
      </w:r>
      <w:r>
        <w:rPr>
          <w:rFonts w:ascii="Nirmala UI" w:hAnsi="Nirmala UI" w:eastAsia="Nirmala UI" w:cs="Nirmala UI"/>
        </w:rPr>
        <w:t>ஞாயிற்றுக்கிழமைச்</w:t>
      </w:r>
      <w:r>
        <w:rPr>
          <w:rFonts w:ascii="Times New Roman" w:hAnsi="Times New Roman" w:eastAsia="Times New Roman" w:cs="Times New Roman"/>
        </w:rPr>
        <w:t xml:space="preserve"> </w:t>
      </w:r>
      <w:r>
        <w:rPr>
          <w:rFonts w:ascii="Nirmala UI" w:hAnsi="Nirmala UI" w:eastAsia="Nirmala UI" w:cs="Nirmala UI"/>
        </w:rPr>
        <w:t>சட்டத்திற்குமுன்</w:t>
      </w:r>
      <w:r>
        <w:rPr>
          <w:rFonts w:ascii="Times New Roman" w:hAnsi="Times New Roman" w:eastAsia="Times New Roman" w:cs="Times New Roman"/>
        </w:rPr>
        <w:t xml:space="preserve">, </w:t>
      </w:r>
      <w:r>
        <w:rPr>
          <w:rFonts w:ascii="Nirmala UI" w:hAnsi="Nirmala UI" w:eastAsia="Nirmala UI" w:cs="Nirmala UI"/>
        </w:rPr>
        <w:t>அதேவேளை</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இலட்சத்து</w:t>
      </w:r>
      <w:r>
        <w:rPr>
          <w:rFonts w:ascii="Times New Roman" w:hAnsi="Times New Roman" w:eastAsia="Times New Roman" w:cs="Times New Roman"/>
        </w:rPr>
        <w:t xml:space="preserve"> </w:t>
      </w:r>
      <w:r>
        <w:rPr>
          <w:rFonts w:ascii="Nirmala UI" w:hAnsi="Nirmala UI" w:eastAsia="Nirmala UI" w:cs="Nirmala UI"/>
        </w:rPr>
        <w:t>நாற்பத்துநான்கு</w:t>
      </w:r>
      <w:r>
        <w:rPr>
          <w:rFonts w:ascii="Times New Roman" w:hAnsi="Times New Roman" w:eastAsia="Times New Roman" w:cs="Times New Roman"/>
        </w:rPr>
        <w:t xml:space="preserve"> </w:t>
      </w:r>
      <w:r>
        <w:rPr>
          <w:rFonts w:ascii="Nirmala UI" w:hAnsi="Nirmala UI" w:eastAsia="Nirmala UI" w:cs="Nirmala UI"/>
        </w:rPr>
        <w:t>ஆயிரம்</w:t>
      </w:r>
      <w:r>
        <w:rPr>
          <w:rFonts w:ascii="Times New Roman" w:hAnsi="Times New Roman" w:eastAsia="Times New Roman" w:cs="Times New Roman"/>
        </w:rPr>
        <w:t xml:space="preserve"> </w:t>
      </w:r>
      <w:r>
        <w:rPr>
          <w:rFonts w:ascii="Nirmala UI" w:hAnsi="Nirmala UI" w:eastAsia="Nirmala UI" w:cs="Nirmala UI"/>
        </w:rPr>
        <w:t>பேரின்</w:t>
      </w:r>
      <w:r>
        <w:rPr>
          <w:rFonts w:ascii="Times New Roman" w:hAnsi="Times New Roman" w:eastAsia="Times New Roman" w:cs="Times New Roman"/>
        </w:rPr>
        <w:t xml:space="preserve"> </w:t>
      </w:r>
      <w:r>
        <w:rPr>
          <w:rFonts w:ascii="Nirmala UI" w:hAnsi="Nirmala UI" w:eastAsia="Nirmala UI" w:cs="Nirmala UI"/>
        </w:rPr>
        <w:t>முத்திரையிடும்</w:t>
      </w:r>
      <w:r>
        <w:rPr>
          <w:rFonts w:ascii="Times New Roman" w:hAnsi="Times New Roman" w:eastAsia="Times New Roman" w:cs="Times New Roman"/>
        </w:rPr>
        <w:t xml:space="preserve"> </w:t>
      </w:r>
      <w:r>
        <w:rPr>
          <w:rFonts w:ascii="Nirmala UI" w:hAnsi="Nirmala UI" w:eastAsia="Nirmala UI" w:cs="Nirmala UI"/>
        </w:rPr>
        <w:t>காலமுமாகவும்</w:t>
      </w:r>
      <w:r>
        <w:rPr>
          <w:rFonts w:ascii="Times New Roman" w:hAnsi="Times New Roman" w:eastAsia="Times New Roman" w:cs="Times New Roman"/>
        </w:rPr>
        <w:t xml:space="preserve">, </w:t>
      </w:r>
      <w:r>
        <w:rPr>
          <w:rFonts w:ascii="Nirmala UI" w:hAnsi="Nirmala UI" w:eastAsia="Nirmala UI" w:cs="Nirmala UI"/>
        </w:rPr>
        <w:t>ஒவ்வொரு</w:t>
      </w:r>
      <w:r>
        <w:rPr>
          <w:rFonts w:ascii="Times New Roman" w:hAnsi="Times New Roman" w:eastAsia="Times New Roman" w:cs="Times New Roman"/>
        </w:rPr>
        <w:t xml:space="preserve"> </w:t>
      </w:r>
      <w:r>
        <w:rPr>
          <w:rFonts w:ascii="Nirmala UI" w:hAnsi="Nirmala UI" w:eastAsia="Nirmala UI" w:cs="Nirmala UI"/>
        </w:rPr>
        <w:t>தரிசனத்தின்</w:t>
      </w:r>
      <w:r>
        <w:rPr>
          <w:rFonts w:ascii="Times New Roman" w:hAnsi="Times New Roman" w:eastAsia="Times New Roman" w:cs="Times New Roman"/>
        </w:rPr>
        <w:t xml:space="preserve"> </w:t>
      </w:r>
      <w:r>
        <w:rPr>
          <w:rFonts w:ascii="Nirmala UI" w:hAnsi="Nirmala UI" w:eastAsia="Nirmala UI" w:cs="Nirmala UI"/>
        </w:rPr>
        <w:t>விளைவும்</w:t>
      </w:r>
      <w:r>
        <w:rPr>
          <w:rFonts w:ascii="Times New Roman" w:hAnsi="Times New Roman" w:eastAsia="Times New Roman" w:cs="Times New Roman"/>
        </w:rPr>
        <w:t xml:space="preserve"> </w:t>
      </w:r>
      <w:r>
        <w:rPr>
          <w:rFonts w:ascii="Nirmala UI" w:hAnsi="Nirmala UI" w:eastAsia="Nirmala UI" w:cs="Nirmala UI"/>
        </w:rPr>
        <w:t>நிகழும்</w:t>
      </w:r>
      <w:r>
        <w:rPr>
          <w:rFonts w:ascii="Times New Roman" w:hAnsi="Times New Roman" w:eastAsia="Times New Roman" w:cs="Times New Roman"/>
        </w:rPr>
        <w:t xml:space="preserve"> </w:t>
      </w:r>
      <w:r>
        <w:rPr>
          <w:rFonts w:ascii="Nirmala UI" w:hAnsi="Nirmala UI" w:eastAsia="Nirmala UI" w:cs="Nirmala UI"/>
        </w:rPr>
        <w:t>நிலையுமாகவும்</w:t>
      </w:r>
      <w:r>
        <w:rPr>
          <w:rFonts w:ascii="Times New Roman" w:hAnsi="Times New Roman" w:eastAsia="Times New Roman" w:cs="Times New Roman"/>
        </w:rPr>
        <w:t xml:space="preserve"> </w:t>
      </w:r>
      <w:r>
        <w:rPr>
          <w:rFonts w:ascii="Nirmala UI" w:hAnsi="Nirmala UI" w:eastAsia="Nirmala UI" w:cs="Nirmala UI"/>
        </w:rPr>
        <w:t>இருக்கிற</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நேரத்தில்</w:t>
      </w:r>
      <w:r>
        <w:rPr>
          <w:rFonts w:ascii="Times New Roman" w:hAnsi="Times New Roman" w:eastAsia="Times New Roman" w:cs="Times New Roman"/>
        </w:rPr>
        <w:t xml:space="preserve">, </w:t>
      </w:r>
      <w:r>
        <w:rPr>
          <w:rFonts w:ascii="Nirmala UI" w:hAnsi="Nirmala UI" w:eastAsia="Nirmala UI" w:cs="Nirmala UI"/>
        </w:rPr>
        <w:t>பொய்யான</w:t>
      </w:r>
      <w:r>
        <w:rPr>
          <w:rFonts w:ascii="Times New Roman" w:hAnsi="Times New Roman" w:eastAsia="Times New Roman" w:cs="Times New Roman"/>
        </w:rPr>
        <w:t xml:space="preserve"> </w:t>
      </w:r>
      <w:r>
        <w:rPr>
          <w:rFonts w:ascii="Nirmala UI" w:hAnsi="Nirmala UI" w:eastAsia="Nirmala UI" w:cs="Nirmala UI"/>
        </w:rPr>
        <w:t>சுகப்படுத்துதலின்</w:t>
      </w:r>
      <w:r>
        <w:rPr>
          <w:rFonts w:ascii="Times New Roman" w:hAnsi="Times New Roman" w:eastAsia="Times New Roman" w:cs="Times New Roman"/>
        </w:rPr>
        <w:t xml:space="preserve"> </w:t>
      </w:r>
      <w:r>
        <w:rPr>
          <w:rFonts w:ascii="Nirmala UI" w:hAnsi="Nirmala UI" w:eastAsia="Nirmala UI" w:cs="Nirmala UI"/>
        </w:rPr>
        <w:t>அதிசயத்தைச்</w:t>
      </w:r>
      <w:r>
        <w:rPr>
          <w:rFonts w:ascii="Times New Roman" w:hAnsi="Times New Roman" w:eastAsia="Times New Roman" w:cs="Times New Roman"/>
        </w:rPr>
        <w:t xml:space="preserve"> </w:t>
      </w:r>
      <w:r>
        <w:rPr>
          <w:rFonts w:ascii="Nirmala UI" w:hAnsi="Nirmala UI" w:eastAsia="Nirmala UI" w:cs="Nirmala UI"/>
        </w:rPr>
        <w:t>சுட்டிக்காட்டும்</w:t>
      </w:r>
      <w:r>
        <w:rPr>
          <w:rFonts w:ascii="Times New Roman" w:hAnsi="Times New Roman" w:eastAsia="Times New Roman" w:cs="Times New Roman"/>
        </w:rPr>
        <w:t xml:space="preserve"> </w:t>
      </w:r>
      <w:r>
        <w:rPr>
          <w:rFonts w:ascii="Nirmala UI" w:hAnsi="Nirmala UI" w:eastAsia="Nirmala UI" w:cs="Nirmala UI"/>
        </w:rPr>
        <w:t>திராகோன்</w:t>
      </w:r>
      <w:r>
        <w:rPr>
          <w:rFonts w:ascii="Times New Roman" w:hAnsi="Times New Roman" w:eastAsia="Times New Roman" w:cs="Times New Roman"/>
        </w:rPr>
        <w:t xml:space="preserve"> </w:t>
      </w:r>
      <w:r>
        <w:rPr>
          <w:rFonts w:ascii="Nirmala UI" w:hAnsi="Nirmala UI" w:eastAsia="Nirmala UI" w:cs="Nirmala UI"/>
        </w:rPr>
        <w:t>வல்லமையின்</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நிகழ்வு</w:t>
      </w:r>
      <w:r>
        <w:rPr>
          <w:rFonts w:ascii="Times New Roman" w:hAnsi="Times New Roman" w:eastAsia="Times New Roman" w:cs="Times New Roman"/>
        </w:rPr>
        <w:t xml:space="preserve"> </w:t>
      </w:r>
      <w:r>
        <w:rPr>
          <w:rFonts w:ascii="Nirmala UI" w:hAnsi="Nirmala UI" w:eastAsia="Nirmala UI" w:cs="Nirmala UI"/>
        </w:rPr>
        <w:t>வெளிப்படுத்தப்படும்</w:t>
      </w:r>
      <w:r>
        <w:rPr>
          <w:rFonts w:ascii="Times New Roman" w:hAnsi="Times New Roman" w:eastAsia="Times New Roman" w:cs="Times New Roman"/>
        </w:rPr>
        <w:t xml:space="preserve">. </w:t>
      </w:r>
      <w:r>
        <w:rPr>
          <w:rFonts w:ascii="Nirmala UI" w:hAnsi="Nirmala UI" w:eastAsia="Nirmala UI" w:cs="Nirmala UI"/>
        </w:rPr>
        <w:t>வெளிப்படுத்தின</w:t>
      </w:r>
      <w:r>
        <w:rPr>
          <w:rFonts w:ascii="Times New Roman" w:hAnsi="Times New Roman" w:eastAsia="Times New Roman" w:cs="Times New Roman"/>
        </w:rPr>
        <w:t xml:space="preserve"> </w:t>
      </w:r>
      <w:r>
        <w:rPr>
          <w:rFonts w:ascii="Nirmala UI" w:hAnsi="Nirmala UI" w:eastAsia="Nirmala UI" w:cs="Nirmala UI"/>
        </w:rPr>
        <w:t>விசேஷம்</w:t>
      </w:r>
      <w:r>
        <w:rPr>
          <w:rFonts w:ascii="Times New Roman" w:hAnsi="Times New Roman" w:eastAsia="Times New Roman" w:cs="Times New Roman"/>
        </w:rPr>
        <w:t xml:space="preserve"> </w:t>
      </w:r>
      <w:r>
        <w:rPr>
          <w:rFonts w:ascii="Nirmala UI" w:hAnsi="Nirmala UI" w:eastAsia="Nirmala UI" w:cs="Nirmala UI"/>
        </w:rPr>
        <w:t>என்னும்</w:t>
      </w:r>
      <w:r>
        <w:rPr>
          <w:rFonts w:ascii="Times New Roman" w:hAnsi="Times New Roman" w:eastAsia="Times New Roman" w:cs="Times New Roman"/>
        </w:rPr>
        <w:t xml:space="preserve"> </w:t>
      </w:r>
      <w:r>
        <w:rPr>
          <w:rFonts w:ascii="Nirmala UI" w:hAnsi="Nirmala UI" w:eastAsia="Nirmala UI" w:cs="Nirmala UI"/>
        </w:rPr>
        <w:t>புத்தகத்தில்</w:t>
      </w:r>
      <w:r>
        <w:rPr>
          <w:rFonts w:ascii="Times New Roman" w:hAnsi="Times New Roman" w:eastAsia="Times New Roman" w:cs="Times New Roman"/>
        </w:rPr>
        <w:t xml:space="preserve">, </w:t>
      </w:r>
      <w:r>
        <w:rPr>
          <w:rFonts w:ascii="Nirmala UI" w:hAnsi="Nirmala UI" w:eastAsia="Nirmala UI" w:cs="Nirmala UI"/>
        </w:rPr>
        <w:t>பாபிலோனின்</w:t>
      </w:r>
      <w:r>
        <w:rPr>
          <w:rFonts w:ascii="Times New Roman" w:hAnsi="Times New Roman" w:eastAsia="Times New Roman" w:cs="Times New Roman"/>
        </w:rPr>
        <w:t xml:space="preserve"> </w:t>
      </w:r>
      <w:r>
        <w:rPr>
          <w:rFonts w:ascii="Nirmala UI" w:hAnsi="Nirmala UI" w:eastAsia="Nirmala UI" w:cs="Nirmala UI"/>
        </w:rPr>
        <w:t>வேசி</w:t>
      </w:r>
      <w:r>
        <w:rPr>
          <w:rFonts w:ascii="Times New Roman" w:hAnsi="Times New Roman" w:eastAsia="Times New Roman" w:cs="Times New Roman"/>
        </w:rPr>
        <w:t xml:space="preserve"> </w:t>
      </w:r>
      <w:r>
        <w:rPr>
          <w:rFonts w:ascii="Nirmala UI" w:hAnsi="Nirmala UI" w:eastAsia="Nirmala UI" w:cs="Nirmala UI"/>
        </w:rPr>
        <w:t>சகல</w:t>
      </w:r>
      <w:r>
        <w:rPr>
          <w:rFonts w:ascii="Times New Roman" w:hAnsi="Times New Roman" w:eastAsia="Times New Roman" w:cs="Times New Roman"/>
        </w:rPr>
        <w:t xml:space="preserve"> </w:t>
      </w:r>
      <w:r>
        <w:rPr>
          <w:rFonts w:ascii="Nirmala UI" w:hAnsi="Nirmala UI" w:eastAsia="Nirmala UI" w:cs="Nirmala UI"/>
        </w:rPr>
        <w:t>ஜாதிகளையும்</w:t>
      </w:r>
      <w:r>
        <w:rPr>
          <w:rFonts w:ascii="Times New Roman" w:hAnsi="Times New Roman" w:eastAsia="Times New Roman" w:cs="Times New Roman"/>
        </w:rPr>
        <w:t xml:space="preserve"> </w:t>
      </w:r>
      <w:r>
        <w:rPr>
          <w:rFonts w:ascii="Nirmala UI" w:hAnsi="Nirmala UI" w:eastAsia="Nirmala UI" w:cs="Nirmala UI"/>
        </w:rPr>
        <w:t>வஞ்சிக்கிறவளாக</w:t>
      </w:r>
      <w:r>
        <w:rPr>
          <w:rFonts w:ascii="Times New Roman" w:hAnsi="Times New Roman" w:eastAsia="Times New Roman" w:cs="Times New Roman"/>
        </w:rPr>
        <w:t xml:space="preserve"> </w:t>
      </w:r>
      <w:r>
        <w:rPr>
          <w:rFonts w:ascii="Nirmala UI" w:hAnsi="Nirmala UI" w:eastAsia="Nirmala UI" w:cs="Nirmala UI"/>
        </w:rPr>
        <w:t>அடையாளப்படுத்தப்படுகிறாள்</w:t>
      </w:r>
      <w:r>
        <w:rPr>
          <w:rFonts w:ascii="Times New Roman" w:hAnsi="Times New Roman" w:eastAsia="Times New Roman" w:cs="Times New Roman"/>
        </w:rPr>
        <w:t>.</w:t>
      </w:r>
    </w:p>
    <w:p>
      <w:pPr>
        <w:pStyle w:val="ArticleScripture"/>
        <w:jc w:val="left"/>
      </w:pPr>
      <w:r>
        <w:rPr>
          <w:rFonts w:ascii="Nirmala UI" w:hAnsi="Nirmala UI" w:eastAsia="Nirmala UI" w:cs="Nirmala UI"/>
        </w:rPr>
        <w:t>නැවත</w:t>
      </w:r>
      <w:r>
        <w:rPr>
          <w:rFonts w:ascii="Times New Roman" w:hAnsi="Times New Roman" w:eastAsia="Times New Roman" w:cs="Times New Roman"/>
        </w:rPr>
        <w:t xml:space="preserve"> </w:t>
      </w:r>
      <w:r>
        <w:rPr>
          <w:rFonts w:ascii="Nirmala UI" w:hAnsi="Nirmala UI" w:eastAsia="Nirmala UI" w:cs="Nirmala UI"/>
        </w:rPr>
        <w:t>කිසිසේත්</w:t>
      </w:r>
      <w:r>
        <w:rPr>
          <w:rFonts w:ascii="Times New Roman" w:hAnsi="Times New Roman" w:eastAsia="Times New Roman" w:cs="Times New Roman"/>
        </w:rPr>
        <w:t xml:space="preserve"> </w:t>
      </w:r>
      <w:r>
        <w:rPr>
          <w:rFonts w:ascii="Nirmala UI" w:hAnsi="Nirmala UI" w:eastAsia="Nirmala UI" w:cs="Nirmala UI"/>
        </w:rPr>
        <w:t>ඔබ</w:t>
      </w:r>
      <w:r>
        <w:rPr>
          <w:rFonts w:ascii="Times New Roman" w:hAnsi="Times New Roman" w:eastAsia="Times New Roman" w:cs="Times New Roman"/>
        </w:rPr>
        <w:t xml:space="preserve"> </w:t>
      </w:r>
      <w:r>
        <w:rPr>
          <w:rFonts w:ascii="Nirmala UI" w:hAnsi="Nirmala UI" w:eastAsia="Nirmala UI" w:cs="Nirmala UI"/>
        </w:rPr>
        <w:t>තුළ</w:t>
      </w:r>
      <w:r>
        <w:rPr>
          <w:rFonts w:ascii="Times New Roman" w:hAnsi="Times New Roman" w:eastAsia="Times New Roman" w:cs="Times New Roman"/>
        </w:rPr>
        <w:t xml:space="preserve"> </w:t>
      </w:r>
      <w:r>
        <w:rPr>
          <w:rFonts w:ascii="Nirmala UI" w:hAnsi="Nirmala UI" w:eastAsia="Nirmala UI" w:cs="Nirmala UI"/>
        </w:rPr>
        <w:t>දීපයක</w:t>
      </w:r>
      <w:r>
        <w:rPr>
          <w:rFonts w:ascii="Times New Roman" w:hAnsi="Times New Roman" w:eastAsia="Times New Roman" w:cs="Times New Roman"/>
        </w:rPr>
        <w:t xml:space="preserve"> </w:t>
      </w:r>
      <w:r>
        <w:rPr>
          <w:rFonts w:ascii="Nirmala UI" w:hAnsi="Nirmala UI" w:eastAsia="Nirmala UI" w:cs="Nirmala UI"/>
        </w:rPr>
        <w:t>ආලෝකය</w:t>
      </w:r>
      <w:r>
        <w:rPr>
          <w:rFonts w:ascii="Times New Roman" w:hAnsi="Times New Roman" w:eastAsia="Times New Roman" w:cs="Times New Roman"/>
        </w:rPr>
        <w:t xml:space="preserve"> </w:t>
      </w:r>
      <w:r>
        <w:rPr>
          <w:rFonts w:ascii="Nirmala UI" w:hAnsi="Nirmala UI" w:eastAsia="Nirmala UI" w:cs="Nirmala UI"/>
        </w:rPr>
        <w:t>බැබළෙන්නේ</w:t>
      </w:r>
      <w:r>
        <w:rPr>
          <w:rFonts w:ascii="Times New Roman" w:hAnsi="Times New Roman" w:eastAsia="Times New Roman" w:cs="Times New Roman"/>
        </w:rPr>
        <w:t xml:space="preserve"> </w:t>
      </w:r>
      <w:r>
        <w:rPr>
          <w:rFonts w:ascii="Nirmala UI" w:hAnsi="Nirmala UI" w:eastAsia="Nirmala UI" w:cs="Nirmala UI"/>
        </w:rPr>
        <w:t>නැත</w:t>
      </w:r>
      <w:r>
        <w:rPr>
          <w:rFonts w:ascii="Times New Roman" w:hAnsi="Times New Roman" w:eastAsia="Times New Roman" w:cs="Times New Roman"/>
        </w:rPr>
        <w:t xml:space="preserve">; </w:t>
      </w:r>
      <w:r>
        <w:rPr>
          <w:rFonts w:ascii="Nirmala UI" w:hAnsi="Nirmala UI" w:eastAsia="Nirmala UI" w:cs="Nirmala UI"/>
        </w:rPr>
        <w:t>නැවත</w:t>
      </w:r>
      <w:r>
        <w:rPr>
          <w:rFonts w:ascii="Times New Roman" w:hAnsi="Times New Roman" w:eastAsia="Times New Roman" w:cs="Times New Roman"/>
        </w:rPr>
        <w:t xml:space="preserve"> </w:t>
      </w:r>
      <w:r>
        <w:rPr>
          <w:rFonts w:ascii="Nirmala UI" w:hAnsi="Nirmala UI" w:eastAsia="Nirmala UI" w:cs="Nirmala UI"/>
        </w:rPr>
        <w:t>කිසිසේත්</w:t>
      </w:r>
      <w:r>
        <w:rPr>
          <w:rFonts w:ascii="Times New Roman" w:hAnsi="Times New Roman" w:eastAsia="Times New Roman" w:cs="Times New Roman"/>
        </w:rPr>
        <w:t xml:space="preserve"> </w:t>
      </w:r>
      <w:r>
        <w:rPr>
          <w:rFonts w:ascii="Nirmala UI" w:hAnsi="Nirmala UI" w:eastAsia="Nirmala UI" w:cs="Nirmala UI"/>
        </w:rPr>
        <w:t>මනාලයාගේද</w:t>
      </w:r>
      <w:r>
        <w:rPr>
          <w:rFonts w:ascii="Times New Roman" w:hAnsi="Times New Roman" w:eastAsia="Times New Roman" w:cs="Times New Roman"/>
        </w:rPr>
        <w:t xml:space="preserve"> </w:t>
      </w:r>
      <w:r>
        <w:rPr>
          <w:rFonts w:ascii="Nirmala UI" w:hAnsi="Nirmala UI" w:eastAsia="Nirmala UI" w:cs="Nirmala UI"/>
        </w:rPr>
        <w:t>මනාලියගේද</w:t>
      </w:r>
      <w:r>
        <w:rPr>
          <w:rFonts w:ascii="Times New Roman" w:hAnsi="Times New Roman" w:eastAsia="Times New Roman" w:cs="Times New Roman"/>
        </w:rPr>
        <w:t xml:space="preserve"> </w:t>
      </w:r>
      <w:r>
        <w:rPr>
          <w:rFonts w:ascii="Nirmala UI" w:hAnsi="Nirmala UI" w:eastAsia="Nirmala UI" w:cs="Nirmala UI"/>
        </w:rPr>
        <w:t>හඬ</w:t>
      </w:r>
      <w:r>
        <w:rPr>
          <w:rFonts w:ascii="Times New Roman" w:hAnsi="Times New Roman" w:eastAsia="Times New Roman" w:cs="Times New Roman"/>
        </w:rPr>
        <w:t xml:space="preserve"> </w:t>
      </w:r>
      <w:r>
        <w:rPr>
          <w:rFonts w:ascii="Nirmala UI" w:hAnsi="Nirmala UI" w:eastAsia="Nirmala UI" w:cs="Nirmala UI"/>
        </w:rPr>
        <w:t>ඔබ</w:t>
      </w:r>
      <w:r>
        <w:rPr>
          <w:rFonts w:ascii="Times New Roman" w:hAnsi="Times New Roman" w:eastAsia="Times New Roman" w:cs="Times New Roman"/>
        </w:rPr>
        <w:t xml:space="preserve"> </w:t>
      </w:r>
      <w:r>
        <w:rPr>
          <w:rFonts w:ascii="Nirmala UI" w:hAnsi="Nirmala UI" w:eastAsia="Nirmala UI" w:cs="Nirmala UI"/>
        </w:rPr>
        <w:t>තුළ</w:t>
      </w:r>
      <w:r>
        <w:rPr>
          <w:rFonts w:ascii="Times New Roman" w:hAnsi="Times New Roman" w:eastAsia="Times New Roman" w:cs="Times New Roman"/>
        </w:rPr>
        <w:t xml:space="preserve"> </w:t>
      </w:r>
      <w:r>
        <w:rPr>
          <w:rFonts w:ascii="Nirmala UI" w:hAnsi="Nirmala UI" w:eastAsia="Nirmala UI" w:cs="Nirmala UI"/>
        </w:rPr>
        <w:t>අසනු</w:t>
      </w:r>
      <w:r>
        <w:rPr>
          <w:rFonts w:ascii="Times New Roman" w:hAnsi="Times New Roman" w:eastAsia="Times New Roman" w:cs="Times New Roman"/>
        </w:rPr>
        <w:t xml:space="preserve"> </w:t>
      </w:r>
      <w:r>
        <w:rPr>
          <w:rFonts w:ascii="Nirmala UI" w:hAnsi="Nirmala UI" w:eastAsia="Nirmala UI" w:cs="Nirmala UI"/>
        </w:rPr>
        <w:t>නොලැබේ</w:t>
      </w:r>
      <w:r>
        <w:rPr>
          <w:rFonts w:ascii="Times New Roman" w:hAnsi="Times New Roman" w:eastAsia="Times New Roman" w:cs="Times New Roman"/>
        </w:rPr>
        <w:t xml:space="preserve">; </w:t>
      </w:r>
      <w:r>
        <w:rPr>
          <w:rFonts w:ascii="Nirmala UI" w:hAnsi="Nirmala UI" w:eastAsia="Nirmala UI" w:cs="Nirmala UI"/>
        </w:rPr>
        <w:t>මක්නිසාද</w:t>
      </w:r>
      <w:r>
        <w:rPr>
          <w:rFonts w:ascii="Times New Roman" w:hAnsi="Times New Roman" w:eastAsia="Times New Roman" w:cs="Times New Roman"/>
        </w:rPr>
        <w:t xml:space="preserve"> </w:t>
      </w:r>
      <w:r>
        <w:rPr>
          <w:rFonts w:ascii="Nirmala UI" w:hAnsi="Nirmala UI" w:eastAsia="Nirmala UI" w:cs="Nirmala UI"/>
        </w:rPr>
        <w:t>ඔබගේ</w:t>
      </w:r>
      <w:r>
        <w:rPr>
          <w:rFonts w:ascii="Times New Roman" w:hAnsi="Times New Roman" w:eastAsia="Times New Roman" w:cs="Times New Roman"/>
        </w:rPr>
        <w:t xml:space="preserve"> </w:t>
      </w:r>
      <w:r>
        <w:rPr>
          <w:rFonts w:ascii="Nirmala UI" w:hAnsi="Nirmala UI" w:eastAsia="Nirmala UI" w:cs="Nirmala UI"/>
        </w:rPr>
        <w:t>වෙළෙන්දෝ</w:t>
      </w:r>
      <w:r>
        <w:rPr>
          <w:rFonts w:ascii="Times New Roman" w:hAnsi="Times New Roman" w:eastAsia="Times New Roman" w:cs="Times New Roman"/>
        </w:rPr>
        <w:t xml:space="preserve"> </w:t>
      </w:r>
      <w:r>
        <w:rPr>
          <w:rFonts w:ascii="Nirmala UI" w:hAnsi="Nirmala UI" w:eastAsia="Nirmala UI" w:cs="Nirmala UI"/>
        </w:rPr>
        <w:t>භූමියේ</w:t>
      </w:r>
      <w:r>
        <w:rPr>
          <w:rFonts w:ascii="Times New Roman" w:hAnsi="Times New Roman" w:eastAsia="Times New Roman" w:cs="Times New Roman"/>
        </w:rPr>
        <w:t xml:space="preserve"> </w:t>
      </w:r>
      <w:r>
        <w:rPr>
          <w:rFonts w:ascii="Nirmala UI" w:hAnsi="Nirmala UI" w:eastAsia="Nirmala UI" w:cs="Nirmala UI"/>
        </w:rPr>
        <w:t>මහත්</w:t>
      </w:r>
      <w:r>
        <w:rPr>
          <w:rFonts w:ascii="Times New Roman" w:hAnsi="Times New Roman" w:eastAsia="Times New Roman" w:cs="Times New Roman"/>
        </w:rPr>
        <w:t xml:space="preserve"> </w:t>
      </w:r>
      <w:r>
        <w:rPr>
          <w:rFonts w:ascii="Nirmala UI" w:hAnsi="Nirmala UI" w:eastAsia="Nirmala UI" w:cs="Nirmala UI"/>
        </w:rPr>
        <w:t>මනුෂ්</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වූහ</w:t>
      </w:r>
      <w:r>
        <w:rPr>
          <w:rFonts w:ascii="Times New Roman" w:hAnsi="Times New Roman" w:eastAsia="Times New Roman" w:cs="Times New Roman"/>
        </w:rPr>
        <w:t xml:space="preserve">; </w:t>
      </w:r>
      <w:r>
        <w:rPr>
          <w:rFonts w:ascii="Nirmala UI" w:hAnsi="Nirmala UI" w:eastAsia="Nirmala UI" w:cs="Nirmala UI"/>
        </w:rPr>
        <w:t>මක්නිසාද</w:t>
      </w:r>
      <w:r>
        <w:rPr>
          <w:rFonts w:ascii="Times New Roman" w:hAnsi="Times New Roman" w:eastAsia="Times New Roman" w:cs="Times New Roman"/>
        </w:rPr>
        <w:t xml:space="preserve"> </w:t>
      </w:r>
      <w:r>
        <w:rPr>
          <w:rFonts w:ascii="Nirmala UI" w:hAnsi="Nirmala UI" w:eastAsia="Nirmala UI" w:cs="Nirmala UI"/>
        </w:rPr>
        <w:t>ඔබගේ</w:t>
      </w:r>
      <w:r>
        <w:rPr>
          <w:rFonts w:ascii="Times New Roman" w:hAnsi="Times New Roman" w:eastAsia="Times New Roman" w:cs="Times New Roman"/>
        </w:rPr>
        <w:t xml:space="preserve"> </w:t>
      </w:r>
      <w:r>
        <w:rPr>
          <w:rFonts w:ascii="Nirmala UI" w:hAnsi="Nirmala UI" w:eastAsia="Nirmala UI" w:cs="Nirmala UI"/>
        </w:rPr>
        <w:t>මායාකර්මවලින්</w:t>
      </w:r>
      <w:r>
        <w:rPr>
          <w:rFonts w:ascii="Times New Roman" w:hAnsi="Times New Roman" w:eastAsia="Times New Roman" w:cs="Times New Roman"/>
        </w:rPr>
        <w:t xml:space="preserve"> </w:t>
      </w:r>
      <w:r>
        <w:rPr>
          <w:rFonts w:ascii="Nirmala UI" w:hAnsi="Nirmala UI" w:eastAsia="Nirmala UI" w:cs="Nirmala UI"/>
        </w:rPr>
        <w:t>සියලු</w:t>
      </w:r>
      <w:r>
        <w:rPr>
          <w:rFonts w:ascii="Times New Roman" w:hAnsi="Times New Roman" w:eastAsia="Times New Roman" w:cs="Times New Roman"/>
        </w:rPr>
        <w:t xml:space="preserve"> </w:t>
      </w:r>
      <w:r>
        <w:rPr>
          <w:rFonts w:ascii="Nirmala UI" w:hAnsi="Nirmala UI" w:eastAsia="Nirmala UI" w:cs="Nirmala UI"/>
        </w:rPr>
        <w:t>ජාතීන්</w:t>
      </w:r>
      <w:r>
        <w:rPr>
          <w:rFonts w:ascii="Times New Roman" w:hAnsi="Times New Roman" w:eastAsia="Times New Roman" w:cs="Times New Roman"/>
        </w:rPr>
        <w:t xml:space="preserve"> </w:t>
      </w:r>
      <w:r>
        <w:rPr>
          <w:rFonts w:ascii="Nirmala UI" w:hAnsi="Nirmala UI" w:eastAsia="Nirmala UI" w:cs="Nirmala UI"/>
        </w:rPr>
        <w:t>වංචා</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ලැබූහ</w:t>
      </w:r>
      <w:r>
        <w:rPr>
          <w:rFonts w:ascii="Times New Roman" w:hAnsi="Times New Roman" w:eastAsia="Times New Roman" w:cs="Times New Roman"/>
        </w:rPr>
        <w:t xml:space="preserve">. </w:t>
      </w:r>
      <w:r>
        <w:rPr>
          <w:rFonts w:ascii="Nirmala UI" w:hAnsi="Nirmala UI" w:eastAsia="Nirmala UI" w:cs="Nirmala UI"/>
        </w:rPr>
        <w:t>එළිදරව්</w:t>
      </w:r>
      <w:r>
        <w:rPr>
          <w:rFonts w:ascii="Times New Roman" w:hAnsi="Times New Roman" w:eastAsia="Times New Roman" w:cs="Times New Roman"/>
        </w:rPr>
        <w:t xml:space="preserve"> 18:23.</w:t>
      </w:r>
    </w:p>
    <w:p>
      <w:pPr>
        <w:pStyle w:val="ArticleBody"/>
        <w:jc w:val="left"/>
      </w:pPr>
      <w:r>
        <w:rPr>
          <w:rFonts w:ascii="Times New Roman" w:hAnsi="Times New Roman" w:eastAsia="Times New Roman" w:cs="Times New Roman"/>
        </w:rPr>
        <w:t>Kata “sorceries” adalah kata Yunani “pharmakeia” yang bermakna pengobatan, atau farmasi. Kata itu berasal dari kata Yunani G5332, yang berarti (obat, yaitu ramuan pemberi mantra); penjual obat atau apoteker atau peracun. Pada hari-hari terakhir menjelang hukum hari Minggu, suatu isu yang akan turut menyumbang kepada suasana perpecahan yang diwarisi oleh presiden kedelapan dan terakhir, ialah pekerjaan industri farmaseutikal, sebagaimana diwakili oleh Anthony Fauci, dan virus China.</w:t>
      </w:r>
    </w:p>
    <w:p>
      <w:pPr>
        <w:pStyle w:val="ArticleBody"/>
        <w:jc w:val="left"/>
      </w:pPr>
      <w:r>
        <w:rPr>
          <w:rFonts w:ascii="Times New Roman" w:hAnsi="Times New Roman" w:eastAsia="Times New Roman" w:cs="Times New Roman"/>
        </w:rPr>
        <w:t>Fauci dan China kedua-duanya ialah wakil kuasa naga itu, dan cap jari Fauci dapat dikesan hingga ke penciptaan virus HIV. Pengawalan populasi sebagaimana yang diwakili oleh orang-orang seperti bilionair Bill Gates ialah suatu sifat yang telah dinyatakan dalam percubaan Firaun untuk melenyapkan bayi-bayi pada zaman Musa, dan dalam usaha Herodes untuk melakukan perkara yang sama pada zaman Kristus. Separuh daripada populasi telah diperdaya oleh virus China itu, dan anda masih dapat melihat orang memakai pelitup muka, yang tidak mencegah sebarang virus.</w:t>
      </w:r>
    </w:p>
    <w:p>
      <w:pPr>
        <w:pStyle w:val="ArticleBody"/>
        <w:jc w:val="left"/>
      </w:pPr>
      <w:r>
        <w:rPr>
          <w:rFonts w:ascii="Mongolian Baiti" w:hAnsi="Mongolian Baiti" w:eastAsia="Mongolian Baiti" w:cs="Mongolian Baiti"/>
        </w:rPr>
        <w:t>ᠪᠢᠳᠡ</w:t>
      </w:r>
      <w:r>
        <w:rPr>
          <w:rFonts w:ascii="Times New Roman" w:hAnsi="Times New Roman" w:eastAsia="Times New Roman" w:cs="Times New Roman"/>
        </w:rPr>
        <w:t xml:space="preserve"> </w:t>
      </w:r>
      <w:r>
        <w:rPr>
          <w:rFonts w:ascii="Mongolian Baiti" w:hAnsi="Mongolian Baiti" w:eastAsia="Mongolian Baiti" w:cs="Mongolian Baiti"/>
        </w:rPr>
        <w:t>ᠡᠨᠡ</w:t>
      </w:r>
      <w:r>
        <w:rPr>
          <w:rFonts w:ascii="Times New Roman" w:hAnsi="Times New Roman" w:eastAsia="Times New Roman" w:cs="Times New Roman"/>
        </w:rPr>
        <w:t xml:space="preserve"> </w:t>
      </w:r>
      <w:r>
        <w:rPr>
          <w:rFonts w:ascii="Mongolian Baiti" w:hAnsi="Mongolian Baiti" w:eastAsia="Mongolian Baiti" w:cs="Mongolian Baiti"/>
        </w:rPr>
        <w:t>ᠰᠤᠳᠤᠯᠤᠯ</w:t>
      </w:r>
      <w:r>
        <w:rPr>
          <w:rFonts w:ascii="Times New Roman" w:hAnsi="Times New Roman" w:eastAsia="Times New Roman" w:cs="Times New Roman"/>
        </w:rPr>
        <w:t xml:space="preserve"> </w:t>
      </w:r>
      <w:r>
        <w:rPr>
          <w:rFonts w:ascii="Mongolian Baiti" w:hAnsi="Mongolian Baiti" w:eastAsia="Mongolian Baiti" w:cs="Mongolian Baiti"/>
        </w:rPr>
        <w:t>ᠢ</w:t>
      </w:r>
      <w:r>
        <w:rPr>
          <w:rFonts w:ascii="Times New Roman" w:hAnsi="Times New Roman" w:eastAsia="Times New Roman" w:cs="Times New Roman"/>
        </w:rPr>
        <w:t xml:space="preserve"> </w:t>
      </w:r>
      <w:r>
        <w:rPr>
          <w:rFonts w:ascii="Mongolian Baiti" w:hAnsi="Mongolian Baiti" w:eastAsia="Mongolian Baiti" w:cs="Mongolian Baiti"/>
        </w:rPr>
        <w:t>ᠳᠠᠷᠠᠭ᠎ᠠ</w:t>
      </w:r>
      <w:r>
        <w:rPr>
          <w:rFonts w:ascii="Times New Roman" w:hAnsi="Times New Roman" w:eastAsia="Times New Roman" w:cs="Times New Roman"/>
        </w:rPr>
        <w:t xml:space="preserve"> </w:t>
      </w:r>
      <w:r>
        <w:rPr>
          <w:rFonts w:ascii="Mongolian Baiti" w:hAnsi="Mongolian Baiti" w:eastAsia="Mongolian Baiti" w:cs="Mongolian Baiti"/>
        </w:rPr>
        <w:t>ᠳ᠋ᠤᠭᠠᠷ</w:t>
      </w:r>
      <w:r>
        <w:rPr>
          <w:rFonts w:ascii="Times New Roman" w:hAnsi="Times New Roman" w:eastAsia="Times New Roman" w:cs="Times New Roman"/>
        </w:rPr>
        <w:t xml:space="preserve"> </w:t>
      </w:r>
      <w:r>
        <w:rPr>
          <w:rFonts w:ascii="Mongolian Baiti" w:hAnsi="Mongolian Baiti" w:eastAsia="Mongolian Baiti" w:cs="Mongolian Baiti"/>
        </w:rPr>
        <w:t>ᠥᠭᠦᠯᠦᠯ</w:t>
      </w:r>
      <w:r>
        <w:rPr>
          <w:rFonts w:ascii="Times New Roman" w:hAnsi="Times New Roman" w:eastAsia="Times New Roman" w:cs="Times New Roman"/>
        </w:rPr>
        <w:t xml:space="preserve"> </w:t>
      </w:r>
      <w:r>
        <w:rPr>
          <w:rFonts w:ascii="Mongolian Baiti" w:hAnsi="Mongolian Baiti" w:eastAsia="Mongolian Baiti" w:cs="Mongolian Baiti"/>
        </w:rPr>
        <w:t>ᠳᠦ</w:t>
      </w:r>
      <w:r>
        <w:rPr>
          <w:rFonts w:ascii="Times New Roman" w:hAnsi="Times New Roman" w:eastAsia="Times New Roman" w:cs="Times New Roman"/>
        </w:rPr>
        <w:t xml:space="preserve"> </w:t>
      </w:r>
      <w:r>
        <w:rPr>
          <w:rFonts w:ascii="Mongolian Baiti" w:hAnsi="Mongolian Baiti" w:eastAsia="Mongolian Baiti" w:cs="Mongolian Baiti"/>
        </w:rPr>
        <w:t>ᠦᠷᠭᠦᠯᠵᠢᠯᠦᠨ᠎ᠡ᠃</w:t>
      </w:r>
    </w:p>
    <w:p>
      <w:pPr>
        <w:pStyle w:val="ArticleScripture"/>
        <w:jc w:val="left"/>
      </w:pPr>
      <w:r>
        <w:rPr>
          <w:rFonts w:ascii="Times New Roman" w:hAnsi="Times New Roman" w:eastAsia="Times New Roman" w:cs="Times New Roman"/>
        </w:rPr>
        <w:t>“Seidana esala ng’ambo ya iilengi pyoso po a kongolole mbuto ande ya mioyo iitali ya kulama. A longukile iisama ya maandilo ga mvelapya, kandi asesesya amaka gende goso po a yeesya iilengi monga Nguluvi syansumina. Akati wasuminiwe kulagasya Yobu, ni mbingunji nshi ng’ombe ni mbelele, atumigwa, nyumba, baana, vyaputwike, bulagasyi ni bulagasyi kulandana anga pa kaindi kamo. Ni Nguluvi wo a kinga ivumbe vyande ni kuvisungululila ku maka ga mponi. Lelo iikolosu ya Bwakilisitu yi alangile mweeme ku shisiku sya Yehova; kandi Mwami akasita kyene kyo a londolwile ukuti aka cita—akausya mapalo gande pa nsi no kuusya ulindilili wande ku bano baleenda mu kubinga ishisiku syande ni malongosyo gande no kulazimika bambi ukucita shimo sho. Seidana ali ni kweesya pa boso bano Nguluvi atali ku balinda mu nseke yakwe. Akaafwa no kupesya bamo po a twaleho imigemo yakwe mwine, kandi akaaleta amagano pa bambi no kulongosya abantu ukwiitikiya ukuti ni Nguluvi ubo ali ku balagasya.”</w:t>
      </w:r>
    </w:p>
    <w:p>
      <w:pPr>
        <w:pStyle w:val="ArticleScripture"/>
        <w:jc w:val="left"/>
      </w:pPr>
      <w:r>
        <w:rPr>
          <w:rFonts w:ascii="Times New Roman" w:hAnsi="Times New Roman" w:eastAsia="Times New Roman" w:cs="Times New Roman"/>
        </w:rPr>
        <w:t>“Или шедавакэн нӱудон-йоча-влак ончылно чыла чер-орлыкыштым эмлен керташ моштышо кугу эмчы гай койын шога гынат, тудо черым да кӱлешым конда, кугыжаныше олаш-влак пужалтыш да шӱлдыранлыкыште кодшо дене. Кызытат тудо пашам ышта. Теңызыште да мукшыште лийше аварийлаште да беда-казалаште, кугу тул-влакыште, шучко торнадо-влакыште да лӱдмашан ий-кӱ-влакыште, шӱдыр-шоктышлаште, шыжмаш-влакыште, циклон-влакыште, тулвуй-влакыште, мланде чӱкталтмаш-влакыште, кажне верыште да тӱжем тӱрлылык дене, Сатана шке куатшым кучылтеш. Тудо шочшо ашлык-саскам шӱлыкта, вара ушем да ойыртемалтмаш толеш. Тудо юлышышке колышо шӱмым пуа, да тӱжем-влак чумырык чера дене колат. Тиде шижмаш-влак сайынрак да сайынрак ешаралтын, пеш осалым шогалташ улыт. Пужалмаш айдемеланат, тӱкаланат лиеш. ‘Мланде ойга да шӱшпыкта,’ ‘кугурак калык … шӱлыктеныт. Мландеат тудын ияшарыште илыше-влак йыре шӱштымо; мӧҥгеш, нуно законым пудыртеныт, ойыртемым вашталтеныт, курымо кылым шатеныт.’ Исаия 24:4, 5.”</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លើសពីនេះទៅទៀត</w:t>
      </w:r>
      <w:r>
        <w:rPr>
          <w:rFonts w:ascii="Times New Roman" w:hAnsi="Times New Roman" w:eastAsia="Times New Roman" w:cs="Times New Roman"/>
        </w:rPr>
        <w:t xml:space="preserve"> </w:t>
      </w:r>
      <w:r>
        <w:rPr>
          <w:rFonts w:ascii="Leelawadee UI" w:hAnsi="Leelawadee UI" w:eastAsia="Leelawadee UI" w:cs="Leelawadee UI"/>
        </w:rPr>
        <w:t>អ្នកបោកបញ្ឆោតដ៏ធំនឹងបញ្ចុះបញ្ចូលមនុស្សថា</w:t>
      </w:r>
      <w:r>
        <w:rPr>
          <w:rFonts w:ascii="Times New Roman" w:hAnsi="Times New Roman" w:eastAsia="Times New Roman" w:cs="Times New Roman"/>
        </w:rPr>
        <w:t xml:space="preserve"> </w:t>
      </w:r>
      <w:r>
        <w:rPr>
          <w:rFonts w:ascii="Leelawadee UI" w:hAnsi="Leelawadee UI" w:eastAsia="Leelawadee UI" w:cs="Leelawadee UI"/>
        </w:rPr>
        <w:t>អ្នកដែលបម្រើព្រះជាអ្នកបណ្តាលឲ្យមានអំពើអាក្រក់ទាំងនេះ។</w:t>
      </w:r>
      <w:r>
        <w:rPr>
          <w:rFonts w:ascii="Times New Roman" w:hAnsi="Times New Roman" w:eastAsia="Times New Roman" w:cs="Times New Roman"/>
        </w:rPr>
        <w:t xml:space="preserve"> </w:t>
      </w:r>
      <w:r>
        <w:rPr>
          <w:rFonts w:ascii="Leelawadee UI" w:hAnsi="Leelawadee UI" w:eastAsia="Leelawadee UI" w:cs="Leelawadee UI"/>
        </w:rPr>
        <w:t>ពួកមនុស្សដែលបានបង្កឲ្យស្ថានសួគ៌មិនពេញព្រះទ័យ</w:t>
      </w:r>
      <w:r>
        <w:rPr>
          <w:rFonts w:ascii="Times New Roman" w:hAnsi="Times New Roman" w:eastAsia="Times New Roman" w:cs="Times New Roman"/>
        </w:rPr>
        <w:t xml:space="preserve"> </w:t>
      </w:r>
      <w:r>
        <w:rPr>
          <w:rFonts w:ascii="Leelawadee UI" w:hAnsi="Leelawadee UI" w:eastAsia="Leelawadee UI" w:cs="Leelawadee UI"/>
        </w:rPr>
        <w:t>នឹងទម្លាក់ទុក្ខលំបាកទាំងអស់របស់ខ្លួនទៅលើអ្នកទាំងឡាយដែលការគោរពប្រតិបត្តិតាមបញ្ញត្តិរបស់ព្រះរបស់ពួកគេ</w:t>
      </w:r>
      <w:r>
        <w:rPr>
          <w:rFonts w:ascii="Times New Roman" w:hAnsi="Times New Roman" w:eastAsia="Times New Roman" w:cs="Times New Roman"/>
        </w:rPr>
        <w:t xml:space="preserve"> </w:t>
      </w:r>
      <w:r>
        <w:rPr>
          <w:rFonts w:ascii="Leelawadee UI" w:hAnsi="Leelawadee UI" w:eastAsia="Leelawadee UI" w:cs="Leelawadee UI"/>
        </w:rPr>
        <w:t>ជាការស្តីបន្ទោសជានិច្ចដល់អ្នករំលងច្បាប់។</w:t>
      </w:r>
      <w:r>
        <w:rPr>
          <w:rFonts w:ascii="Times New Roman" w:hAnsi="Times New Roman" w:eastAsia="Times New Roman" w:cs="Times New Roman"/>
        </w:rPr>
        <w:t xml:space="preserve"> </w:t>
      </w:r>
      <w:r>
        <w:rPr>
          <w:rFonts w:ascii="Leelawadee UI" w:hAnsi="Leelawadee UI" w:eastAsia="Leelawadee UI" w:cs="Leelawadee UI"/>
        </w:rPr>
        <w:t>នឹងមានការប្រកាសថា</w:t>
      </w:r>
      <w:r>
        <w:rPr>
          <w:rFonts w:ascii="Times New Roman" w:hAnsi="Times New Roman" w:eastAsia="Times New Roman" w:cs="Times New Roman"/>
        </w:rPr>
        <w:t xml:space="preserve"> </w:t>
      </w:r>
      <w:r>
        <w:rPr>
          <w:rFonts w:ascii="Leelawadee UI" w:hAnsi="Leelawadee UI" w:eastAsia="Leelawadee UI" w:cs="Leelawadee UI"/>
        </w:rPr>
        <w:t>មនុស្សកំពុងធ្វើឲ្យព្រះទាស់ព្រះទ័យ</w:t>
      </w:r>
      <w:r>
        <w:rPr>
          <w:rFonts w:ascii="Times New Roman" w:hAnsi="Times New Roman" w:eastAsia="Times New Roman" w:cs="Times New Roman"/>
        </w:rPr>
        <w:t xml:space="preserve"> </w:t>
      </w:r>
      <w:r>
        <w:rPr>
          <w:rFonts w:ascii="Leelawadee UI" w:hAnsi="Leelawadee UI" w:eastAsia="Leelawadee UI" w:cs="Leelawadee UI"/>
        </w:rPr>
        <w:t>ដោយការរំលោភថ្ងៃសប្ប័ទថ្ងៃអាទិត្យ</w:t>
      </w:r>
      <w:r>
        <w:rPr>
          <w:rFonts w:ascii="Times New Roman" w:hAnsi="Times New Roman" w:eastAsia="Times New Roman" w:cs="Times New Roman"/>
        </w:rPr>
        <w:t xml:space="preserve">; </w:t>
      </w:r>
      <w:r>
        <w:rPr>
          <w:rFonts w:ascii="Leelawadee UI" w:hAnsi="Leelawadee UI" w:eastAsia="Leelawadee UI" w:cs="Leelawadee UI"/>
        </w:rPr>
        <w:t>ថាអំពើបាបនេះបាននាំមកនូវគ្រោះមហន្តរាយ</w:t>
      </w:r>
      <w:r>
        <w:rPr>
          <w:rFonts w:ascii="Times New Roman" w:hAnsi="Times New Roman" w:eastAsia="Times New Roman" w:cs="Times New Roman"/>
        </w:rPr>
        <w:t xml:space="preserve"> </w:t>
      </w:r>
      <w:r>
        <w:rPr>
          <w:rFonts w:ascii="Leelawadee UI" w:hAnsi="Leelawadee UI" w:eastAsia="Leelawadee UI" w:cs="Leelawadee UI"/>
        </w:rPr>
        <w:t>ដែលនឹងមិនឈប់ស្ងប់ឡើយ</w:t>
      </w:r>
      <w:r>
        <w:rPr>
          <w:rFonts w:ascii="Times New Roman" w:hAnsi="Times New Roman" w:eastAsia="Times New Roman" w:cs="Times New Roman"/>
        </w:rPr>
        <w:t xml:space="preserve"> </w:t>
      </w:r>
      <w:r>
        <w:rPr>
          <w:rFonts w:ascii="Leelawadee UI" w:hAnsi="Leelawadee UI" w:eastAsia="Leelawadee UI" w:cs="Leelawadee UI"/>
        </w:rPr>
        <w:t>ទាល់តែការកាន់អនុវត្តថ្ងៃអាទិត្យត្រូវបានអនុវត្តយ៉ាងតឹងរ៉ឹង</w:t>
      </w:r>
      <w:r>
        <w:rPr>
          <w:rFonts w:ascii="Times New Roman" w:hAnsi="Times New Roman" w:eastAsia="Times New Roman" w:cs="Times New Roman"/>
        </w:rPr>
        <w:t xml:space="preserve">; </w:t>
      </w:r>
      <w:r>
        <w:rPr>
          <w:rFonts w:ascii="Leelawadee UI" w:hAnsi="Leelawadee UI" w:eastAsia="Leelawadee UI" w:cs="Leelawadee UI"/>
        </w:rPr>
        <w:t>ហើយថា</w:t>
      </w:r>
      <w:r>
        <w:rPr>
          <w:rFonts w:ascii="Times New Roman" w:hAnsi="Times New Roman" w:eastAsia="Times New Roman" w:cs="Times New Roman"/>
        </w:rPr>
        <w:t xml:space="preserve"> </w:t>
      </w:r>
      <w:r>
        <w:rPr>
          <w:rFonts w:ascii="Leelawadee UI" w:hAnsi="Leelawadee UI" w:eastAsia="Leelawadee UI" w:cs="Leelawadee UI"/>
        </w:rPr>
        <w:t>អ្នកដែលលើកឡើងពីការទាមទាររបស់បញ្ញត្តិទីបួន</w:t>
      </w:r>
      <w:r>
        <w:rPr>
          <w:rFonts w:ascii="Times New Roman" w:hAnsi="Times New Roman" w:eastAsia="Times New Roman" w:cs="Times New Roman"/>
        </w:rPr>
        <w:t xml:space="preserve"> </w:t>
      </w:r>
      <w:r>
        <w:rPr>
          <w:rFonts w:ascii="Leelawadee UI" w:hAnsi="Leelawadee UI" w:eastAsia="Leelawadee UI" w:cs="Leelawadee UI"/>
        </w:rPr>
        <w:t>ដូច្នេះបំផ្លាញការគោរពចំពោះថ្ងៃអាទិត្យ</w:t>
      </w:r>
      <w:r>
        <w:rPr>
          <w:rFonts w:ascii="Times New Roman" w:hAnsi="Times New Roman" w:eastAsia="Times New Roman" w:cs="Times New Roman"/>
        </w:rPr>
        <w:t xml:space="preserve"> </w:t>
      </w:r>
      <w:r>
        <w:rPr>
          <w:rFonts w:ascii="Leelawadee UI" w:hAnsi="Leelawadee UI" w:eastAsia="Leelawadee UI" w:cs="Leelawadee UI"/>
        </w:rPr>
        <w:t>គឺជាអ្នកបង្កការរំខានដល់ប្រជាជន</w:t>
      </w:r>
      <w:r>
        <w:rPr>
          <w:rFonts w:ascii="Times New Roman" w:hAnsi="Times New Roman" w:eastAsia="Times New Roman" w:cs="Times New Roman"/>
        </w:rPr>
        <w:t xml:space="preserve"> </w:t>
      </w:r>
      <w:r>
        <w:rPr>
          <w:rFonts w:ascii="Leelawadee UI" w:hAnsi="Leelawadee UI" w:eastAsia="Leelawadee UI" w:cs="Leelawadee UI"/>
        </w:rPr>
        <w:t>ដោយរារាំងការស្តារពួកគេឲ្យត្រឡប់ទៅរកព្រះគុណរបស់ព្រះ</w:t>
      </w:r>
      <w:r>
        <w:rPr>
          <w:rFonts w:ascii="Times New Roman" w:hAnsi="Times New Roman" w:eastAsia="Times New Roman" w:cs="Times New Roman"/>
        </w:rPr>
        <w:t xml:space="preserve"> </w:t>
      </w:r>
      <w:r>
        <w:rPr>
          <w:rFonts w:ascii="Leelawadee UI" w:hAnsi="Leelawadee UI" w:eastAsia="Leelawadee UI" w:cs="Leelawadee UI"/>
        </w:rPr>
        <w:t>និងសេចក្តីចម្រើនរុងរឿងខាងលោកិយវិញ។</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ការចោទប្រកាន់ដែលត្រូវបានលើកឡើងកាលពីបុរាណប្រឆាំងនឹងអ្នកបម្រើរបស់ព្រះ</w:t>
      </w:r>
      <w:r>
        <w:rPr>
          <w:rFonts w:ascii="Times New Roman" w:hAnsi="Times New Roman" w:eastAsia="Times New Roman" w:cs="Times New Roman"/>
        </w:rPr>
        <w:t xml:space="preserve"> </w:t>
      </w:r>
      <w:r>
        <w:rPr>
          <w:rFonts w:ascii="Leelawadee UI" w:hAnsi="Leelawadee UI" w:eastAsia="Leelawadee UI" w:cs="Leelawadee UI"/>
        </w:rPr>
        <w:t>នឹងត្រូវបានធ្វើម្តងទៀត</w:t>
      </w:r>
      <w:r>
        <w:rPr>
          <w:rFonts w:ascii="Times New Roman" w:hAnsi="Times New Roman" w:eastAsia="Times New Roman" w:cs="Times New Roman"/>
        </w:rPr>
        <w:t xml:space="preserve"> </w:t>
      </w:r>
      <w:r>
        <w:rPr>
          <w:rFonts w:ascii="Leelawadee UI" w:hAnsi="Leelawadee UI" w:eastAsia="Leelawadee UI" w:cs="Leelawadee UI"/>
        </w:rPr>
        <w:t>ដោយមានមូលហេតុដែលត្រូវបានបង្កើតឡើងយ៉ាងដូចគ្នា៖</w:t>
      </w:r>
      <w:r>
        <w:rPr>
          <w:rFonts w:ascii="Times New Roman" w:hAnsi="Times New Roman" w:eastAsia="Times New Roman" w:cs="Times New Roman"/>
        </w:rPr>
        <w:t xml:space="preserve"> «</w:t>
      </w:r>
      <w:r>
        <w:rPr>
          <w:rFonts w:ascii="Leelawadee UI" w:hAnsi="Leelawadee UI" w:eastAsia="Leelawadee UI" w:cs="Leelawadee UI"/>
        </w:rPr>
        <w:t>ហើយមានកាលមួយ</w:t>
      </w:r>
      <w:r>
        <w:rPr>
          <w:rFonts w:ascii="Times New Roman" w:hAnsi="Times New Roman" w:eastAsia="Times New Roman" w:cs="Times New Roman"/>
        </w:rPr>
        <w:t xml:space="preserve"> </w:t>
      </w:r>
      <w:r>
        <w:rPr>
          <w:rFonts w:ascii="Leelawadee UI" w:hAnsi="Leelawadee UI" w:eastAsia="Leelawadee UI" w:cs="Leelawadee UI"/>
        </w:rPr>
        <w:t>កាលអាហាប់បានឃើញអេលីយ៉ា</w:t>
      </w:r>
      <w:r>
        <w:rPr>
          <w:rFonts w:ascii="Times New Roman" w:hAnsi="Times New Roman" w:eastAsia="Times New Roman" w:cs="Times New Roman"/>
        </w:rPr>
        <w:t xml:space="preserve"> </w:t>
      </w:r>
      <w:r>
        <w:rPr>
          <w:rFonts w:ascii="Leelawadee UI" w:hAnsi="Leelawadee UI" w:eastAsia="Leelawadee UI" w:cs="Leelawadee UI"/>
        </w:rPr>
        <w:t>អាហាប់ក៏និយាយទៅគាត់ថា</w:t>
      </w:r>
      <w:r>
        <w:rPr>
          <w:rFonts w:ascii="Times New Roman" w:hAnsi="Times New Roman" w:eastAsia="Times New Roman" w:cs="Times New Roman"/>
        </w:rPr>
        <w:t xml:space="preserve"> </w:t>
      </w:r>
      <w:r>
        <w:rPr>
          <w:rFonts w:ascii="Leelawadee UI" w:hAnsi="Leelawadee UI" w:eastAsia="Leelawadee UI" w:cs="Leelawadee UI"/>
        </w:rPr>
        <w:t>តើអ្នកជាអ្នកដែលបង្កការរំខានដល់អ៊ីស្រាអែលឬ</w:t>
      </w:r>
      <w:r>
        <w:rPr>
          <w:rFonts w:ascii="Times New Roman" w:hAnsi="Times New Roman" w:eastAsia="Times New Roman" w:cs="Times New Roman"/>
        </w:rPr>
        <w:t xml:space="preserve">? </w:t>
      </w:r>
      <w:r>
        <w:rPr>
          <w:rFonts w:ascii="Leelawadee UI" w:hAnsi="Leelawadee UI" w:eastAsia="Leelawadee UI" w:cs="Leelawadee UI"/>
        </w:rPr>
        <w:t>គាត់ក៏ឆ្លើយថា</w:t>
      </w:r>
      <w:r>
        <w:rPr>
          <w:rFonts w:ascii="Times New Roman" w:hAnsi="Times New Roman" w:eastAsia="Times New Roman" w:cs="Times New Roman"/>
        </w:rPr>
        <w:t xml:space="preserve"> </w:t>
      </w:r>
      <w:r>
        <w:rPr>
          <w:rFonts w:ascii="Leelawadee UI" w:hAnsi="Leelawadee UI" w:eastAsia="Leelawadee UI" w:cs="Leelawadee UI"/>
        </w:rPr>
        <w:t>ខ្ញុំមិនបានបង្កការរំខានដល់អ៊ីស្រាអែលទេ</w:t>
      </w:r>
      <w:r>
        <w:rPr>
          <w:rFonts w:ascii="Times New Roman" w:hAnsi="Times New Roman" w:eastAsia="Times New Roman" w:cs="Times New Roman"/>
        </w:rPr>
        <w:t xml:space="preserve"> </w:t>
      </w:r>
      <w:r>
        <w:rPr>
          <w:rFonts w:ascii="Leelawadee UI" w:hAnsi="Leelawadee UI" w:eastAsia="Leelawadee UI" w:cs="Leelawadee UI"/>
        </w:rPr>
        <w:t>ប៉ុន្តែគឺអ្នក</w:t>
      </w:r>
      <w:r>
        <w:rPr>
          <w:rFonts w:ascii="Times New Roman" w:hAnsi="Times New Roman" w:eastAsia="Times New Roman" w:cs="Times New Roman"/>
        </w:rPr>
        <w:t xml:space="preserve"> </w:t>
      </w:r>
      <w:r>
        <w:rPr>
          <w:rFonts w:ascii="Leelawadee UI" w:hAnsi="Leelawadee UI" w:eastAsia="Leelawadee UI" w:cs="Leelawadee UI"/>
        </w:rPr>
        <w:t>និងវង្សត្រកូលឪពុករបស់អ្នកវិញ</w:t>
      </w:r>
      <w:r>
        <w:rPr>
          <w:rFonts w:ascii="Times New Roman" w:hAnsi="Times New Roman" w:eastAsia="Times New Roman" w:cs="Times New Roman"/>
        </w:rPr>
        <w:t xml:space="preserve"> </w:t>
      </w:r>
      <w:r>
        <w:rPr>
          <w:rFonts w:ascii="Leelawadee UI" w:hAnsi="Leelawadee UI" w:eastAsia="Leelawadee UI" w:cs="Leelawadee UI"/>
        </w:rPr>
        <w:t>ដោយព្រោះអ្នកបានបោះបង់បញ្ញត្តិទាំងឡាយរបស់ព្រះអម្ចាស់</w:t>
      </w:r>
      <w:r>
        <w:rPr>
          <w:rFonts w:ascii="Times New Roman" w:hAnsi="Times New Roman" w:eastAsia="Times New Roman" w:cs="Times New Roman"/>
        </w:rPr>
        <w:t xml:space="preserve"> </w:t>
      </w:r>
      <w:r>
        <w:rPr>
          <w:rFonts w:ascii="Leelawadee UI" w:hAnsi="Leelawadee UI" w:eastAsia="Leelawadee UI" w:cs="Leelawadee UI"/>
        </w:rPr>
        <w:t>ហើយអ្នកបានដើរតាមព្រះបាលីម</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១</w:t>
      </w:r>
      <w:r>
        <w:rPr>
          <w:rFonts w:ascii="Times New Roman" w:hAnsi="Times New Roman" w:eastAsia="Times New Roman" w:cs="Times New Roman"/>
        </w:rPr>
        <w:t xml:space="preserve"> </w:t>
      </w:r>
      <w:r>
        <w:rPr>
          <w:rFonts w:ascii="Leelawadee UI" w:hAnsi="Leelawadee UI" w:eastAsia="Leelawadee UI" w:cs="Leelawadee UI"/>
        </w:rPr>
        <w:t>ពង្សាវតារក្សត្រ</w:t>
      </w:r>
      <w:r>
        <w:rPr>
          <w:rFonts w:ascii="Times New Roman" w:hAnsi="Times New Roman" w:eastAsia="Times New Roman" w:cs="Times New Roman"/>
        </w:rPr>
        <w:t xml:space="preserve"> </w:t>
      </w:r>
      <w:r>
        <w:rPr>
          <w:rFonts w:ascii="Leelawadee UI" w:hAnsi="Leelawadee UI" w:eastAsia="Leelawadee UI" w:cs="Leelawadee UI"/>
        </w:rPr>
        <w:t>១៨</w:t>
      </w:r>
      <w:r>
        <w:rPr>
          <w:rFonts w:ascii="Times New Roman" w:hAnsi="Times New Roman" w:eastAsia="Times New Roman" w:cs="Times New Roman"/>
        </w:rPr>
        <w:t>:</w:t>
      </w:r>
      <w:r>
        <w:rPr>
          <w:rFonts w:ascii="Leelawadee UI" w:hAnsi="Leelawadee UI" w:eastAsia="Leelawadee UI" w:cs="Leelawadee UI"/>
        </w:rPr>
        <w:t>១៧</w:t>
      </w:r>
      <w:r>
        <w:rPr>
          <w:rFonts w:ascii="Times New Roman" w:hAnsi="Times New Roman" w:eastAsia="Times New Roman" w:cs="Times New Roman"/>
        </w:rPr>
        <w:t xml:space="preserve">, </w:t>
      </w:r>
      <w:r>
        <w:rPr>
          <w:rFonts w:ascii="Leelawadee UI" w:hAnsi="Leelawadee UI" w:eastAsia="Leelawadee UI" w:cs="Leelawadee UI"/>
        </w:rPr>
        <w:t>១៨។</w:t>
      </w:r>
      <w:r>
        <w:rPr>
          <w:rFonts w:ascii="Times New Roman" w:hAnsi="Times New Roman" w:eastAsia="Times New Roman" w:cs="Times New Roman"/>
        </w:rPr>
        <w:t xml:space="preserve"> </w:t>
      </w:r>
      <w:r>
        <w:rPr>
          <w:rFonts w:ascii="Leelawadee UI" w:hAnsi="Leelawadee UI" w:eastAsia="Leelawadee UI" w:cs="Leelawadee UI"/>
        </w:rPr>
        <w:t>នៅពេលកំហឹងរបស់ប្រជាជនត្រូវបានបង្កឡើងដោយការចោទប្រកាន់មិនពិត</w:t>
      </w:r>
      <w:r>
        <w:rPr>
          <w:rFonts w:ascii="Times New Roman" w:hAnsi="Times New Roman" w:eastAsia="Times New Roman" w:cs="Times New Roman"/>
        </w:rPr>
        <w:t xml:space="preserve"> </w:t>
      </w:r>
      <w:r>
        <w:rPr>
          <w:rFonts w:ascii="Leelawadee UI" w:hAnsi="Leelawadee UI" w:eastAsia="Leelawadee UI" w:cs="Leelawadee UI"/>
        </w:rPr>
        <w:t>ពួកគេនឹងប្រព្រឹត្តចំពោះទូតរបស់ព្រះតាមរបៀបមួយ</w:t>
      </w:r>
      <w:r>
        <w:rPr>
          <w:rFonts w:ascii="Times New Roman" w:hAnsi="Times New Roman" w:eastAsia="Times New Roman" w:cs="Times New Roman"/>
        </w:rPr>
        <w:t xml:space="preserve"> </w:t>
      </w:r>
      <w:r>
        <w:rPr>
          <w:rFonts w:ascii="Leelawadee UI" w:hAnsi="Leelawadee UI" w:eastAsia="Leelawadee UI" w:cs="Leelawadee UI"/>
        </w:rPr>
        <w:t>ដែលស្រដៀងយ៉ាងខ្លាំងទៅនឹងអ្វីដែលអ៊ីស្រាអែលក្បត់ជំនឿបានប្រព្រឹត្តចំពោះអេលីយ៉ា។</w:t>
      </w:r>
    </w:p>
    <w:p>
      <w:pPr>
        <w:pStyle w:val="ArticleScripture"/>
        <w:jc w:val="left"/>
      </w:pPr>
      <w:r>
        <w:rPr>
          <w:rFonts w:ascii="Times New Roman" w:hAnsi="Times New Roman" w:eastAsia="Times New Roman" w:cs="Times New Roman"/>
        </w:rPr>
        <w:t>“Ku mphamvu yochita zozizwitsa imene idzasonyezedwa kudzera mu uzimu idzagwira ntchito yolimbana ndi iwo amene asankha kumvera Mulungu koposa anthu. Mauthenga ochokera kwa mizimu adzalengeza kuti Mulungu wawatumiza kuti akatsimikizire iwo amene akukana Lamlungu za kulakwa kwawo, potsimikizira kuti malamulo a dziko ayenera kumveredwa monga lamulo la Mulungu. Iwo adzalira chifukwa cha kuipa kwakukulu m’dziko, ndipo adzathandiza umboni wa aphunzitsi achipembedzo wakuti kutsika kwa makhalidwe kwabwera chifukwa cha kunyoza Lamlungu. Kwakukulu kudzakhala kupsa mtima komwe kudzayatsidwe motsutsana ndi onse amene akukana kulandira umboni wawo.” The Great Controversy, 589, 590.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Seratus Empat Puluh Enam</dc:title>
  <dc:subject>དུས་མཐའི་སྔོན་ལུང་གི་སྐུད་པ་རྣམས་གྲོལ་བ། མཐའ་མའི་སྲིད་འཛིན། དབང་གཅིག་སྲིད་གཞུང་། དང་ཉི་མའི་ཉིན་ཁྲིམས་ཀྱི་ཉེ་བར་འོང་བ།</dc:subject>
  <dc:creator>Jeff Pippenger</dc:creator>
  <cp:keywords/>
  <dc:description>Generated by ArticleDigger from daniel\146_daniel.json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