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Dua Puluh Lapan</w:t>
      </w:r>
    </w:p>
    <w:p>
      <w:pPr>
        <w:pStyle w:val="ArticleSubtitle"/>
        <w:jc w:val="left"/>
      </w:pPr>
      <w:r>
        <w:rPr>
          <w:rFonts w:ascii="Arial" w:hAnsi="Arial" w:eastAsia="Arial" w:cs="Arial"/>
        </w:rPr>
        <w:t>Mibumbo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Nebukadnesar melambangkan permulaan Adventisme, permulaan Amerika Syarikat, permulaan tanduk Protestan dan permulaan tanduk Republikan. Belsyazar melambangkan pengakhiran bagi semua garis ini.</w:t>
      </w:r>
    </w:p>
    <w:p>
      <w:pPr>
        <w:pStyle w:val="ArticleBody"/>
        <w:jc w:val="left"/>
      </w:pPr>
      <w:r>
        <w:rPr>
          <w:rFonts w:ascii="Times New Roman" w:hAnsi="Times New Roman" w:eastAsia="Times New Roman" w:cs="Times New Roman"/>
        </w:rPr>
        <w:t>Nebukadnezara e emela histori ya melaetsa ya lengeloi la ntlha le la bobedi go tswa ka 1798 go fitlha ka 1844, le tshimologo ya katlholo ya Modimo ya patlisiso. Bosupi jwa gagwe bo tsamaisana le Daniele kgaolo ya ntlha. Belshazara e emela histori ya molaetsa wa lengeloi la boraro go tswa ka 1989 go fitlha kwa molaong wa Tshipi, le tshimologo ya katlholo ya Modimo ya tiragatso. Bosupi jwa gagwe bo tsamaisana le Daniele dikgaolo tsa ntlha go ya go tsa boraro.</w:t>
      </w:r>
    </w:p>
    <w:p>
      <w:pPr>
        <w:pStyle w:val="ArticleBody"/>
        <w:jc w:val="left"/>
      </w:pPr>
      <w:r>
        <w:rPr>
          <w:rFonts w:ascii="Times New Roman" w:hAnsi="Times New Roman" w:eastAsia="Times New Roman" w:cs="Times New Roman"/>
        </w:rPr>
        <w:t>Nebukadnezar menandai berakhirnya “tujuh masa” yang menimpa kerajaan utara Israel pada tahun 1798, ketika kerajaannya dipulihkan kepadanya setelah hidup dengan hati seekor binatang. Kesaksiannya berlanjut hingga pembukaan penghakiman pemeriksaan pada akhir “tujuh masa” yang menimpa kerajaan selatan Yehuda pada tahun 1844. Dalam kesaksiannya, kata “jam” melambangkan pekabaran jam penghakiman dari malaikat pertama, dan kemudian sekali lagi, kata itu melambangkan kedatangan pekabaran itu. “Jam” dalam kesaksiannya menandai baik tahun 1798 maupun 1844, yang masing-masing melambangkan penutup kemurkaan yang pertama dan kemurkaan yang terakhir.</w:t>
      </w:r>
    </w:p>
    <w:p>
      <w:pPr>
        <w:pStyle w:val="ArticleBody"/>
        <w:jc w:val="left"/>
      </w:pPr>
      <w:r>
        <w:rPr>
          <w:rFonts w:ascii="Times New Roman" w:hAnsi="Times New Roman" w:eastAsia="Times New Roman" w:cs="Times New Roman"/>
        </w:rPr>
        <w:t>Kesudahan Belsyazar ditandai oleh tulisan mistik yang bersamaan nilainya dengan dua ribu lima ratus dua puluh. “Tujuh masa,” sama ada dilambangkan sebagai “satu jam,” suatu “penyerakan,” atau “dua ribu lima ratus dua puluh,” merupakan lambang penghakiman. Penghakiman Nimrod ialah suatu “penyerakan,” penghakiman Nebukadnezar ialah “tujuh masa,” dan penghakiman Belsyazar ialah dua ribu lima ratus dua puluh. Ketika Nebukadnezar menghakimi ketiga-tiga orang saleh itu, dia telah memerintahkan supaya relau itu dipanaskan “tujuh kali,” melebihi biasa.</w:t>
      </w:r>
    </w:p>
    <w:p>
      <w:pPr>
        <w:pStyle w:val="ArticleBody"/>
        <w:jc w:val="left"/>
      </w:pPr>
      <w:r>
        <w:rPr>
          <w:rFonts w:ascii="Times New Roman" w:hAnsi="Times New Roman" w:eastAsia="Times New Roman" w:cs="Times New Roman"/>
        </w:rPr>
        <w:t>Kie∙ni “sal times” ∙chi ikakite mesanina nanga mesaba∙ko, aro mesonggipa skangni kattao sokbaaon aro gitamgipa kattao sokbaaon ong∙a. 1863 bilsirango Millerite Adventism-ni bon∙kamani “sal times” skianiko jechakani baksa a∙bachengaha, aro ong∙gipa cha∙gni so∙gipachenggipa bilsirangni ja∙man, 1989-o, gitamgipa sa∙gre-ni itihasna “bon∙kamgipa sal” sokbaaha. Cha∙gni so∙gipachenggipa bilsirang “sal times”-ni chin ong∙a; uni gimin 1863-o skangni sa∙gre-ni dolni bon∙kamani-oniko 1989-o gitamgipa sa∙gre-ni dolni a∙bachenganiona, chin ong∙gipa cha∙gni so∙gipachenggipa bilsirangchi “sal times” baksa apsan ong∙atako man∙a.</w:t>
      </w:r>
    </w:p>
    <w:p>
      <w:pPr>
        <w:pStyle w:val="ArticleBody"/>
        <w:jc w:val="left"/>
      </w:pPr>
      <w:r>
        <w:rPr>
          <w:rFonts w:ascii="Times New Roman" w:hAnsi="Times New Roman" w:eastAsia="Times New Roman" w:cs="Times New Roman"/>
        </w:rPr>
        <w:t>Tetapi kesaksian tentang kejatuhan Belsyazar dalam Daniel pasal lima mengajarkan bahawa tiada seorang pun dapat melihat penghakiman “tujuh masa”, sekalipun hal itu tertulis pada “dinding”. Bagi tanduk Republikan, penghakiman itu tertulis pada “dinding pemisah antara gereja dan negara” milik Thomas Jefferson yang disingkirkan dalam Daniel pasal lima. Bagi tanduk Protestan yang sejati, penghakiman itu tertulis pada dua carta suci yang digantung pada “dinding” supaya mereka yang membacanya dapat berlari. Namun dalam kebutaan Laodikia, perkataan-perkataan itu tidak dapat dibezakan. Dalam kedua-dua keadaan, kata-kata penghakiman itu melambangkan bahawa baik tanduk Protestan yang sejati mahupun tanduk Republikan ditimbang dalam neraca, lalu didapati kekurangan. Kisah Belsyazar mengandungi suatu pekabaran bagi tanduk Republikan, yang melambangkan bangsa-bangsa di dunia.</w:t>
      </w:r>
    </w:p>
    <w:p>
      <w:pPr>
        <w:pStyle w:val="ArticleScripture"/>
        <w:jc w:val="left"/>
      </w:pPr>
      <w:r>
        <w:rPr>
          <w:rFonts w:ascii="Times New Roman" w:hAnsi="Times New Roman" w:eastAsia="Times New Roman" w:cs="Times New Roman"/>
        </w:rPr>
        <w:t>“Dalam sejarah Nebukadnezar dan Belsyazar, Tuhan berfirman kepada bangsa-bangsa pada masa kini.” Signs of the Times, 20 Juli 1891.</w:t>
      </w:r>
    </w:p>
    <w:p>
      <w:pPr>
        <w:pStyle w:val="ArticleBody"/>
        <w:jc w:val="left"/>
      </w:pPr>
      <w:r>
        <w:rPr>
          <w:rFonts w:ascii="Times New Roman" w:hAnsi="Times New Roman" w:eastAsia="Times New Roman" w:cs="Times New Roman"/>
        </w:rPr>
        <w:t>Pale ea Belshatsare le yona e na le molaetsa bakeng sa lenaka la Boprotestanta, le emelang batho ba lefatshe.</w:t>
      </w:r>
    </w:p>
    <w:p>
      <w:pPr>
        <w:pStyle w:val="ArticleScripture"/>
        <w:jc w:val="left"/>
      </w:pPr>
      <w:r>
        <w:rPr>
          <w:rFonts w:ascii="Times New Roman" w:hAnsi="Times New Roman" w:eastAsia="Times New Roman" w:cs="Times New Roman"/>
        </w:rPr>
        <w:t>“Dalam sejarah Nebukadnezar dan Belsyazar, Allah berbicara kepada umat masa kini.” Bible Echo, 17 September 1894.</w:t>
      </w:r>
    </w:p>
    <w:p>
      <w:pPr>
        <w:pStyle w:val="ArticleBody"/>
        <w:jc w:val="left"/>
      </w:pPr>
      <w:r>
        <w:rPr>
          <w:rFonts w:ascii="Times New Roman" w:hAnsi="Times New Roman" w:eastAsia="Times New Roman" w:cs="Times New Roman"/>
        </w:rPr>
        <w:t>Lubuli lwa Belshazzar luyimira lubuli lwa nyanga zonse ziwiri za chilombo cha padziko lapansi. Lubuli lwa iliyonse mwa nyangazo lupezeka m’kukana kwawo choonadi chawo cha maziko, ngakhale kuti ali ndi chidziwitso chonse cha choonadi chimenecho. Nyanga ya Republican ili ndi mlandu pamaso pa kuunika kwa Constitution, ndi mbiri ya chiyambi pamene chikalata chaumulungu chimenecho chinatulutsidwa, koma kuyambira pamenepo chakhala chikukanidwa pang’onopang’ono. Dziko likalankhula ngati chinjoka, khoma lophiphiritsa lolekanitsa mpingo ndi boma lidzakhala lachotsedwa. Koma kwa nyanga yeniyeni ya Chiprotestanti, kuunika kochokera m’mbiri ya mauthenga a mngelo woyamba ndi wachiwiri, pamene maziko anayikidwa, kwakhala kukukanidwa pang’onopang’ono, ndipo kudzapitiriza kukanidwa mochulukirachulukira, mpaka “khoma” la chilamulo cha Mulungu nalo, potsiriza, lidzakanidwa.</w:t>
      </w:r>
    </w:p>
    <w:p>
      <w:pPr>
        <w:pStyle w:val="ArticleScripture"/>
        <w:jc w:val="left"/>
      </w:pPr>
      <w:r>
        <w:rPr>
          <w:rFonts w:ascii="Times New Roman" w:hAnsi="Times New Roman" w:eastAsia="Times New Roman" w:cs="Times New Roman"/>
        </w:rPr>
        <w:t>“Nabi di sini menggambarkan suatu umat yang, pada masa kemurtadan umum dari kebenaran dan kesalehan, sedang berusaha memulihkan prinsip-prinsip yang menjadi dasar kerajaan Allah. Mereka adalah orang-orang yang memperbaiki suatu kebobolan yang telah dibuat dalam hukum Allah—tembok yang telah Ia tempatkan di sekeliling umat pilihan-Nya untuk perlindungan mereka, dan ketaatan kepada ajaran-ajarannya tentang keadilan, kebenaran, dan kemurnian itulah yang akan menjadi perlindungan mereka yang tetap untuk selama-lamanya.</w:t>
      </w:r>
    </w:p>
    <w:p>
      <w:pPr>
        <w:pStyle w:val="ArticleScripture"/>
        <w:jc w:val="left"/>
      </w:pPr>
      <w:r>
        <w:rPr>
          <w:rFonts w:ascii="Times New Roman" w:hAnsi="Times New Roman" w:eastAsia="Times New Roman" w:cs="Times New Roman"/>
        </w:rPr>
        <w:t>“Dengan kata-kata yang tidak dapat disalahertikan maknanya, nabi itu menunjukkan pekerjaan khusus umat sisa ini yang membangun tembok itu. ‘Jika engkau menahan kakimu karena hari Sabat, dari melakukan kesenanganmu pada hari-Ku yang kudus; dan menyebut Sabat itu suatu kenikmatan, hari kudus TUHAN, hari yang mulia; dan jika engkau menghormati Dia dengan tidak menempuh jalanmu sendiri, tidak mencari kesenanganmu sendiri, dan tidak mengucapkan perkataanmu sendiri: maka engkau akan bersukacita di dalam TUHAN; dan Aku akan membuat engkau berkendaraan di atas bukit-bukit tanah, dan memberi engkau makan dari milik pusaka Yakub, ayahmu: sebab mulut TUHAN telah mengatakannya.’ Yesaya 58:13, 14.” Prophets and Kings, 677, 678.</w:t>
      </w:r>
    </w:p>
    <w:p>
      <w:pPr>
        <w:pStyle w:val="ArticleBody"/>
        <w:jc w:val="left"/>
      </w:pPr>
      <w:r>
        <w:rPr>
          <w:rFonts w:ascii="Times New Roman" w:hAnsi="Times New Roman" w:eastAsia="Times New Roman" w:cs="Times New Roman"/>
        </w:rPr>
        <w:t>Metodologi alkitabiah yang dinyatakan oleh para malaikat kepada William Miller melambangkan hukum-hukum nubuatan Allah, dan tidak seperti Israel purba, Israel modern ditetapkan untuk menjadi pemegang amanat bukan hanya atas hukum Sepuluh Perintah, melainkan juga atas nubuatan-nubuatan.</w:t>
      </w:r>
    </w:p>
    <w:p>
      <w:pPr>
        <w:pStyle w:val="ArticleScripture"/>
        <w:jc w:val="left"/>
      </w:pPr>
      <w:r>
        <w:rPr>
          <w:rFonts w:ascii="Times New Roman" w:hAnsi="Times New Roman" w:eastAsia="Times New Roman" w:cs="Times New Roman"/>
        </w:rPr>
        <w:t>“Mulungu wa mbizé msonkho wakwe mu nsiku izi, ninga umo wa mbizé Israyeli wa kale, kuti imirire ninga mwangaza pa dziko la pasi. Kupitila mwa lupanga lwa nkhongono lwa choonadi, mauthenga ya mngelo wakwamba, wachibili, na wachitatu, waŵapatula ku mipingo na ku dziko kuti aŵabweresere mu kuyandikana kopatulika kwa Iyé mwini. Waŵapanga kukhala osunga chilamulo Chake ndipo waŵapereka kwa iwo choonadi chikulu cha uneneri cha nthawi ino. Monga umo mawu opatulika adaperekedwera kwa Israyeli wa kale, izi ndi chisungiko chopatulika chakuti chiperekedwe ku dziko. Angelo atatu a mu Chivumbulutso 14 aimirira anthu amene avomereza kuunika kwa mauthenga a Mulungu ndipo amapita monga nthumwi Zake kukaliza chenjezo m’utali ndi m’lifupi mwa dziko lonse lapansi. Khristu alengeza kwa omutsatira Ake kuti: ‘Inu ndinu kuunika kwa dziko.’ Kwa moyo uliwonse umene ulalandira Yesu, mtanda wa pa Kalvare ulankhula kuti: ‘Taonani mtengo wa moyo: “Pitani ku dziko lonse, ndipo mukalalikire uthenga wabwino kwa cholengedwa chilichonse.”’ Palibe chinthu chimene chiyenera kuloledwa kulepheretsa ntchito imeneyi. Ndi ntchito yofunika koposa ya nthawi ino; iyenera kufikira kutali monga muyaya. Chikondi chimene Yesu anaonetsa kwa miyoyo ya anthu mu nsembe imene anapereka chifukwa cha chiombolo chawo, ndicho chidzasonkhezera omutsatira Ake onse.” Testimonies, voliyumu 5, 455.</w:t>
      </w:r>
    </w:p>
    <w:p>
      <w:pPr>
        <w:pStyle w:val="ArticleBody"/>
        <w:jc w:val="left"/>
      </w:pPr>
      <w:r>
        <w:rPr>
          <w:rFonts w:ascii="Times New Roman" w:hAnsi="Times New Roman" w:eastAsia="Times New Roman" w:cs="Times New Roman"/>
        </w:rPr>
        <w:t>“Prophecyan muscheng lớn,” angelte an peh a sih, cule William Miller hnathawknakin a dinhmun a um, chu “thlarau thianghlim taka khawvel hnena hrilh chhuah tur ro hlu” a ni. Thupek Sawm dân, nature dânte, damtheihna dânte leh prophecy zirna dânte chu Thupeksahtu Lian ber chuan a pe vek a; Thupek pakhat hnong chu a vaiin hnongna a ni. William Miller hnena pek methodology hnongna chu hnar lian taka helna kal chhoh zelah a bul a ni a, chu chu a tawpah Adventism-in ni sarihni Sabbath hnong tura hruai thleng ang.</w:t>
      </w:r>
    </w:p>
    <w:p>
      <w:pPr>
        <w:pStyle w:val="ArticleScripture"/>
        <w:jc w:val="left"/>
      </w:pPr>
      <w:r>
        <w:rPr>
          <w:rFonts w:ascii="Times New Roman" w:hAnsi="Times New Roman" w:eastAsia="Times New Roman" w:cs="Times New Roman"/>
        </w:rPr>
        <w:t>“Ntate o na le kganano le batho ba hae ba ipolelang e le ba hae matsatsing ana a bofelo. Kgananong ena banna ba maemong a boikarabelo ba tla nka tsela e hanyetsanang ka ho toba le e ileng ea lateloa ke Nehemia. E seng feela hore bona ka bobona ba tla hlokomoloha le ho nyelisa Sabatha, empa ba tla leka ho e thibela ho ba bang ka ho e pata tlas’a matlakala a moetlo le neano. Ka likerekeng le likopanong tse khōlō tse bulehileng, basebeletsi ba tla hatisa ho batho tlhokahalo ea ho boloka letsatsi la pele la beke. Ho na le likoluoa leoatleng le naheng; ’me likoluoa tsena li tla eketseha, koluoa e ’ngoe e latela e ’ngoe haufi-ufi; ’me sehlotšoana se senyenyane sa balebeli ba Sabatha ka lebaka la letswalo se tla supoa e le bona ba tlisetsang lefatše bohale ba Molimo ka lebaka la ho se hlomphe ha bona Sontaha.”</w:t>
      </w:r>
    </w:p>
    <w:p>
      <w:pPr>
        <w:pStyle w:val="ArticleScripture"/>
        <w:jc w:val="left"/>
      </w:pPr>
      <w:r>
        <w:rPr>
          <w:rFonts w:ascii="Times New Roman" w:hAnsi="Times New Roman" w:eastAsia="Times New Roman" w:cs="Times New Roman"/>
        </w:rPr>
        <w:t>“Setan mendesak kepalsuan ini supaya ia dapat menawan dunia. Inilah rencananya untuk memaksa manusia menerima kesesatan. Ia mengambil bagian yang aktif dalam penyebarluasan semua agama palsu, dan tidak akan berhenti pada apa pun juga dalam usahanya untuk memberlakukan ajaran-ajaran yang keliru. Di balik jubah semangat keagamaan, manusia, yang dipengaruhi oleh rohnya, telah menciptakan siksaan-siksaan yang paling kejam bagi sesama mereka, dan telah menimpakan penderitaan yang paling mengerikan atas mereka. Setan dan para agennya masih memiliki roh yang sama; dan sejarah masa lampau akan terulang kembali pada zaman kita.</w:t>
      </w:r>
    </w:p>
    <w:p>
      <w:pPr>
        <w:pStyle w:val="ArticleScripture"/>
        <w:jc w:val="left"/>
      </w:pPr>
      <w:r>
        <w:rPr>
          <w:rFonts w:ascii="Times New Roman" w:hAnsi="Times New Roman" w:eastAsia="Times New Roman" w:cs="Times New Roman"/>
        </w:rPr>
        <w:t>“Tewnes n irue ar me rri ubongel me le ngar a beluulechad, el mo mesisiich er a rokui el metik el meriil; me er a kmal klou el ngalekes a rengrir, a rechedal me a ureor er a ngii el diak el ungil. A tekoi er a rengrir a di mle self-deceived. A rechedal a miltechei er a ungil el klou el ngalek a Dios me a sebechel el rullii el mo olengit, me er a delal a uchul a rechedal a omes er a beluulechad me a rengrir el mo ungil. A Rubak a mo lechub e ngii a mengullii a rengrir el meketmokl, el mo omtechei a sebek el ngar er a rengrir, el mo oureor er a ungil me a omeruul el rubak el mo ngii a ultaoch el omesubed er tir. Ngii a mo melekoi el ngii a mo mengainges er a mo medengelii a omengullii er a ngklel a llechul, er a rechedal el oureor er a beluulechad el melemalt er a rechad el melemolem er a klebesei. A rechedal a mo melemalt er a ta el sebechel el chetengakl el klemedengei el melemolem er a cheldebechel el chilsechakl er a rechad el milruk el mlo omesisiich er a Christ; a cheldecheduch me a state a mo omtechei er a ta el ngelsuub el cheldebechel el melemalt.”</w:t>
      </w:r>
    </w:p>
    <w:p>
      <w:pPr>
        <w:pStyle w:val="ArticleScripture"/>
        <w:jc w:val="left"/>
      </w:pPr>
      <w:r>
        <w:rPr>
          <w:rFonts w:ascii="Times New Roman" w:hAnsi="Times New Roman" w:eastAsia="Times New Roman" w:cs="Times New Roman"/>
        </w:rPr>
        <w:t>“Gereja masa kini telah mengikuti jejak orang-orang Yahudi zaman dahulu, yang mengesampingkan perintah-perintah Allah demi tradisi mereka sendiri. Ia telah mengubah ketetapan, melanggar perjanjian yang kekal, dan sekarang, seperti pada waktu itu, kesombongan, ketidakpercayaan, dan kemurtadan adalah hasilnya. Keadaannya yang sebenarnya dinyatakan dalam kata-kata dari nyanyian Musa ini: ‘Mereka telah berlaku busuk terhadap Dia, mereka tidak lagi anak-anak-Nya, cela mereka itu adalah cela yang menodai mereka; mereka adalah angkatan yang bengkok dan belat-belit. Demikianlah kamu membalas kepada TUHAN, hai bangsa yang bebal dan tidak bijaksana? Bukankah Ia Bapamu yang telah memperoleh engkau? Bukankah Ia yang telah menjadikan engkau dan menegakkan engkau?’” Review and Herald, 18 Maret 1884.</w:t>
      </w:r>
    </w:p>
    <w:p>
      <w:pPr>
        <w:pStyle w:val="ArticleBody"/>
        <w:jc w:val="left"/>
      </w:pPr>
      <w:r>
        <w:rPr>
          <w:rFonts w:ascii="Times New Roman" w:hAnsi="Times New Roman" w:eastAsia="Times New Roman" w:cs="Times New Roman"/>
        </w:rPr>
        <w:t>Pakanin thutaknak Adventism ih netnak cu Sunday law ah a thleng, ziangahtile Adventism cun hlanlai Israel san thuhla cu a tuahsal, cumi tikah cun “Khrih khenbetu mipi kha a norhtertu biaknak lam ih ngawlnak thlarau thotho ih thununin, biakinn le ram uknak cu hloralnak nei khatnak thotho ah an i kom ding.” Adventism ih a kaih zual vivo mi helnak cu Ezekiel bung 8 sungah a lang, khuila ah hurnak palthum le pakhat, a sang zual vivo mi abomination pali an um ih, cumi pawl cun profet lam ih 1863 ah a hramthok mi Adventism chanhrang pali kha an hmuhter. Netabik ih abomination cu Jerusalem hruaitu pawl in ni lam ah an bow down tikah a si.</w:t>
      </w:r>
    </w:p>
    <w:p>
      <w:pPr>
        <w:pStyle w:val="ArticleScripture"/>
        <w:jc w:val="left"/>
      </w:pPr>
      <w:r>
        <w:rPr>
          <w:rFonts w:ascii="Times New Roman" w:hAnsi="Times New Roman" w:eastAsia="Times New Roman" w:cs="Times New Roman"/>
        </w:rPr>
        <w:t>Maka ia membawa aku masuk ke pelataran dalam rumah TUHAN; dan sesungguhnya, di pintu bait TUHAN, di antara balai depan dan mezbah, ada kira-kira dua puluh lima orang laki-laki, membelakangi bait TUHAN dan menghadapkan muka ke timur; dan mereka sujud menyembah matahari ke arah timur. Lalu firman-Nya kepadaku: Sudahkah engkau melihat ini, hai anak manusia? Adakah perkara ringan bagi kaum Yehuda, bahwa mereka melakukan kekejian yang mereka lakukan di sini? Sebab mereka telah memenuhi negeri ini dengan kekerasan, dan kembali membangkitkan amarah-Ku; dan lihatlah, mereka mendekatkan ranting itu ke hidung mereka. Sebab itu Aku pun akan bertindak dalam murka; mata-Ku tidak akan menyayangkan, dan Aku tidak akan berbelaskasihan; sekalipun mereka berseru di telinga-Ku dengan suara nyaring, Aku tidak akan mendengarkan mereka. Yehezkiel 8:16–18.</w:t>
      </w:r>
    </w:p>
    <w:p>
      <w:pPr>
        <w:pStyle w:val="ArticleBody"/>
        <w:jc w:val="left"/>
      </w:pPr>
      <w:r>
        <w:rPr>
          <w:rFonts w:ascii="Times New Roman" w:hAnsi="Times New Roman" w:eastAsia="Times New Roman" w:cs="Times New Roman"/>
        </w:rPr>
        <w:t>Tlholo e e tlisiwang ka nako eo e supiwa mo “ureng” ya katlholo ya ga Beleshasare.</w:t>
      </w:r>
    </w:p>
    <w:p>
      <w:pPr>
        <w:pStyle w:val="ArticleScripture"/>
        <w:jc w:val="left"/>
      </w:pPr>
      <w:r>
        <w:rPr>
          <w:rFonts w:ascii="Javanese Text" w:hAnsi="Javanese Text" w:eastAsia="Javanese Text" w:cs="Javanese Text"/>
        </w:rPr>
        <w:t>ꦧꦺꦭꦱꦗ꦳ꦂ</w:t>
      </w:r>
      <w:r>
        <w:rPr>
          <w:rFonts w:ascii="Times New Roman" w:hAnsi="Times New Roman" w:eastAsia="Times New Roman" w:cs="Times New Roman"/>
        </w:rPr>
        <w:t xml:space="preserve"> </w:t>
      </w:r>
      <w:r>
        <w:rPr>
          <w:rFonts w:ascii="Javanese Text" w:hAnsi="Javanese Text" w:eastAsia="Javanese Text" w:cs="Javanese Text"/>
        </w:rPr>
        <w:t>ꦫꦗꦄ</w:t>
      </w:r>
      <w:r>
        <w:rPr>
          <w:rFonts w:ascii="Times New Roman" w:hAnsi="Times New Roman" w:eastAsia="Times New Roman" w:cs="Times New Roman"/>
        </w:rPr>
        <w:t xml:space="preserve"> </w:t>
      </w:r>
      <w:r>
        <w:rPr>
          <w:rFonts w:ascii="Javanese Text" w:hAnsi="Javanese Text" w:eastAsia="Javanese Text" w:cs="Javanese Text"/>
        </w:rPr>
        <w:t>ꦲꦤ꧀ꦢꦭꦩ꧀</w:t>
      </w:r>
      <w:r>
        <w:rPr>
          <w:rFonts w:ascii="Times New Roman" w:hAnsi="Times New Roman" w:eastAsia="Times New Roman" w:cs="Times New Roman"/>
        </w:rPr>
        <w:t xml:space="preserve"> </w:t>
      </w:r>
      <w:r>
        <w:rPr>
          <w:rFonts w:ascii="Javanese Text" w:hAnsi="Javanese Text" w:eastAsia="Javanese Text" w:cs="Javanese Text"/>
        </w:rPr>
        <w:t>ꦩꦼꦤ꧀ꦒꦣꦏ꧀ꦏꦤ꧀</w:t>
      </w:r>
      <w:r>
        <w:rPr>
          <w:rFonts w:ascii="Times New Roman" w:hAnsi="Times New Roman" w:eastAsia="Times New Roman" w:cs="Times New Roman"/>
        </w:rPr>
        <w:t xml:space="preserve"> </w:t>
      </w:r>
      <w:r>
        <w:rPr>
          <w:rFonts w:ascii="Javanese Text" w:hAnsi="Javanese Text" w:eastAsia="Javanese Text" w:cs="Javanese Text"/>
        </w:rPr>
        <w:t>ꦱꦸꦄꦠꦸ</w:t>
      </w:r>
      <w:r>
        <w:rPr>
          <w:rFonts w:ascii="Times New Roman" w:hAnsi="Times New Roman" w:eastAsia="Times New Roman" w:cs="Times New Roman"/>
        </w:rPr>
        <w:t xml:space="preserve"> </w:t>
      </w:r>
      <w:r>
        <w:rPr>
          <w:rFonts w:ascii="Javanese Text" w:hAnsi="Javanese Text" w:eastAsia="Javanese Text" w:cs="Javanese Text"/>
        </w:rPr>
        <w:t>ꦥꦼꦫꦗꦩꦸꦄꦤ꧀</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ꦧꦒꦶ</w:t>
      </w:r>
      <w:r>
        <w:rPr>
          <w:rFonts w:ascii="Times New Roman" w:hAnsi="Times New Roman" w:eastAsia="Times New Roman" w:cs="Times New Roman"/>
        </w:rPr>
        <w:t xml:space="preserve"> </w:t>
      </w:r>
      <w:r>
        <w:rPr>
          <w:rFonts w:ascii="Javanese Text" w:hAnsi="Javanese Text" w:eastAsia="Javanese Text" w:cs="Javanese Text"/>
        </w:rPr>
        <w:t>ꦱꦼꦫꦶꦧꦸ</w:t>
      </w:r>
      <w:r>
        <w:rPr>
          <w:rFonts w:ascii="Times New Roman" w:hAnsi="Times New Roman" w:eastAsia="Times New Roman" w:cs="Times New Roman"/>
        </w:rPr>
        <w:t xml:space="preserve"> </w:t>
      </w:r>
      <w:r>
        <w:rPr>
          <w:rFonts w:ascii="Javanese Text" w:hAnsi="Javanese Text" w:eastAsia="Javanese Text" w:cs="Javanese Text"/>
        </w:rPr>
        <w:t>ꦥꦼꦩꦧꦼꦱꦂꦚ꧀ꦪ</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ꦩꦶꦤꦸꦩ꧀</w:t>
      </w:r>
      <w:r>
        <w:rPr>
          <w:rFonts w:ascii="Times New Roman" w:hAnsi="Times New Roman" w:eastAsia="Times New Roman" w:cs="Times New Roman"/>
        </w:rPr>
        <w:t xml:space="preserve"> </w:t>
      </w:r>
      <w:r>
        <w:rPr>
          <w:rFonts w:ascii="Javanese Text" w:hAnsi="Javanese Text" w:eastAsia="Javanese Text" w:cs="Javanese Text"/>
        </w:rPr>
        <w:t>ꦄꦤ꧀ꦒꦸꦂ</w:t>
      </w:r>
      <w:r>
        <w:rPr>
          <w:rFonts w:ascii="Times New Roman" w:hAnsi="Times New Roman" w:eastAsia="Times New Roman" w:cs="Times New Roman"/>
        </w:rPr>
        <w:t xml:space="preserve"> </w:t>
      </w:r>
      <w:r>
        <w:rPr>
          <w:rFonts w:ascii="Javanese Text" w:hAnsi="Javanese Text" w:eastAsia="Javanese Text" w:cs="Javanese Text"/>
        </w:rPr>
        <w:t>ꦣꦶ</w:t>
      </w:r>
      <w:r>
        <w:rPr>
          <w:rFonts w:ascii="Times New Roman" w:hAnsi="Times New Roman" w:eastAsia="Times New Roman" w:cs="Times New Roman"/>
        </w:rPr>
        <w:t xml:space="preserve"> </w:t>
      </w:r>
      <w:r>
        <w:rPr>
          <w:rFonts w:ascii="Javanese Text" w:hAnsi="Javanese Text" w:eastAsia="Javanese Text" w:cs="Javanese Text"/>
        </w:rPr>
        <w:t>ꦲꦣꦥꦤ꧀</w:t>
      </w:r>
      <w:r>
        <w:rPr>
          <w:rFonts w:ascii="Times New Roman" w:hAnsi="Times New Roman" w:eastAsia="Times New Roman" w:cs="Times New Roman"/>
        </w:rPr>
        <w:t xml:space="preserve"> </w:t>
      </w:r>
      <w:r>
        <w:rPr>
          <w:rFonts w:ascii="Javanese Text" w:hAnsi="Javanese Text" w:eastAsia="Javanese Text" w:cs="Javanese Text"/>
        </w:rPr>
        <w:t>ꦱꦼꦫꦶꦧꦸ</w:t>
      </w:r>
      <w:r>
        <w:rPr>
          <w:rFonts w:ascii="Times New Roman" w:hAnsi="Times New Roman" w:eastAsia="Times New Roman" w:cs="Times New Roman"/>
        </w:rPr>
        <w:t xml:space="preserve"> </w:t>
      </w:r>
      <w:r>
        <w:rPr>
          <w:rFonts w:ascii="Javanese Text" w:hAnsi="Javanese Text" w:eastAsia="Javanese Text" w:cs="Javanese Text"/>
        </w:rPr>
        <w:t>ꦄꦺꦴꦫꦁ</w:t>
      </w:r>
      <w:r>
        <w:rPr>
          <w:rFonts w:ascii="Times New Roman" w:hAnsi="Times New Roman" w:eastAsia="Times New Roman" w:cs="Times New Roman"/>
        </w:rPr>
        <w:t xml:space="preserve"> </w:t>
      </w:r>
      <w:r>
        <w:rPr>
          <w:rFonts w:ascii="Javanese Text" w:hAnsi="Javanese Text" w:eastAsia="Javanese Text" w:cs="Javanese Text"/>
        </w:rPr>
        <w:t>ꦆꦠꦸ</w:t>
      </w:r>
      <w:r>
        <w:rPr>
          <w:rFonts w:ascii="Times New Roman" w:hAnsi="Times New Roman" w:eastAsia="Times New Roman" w:cs="Times New Roman"/>
        </w:rPr>
        <w:t xml:space="preserve">. </w:t>
      </w:r>
      <w:r>
        <w:rPr>
          <w:rFonts w:ascii="Javanese Text" w:hAnsi="Javanese Text" w:eastAsia="Javanese Text" w:cs="Javanese Text"/>
        </w:rPr>
        <w:t>ꦠꦏꦏꦭ</w:t>
      </w:r>
      <w:r>
        <w:rPr>
          <w:rFonts w:ascii="Times New Roman" w:hAnsi="Times New Roman" w:eastAsia="Times New Roman" w:cs="Times New Roman"/>
        </w:rPr>
        <w:t xml:space="preserve"> </w:t>
      </w:r>
      <w:r>
        <w:rPr>
          <w:rFonts w:ascii="Javanese Text" w:hAnsi="Javanese Text" w:eastAsia="Javanese Text" w:cs="Javanese Text"/>
        </w:rPr>
        <w:t>ꦧꦺꦭꦱꦗ꦳ꦂ</w:t>
      </w:r>
      <w:r>
        <w:rPr>
          <w:rFonts w:ascii="Times New Roman" w:hAnsi="Times New Roman" w:eastAsia="Times New Roman" w:cs="Times New Roman"/>
        </w:rPr>
        <w:t xml:space="preserve"> </w:t>
      </w:r>
      <w:r>
        <w:rPr>
          <w:rFonts w:ascii="Javanese Text" w:hAnsi="Javanese Text" w:eastAsia="Javanese Text" w:cs="Javanese Text"/>
        </w:rPr>
        <w:t>ꦩꦼꦤ꧀ꦕꦶꦥꦶ</w:t>
      </w:r>
      <w:r>
        <w:rPr>
          <w:rFonts w:ascii="Times New Roman" w:hAnsi="Times New Roman" w:eastAsia="Times New Roman" w:cs="Times New Roman"/>
        </w:rPr>
        <w:t xml:space="preserve"> </w:t>
      </w:r>
      <w:r>
        <w:rPr>
          <w:rFonts w:ascii="Javanese Text" w:hAnsi="Javanese Text" w:eastAsia="Javanese Text" w:cs="Javanese Text"/>
        </w:rPr>
        <w:t>ꦄꦤ꧀ꦒꦸꦂ</w:t>
      </w:r>
      <w:r>
        <w:rPr>
          <w:rFonts w:ascii="Times New Roman" w:hAnsi="Times New Roman" w:eastAsia="Times New Roman" w:cs="Times New Roman"/>
        </w:rPr>
        <w:t xml:space="preserve"> </w:t>
      </w:r>
      <w:r>
        <w:rPr>
          <w:rFonts w:ascii="Javanese Text" w:hAnsi="Javanese Text" w:eastAsia="Javanese Text" w:cs="Javanese Text"/>
        </w:rPr>
        <w:t>ꦆꦠꦸ</w:t>
      </w:r>
      <w:r>
        <w:rPr>
          <w:rFonts w:ascii="Times New Roman" w:hAnsi="Times New Roman" w:eastAsia="Times New Roman" w:cs="Times New Roman"/>
        </w:rPr>
        <w:t xml:space="preserve">, </w:t>
      </w:r>
      <w:r>
        <w:rPr>
          <w:rFonts w:ascii="Javanese Text" w:hAnsi="Javanese Text" w:eastAsia="Javanese Text" w:cs="Javanese Text"/>
        </w:rPr>
        <w:t>ꦆꦪ</w:t>
      </w:r>
      <w:r>
        <w:rPr>
          <w:rFonts w:ascii="Times New Roman" w:hAnsi="Times New Roman" w:eastAsia="Times New Roman" w:cs="Times New Roman"/>
        </w:rPr>
        <w:t xml:space="preserve"> </w:t>
      </w:r>
      <w:r>
        <w:rPr>
          <w:rFonts w:ascii="Javanese Text" w:hAnsi="Javanese Text" w:eastAsia="Javanese Text" w:cs="Javanese Text"/>
        </w:rPr>
        <w:t>ꦩꦼꦫꦶꦤ꧀ꦠꦲ꧀ꦏꦤ꧀</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ꦧꦼꦴꦠꦱ꧀</w:t>
      </w:r>
      <w:r>
        <w:rPr>
          <w:rFonts w:ascii="Times New Roman" w:hAnsi="Times New Roman" w:eastAsia="Times New Roman" w:cs="Times New Roman"/>
        </w:rPr>
        <w:t>-</w:t>
      </w:r>
      <w:r>
        <w:rPr>
          <w:rFonts w:ascii="Javanese Text" w:hAnsi="Javanese Text" w:eastAsia="Javanese Text" w:cs="Javanese Text"/>
        </w:rPr>
        <w:t>ꦧꦼꦴꦠꦱ꧀</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ꦥꦼꦫꦏ꧀</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ꦣꦶꦄꦩ꧀ꦧꦶꦭ꧀</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ꦄꦪꦃꦚ꧀ꦪ</w:t>
      </w:r>
      <w:r>
        <w:rPr>
          <w:rFonts w:ascii="Times New Roman" w:hAnsi="Times New Roman" w:eastAsia="Times New Roman" w:cs="Times New Roman"/>
        </w:rPr>
        <w:t xml:space="preserve"> </w:t>
      </w:r>
      <w:r>
        <w:rPr>
          <w:rFonts w:ascii="Javanese Text" w:hAnsi="Javanese Text" w:eastAsia="Javanese Text" w:cs="Javanese Text"/>
        </w:rPr>
        <w:t>ꦤꦼꦧꦸꦏꦢ꧀ꦤꦺꦱꦂ</w:t>
      </w:r>
      <w:r>
        <w:rPr>
          <w:rFonts w:ascii="Times New Roman" w:hAnsi="Times New Roman" w:eastAsia="Times New Roman" w:cs="Times New Roman"/>
        </w:rPr>
        <w:t xml:space="preserve"> </w:t>
      </w:r>
      <w:r>
        <w:rPr>
          <w:rFonts w:ascii="Javanese Text" w:hAnsi="Javanese Text" w:eastAsia="Javanese Text" w:cs="Javanese Text"/>
        </w:rPr>
        <w:t>ꦣꦫꦶ</w:t>
      </w:r>
      <w:r>
        <w:rPr>
          <w:rFonts w:ascii="Times New Roman" w:hAnsi="Times New Roman" w:eastAsia="Times New Roman" w:cs="Times New Roman"/>
        </w:rPr>
        <w:t xml:space="preserve"> </w:t>
      </w:r>
      <w:r>
        <w:rPr>
          <w:rFonts w:ascii="Javanese Text" w:hAnsi="Javanese Text" w:eastAsia="Javanese Text" w:cs="Javanese Text"/>
        </w:rPr>
        <w:t>ꦄꦺꦴꦫꦁ</w:t>
      </w:r>
      <w:r>
        <w:rPr>
          <w:rFonts w:ascii="Times New Roman" w:hAnsi="Times New Roman" w:eastAsia="Times New Roman" w:cs="Times New Roman"/>
        </w:rPr>
        <w:t xml:space="preserve"> </w:t>
      </w:r>
      <w:r>
        <w:rPr>
          <w:rFonts w:ascii="Javanese Text" w:hAnsi="Javanese Text" w:eastAsia="Javanese Text" w:cs="Javanese Text"/>
        </w:rPr>
        <w:t>ꦧꦺꦴꦠꦱ꧀</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ꦄꦣ</w:t>
      </w:r>
      <w:r>
        <w:rPr>
          <w:rFonts w:ascii="Times New Roman" w:hAnsi="Times New Roman" w:eastAsia="Times New Roman" w:cs="Times New Roman"/>
        </w:rPr>
        <w:t xml:space="preserve"> </w:t>
      </w:r>
      <w:r>
        <w:rPr>
          <w:rFonts w:ascii="Javanese Text" w:hAnsi="Javanese Text" w:eastAsia="Javanese Text" w:cs="Javanese Text"/>
        </w:rPr>
        <w:t>ꦣꦶ</w:t>
      </w:r>
      <w:r>
        <w:rPr>
          <w:rFonts w:ascii="Times New Roman" w:hAnsi="Times New Roman" w:eastAsia="Times New Roman" w:cs="Times New Roman"/>
        </w:rPr>
        <w:t xml:space="preserve"> </w:t>
      </w:r>
      <w:r>
        <w:rPr>
          <w:rFonts w:ascii="Javanese Text" w:hAnsi="Javanese Text" w:eastAsia="Javanese Text" w:cs="Javanese Text"/>
        </w:rPr>
        <w:t>ꦪꦼꦫꦸꦱꦭꦺꦩ꧀</w:t>
      </w:r>
      <w:r>
        <w:rPr>
          <w:rFonts w:ascii="Times New Roman" w:hAnsi="Times New Roman" w:eastAsia="Times New Roman" w:cs="Times New Roman"/>
        </w:rPr>
        <w:t xml:space="preserve"> </w:t>
      </w:r>
      <w:r>
        <w:rPr>
          <w:rFonts w:ascii="Javanese Text" w:hAnsi="Javanese Text" w:eastAsia="Javanese Text" w:cs="Javanese Text"/>
        </w:rPr>
        <w:t>ꦣꦶꦧꦮ</w:t>
      </w:r>
      <w:r>
        <w:rPr>
          <w:rFonts w:ascii="Times New Roman" w:hAnsi="Times New Roman" w:eastAsia="Times New Roman" w:cs="Times New Roman"/>
        </w:rPr>
        <w:t xml:space="preserve"> </w:t>
      </w:r>
      <w:r>
        <w:rPr>
          <w:rFonts w:ascii="Javanese Text" w:hAnsi="Javanese Text" w:eastAsia="Javanese Text" w:cs="Javanese Text"/>
        </w:rPr>
        <w:t>ꦩꦱꦸꦏ꧀</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ꦥꦼꦩꦧꦼꦱꦂꦚ꧀ꦪ</w:t>
      </w:r>
      <w:r>
        <w:rPr>
          <w:rFonts w:ascii="Times New Roman" w:hAnsi="Times New Roman" w:eastAsia="Times New Roman" w:cs="Times New Roman"/>
        </w:rPr>
        <w:t xml:space="preserve">, </w:t>
      </w:r>
      <w:r>
        <w:rPr>
          <w:rFonts w:ascii="Javanese Text" w:hAnsi="Javanese Text" w:eastAsia="Javanese Text" w:cs="Javanese Text"/>
        </w:rPr>
        <w:t>ꦆꦱ꧀ꦠꦿꦶ</w:t>
      </w:r>
      <w:r>
        <w:rPr>
          <w:rFonts w:ascii="Times New Roman" w:hAnsi="Times New Roman" w:eastAsia="Times New Roman" w:cs="Times New Roman"/>
        </w:rPr>
        <w:t>-</w:t>
      </w:r>
      <w:r>
        <w:rPr>
          <w:rFonts w:ascii="Javanese Text" w:hAnsi="Javanese Text" w:eastAsia="Javanese Text" w:cs="Javanese Text"/>
        </w:rPr>
        <w:t>ꦆꦱ꧀ꦠꦿꦶꦚ꧀ꦪ</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ꦱꦼꦭꦶꦂ</w:t>
      </w:r>
      <w:r>
        <w:rPr>
          <w:rFonts w:ascii="Times New Roman" w:hAnsi="Times New Roman" w:eastAsia="Times New Roman" w:cs="Times New Roman"/>
        </w:rPr>
        <w:t>-</w:t>
      </w:r>
      <w:r>
        <w:rPr>
          <w:rFonts w:ascii="Javanese Text" w:hAnsi="Javanese Text" w:eastAsia="Javanese Text" w:cs="Javanese Text"/>
        </w:rPr>
        <w:t>ꦱꦼꦭꦶꦂꦚ꧀ꦪ</w:t>
      </w:r>
      <w:r>
        <w:rPr>
          <w:rFonts w:ascii="Times New Roman" w:hAnsi="Times New Roman" w:eastAsia="Times New Roman" w:cs="Times New Roman"/>
        </w:rPr>
        <w:t xml:space="preserve">, </w:t>
      </w:r>
      <w:r>
        <w:rPr>
          <w:rFonts w:ascii="Javanese Text" w:hAnsi="Javanese Text" w:eastAsia="Javanese Text" w:cs="Javanese Text"/>
        </w:rPr>
        <w:t>ꦢꦥꦠ꧀</w:t>
      </w:r>
      <w:r>
        <w:rPr>
          <w:rFonts w:ascii="Times New Roman" w:hAnsi="Times New Roman" w:eastAsia="Times New Roman" w:cs="Times New Roman"/>
        </w:rPr>
        <w:t xml:space="preserve"> </w:t>
      </w:r>
      <w:r>
        <w:rPr>
          <w:rFonts w:ascii="Javanese Text" w:hAnsi="Javanese Text" w:eastAsia="Javanese Text" w:cs="Javanese Text"/>
        </w:rPr>
        <w:t>ꦩꦶꦤꦸꦩ꧀</w:t>
      </w:r>
      <w:r>
        <w:rPr>
          <w:rFonts w:ascii="Times New Roman" w:hAnsi="Times New Roman" w:eastAsia="Times New Roman" w:cs="Times New Roman"/>
        </w:rPr>
        <w:t xml:space="preserve"> </w:t>
      </w:r>
      <w:r>
        <w:rPr>
          <w:rFonts w:ascii="Javanese Text" w:hAnsi="Javanese Text" w:eastAsia="Javanese Text" w:cs="Javanese Text"/>
        </w:rPr>
        <w:t>ꦣꦫꦶꦥꦣꦚ꧀ꦪ</w:t>
      </w:r>
      <w:r>
        <w:rPr>
          <w:rFonts w:ascii="Times New Roman" w:hAnsi="Times New Roman" w:eastAsia="Times New Roman" w:cs="Times New Roman"/>
        </w:rPr>
        <w:t xml:space="preserve">. </w:t>
      </w:r>
      <w:r>
        <w:rPr>
          <w:rFonts w:ascii="Javanese Text" w:hAnsi="Javanese Text" w:eastAsia="Javanese Text" w:cs="Javanese Text"/>
        </w:rPr>
        <w:t>ꦏꦼꦩꦸꦢꦶꦪꦤ꧀</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ꦩꦼꦩꦧꦮ</w:t>
      </w:r>
      <w:r>
        <w:rPr>
          <w:rFonts w:ascii="Times New Roman" w:hAnsi="Times New Roman" w:eastAsia="Times New Roman" w:cs="Times New Roman"/>
        </w:rPr>
        <w:t xml:space="preserve"> </w:t>
      </w:r>
      <w:r>
        <w:rPr>
          <w:rFonts w:ascii="Javanese Text" w:hAnsi="Javanese Text" w:eastAsia="Javanese Text" w:cs="Javanese Text"/>
        </w:rPr>
        <w:t>ꦧꦼꦴꦠꦱ꧀</w:t>
      </w:r>
      <w:r>
        <w:rPr>
          <w:rFonts w:ascii="Times New Roman" w:hAnsi="Times New Roman" w:eastAsia="Times New Roman" w:cs="Times New Roman"/>
        </w:rPr>
        <w:t>-</w:t>
      </w:r>
      <w:r>
        <w:rPr>
          <w:rFonts w:ascii="Javanese Text" w:hAnsi="Javanese Text" w:eastAsia="Javanese Text" w:cs="Javanese Text"/>
        </w:rPr>
        <w:t>ꦧꦼꦴꦠꦱ꧀</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ꦣꦶꦄꦩ꧀ꦧꦶꦭ꧀</w:t>
      </w:r>
      <w:r>
        <w:rPr>
          <w:rFonts w:ascii="Times New Roman" w:hAnsi="Times New Roman" w:eastAsia="Times New Roman" w:cs="Times New Roman"/>
        </w:rPr>
        <w:t xml:space="preserve"> </w:t>
      </w:r>
      <w:r>
        <w:rPr>
          <w:rFonts w:ascii="Javanese Text" w:hAnsi="Javanese Text" w:eastAsia="Javanese Text" w:cs="Javanese Text"/>
        </w:rPr>
        <w:t>ꦣꦫꦶ</w:t>
      </w:r>
      <w:r>
        <w:rPr>
          <w:rFonts w:ascii="Times New Roman" w:hAnsi="Times New Roman" w:eastAsia="Times New Roman" w:cs="Times New Roman"/>
        </w:rPr>
        <w:t xml:space="preserve"> </w:t>
      </w:r>
      <w:r>
        <w:rPr>
          <w:rFonts w:ascii="Javanese Text" w:hAnsi="Javanese Text" w:eastAsia="Javanese Text" w:cs="Javanese Text"/>
        </w:rPr>
        <w:t>ꦄꦺꦴꦫꦁ</w:t>
      </w:r>
      <w:r>
        <w:rPr>
          <w:rFonts w:ascii="Times New Roman" w:hAnsi="Times New Roman" w:eastAsia="Times New Roman" w:cs="Times New Roman"/>
        </w:rPr>
        <w:t xml:space="preserve"> </w:t>
      </w:r>
      <w:r>
        <w:rPr>
          <w:rFonts w:ascii="Javanese Text" w:hAnsi="Javanese Text" w:eastAsia="Javanese Text" w:cs="Javanese Text"/>
        </w:rPr>
        <w:t>ꦫꦸꦩꦃ</w:t>
      </w:r>
      <w:r>
        <w:rPr>
          <w:rFonts w:ascii="Times New Roman" w:hAnsi="Times New Roman" w:eastAsia="Times New Roman" w:cs="Times New Roman"/>
        </w:rPr>
        <w:t xml:space="preserve"> </w:t>
      </w:r>
      <w:r>
        <w:rPr>
          <w:rFonts w:ascii="Javanese Text" w:hAnsi="Javanese Text" w:eastAsia="Javanese Text" w:cs="Javanese Text"/>
        </w:rPr>
        <w:t>ꦄꦭ꧀ꦭꦃ</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ꦄꦣ</w:t>
      </w:r>
      <w:r>
        <w:rPr>
          <w:rFonts w:ascii="Times New Roman" w:hAnsi="Times New Roman" w:eastAsia="Times New Roman" w:cs="Times New Roman"/>
        </w:rPr>
        <w:t xml:space="preserve"> </w:t>
      </w:r>
      <w:r>
        <w:rPr>
          <w:rFonts w:ascii="Javanese Text" w:hAnsi="Javanese Text" w:eastAsia="Javanese Text" w:cs="Javanese Text"/>
        </w:rPr>
        <w:t>ꦣꦶ</w:t>
      </w:r>
      <w:r>
        <w:rPr>
          <w:rFonts w:ascii="Times New Roman" w:hAnsi="Times New Roman" w:eastAsia="Times New Roman" w:cs="Times New Roman"/>
        </w:rPr>
        <w:t xml:space="preserve"> </w:t>
      </w:r>
      <w:r>
        <w:rPr>
          <w:rFonts w:ascii="Javanese Text" w:hAnsi="Javanese Text" w:eastAsia="Javanese Text" w:cs="Javanese Text"/>
        </w:rPr>
        <w:t>ꦪꦼꦫꦸꦱꦭꦺꦩ꧀</w:t>
      </w:r>
      <w:r>
        <w:rPr>
          <w:rFonts w:ascii="Times New Roman" w:hAnsi="Times New Roman" w:eastAsia="Times New Roman" w:cs="Times New Roman"/>
        </w:rPr>
        <w:t xml:space="preserve">; </w:t>
      </w:r>
      <w:r>
        <w:rPr>
          <w:rFonts w:ascii="Javanese Text" w:hAnsi="Javanese Text" w:eastAsia="Javanese Text" w:cs="Javanese Text"/>
        </w:rPr>
        <w:t>ꦭꦭꦸ</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ꦥꦼꦩꦧꦼꦱꦂꦚ꧀ꦪ</w:t>
      </w:r>
      <w:r>
        <w:rPr>
          <w:rFonts w:ascii="Times New Roman" w:hAnsi="Times New Roman" w:eastAsia="Times New Roman" w:cs="Times New Roman"/>
        </w:rPr>
        <w:t xml:space="preserve">, </w:t>
      </w:r>
      <w:r>
        <w:rPr>
          <w:rFonts w:ascii="Javanese Text" w:hAnsi="Javanese Text" w:eastAsia="Javanese Text" w:cs="Javanese Text"/>
        </w:rPr>
        <w:t>ꦆꦱ꧀ꦠꦿꦶ</w:t>
      </w:r>
      <w:r>
        <w:rPr>
          <w:rFonts w:ascii="Times New Roman" w:hAnsi="Times New Roman" w:eastAsia="Times New Roman" w:cs="Times New Roman"/>
        </w:rPr>
        <w:t>-</w:t>
      </w:r>
      <w:r>
        <w:rPr>
          <w:rFonts w:ascii="Javanese Text" w:hAnsi="Javanese Text" w:eastAsia="Javanese Text" w:cs="Javanese Text"/>
        </w:rPr>
        <w:t>ꦆꦱ꧀ꦠꦿꦶꦚ꧀ꦪ</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ꦱꦼꦭꦶꦂ</w:t>
      </w:r>
      <w:r>
        <w:rPr>
          <w:rFonts w:ascii="Times New Roman" w:hAnsi="Times New Roman" w:eastAsia="Times New Roman" w:cs="Times New Roman"/>
        </w:rPr>
        <w:t>-</w:t>
      </w:r>
      <w:r>
        <w:rPr>
          <w:rFonts w:ascii="Javanese Text" w:hAnsi="Javanese Text" w:eastAsia="Javanese Text" w:cs="Javanese Text"/>
        </w:rPr>
        <w:t>ꦱꦼꦭꦶꦂꦚ꧀ꦪ</w:t>
      </w:r>
      <w:r>
        <w:rPr>
          <w:rFonts w:ascii="Times New Roman" w:hAnsi="Times New Roman" w:eastAsia="Times New Roman" w:cs="Times New Roman"/>
        </w:rPr>
        <w:t xml:space="preserve">, </w:t>
      </w:r>
      <w:r>
        <w:rPr>
          <w:rFonts w:ascii="Javanese Text" w:hAnsi="Javanese Text" w:eastAsia="Javanese Text" w:cs="Javanese Text"/>
        </w:rPr>
        <w:t>ꦩꦶꦤꦸꦩ꧀</w:t>
      </w:r>
      <w:r>
        <w:rPr>
          <w:rFonts w:ascii="Times New Roman" w:hAnsi="Times New Roman" w:eastAsia="Times New Roman" w:cs="Times New Roman"/>
        </w:rPr>
        <w:t xml:space="preserve"> </w:t>
      </w:r>
      <w:r>
        <w:rPr>
          <w:rFonts w:ascii="Javanese Text" w:hAnsi="Javanese Text" w:eastAsia="Javanese Text" w:cs="Javanese Text"/>
        </w:rPr>
        <w:t>ꦣꦫꦶ</w:t>
      </w:r>
      <w:r>
        <w:rPr>
          <w:rFonts w:ascii="Times New Roman" w:hAnsi="Times New Roman" w:eastAsia="Times New Roman" w:cs="Times New Roman"/>
        </w:rPr>
        <w:t xml:space="preserve"> </w:t>
      </w:r>
      <w:r>
        <w:rPr>
          <w:rFonts w:ascii="Javanese Text" w:hAnsi="Javanese Text" w:eastAsia="Javanese Text" w:cs="Javanese Text"/>
        </w:rPr>
        <w:t>ꦧꦼꦴꦠꦱ꧀</w:t>
      </w:r>
      <w:r>
        <w:rPr>
          <w:rFonts w:ascii="Times New Roman" w:hAnsi="Times New Roman" w:eastAsia="Times New Roman" w:cs="Times New Roman"/>
        </w:rPr>
        <w:t>-</w:t>
      </w:r>
      <w:r>
        <w:rPr>
          <w:rFonts w:ascii="Javanese Text" w:hAnsi="Javanese Text" w:eastAsia="Javanese Text" w:cs="Javanese Text"/>
        </w:rPr>
        <w:t>ꦧꦼꦴꦠꦱ꧀</w:t>
      </w:r>
      <w:r>
        <w:rPr>
          <w:rFonts w:ascii="Times New Roman" w:hAnsi="Times New Roman" w:eastAsia="Times New Roman" w:cs="Times New Roman"/>
        </w:rPr>
        <w:t xml:space="preserve"> </w:t>
      </w:r>
      <w:r>
        <w:rPr>
          <w:rFonts w:ascii="Javanese Text" w:hAnsi="Javanese Text" w:eastAsia="Javanese Text" w:cs="Javanese Text"/>
        </w:rPr>
        <w:t>ꦆꦠꦸ</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ꦩꦶꦤꦸꦩ꧀</w:t>
      </w:r>
      <w:r>
        <w:rPr>
          <w:rFonts w:ascii="Times New Roman" w:hAnsi="Times New Roman" w:eastAsia="Times New Roman" w:cs="Times New Roman"/>
        </w:rPr>
        <w:t xml:space="preserve"> </w:t>
      </w:r>
      <w:r>
        <w:rPr>
          <w:rFonts w:ascii="Javanese Text" w:hAnsi="Javanese Text" w:eastAsia="Javanese Text" w:cs="Javanese Text"/>
        </w:rPr>
        <w:t>ꦄꦤ꧀ꦒꦸꦂ</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ꦩꦼꦩꦸꦗꦶ</w:t>
      </w:r>
      <w:r>
        <w:rPr>
          <w:rFonts w:ascii="Times New Roman" w:hAnsi="Times New Roman" w:eastAsia="Times New Roman" w:cs="Times New Roman"/>
        </w:rPr>
        <w:t xml:space="preserve"> </w:t>
      </w:r>
      <w:r>
        <w:rPr>
          <w:rFonts w:ascii="Javanese Text" w:hAnsi="Javanese Text" w:eastAsia="Javanese Text" w:cs="Javanese Text"/>
        </w:rPr>
        <w:t>ꦣꦺꦮ</w:t>
      </w:r>
      <w:r>
        <w:rPr>
          <w:rFonts w:ascii="Times New Roman" w:hAnsi="Times New Roman" w:eastAsia="Times New Roman" w:cs="Times New Roman"/>
        </w:rPr>
        <w:t>-</w:t>
      </w:r>
      <w:r>
        <w:rPr>
          <w:rFonts w:ascii="Javanese Text" w:hAnsi="Javanese Text" w:eastAsia="Javanese Text" w:cs="Javanese Text"/>
        </w:rPr>
        <w:t>ꦣꦺꦮ</w:t>
      </w:r>
      <w:r>
        <w:rPr>
          <w:rFonts w:ascii="Times New Roman" w:hAnsi="Times New Roman" w:eastAsia="Times New Roman" w:cs="Times New Roman"/>
        </w:rPr>
        <w:t xml:space="preserve"> </w:t>
      </w:r>
      <w:r>
        <w:rPr>
          <w:rFonts w:ascii="Javanese Text" w:hAnsi="Javanese Text" w:eastAsia="Javanese Text" w:cs="Javanese Text"/>
        </w:rPr>
        <w:t>ꦣꦫꦶ</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ꦥꦼꦫꦏ꧀</w:t>
      </w:r>
      <w:r>
        <w:rPr>
          <w:rFonts w:ascii="Times New Roman" w:hAnsi="Times New Roman" w:eastAsia="Times New Roman" w:cs="Times New Roman"/>
        </w:rPr>
        <w:t xml:space="preserve">, </w:t>
      </w:r>
      <w:r>
        <w:rPr>
          <w:rFonts w:ascii="Javanese Text" w:hAnsi="Javanese Text" w:eastAsia="Javanese Text" w:cs="Javanese Text"/>
        </w:rPr>
        <w:t>ꦠꦼꦩ꧀ꦧꦒꦒ</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ꦧꦠꦸ</w:t>
      </w:r>
      <w:r>
        <w:rPr>
          <w:rFonts w:ascii="Times New Roman" w:hAnsi="Times New Roman" w:eastAsia="Times New Roman" w:cs="Times New Roman"/>
        </w:rPr>
        <w:t xml:space="preserve">. </w:t>
      </w:r>
      <w:r>
        <w:rPr>
          <w:rFonts w:ascii="Javanese Text" w:hAnsi="Javanese Text" w:eastAsia="Javanese Text" w:cs="Javanese Text"/>
        </w:rPr>
        <w:t>ꦥꦣ</w:t>
      </w:r>
      <w:r>
        <w:rPr>
          <w:rFonts w:ascii="Times New Roman" w:hAnsi="Times New Roman" w:eastAsia="Times New Roman" w:cs="Times New Roman"/>
        </w:rPr>
        <w:t xml:space="preserve"> </w:t>
      </w:r>
      <w:r>
        <w:rPr>
          <w:rFonts w:ascii="Javanese Text" w:hAnsi="Javanese Text" w:eastAsia="Javanese Text" w:cs="Javanese Text"/>
        </w:rPr>
        <w:t>ꦗꦩ꧀</w:t>
      </w:r>
      <w:r>
        <w:rPr>
          <w:rFonts w:ascii="Times New Roman" w:hAnsi="Times New Roman" w:eastAsia="Times New Roman" w:cs="Times New Roman"/>
        </w:rPr>
        <w:t xml:space="preserve"> </w:t>
      </w:r>
      <w:r>
        <w:rPr>
          <w:rFonts w:ascii="Javanese Text" w:hAnsi="Javanese Text" w:eastAsia="Javanese Text" w:cs="Javanese Text"/>
        </w:rPr>
        <w:t>ꦆꦠꦸ</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ꦠꦩ꧀ꦥꦏ꧀</w:t>
      </w:r>
      <w:r>
        <w:rPr>
          <w:rFonts w:ascii="Times New Roman" w:hAnsi="Times New Roman" w:eastAsia="Times New Roman" w:cs="Times New Roman"/>
        </w:rPr>
        <w:t xml:space="preserve"> </w:t>
      </w:r>
      <w:r>
        <w:rPr>
          <w:rFonts w:ascii="Javanese Text" w:hAnsi="Javanese Text" w:eastAsia="Javanese Text" w:cs="Javanese Text"/>
        </w:rPr>
        <w:t>ꦗꦫꦶ</w:t>
      </w:r>
      <w:r>
        <w:rPr>
          <w:rFonts w:ascii="Times New Roman" w:hAnsi="Times New Roman" w:eastAsia="Times New Roman" w:cs="Times New Roman"/>
        </w:rPr>
        <w:t>-</w:t>
      </w:r>
      <w:r>
        <w:rPr>
          <w:rFonts w:ascii="Javanese Text" w:hAnsi="Javanese Text" w:eastAsia="Javanese Text" w:cs="Javanese Text"/>
        </w:rPr>
        <w:t>ꦗꦫꦶ</w:t>
      </w:r>
      <w:r>
        <w:rPr>
          <w:rFonts w:ascii="Times New Roman" w:hAnsi="Times New Roman" w:eastAsia="Times New Roman" w:cs="Times New Roman"/>
        </w:rPr>
        <w:t xml:space="preserve"> </w:t>
      </w:r>
      <w:r>
        <w:rPr>
          <w:rFonts w:ascii="Javanese Text" w:hAnsi="Javanese Text" w:eastAsia="Javanese Text" w:cs="Javanese Text"/>
        </w:rPr>
        <w:t>ꦠꦁꦤ꧀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ꦩꦤꦸꦱꦶꦪ</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ꦩꦼꦤꦸꦭꦶꦱ꧀</w:t>
      </w:r>
      <w:r>
        <w:rPr>
          <w:rFonts w:ascii="Times New Roman" w:hAnsi="Times New Roman" w:eastAsia="Times New Roman" w:cs="Times New Roman"/>
        </w:rPr>
        <w:t xml:space="preserve"> </w:t>
      </w:r>
      <w:r>
        <w:rPr>
          <w:rFonts w:ascii="Javanese Text" w:hAnsi="Javanese Text" w:eastAsia="Javanese Text" w:cs="Javanese Text"/>
        </w:rPr>
        <w:t>ꦣꦶ</w:t>
      </w:r>
      <w:r>
        <w:rPr>
          <w:rFonts w:ascii="Times New Roman" w:hAnsi="Times New Roman" w:eastAsia="Times New Roman" w:cs="Times New Roman"/>
        </w:rPr>
        <w:t xml:space="preserve"> </w:t>
      </w:r>
      <w:r>
        <w:rPr>
          <w:rFonts w:ascii="Javanese Text" w:hAnsi="Javanese Text" w:eastAsia="Javanese Text" w:cs="Javanese Text"/>
        </w:rPr>
        <w:t>ꦲꦣꦥꦤ꧀</w:t>
      </w:r>
      <w:r>
        <w:rPr>
          <w:rFonts w:ascii="Times New Roman" w:hAnsi="Times New Roman" w:eastAsia="Times New Roman" w:cs="Times New Roman"/>
        </w:rPr>
        <w:t xml:space="preserve"> </w:t>
      </w:r>
      <w:r>
        <w:rPr>
          <w:rFonts w:ascii="Javanese Text" w:hAnsi="Javanese Text" w:eastAsia="Javanese Text" w:cs="Javanese Text"/>
        </w:rPr>
        <w:t>ꦏꦤ꧀ꦢꦶꦭ꧀</w:t>
      </w:r>
      <w:r>
        <w:rPr>
          <w:rFonts w:ascii="Times New Roman" w:hAnsi="Times New Roman" w:eastAsia="Times New Roman" w:cs="Times New Roman"/>
        </w:rPr>
        <w:t xml:space="preserve"> </w:t>
      </w:r>
      <w:r>
        <w:rPr>
          <w:rFonts w:ascii="Javanese Text" w:hAnsi="Javanese Text" w:eastAsia="Javanese Text" w:cs="Javanese Text"/>
        </w:rPr>
        <w:t>ꦥꦣ</w:t>
      </w:r>
      <w:r>
        <w:rPr>
          <w:rFonts w:ascii="Times New Roman" w:hAnsi="Times New Roman" w:eastAsia="Times New Roman" w:cs="Times New Roman"/>
        </w:rPr>
        <w:t xml:space="preserve"> </w:t>
      </w:r>
      <w:r>
        <w:rPr>
          <w:rFonts w:ascii="Javanese Text" w:hAnsi="Javanese Text" w:eastAsia="Javanese Text" w:cs="Javanese Text"/>
        </w:rPr>
        <w:t>ꦥꦭꦱ꧀ꦠꦼꦂ</w:t>
      </w:r>
      <w:r>
        <w:rPr>
          <w:rFonts w:ascii="Times New Roman" w:hAnsi="Times New Roman" w:eastAsia="Times New Roman" w:cs="Times New Roman"/>
        </w:rPr>
        <w:t xml:space="preserve"> </w:t>
      </w:r>
      <w:r>
        <w:rPr>
          <w:rFonts w:ascii="Javanese Text" w:hAnsi="Javanese Text" w:eastAsia="Javanese Text" w:cs="Javanese Text"/>
        </w:rPr>
        <w:t>ꦢꦶꦤ꧀ꦢꦶꦁ</w:t>
      </w:r>
      <w:r>
        <w:rPr>
          <w:rFonts w:ascii="Times New Roman" w:hAnsi="Times New Roman" w:eastAsia="Times New Roman" w:cs="Times New Roman"/>
        </w:rPr>
        <w:t xml:space="preserve"> </w:t>
      </w:r>
      <w:r>
        <w:rPr>
          <w:rFonts w:ascii="Javanese Text" w:hAnsi="Javanese Text" w:eastAsia="Javanese Text" w:cs="Javanese Text"/>
        </w:rPr>
        <w:t>ꦆꦱ꧀ꦠꦤ</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ꦩꦼꦭꦶꦲꦠ꧀</w:t>
      </w:r>
      <w:r>
        <w:rPr>
          <w:rFonts w:ascii="Times New Roman" w:hAnsi="Times New Roman" w:eastAsia="Times New Roman" w:cs="Times New Roman"/>
        </w:rPr>
        <w:t xml:space="preserve"> </w:t>
      </w:r>
      <w:r>
        <w:rPr>
          <w:rFonts w:ascii="Javanese Text" w:hAnsi="Javanese Text" w:eastAsia="Javanese Text" w:cs="Javanese Text"/>
        </w:rPr>
        <w:t>ꦧꦒꦶꦪꦤ꧀</w:t>
      </w:r>
      <w:r>
        <w:rPr>
          <w:rFonts w:ascii="Times New Roman" w:hAnsi="Times New Roman" w:eastAsia="Times New Roman" w:cs="Times New Roman"/>
        </w:rPr>
        <w:t xml:space="preserve"> </w:t>
      </w:r>
      <w:r>
        <w:rPr>
          <w:rFonts w:ascii="Javanese Text" w:hAnsi="Javanese Text" w:eastAsia="Javanese Text" w:cs="Javanese Text"/>
        </w:rPr>
        <w:t>ꦠꦁꦤ꧀</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ꦩꦼꦤꦸꦭꦶꦱ꧀</w:t>
      </w:r>
      <w:r>
        <w:rPr>
          <w:rFonts w:ascii="Times New Roman" w:hAnsi="Times New Roman" w:eastAsia="Times New Roman" w:cs="Times New Roman"/>
        </w:rPr>
        <w:t xml:space="preserve"> </w:t>
      </w:r>
      <w:r>
        <w:rPr>
          <w:rFonts w:ascii="Javanese Text" w:hAnsi="Javanese Text" w:eastAsia="Javanese Text" w:cs="Javanese Text"/>
        </w:rPr>
        <w:t>ꦆꦠꦸ</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ꦮꦗꦃ</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ꦧꦼꦫꦸꦧꦃ</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ꦥꦶꦏꦶꦫꦤ꧀ꦚ꧀ꦪ</w:t>
      </w:r>
      <w:r>
        <w:rPr>
          <w:rFonts w:ascii="Times New Roman" w:hAnsi="Times New Roman" w:eastAsia="Times New Roman" w:cs="Times New Roman"/>
        </w:rPr>
        <w:t xml:space="preserve"> </w:t>
      </w:r>
      <w:r>
        <w:rPr>
          <w:rFonts w:ascii="Javanese Text" w:hAnsi="Javanese Text" w:eastAsia="Javanese Text" w:cs="Javanese Text"/>
        </w:rPr>
        <w:t>ꦩꦼꦤ꧀ꦒꦒꦁꦒꦸꦚ꧀ꦪ</w:t>
      </w:r>
      <w:r>
        <w:rPr>
          <w:rFonts w:ascii="Times New Roman" w:hAnsi="Times New Roman" w:eastAsia="Times New Roman" w:cs="Times New Roman"/>
        </w:rPr>
        <w:t xml:space="preserve">, </w:t>
      </w:r>
      <w:r>
        <w:rPr>
          <w:rFonts w:ascii="Javanese Text" w:hAnsi="Javanese Text" w:eastAsia="Javanese Text" w:cs="Javanese Text"/>
        </w:rPr>
        <w:t>ꦱꦲꦶꦁꦒ</w:t>
      </w:r>
      <w:r>
        <w:rPr>
          <w:rFonts w:ascii="Times New Roman" w:hAnsi="Times New Roman" w:eastAsia="Times New Roman" w:cs="Times New Roman"/>
        </w:rPr>
        <w:t xml:space="preserve"> </w:t>
      </w:r>
      <w:r>
        <w:rPr>
          <w:rFonts w:ascii="Javanese Text" w:hAnsi="Javanese Text" w:eastAsia="Javanese Text" w:cs="Javanese Text"/>
        </w:rPr>
        <w:t>ꦱꦼꦣꦶ</w:t>
      </w:r>
      <w:r>
        <w:rPr>
          <w:rFonts w:ascii="Times New Roman" w:hAnsi="Times New Roman" w:eastAsia="Times New Roman" w:cs="Times New Roman"/>
        </w:rPr>
        <w:t>-</w:t>
      </w:r>
      <w:r>
        <w:rPr>
          <w:rFonts w:ascii="Javanese Text" w:hAnsi="Javanese Text" w:eastAsia="Javanese Text" w:cs="Javanese Text"/>
        </w:rPr>
        <w:t>ꦱꦼꦣꦶ</w:t>
      </w:r>
      <w:r>
        <w:rPr>
          <w:rFonts w:ascii="Times New Roman" w:hAnsi="Times New Roman" w:eastAsia="Times New Roman" w:cs="Times New Roman"/>
        </w:rPr>
        <w:t xml:space="preserve"> </w:t>
      </w:r>
      <w:r>
        <w:rPr>
          <w:rFonts w:ascii="Javanese Text" w:hAnsi="Javanese Text" w:eastAsia="Javanese Text" w:cs="Javanese Text"/>
        </w:rPr>
        <w:t>ꦥꦶꦁꦒꦁꦚ꧀ꦪ</w:t>
      </w:r>
      <w:r>
        <w:rPr>
          <w:rFonts w:ascii="Times New Roman" w:hAnsi="Times New Roman" w:eastAsia="Times New Roman" w:cs="Times New Roman"/>
        </w:rPr>
        <w:t xml:space="preserve"> </w:t>
      </w:r>
      <w:r>
        <w:rPr>
          <w:rFonts w:ascii="Javanese Text" w:hAnsi="Javanese Text" w:eastAsia="Javanese Text" w:cs="Javanese Text"/>
        </w:rPr>
        <w:t>ꦩꦼꦤ꧀ꦗꦣꦶ</w:t>
      </w:r>
      <w:r>
        <w:rPr>
          <w:rFonts w:ascii="Times New Roman" w:hAnsi="Times New Roman" w:eastAsia="Times New Roman" w:cs="Times New Roman"/>
        </w:rPr>
        <w:t xml:space="preserve"> </w:t>
      </w:r>
      <w:r>
        <w:rPr>
          <w:rFonts w:ascii="Javanese Text" w:hAnsi="Javanese Text" w:eastAsia="Javanese Text" w:cs="Javanese Text"/>
        </w:rPr>
        <w:t>ꦭꦼꦩꦱ꧀</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ꦭꦸꦠꦸꦠ꧀ꦚ꧀ꦪ</w:t>
      </w:r>
      <w:r>
        <w:rPr>
          <w:rFonts w:ascii="Times New Roman" w:hAnsi="Times New Roman" w:eastAsia="Times New Roman" w:cs="Times New Roman"/>
        </w:rPr>
        <w:t xml:space="preserve"> </w:t>
      </w:r>
      <w:r>
        <w:rPr>
          <w:rFonts w:ascii="Javanese Text" w:hAnsi="Javanese Text" w:eastAsia="Javanese Text" w:cs="Javanese Text"/>
        </w:rPr>
        <w:t>ꦱꦭꦶꦁ</w:t>
      </w:r>
      <w:r>
        <w:rPr>
          <w:rFonts w:ascii="Times New Roman" w:hAnsi="Times New Roman" w:eastAsia="Times New Roman" w:cs="Times New Roman"/>
        </w:rPr>
        <w:t xml:space="preserve"> </w:t>
      </w:r>
      <w:r>
        <w:rPr>
          <w:rFonts w:ascii="Javanese Text" w:hAnsi="Javanese Text" w:eastAsia="Javanese Text" w:cs="Javanese Text"/>
        </w:rPr>
        <w:t>ꦧꦼꦂꦧꦼꦤ꧀ꦠꦸꦫꦤ꧀</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ꦧꦼꦫ꧀ꦱꦼꦫꦸ</w:t>
      </w:r>
      <w:r>
        <w:rPr>
          <w:rFonts w:ascii="Times New Roman" w:hAnsi="Times New Roman" w:eastAsia="Times New Roman" w:cs="Times New Roman"/>
        </w:rPr>
        <w:t xml:space="preserve"> </w:t>
      </w:r>
      <w:r>
        <w:rPr>
          <w:rFonts w:ascii="Javanese Text" w:hAnsi="Javanese Text" w:eastAsia="Javanese Text" w:cs="Javanese Text"/>
        </w:rPr>
        <w:t>ꦢꦼꦔꦤ꧀</w:t>
      </w:r>
      <w:r>
        <w:rPr>
          <w:rFonts w:ascii="Times New Roman" w:hAnsi="Times New Roman" w:eastAsia="Times New Roman" w:cs="Times New Roman"/>
        </w:rPr>
        <w:t xml:space="preserve"> </w:t>
      </w:r>
      <w:r>
        <w:rPr>
          <w:rFonts w:ascii="Javanese Text" w:hAnsi="Javanese Text" w:eastAsia="Javanese Text" w:cs="Javanese Text"/>
        </w:rPr>
        <w:t>ꦏꦼꦫꦱ꧀</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ꦣꦶꦲꦣꦶꦂꦏꦤ꧀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ꦄꦲ꧀ꦭꦶ</w:t>
      </w:r>
      <w:r>
        <w:rPr>
          <w:rFonts w:ascii="Times New Roman" w:hAnsi="Times New Roman" w:eastAsia="Times New Roman" w:cs="Times New Roman"/>
        </w:rPr>
        <w:t xml:space="preserve"> </w:t>
      </w:r>
      <w:r>
        <w:rPr>
          <w:rFonts w:ascii="Javanese Text" w:hAnsi="Javanese Text" w:eastAsia="Javanese Text" w:cs="Javanese Text"/>
        </w:rPr>
        <w:t>ꦤꦗꦸꦩ꧀</w:t>
      </w:r>
      <w:r>
        <w:rPr>
          <w:rFonts w:ascii="Times New Roman" w:hAnsi="Times New Roman" w:eastAsia="Times New Roman" w:cs="Times New Roman"/>
        </w:rPr>
        <w:t xml:space="preserve">, </w:t>
      </w:r>
      <w:r>
        <w:rPr>
          <w:rFonts w:ascii="Javanese Text" w:hAnsi="Javanese Text" w:eastAsia="Javanese Text" w:cs="Javanese Text"/>
        </w:rPr>
        <w:t>ꦄꦺꦴꦫꦁ</w:t>
      </w:r>
      <w:r>
        <w:rPr>
          <w:rFonts w:ascii="Times New Roman" w:hAnsi="Times New Roman" w:eastAsia="Times New Roman" w:cs="Times New Roman"/>
        </w:rPr>
        <w:t>-</w:t>
      </w:r>
      <w:r>
        <w:rPr>
          <w:rFonts w:ascii="Javanese Text" w:hAnsi="Javanese Text" w:eastAsia="Javanese Text" w:cs="Javanese Text"/>
        </w:rPr>
        <w:t>ꦄꦺꦴꦫꦁ</w:t>
      </w:r>
      <w:r>
        <w:rPr>
          <w:rFonts w:ascii="Times New Roman" w:hAnsi="Times New Roman" w:eastAsia="Times New Roman" w:cs="Times New Roman"/>
        </w:rPr>
        <w:t xml:space="preserve"> </w:t>
      </w:r>
      <w:r>
        <w:rPr>
          <w:rFonts w:ascii="Javanese Text" w:hAnsi="Javanese Text" w:eastAsia="Javanese Text" w:cs="Javanese Text"/>
        </w:rPr>
        <w:t>ꦏꦭ꧀ꦢꦺꦪ</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ꦥꦼꦤꦼꦫꦏꦤ꧀</w:t>
      </w:r>
      <w:r>
        <w:rPr>
          <w:rFonts w:ascii="Times New Roman" w:hAnsi="Times New Roman" w:eastAsia="Times New Roman" w:cs="Times New Roman"/>
        </w:rPr>
        <w:t xml:space="preserve">. </w:t>
      </w:r>
      <w:r>
        <w:rPr>
          <w:rFonts w:ascii="Javanese Text" w:hAnsi="Javanese Text" w:eastAsia="Javanese Text" w:cs="Javanese Text"/>
        </w:rPr>
        <w:t>ꦭꦭꦸ</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ꦧꦼꦂꦏꦠ</w:t>
      </w:r>
      <w:r>
        <w:rPr>
          <w:rFonts w:ascii="Times New Roman" w:hAnsi="Times New Roman" w:eastAsia="Times New Roman" w:cs="Times New Roman"/>
        </w:rPr>
        <w:t xml:space="preserve">, </w:t>
      </w:r>
      <w:r>
        <w:rPr>
          <w:rFonts w:ascii="Javanese Text" w:hAnsi="Javanese Text" w:eastAsia="Javanese Text" w:cs="Javanese Text"/>
        </w:rPr>
        <w:t>ꦏꦼꦥꦣ</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ꦄꦺꦴꦫꦁ</w:t>
      </w:r>
      <w:r>
        <w:rPr>
          <w:rFonts w:ascii="Times New Roman" w:hAnsi="Times New Roman" w:eastAsia="Times New Roman" w:cs="Times New Roman"/>
        </w:rPr>
        <w:t xml:space="preserve"> </w:t>
      </w:r>
      <w:r>
        <w:rPr>
          <w:rFonts w:ascii="Javanese Text" w:hAnsi="Javanese Text" w:eastAsia="Javanese Text" w:cs="Javanese Text"/>
        </w:rPr>
        <w:t>ꦧꦶꦗꦏ꧀</w:t>
      </w:r>
      <w:r>
        <w:rPr>
          <w:rFonts w:ascii="Times New Roman" w:hAnsi="Times New Roman" w:eastAsia="Times New Roman" w:cs="Times New Roman"/>
        </w:rPr>
        <w:t xml:space="preserve"> </w:t>
      </w:r>
      <w:r>
        <w:rPr>
          <w:rFonts w:ascii="Javanese Text" w:hAnsi="Javanese Text" w:eastAsia="Javanese Text" w:cs="Javanese Text"/>
        </w:rPr>
        <w:t>ꦧꦶꦗꦏ꧀</w:t>
      </w:r>
      <w:r>
        <w:rPr>
          <w:rFonts w:ascii="Times New Roman" w:hAnsi="Times New Roman" w:eastAsia="Times New Roman" w:cs="Times New Roman"/>
        </w:rPr>
        <w:t xml:space="preserve"> </w:t>
      </w:r>
      <w:r>
        <w:rPr>
          <w:rFonts w:ascii="Javanese Text" w:hAnsi="Javanese Text" w:eastAsia="Javanese Text" w:cs="Javanese Text"/>
        </w:rPr>
        <w:t>ꦧꦔꦱꦧꦶꦭꦺꦴꦤ꧀</w:t>
      </w:r>
      <w:r>
        <w:rPr>
          <w:rFonts w:ascii="Times New Roman" w:hAnsi="Times New Roman" w:eastAsia="Times New Roman" w:cs="Times New Roman"/>
        </w:rPr>
        <w:t>, “</w:t>
      </w:r>
      <w:r>
        <w:rPr>
          <w:rFonts w:ascii="Javanese Text" w:hAnsi="Javanese Text" w:eastAsia="Javanese Text" w:cs="Javanese Text"/>
        </w:rPr>
        <w:t>ꦱꦶꦄꦥꦥꦸꦤ꧀</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ꦢꦥꦠ꧀</w:t>
      </w:r>
      <w:r>
        <w:rPr>
          <w:rFonts w:ascii="Times New Roman" w:hAnsi="Times New Roman" w:eastAsia="Times New Roman" w:cs="Times New Roman"/>
        </w:rPr>
        <w:t xml:space="preserve"> </w:t>
      </w:r>
      <w:r>
        <w:rPr>
          <w:rFonts w:ascii="Javanese Text" w:hAnsi="Javanese Text" w:eastAsia="Javanese Text" w:cs="Javanese Text"/>
        </w:rPr>
        <w:t>ꦩꦼꦩ꧀ꦧꦕ</w:t>
      </w:r>
      <w:r>
        <w:rPr>
          <w:rFonts w:ascii="Times New Roman" w:hAnsi="Times New Roman" w:eastAsia="Times New Roman" w:cs="Times New Roman"/>
        </w:rPr>
        <w:t xml:space="preserve"> </w:t>
      </w:r>
      <w:r>
        <w:rPr>
          <w:rFonts w:ascii="Javanese Text" w:hAnsi="Javanese Text" w:eastAsia="Javanese Text" w:cs="Javanese Text"/>
        </w:rPr>
        <w:t>ꦠꦸꦭꦶꦱꦤ꧀</w:t>
      </w:r>
      <w:r>
        <w:rPr>
          <w:rFonts w:ascii="Times New Roman" w:hAnsi="Times New Roman" w:eastAsia="Times New Roman" w:cs="Times New Roman"/>
        </w:rPr>
        <w:t xml:space="preserve"> </w:t>
      </w:r>
      <w:r>
        <w:rPr>
          <w:rFonts w:ascii="Javanese Text" w:hAnsi="Javanese Text" w:eastAsia="Javanese Text" w:cs="Javanese Text"/>
        </w:rPr>
        <w:t>ꦆꦤꦶ</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ꦩꦼꦤꦿꦔꦏꦤ꧀</w:t>
      </w:r>
      <w:r>
        <w:rPr>
          <w:rFonts w:ascii="Times New Roman" w:hAnsi="Times New Roman" w:eastAsia="Times New Roman" w:cs="Times New Roman"/>
        </w:rPr>
        <w:t xml:space="preserve"> </w:t>
      </w:r>
      <w:r>
        <w:rPr>
          <w:rFonts w:ascii="Javanese Text" w:hAnsi="Javanese Text" w:eastAsia="Javanese Text" w:cs="Javanese Text"/>
        </w:rPr>
        <w:t>ꦠꦥ꧀ꦱꦶꦂꦚ꧀ꦪ</w:t>
      </w:r>
      <w:r>
        <w:rPr>
          <w:rFonts w:ascii="Times New Roman" w:hAnsi="Times New Roman" w:eastAsia="Times New Roman" w:cs="Times New Roman"/>
        </w:rPr>
        <w:t xml:space="preserve"> </w:t>
      </w:r>
      <w:r>
        <w:rPr>
          <w:rFonts w:ascii="Javanese Text" w:hAnsi="Javanese Text" w:eastAsia="Javanese Text" w:cs="Javanese Text"/>
        </w:rPr>
        <w:t>ꦏꦼꦥꦣꦏꦸ</w:t>
      </w:r>
      <w:r>
        <w:rPr>
          <w:rFonts w:ascii="Times New Roman" w:hAnsi="Times New Roman" w:eastAsia="Times New Roman" w:cs="Times New Roman"/>
        </w:rPr>
        <w:t xml:space="preserve">, </w:t>
      </w:r>
      <w:r>
        <w:rPr>
          <w:rFonts w:ascii="Javanese Text" w:hAnsi="Javanese Text" w:eastAsia="Javanese Text" w:cs="Javanese Text"/>
        </w:rPr>
        <w:t>ꦆꦪ</w:t>
      </w:r>
      <w:r>
        <w:rPr>
          <w:rFonts w:ascii="Times New Roman" w:hAnsi="Times New Roman" w:eastAsia="Times New Roman" w:cs="Times New Roman"/>
        </w:rPr>
        <w:t xml:space="preserve"> </w:t>
      </w:r>
      <w:r>
        <w:rPr>
          <w:rFonts w:ascii="Javanese Text" w:hAnsi="Javanese Text" w:eastAsia="Javanese Text" w:cs="Javanese Text"/>
        </w:rPr>
        <w:t>ꦄꦏꦤ꧀</w:t>
      </w:r>
      <w:r>
        <w:rPr>
          <w:rFonts w:ascii="Times New Roman" w:hAnsi="Times New Roman" w:eastAsia="Times New Roman" w:cs="Times New Roman"/>
        </w:rPr>
        <w:t xml:space="preserve"> </w:t>
      </w:r>
      <w:r>
        <w:rPr>
          <w:rFonts w:ascii="Javanese Text" w:hAnsi="Javanese Text" w:eastAsia="Javanese Text" w:cs="Javanese Text"/>
        </w:rPr>
        <w:t>ꦣꦶꦥꦏꦻꦏꦤ꧀</w:t>
      </w:r>
      <w:r>
        <w:rPr>
          <w:rFonts w:ascii="Times New Roman" w:hAnsi="Times New Roman" w:eastAsia="Times New Roman" w:cs="Times New Roman"/>
        </w:rPr>
        <w:t xml:space="preserve"> </w:t>
      </w:r>
      <w:r>
        <w:rPr>
          <w:rFonts w:ascii="Javanese Text" w:hAnsi="Javanese Text" w:eastAsia="Javanese Text" w:cs="Javanese Text"/>
        </w:rPr>
        <w:t>ꦥꦏꦻꦪꦤ꧀</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ꦩꦼꦩꦏꦻ</w:t>
      </w:r>
      <w:r>
        <w:rPr>
          <w:rFonts w:ascii="Times New Roman" w:hAnsi="Times New Roman" w:eastAsia="Times New Roman" w:cs="Times New Roman"/>
        </w:rPr>
        <w:t xml:space="preserve"> </w:t>
      </w:r>
      <w:r>
        <w:rPr>
          <w:rFonts w:ascii="Javanese Text" w:hAnsi="Javanese Text" w:eastAsia="Javanese Text" w:cs="Javanese Text"/>
        </w:rPr>
        <w:t>ꦫꦤ꧀ꦠꦻ</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ꦣꦶ</w:t>
      </w:r>
      <w:r>
        <w:rPr>
          <w:rFonts w:ascii="Times New Roman" w:hAnsi="Times New Roman" w:eastAsia="Times New Roman" w:cs="Times New Roman"/>
        </w:rPr>
        <w:t xml:space="preserve"> </w:t>
      </w:r>
      <w:r>
        <w:rPr>
          <w:rFonts w:ascii="Javanese Text" w:hAnsi="Javanese Text" w:eastAsia="Javanese Text" w:cs="Javanese Text"/>
        </w:rPr>
        <w:t>ꦭꦺꦃꦺꦂꦚ꧀ꦪ</w:t>
      </w:r>
      <w:r>
        <w:rPr>
          <w:rFonts w:ascii="Times New Roman" w:hAnsi="Times New Roman" w:eastAsia="Times New Roman" w:cs="Times New Roman"/>
        </w:rPr>
        <w:t xml:space="preserve">, </w:t>
      </w:r>
      <w:r>
        <w:rPr>
          <w:rFonts w:ascii="Javanese Text" w:hAnsi="Javanese Text" w:eastAsia="Javanese Text" w:cs="Javanese Text"/>
        </w:rPr>
        <w:t>ꦱꦼꦫ꧀ꦠ</w:t>
      </w:r>
      <w:r>
        <w:rPr>
          <w:rFonts w:ascii="Times New Roman" w:hAnsi="Times New Roman" w:eastAsia="Times New Roman" w:cs="Times New Roman"/>
        </w:rPr>
        <w:t xml:space="preserve"> </w:t>
      </w:r>
      <w:r>
        <w:rPr>
          <w:rFonts w:ascii="Javanese Text" w:hAnsi="Javanese Text" w:eastAsia="Javanese Text" w:cs="Javanese Text"/>
        </w:rPr>
        <w:t>ꦄꦏꦤ꧀</w:t>
      </w:r>
      <w:r>
        <w:rPr>
          <w:rFonts w:ascii="Times New Roman" w:hAnsi="Times New Roman" w:eastAsia="Times New Roman" w:cs="Times New Roman"/>
        </w:rPr>
        <w:t xml:space="preserve"> </w:t>
      </w:r>
      <w:r>
        <w:rPr>
          <w:rFonts w:ascii="Javanese Text" w:hAnsi="Javanese Text" w:eastAsia="Javanese Text" w:cs="Javanese Text"/>
        </w:rPr>
        <w:t>ꦩꦼꦤ꧀ꦗꦣꦶ</w:t>
      </w:r>
      <w:r>
        <w:rPr>
          <w:rFonts w:ascii="Times New Roman" w:hAnsi="Times New Roman" w:eastAsia="Times New Roman" w:cs="Times New Roman"/>
        </w:rPr>
        <w:t xml:space="preserve"> </w:t>
      </w:r>
      <w:r>
        <w:rPr>
          <w:rFonts w:ascii="Javanese Text" w:hAnsi="Javanese Text" w:eastAsia="Javanese Text" w:cs="Javanese Text"/>
        </w:rPr>
        <w:t>ꦥꦼꦔꦸꦄꦱ</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ꦣꦶ</w:t>
      </w:r>
      <w:r>
        <w:rPr>
          <w:rFonts w:ascii="Times New Roman" w:hAnsi="Times New Roman" w:eastAsia="Times New Roman" w:cs="Times New Roman"/>
        </w:rPr>
        <w:t xml:space="preserve"> </w:t>
      </w:r>
      <w:r>
        <w:rPr>
          <w:rFonts w:ascii="Javanese Text" w:hAnsi="Javanese Text" w:eastAsia="Javanese Text" w:cs="Javanese Text"/>
        </w:rPr>
        <w:t>ꦣꦭꦩ꧀</w:t>
      </w:r>
      <w:r>
        <w:rPr>
          <w:rFonts w:ascii="Times New Roman" w:hAnsi="Times New Roman" w:eastAsia="Times New Roman" w:cs="Times New Roman"/>
        </w:rPr>
        <w:t xml:space="preserve"> </w:t>
      </w:r>
      <w:r>
        <w:rPr>
          <w:rFonts w:ascii="Javanese Text" w:hAnsi="Javanese Text" w:eastAsia="Javanese Text" w:cs="Javanese Text"/>
        </w:rPr>
        <w:t>ꦏꦫꦗꦄꦤ꧀</w:t>
      </w:r>
      <w:r>
        <w:rPr>
          <w:rFonts w:ascii="Times New Roman" w:hAnsi="Times New Roman" w:eastAsia="Times New Roman" w:cs="Times New Roman"/>
        </w:rPr>
        <w:t xml:space="preserve">.” </w:t>
      </w:r>
      <w:r>
        <w:rPr>
          <w:rFonts w:ascii="Javanese Text" w:hAnsi="Javanese Text" w:eastAsia="Javanese Text" w:cs="Javanese Text"/>
        </w:rPr>
        <w:t>ꦏꦼꦩꦸꦢꦶꦪꦤ꧀</w:t>
      </w:r>
      <w:r>
        <w:rPr>
          <w:rFonts w:ascii="Times New Roman" w:hAnsi="Times New Roman" w:eastAsia="Times New Roman" w:cs="Times New Roman"/>
        </w:rPr>
        <w:t xml:space="preserve"> </w:t>
      </w:r>
      <w:r>
        <w:rPr>
          <w:rFonts w:ascii="Javanese Text" w:hAnsi="Javanese Text" w:eastAsia="Javanese Text" w:cs="Javanese Text"/>
        </w:rPr>
        <w:t>ꦩꦱꦸꦏ꧀ꦭꦃ</w:t>
      </w:r>
      <w:r>
        <w:rPr>
          <w:rFonts w:ascii="Times New Roman" w:hAnsi="Times New Roman" w:eastAsia="Times New Roman" w:cs="Times New Roman"/>
        </w:rPr>
        <w:t xml:space="preserve"> </w:t>
      </w:r>
      <w:r>
        <w:rPr>
          <w:rFonts w:ascii="Javanese Text" w:hAnsi="Javanese Text" w:eastAsia="Javanese Text" w:cs="Javanese Text"/>
        </w:rPr>
        <w:t>ꦱꦼꦩꦸꦄ</w:t>
      </w:r>
      <w:r>
        <w:rPr>
          <w:rFonts w:ascii="Times New Roman" w:hAnsi="Times New Roman" w:eastAsia="Times New Roman" w:cs="Times New Roman"/>
        </w:rPr>
        <w:t xml:space="preserve"> </w:t>
      </w:r>
      <w:r>
        <w:rPr>
          <w:rFonts w:ascii="Javanese Text" w:hAnsi="Javanese Text" w:eastAsia="Javanese Text" w:cs="Javanese Text"/>
        </w:rPr>
        <w:t>ꦄꦺꦴꦫꦁ</w:t>
      </w:r>
      <w:r>
        <w:rPr>
          <w:rFonts w:ascii="Times New Roman" w:hAnsi="Times New Roman" w:eastAsia="Times New Roman" w:cs="Times New Roman"/>
        </w:rPr>
        <w:t xml:space="preserve"> </w:t>
      </w:r>
      <w:r>
        <w:rPr>
          <w:rFonts w:ascii="Javanese Text" w:hAnsi="Javanese Text" w:eastAsia="Javanese Text" w:cs="Javanese Text"/>
        </w:rPr>
        <w:t>ꦧꦶꦗꦏ꧀</w:t>
      </w:r>
      <w:r>
        <w:rPr>
          <w:rFonts w:ascii="Times New Roman" w:hAnsi="Times New Roman" w:eastAsia="Times New Roman" w:cs="Times New Roman"/>
        </w:rPr>
        <w:t xml:space="preserve"> </w:t>
      </w:r>
      <w:r>
        <w:rPr>
          <w:rFonts w:ascii="Javanese Text" w:hAnsi="Javanese Text" w:eastAsia="Javanese Text" w:cs="Javanese Text"/>
        </w:rPr>
        <w:t>ꦧꦶꦗꦏ꧀</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ꦤꦩꦸꦤ꧀</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ꦠꦶꦢꦏ꧀</w:t>
      </w:r>
      <w:r>
        <w:rPr>
          <w:rFonts w:ascii="Times New Roman" w:hAnsi="Times New Roman" w:eastAsia="Times New Roman" w:cs="Times New Roman"/>
        </w:rPr>
        <w:t xml:space="preserve"> </w:t>
      </w:r>
      <w:r>
        <w:rPr>
          <w:rFonts w:ascii="Javanese Text" w:hAnsi="Javanese Text" w:eastAsia="Javanese Text" w:cs="Javanese Text"/>
        </w:rPr>
        <w:t>ꦢꦥꦠ꧀</w:t>
      </w:r>
      <w:r>
        <w:rPr>
          <w:rFonts w:ascii="Times New Roman" w:hAnsi="Times New Roman" w:eastAsia="Times New Roman" w:cs="Times New Roman"/>
        </w:rPr>
        <w:t xml:space="preserve"> </w:t>
      </w:r>
      <w:r>
        <w:rPr>
          <w:rFonts w:ascii="Javanese Text" w:hAnsi="Javanese Text" w:eastAsia="Javanese Text" w:cs="Javanese Text"/>
        </w:rPr>
        <w:t>ꦩꦼꦩ꧀ꦧꦕ</w:t>
      </w:r>
      <w:r>
        <w:rPr>
          <w:rFonts w:ascii="Times New Roman" w:hAnsi="Times New Roman" w:eastAsia="Times New Roman" w:cs="Times New Roman"/>
        </w:rPr>
        <w:t xml:space="preserve"> </w:t>
      </w:r>
      <w:r>
        <w:rPr>
          <w:rFonts w:ascii="Javanese Text" w:hAnsi="Javanese Text" w:eastAsia="Javanese Text" w:cs="Javanese Text"/>
        </w:rPr>
        <w:t>ꦠꦸꦭꦶꦱꦤ꧀</w:t>
      </w:r>
      <w:r>
        <w:rPr>
          <w:rFonts w:ascii="Times New Roman" w:hAnsi="Times New Roman" w:eastAsia="Times New Roman" w:cs="Times New Roman"/>
        </w:rPr>
        <w:t xml:space="preserve"> </w:t>
      </w:r>
      <w:r>
        <w:rPr>
          <w:rFonts w:ascii="Javanese Text" w:hAnsi="Javanese Text" w:eastAsia="Javanese Text" w:cs="Javanese Text"/>
        </w:rPr>
        <w:t>ꦆꦠꦸ</w:t>
      </w:r>
      <w:r>
        <w:rPr>
          <w:rFonts w:ascii="Times New Roman" w:hAnsi="Times New Roman" w:eastAsia="Times New Roman" w:cs="Times New Roman"/>
        </w:rPr>
        <w:t xml:space="preserve">, </w:t>
      </w:r>
      <w:r>
        <w:rPr>
          <w:rFonts w:ascii="Javanese Text" w:hAnsi="Javanese Text" w:eastAsia="Javanese Text" w:cs="Javanese Text"/>
        </w:rPr>
        <w:t>ꦩꦉꦥꦸꦤ꧀</w:t>
      </w:r>
      <w:r>
        <w:rPr>
          <w:rFonts w:ascii="Times New Roman" w:hAnsi="Times New Roman" w:eastAsia="Times New Roman" w:cs="Times New Roman"/>
        </w:rPr>
        <w:t xml:space="preserve"> </w:t>
      </w:r>
      <w:r>
        <w:rPr>
          <w:rFonts w:ascii="Javanese Text" w:hAnsi="Javanese Text" w:eastAsia="Javanese Text" w:cs="Javanese Text"/>
        </w:rPr>
        <w:t>ꦩꦼꦩ꧀ꦧꦿꦶꦠꦲꦸ</w:t>
      </w:r>
      <w:r>
        <w:rPr>
          <w:rFonts w:ascii="Times New Roman" w:hAnsi="Times New Roman" w:eastAsia="Times New Roman" w:cs="Times New Roman"/>
        </w:rPr>
        <w:t xml:space="preserve"> </w:t>
      </w:r>
      <w:r>
        <w:rPr>
          <w:rFonts w:ascii="Javanese Text" w:hAnsi="Javanese Text" w:eastAsia="Javanese Text" w:cs="Javanese Text"/>
        </w:rPr>
        <w:t>ꦠꦥ꧀ꦱꦶꦂꦚ꧀ꦪ</w:t>
      </w:r>
      <w:r>
        <w:rPr>
          <w:rFonts w:ascii="Times New Roman" w:hAnsi="Times New Roman" w:eastAsia="Times New Roman" w:cs="Times New Roman"/>
        </w:rPr>
        <w:t xml:space="preserve"> </w:t>
      </w:r>
      <w:r>
        <w:rPr>
          <w:rFonts w:ascii="Javanese Text" w:hAnsi="Javanese Text" w:eastAsia="Javanese Text" w:cs="Javanese Text"/>
        </w:rPr>
        <w:t>ꦏꦼꦥꦣ</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ꦧꦺꦭꦱꦗ꦳ꦂ</w:t>
      </w:r>
      <w:r>
        <w:rPr>
          <w:rFonts w:ascii="Times New Roman" w:hAnsi="Times New Roman" w:eastAsia="Times New Roman" w:cs="Times New Roman"/>
        </w:rPr>
        <w:t xml:space="preserve"> </w:t>
      </w:r>
      <w:r>
        <w:rPr>
          <w:rFonts w:ascii="Javanese Text" w:hAnsi="Javanese Text" w:eastAsia="Javanese Text" w:cs="Javanese Text"/>
        </w:rPr>
        <w:t>ꦱꦼꦩꦏꦶꦤ꧀</w:t>
      </w:r>
      <w:r>
        <w:rPr>
          <w:rFonts w:ascii="Times New Roman" w:hAnsi="Times New Roman" w:eastAsia="Times New Roman" w:cs="Times New Roman"/>
        </w:rPr>
        <w:t xml:space="preserve"> </w:t>
      </w:r>
      <w:r>
        <w:rPr>
          <w:rFonts w:ascii="Javanese Text" w:hAnsi="Javanese Text" w:eastAsia="Javanese Text" w:cs="Javanese Text"/>
        </w:rPr>
        <w:t>ꦱꦔꦠ꧀</w:t>
      </w:r>
      <w:r>
        <w:rPr>
          <w:rFonts w:ascii="Times New Roman" w:hAnsi="Times New Roman" w:eastAsia="Times New Roman" w:cs="Times New Roman"/>
        </w:rPr>
        <w:t xml:space="preserve"> </w:t>
      </w:r>
      <w:r>
        <w:rPr>
          <w:rFonts w:ascii="Javanese Text" w:hAnsi="Javanese Text" w:eastAsia="Javanese Text" w:cs="Javanese Text"/>
        </w:rPr>
        <w:t>ꦒꦼꦭꦶꦱꦃ</w:t>
      </w:r>
      <w:r>
        <w:rPr>
          <w:rFonts w:ascii="Times New Roman" w:hAnsi="Times New Roman" w:eastAsia="Times New Roman" w:cs="Times New Roman"/>
        </w:rPr>
        <w:t xml:space="preserve">, </w:t>
      </w:r>
      <w:r>
        <w:rPr>
          <w:rFonts w:ascii="Javanese Text" w:hAnsi="Javanese Text" w:eastAsia="Javanese Text" w:cs="Javanese Text"/>
        </w:rPr>
        <w:t>ꦮꦗꦃꦚ꧀ꦪ</w:t>
      </w:r>
      <w:r>
        <w:rPr>
          <w:rFonts w:ascii="Times New Roman" w:hAnsi="Times New Roman" w:eastAsia="Times New Roman" w:cs="Times New Roman"/>
        </w:rPr>
        <w:t xml:space="preserve"> </w:t>
      </w:r>
      <w:r>
        <w:rPr>
          <w:rFonts w:ascii="Javanese Text" w:hAnsi="Javanese Text" w:eastAsia="Javanese Text" w:cs="Javanese Text"/>
        </w:rPr>
        <w:t>ꦧꦼꦫꦸꦧꦃ</w:t>
      </w:r>
      <w:r>
        <w:rPr>
          <w:rFonts w:ascii="Times New Roman" w:hAnsi="Times New Roman" w:eastAsia="Times New Roman" w:cs="Times New Roman"/>
        </w:rPr>
        <w:t xml:space="preserve">, </w:t>
      </w:r>
      <w:r>
        <w:rPr>
          <w:rFonts w:ascii="Javanese Text" w:hAnsi="Javanese Text" w:eastAsia="Javanese Text" w:cs="Javanese Text"/>
        </w:rPr>
        <w:t>ꦣꦤ꧀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ꦥꦼꦩꦧꦼꦱꦂꦚ꧀ꦪ</w:t>
      </w:r>
      <w:r>
        <w:rPr>
          <w:rFonts w:ascii="Times New Roman" w:hAnsi="Times New Roman" w:eastAsia="Times New Roman" w:cs="Times New Roman"/>
        </w:rPr>
        <w:t xml:space="preserve"> </w:t>
      </w:r>
      <w:r>
        <w:rPr>
          <w:rFonts w:ascii="Javanese Text" w:hAnsi="Javanese Text" w:eastAsia="Javanese Text" w:cs="Javanese Text"/>
        </w:rPr>
        <w:t>ꦠꦼꦫꦕꦁꦒꦸꦁ</w:t>
      </w:r>
      <w:r>
        <w:rPr>
          <w:rFonts w:ascii="Times New Roman" w:hAnsi="Times New Roman" w:eastAsia="Times New Roman" w:cs="Times New Roman"/>
        </w:rPr>
        <w:t>. Daniel 5:1–9.</w:t>
      </w:r>
    </w:p>
    <w:p>
      <w:pPr>
        <w:pStyle w:val="ArticleBody"/>
        <w:jc w:val="left"/>
      </w:pP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ម៉ោងដដែល</w:t>
      </w:r>
      <w:r>
        <w:rPr>
          <w:rFonts w:ascii="Times New Roman" w:hAnsi="Times New Roman" w:eastAsia="Times New Roman" w:cs="Times New Roman"/>
        </w:rPr>
        <w:t xml:space="preserve">» </w:t>
      </w:r>
      <w:r>
        <w:rPr>
          <w:rFonts w:ascii="Leelawadee UI" w:hAnsi="Leelawadee UI" w:eastAsia="Leelawadee UI" w:cs="Leelawadee UI"/>
        </w:rPr>
        <w:t>ដែលការជំនុំជម្រះរបស់បេលសាស្សារបានមកដល់</w:t>
      </w:r>
      <w:r>
        <w:rPr>
          <w:rFonts w:ascii="Times New Roman" w:hAnsi="Times New Roman" w:eastAsia="Times New Roman" w:cs="Times New Roman"/>
        </w:rPr>
        <w:t xml:space="preserve"> </w:t>
      </w:r>
      <w:r>
        <w:rPr>
          <w:rFonts w:ascii="Leelawadee UI" w:hAnsi="Leelawadee UI" w:eastAsia="Leelawadee UI" w:cs="Leelawadee UI"/>
        </w:rPr>
        <w:t>សាឌ្រាក់</w:t>
      </w:r>
      <w:r>
        <w:rPr>
          <w:rFonts w:ascii="Times New Roman" w:hAnsi="Times New Roman" w:eastAsia="Times New Roman" w:cs="Times New Roman"/>
        </w:rPr>
        <w:t xml:space="preserve"> </w:t>
      </w:r>
      <w:r>
        <w:rPr>
          <w:rFonts w:ascii="Leelawadee UI" w:hAnsi="Leelawadee UI" w:eastAsia="Leelawadee UI" w:cs="Leelawadee UI"/>
        </w:rPr>
        <w:t>មេសាក់</w:t>
      </w:r>
      <w:r>
        <w:rPr>
          <w:rFonts w:ascii="Times New Roman" w:hAnsi="Times New Roman" w:eastAsia="Times New Roman" w:cs="Times New Roman"/>
        </w:rPr>
        <w:t xml:space="preserve"> </w:t>
      </w:r>
      <w:r>
        <w:rPr>
          <w:rFonts w:ascii="Leelawadee UI" w:hAnsi="Leelawadee UI" w:eastAsia="Leelawadee UI" w:cs="Leelawadee UI"/>
        </w:rPr>
        <w:t>និងអាបេឌ្នេគោ</w:t>
      </w:r>
      <w:r>
        <w:rPr>
          <w:rFonts w:ascii="Times New Roman" w:hAnsi="Times New Roman" w:eastAsia="Times New Roman" w:cs="Times New Roman"/>
        </w:rPr>
        <w:t xml:space="preserve"> </w:t>
      </w:r>
      <w:r>
        <w:rPr>
          <w:rFonts w:ascii="Leelawadee UI" w:hAnsi="Leelawadee UI" w:eastAsia="Leelawadee UI" w:cs="Leelawadee UI"/>
        </w:rPr>
        <w:t>ត្រូវបានបោះចូលទៅក្នុងឡភ្លើង</w:t>
      </w:r>
      <w:r>
        <w:rPr>
          <w:rFonts w:ascii="Times New Roman" w:hAnsi="Times New Roman" w:eastAsia="Times New Roman" w:cs="Times New Roman"/>
        </w:rPr>
        <w:t xml:space="preserve"> </w:t>
      </w:r>
      <w:r>
        <w:rPr>
          <w:rFonts w:ascii="Leelawadee UI" w:hAnsi="Leelawadee UI" w:eastAsia="Leelawadee UI" w:cs="Leelawadee UI"/>
        </w:rPr>
        <w:t>ដែលបានកម្ដៅ</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ក្តៅជាងធម្មតា។</w:t>
      </w:r>
    </w:p>
    <w:p>
      <w:pPr>
        <w:pStyle w:val="ArticleScripture"/>
        <w:jc w:val="left"/>
      </w:pPr>
      <w:r>
        <w:rPr>
          <w:rFonts w:ascii="Times New Roman" w:hAnsi="Times New Roman" w:eastAsia="Times New Roman" w:cs="Times New Roman"/>
        </w:rPr>
        <w:t>A koeba ge lo iketlelitšwe gore ka nako ye le kwago modumo wa phalafala, lekolilo, harepa, sakabuthe, psalteri, le dulcimeri, le mehuta ka moka ya mmino, le we fase la rapela seswantšho se ke se dirilego; go lokile. Eupša ge le sa rapele, ka yona nako yeo le tla lahlelwa gare ga sebešo sa mollo wo o tukago; gomme Modimo yoo ke mang yo a tlago go le phološa seatleng sa ka? Shadrach, Meshach, le Abednego ba araba ba re go kgoši: Wena Nebukadinetsara, ga re nyake go go fetola tabeng ye. Ge go le bjalo, Modimo wa rena yo re mo hlankelago o na le maatla a go re phološa sebešong sa mollo wo o tukago, gomme o tla re phološa seatleng sa gago, wena kgoši. Eupša ge e se bjalo, a go tsebje go wena, wena kgoši, gore re ka se hlankele medimo ya gago, le gona re ka se rapele seswantšho sa gauta seo o se hlomilego. Ke moka Nebukadinetsara a tlala bogale, gomme ponagalo ya sefahlego sa gagwe ya fetoga kgahlanong le Shadrach, Meshach, le Abednego; ka baka leo a bolela, a laela gore ba gotetše sebešo gašupa go feta kamoo se bego se tlwaetše go gotetšwa ka gona. Daniele 3:15–19.</w:t>
      </w:r>
    </w:p>
    <w:p>
      <w:pPr>
        <w:pStyle w:val="ArticleBody"/>
        <w:jc w:val="left"/>
      </w:pPr>
      <w:r>
        <w:rPr>
          <w:rFonts w:ascii="Times New Roman" w:hAnsi="Times New Roman" w:eastAsia="Times New Roman" w:cs="Times New Roman"/>
        </w:rPr>
        <w:t>“</w:t>
      </w:r>
      <w:r>
        <w:rPr>
          <w:rFonts w:ascii="Nirmala UI" w:hAnsi="Nirmala UI" w:eastAsia="Nirmala UI" w:cs="Nirmala UI"/>
        </w:rPr>
        <w:t>ꯑꯥꯋꯥꯡ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ꯕꯦꯜꯁꯖꯔꯒꯤ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ꯁꯥꯖꯗꯨ</w:t>
      </w:r>
      <w:r>
        <w:rPr>
          <w:rFonts w:ascii="Times New Roman" w:hAnsi="Times New Roman" w:eastAsia="Times New Roman" w:cs="Times New Roman"/>
        </w:rPr>
        <w:t xml:space="preserve"> </w:t>
      </w:r>
      <w:r>
        <w:rPr>
          <w:rFonts w:ascii="Nirmala UI" w:hAnsi="Nirmala UI" w:eastAsia="Nirmala UI" w:cs="Nirmala UI"/>
        </w:rPr>
        <w:t>ꯁꯥꯗ꯭ꯔꯥꯛ</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ꯑꯕꯦꯗꯅꯦꯒꯣꯒꯤ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ꯁꯥꯖ</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ꯂꯃꯥꯏꯁꯤꯡ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ꯂꯝꯃꯤꯠ</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ꯑꯅꯤꯅꯤ</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ꯅꯣꯡꯃꯗ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ꯆꯥꯎꯗꯅ</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ꯀꯥꯎꯅꯥ</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ꯇꯥꯏꯕꯒꯤ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w:t>
      </w:r>
      <w:r>
        <w:rPr>
          <w:rFonts w:ascii="Nirmala UI" w:hAnsi="Nirmala UI" w:eastAsia="Nirmala UI" w:cs="Nirmala UI"/>
        </w:rPr>
        <w:t>ꯑꯥꯋꯥꯡ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ꯉꯪꯂꯤ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ꯕꯦꯜꯁꯖꯔꯅꯥ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ꯑꯥꯋꯥꯡ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 xml:space="preserve"> </w:t>
      </w:r>
      <w:r>
        <w:rPr>
          <w:rFonts w:ascii="Nirmala UI" w:hAnsi="Nirmala UI" w:eastAsia="Nirmala UI" w:cs="Nirmala UI"/>
        </w:rPr>
        <w:t>ꯄ꯭ꯔꯥꯅꯤ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ꯄꯤꯔꯛꯂꯤꯕ</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ꯑꯗꯨꯅꯤ।</w:t>
      </w:r>
    </w:p>
    <w:p>
      <w:pPr>
        <w:pStyle w:val="ArticleBody"/>
        <w:jc w:val="left"/>
      </w:pPr>
      <w:r>
        <w:rPr>
          <w:rFonts w:ascii="Times New Roman" w:hAnsi="Times New Roman" w:eastAsia="Times New Roman" w:cs="Times New Roman"/>
        </w:rPr>
        <w:t>Re tla tswela pele ka thuto ya rona ya kahlolo ya Belshatsare mo setlhogong se se latelang.</w:t>
      </w:r>
    </w:p>
    <w:p>
      <w:pPr>
        <w:pStyle w:val="ArticleScripture"/>
        <w:jc w:val="left"/>
      </w:pPr>
      <w:r>
        <w:rPr>
          <w:rFonts w:ascii="Times New Roman" w:hAnsi="Times New Roman" w:eastAsia="Times New Roman" w:cs="Times New Roman"/>
        </w:rPr>
        <w:t>“Ndzi karhateke ngopfu emiehleketweni mayelana ni xiyimo xa le hansi xa ku tinyiketela ka vanhu va hina. Kutani loko ndzi ehleketa hi maxangu lawa ma tivisiweke eKapernaume, ndzi ehleketa leswaku ku avanyisiwa loku tika ngopfu swinene ku ta wela lava va tivaka ntiyiso kambe va nga fambanga hi ku ya hi ntiyiso, kambe va fambile hi swikhelekhele swa ku pfurha ka vona n’wini. Emasikwini ya vusiku ndzi vulavula ni vanhu hi ndlela yo hlonipheka swinene, ndzi va kombela leswaku va vutisa mapfalo ya vona; Ndzi mani? Xana ndzi Mukreste, kumbe a ndzi yena? Xana mbilu ya mina yi pfuxetiwile? Xana tintswalo ta Xikwembu leti hundzuluxaka ti vumbile xihlawuhlawu xa mina? Xana swidyoho swa mina swi hundzukeriwile? Xana swi boxiwile? Xana swi rivaleriwile? Xana ndzi un’we na Kriste tanihi leswi yena a nga un’we na Tatana? Xana ndza venga leswi ndzi tshameke ndzi swi rhandza? Xana sweswi ndzi rhandza leswi ndzi tshameke ndzi swi venga? Xana ndzi teka swilo hinkwaswo ku nga ri nchumu loko swi fananisiwa ni ku hlawuleka ka vutivi bya Kriste Yesu? Xana ndzi titwa leswaku ndzi nhundzu leyi xaviweke ya Yesu Kriste, ni leswaku awara yin’wana ni yin’wana ndzi fanele ku tinyiketela enkonzweni wa yena?”</w:t>
      </w:r>
    </w:p>
    <w:p>
      <w:pPr>
        <w:pStyle w:val="ArticleScripture"/>
        <w:jc w:val="left"/>
      </w:pPr>
      <w:r>
        <w:rPr>
          <w:rFonts w:ascii="Times New Roman" w:hAnsi="Times New Roman" w:eastAsia="Times New Roman" w:cs="Times New Roman"/>
        </w:rPr>
        <w:t>“Kita sedang berdiri di ambang peristiwa-peristiwa besar dan khidmat. Seluruh bumi akan diterangi dengan kemuliaan Tuhan sebagaimana air menutupi saluran-saluran samudra raya. Nubuat-nubuat sedang digenapi, dan masa-masa penuh badai ada di hadapan kita. Pertikaian-pertikaian lama yang tampaknya telah lama diredakan akan dibangkitkan kembali, dan pertikaian-pertikaian baru akan muncul; yang baru dan yang lama akan bercampur, dan hal ini akan terjadi sangat segera. Malaikat-malaikat sedang menahan keempat angin itu, supaya angin-angin itu jangan bertiup, sampai pekerjaan peringatan yang telah ditetapkan itu disampaikan kepada dunia; tetapi badai sedang menghimpun kekuatannya, awan-awan sedang sarat, siap meledak atas dunia, dan bagi banyak orang hal itu akan datang seperti pencuri pada waktu malam.</w:t>
      </w:r>
    </w:p>
    <w:p>
      <w:pPr>
        <w:pStyle w:val="ArticleScripture"/>
        <w:jc w:val="left"/>
      </w:pPr>
      <w:r>
        <w:rPr>
          <w:rFonts w:ascii="Times New Roman" w:hAnsi="Times New Roman" w:eastAsia="Times New Roman" w:cs="Times New Roman"/>
        </w:rPr>
        <w:t>“Manyi bɔkɔɔ ase, na wɔannye anni bere a yɛka kyerɛɛ wɔn mfe aduonu ne aduasa a atwam no mu sɛ, wɔbɛhyɛ Kwasida so ama wiase nyinaa, na wɔbɛyɛ mmara de ahyɛ ne so a wɔadi so, na wɔahyɛ ahonim so den. Yɛrehu sɛ ɛrenya mmamu. Nea nyinaa Onyankopɔn aka afa daakye ho no bɛba mu ampa; biribiara nni hɔ a ebedi huammɔ wɔ nea ɔaka no nyinaa mu. Protestanfo nnɛ reto wɔn nsa fa amoa no so rekɔ sɔ papafo nsa mu, na wɔrehyehyɛ nkabom bi de atrɛw aguakyiri akata Homeda a ɛwɔ mmaransɛm a ɛto so anan no so; na bɔne nipa no, nea Satan hyɛɛ no nkuran ma ɔde homeda a ɛnyɛ nokware no bae, papafo ba yi no, wɔbɛma no so de no asi Onyankopɔn ananmu.”</w:t>
      </w:r>
    </w:p>
    <w:p>
      <w:pPr>
        <w:pStyle w:val="ArticleScripture"/>
        <w:jc w:val="left"/>
      </w:pPr>
      <w:r>
        <w:rPr>
          <w:rFonts w:ascii="Times New Roman" w:hAnsi="Times New Roman" w:eastAsia="Times New Roman" w:cs="Times New Roman"/>
        </w:rPr>
        <w:t>“Lefatshe lotlhe le emetswe mo go nna jaaka le lebeletse go senolwa ga ditiragalo. Matlhotlhapelo a tla senolwa mo kganetsanong e kgolo le e telele mo pusong ya Modimo mo lefatsheng. Sengwe se segolo le se se tlhomameng se tshwanetse go diragala, mme seo ka bonako jo bogolo. Fa go ka nna le tiego epe, semelo sa Modimo le setulo sa gagwe sa bogosi di tla bewa mo kotsing. Bobolokelo jwa dibetsa jwa legodimo bo butswe; lobopo lotlhe lwa Modimo le didirisiwa tsa lone di ipaakantse. Lefoko le le lengwe fela le ka buiwang ke tshiamiso, mme go tla nna le ditshupo tse di boitshegang mo lefatsheng, tsa bogale jwa Modimo. Go tla nna le mantswe le maru a legadima le dikgadima le dithoromo tsa lefatshe le tshenyo ya lobopo lotlhe. Tsamaiso nngwe le nngwe mo lobopong lwa legodimo e tshwanetse go baakanyetsa lefatshe matlhotlhapelo a magolo.”</w:t>
      </w:r>
    </w:p>
    <w:p>
      <w:pPr>
        <w:pStyle w:val="ArticleScripture"/>
        <w:jc w:val="left"/>
      </w:pPr>
      <w:r>
        <w:rPr>
          <w:rFonts w:ascii="Times New Roman" w:hAnsi="Times New Roman" w:eastAsia="Times New Roman" w:cs="Times New Roman"/>
        </w:rPr>
        <w:t>“</w:t>
      </w:r>
      <w:r>
        <w:rPr>
          <w:rFonts w:ascii="Nirmala UI" w:hAnsi="Nirmala UI" w:eastAsia="Nirmala UI" w:cs="Nirmala UI"/>
        </w:rPr>
        <w:t>ꯑꯀꯥꯟꯕ</w:t>
      </w:r>
      <w:r>
        <w:rPr>
          <w:rFonts w:ascii="Times New Roman" w:hAnsi="Times New Roman" w:eastAsia="Times New Roman" w:cs="Times New Roman"/>
        </w:rPr>
        <w:t xml:space="preserve"> </w:t>
      </w:r>
      <w:r>
        <w:rPr>
          <w:rFonts w:ascii="Nirmala UI" w:hAnsi="Nirmala UI" w:eastAsia="Nirmala UI" w:cs="Nirmala UI"/>
        </w:rPr>
        <w:t>ꯃꯌꯥꯝꯁꯤ</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ꯍꯦꯟꯒꯠꯂꯛꯄꯤ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ꯆꯥꯟꯕ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ꯃꯉꯥꯅꯤꯒꯤ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ꯁꯥꯛꯈꯤ</w:t>
      </w:r>
      <w:r>
        <w:rPr>
          <w:rFonts w:ascii="Times New Roman" w:hAnsi="Times New Roman" w:eastAsia="Times New Roman" w:cs="Times New Roman"/>
        </w:rPr>
        <w:t>—</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ꯊꯥꯎꯃꯥꯜꯁꯤ</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ꯄꯨꯡꯁꯤꯁꯤꯡꯗ</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ꯅꯥꯎꯗꯨꯅ</w:t>
      </w:r>
      <w:r>
        <w:rPr>
          <w:rFonts w:ascii="Times New Roman" w:hAnsi="Times New Roman" w:eastAsia="Times New Roman" w:cs="Times New Roman"/>
        </w:rPr>
        <w:t xml:space="preserve"> </w:t>
      </w:r>
      <w:r>
        <w:rPr>
          <w:rFonts w:ascii="Nirmala UI" w:hAnsi="Nirmala UI" w:eastAsia="Nirmala UI" w:cs="Nirmala UI"/>
        </w:rPr>
        <w:t>ꯃꯥꯡꯂꯤꯕ</w:t>
      </w:r>
      <w:r>
        <w:rPr>
          <w:rFonts w:ascii="Times New Roman" w:hAnsi="Times New Roman" w:eastAsia="Times New Roman" w:cs="Times New Roman"/>
        </w:rPr>
        <w:t xml:space="preserve"> </w:t>
      </w:r>
      <w:r>
        <w:rPr>
          <w:rFonts w:ascii="Nirmala UI" w:hAnsi="Nirmala UI" w:eastAsia="Nirmala UI" w:cs="Nirmala UI"/>
        </w:rPr>
        <w:t>ꯈꯨꯔꯨꯝꯖꯔꯤ</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ꯄꯨꯡꯁꯤ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ꯑꯐꯝ</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ꯌꯥꯕꯅ</w:t>
      </w:r>
      <w:r>
        <w:rPr>
          <w:rFonts w:ascii="Times New Roman" w:hAnsi="Times New Roman" w:eastAsia="Times New Roman" w:cs="Times New Roman"/>
        </w:rPr>
        <w:t xml:space="preserve"> </w:t>
      </w:r>
      <w:r>
        <w:rPr>
          <w:rFonts w:ascii="Nirmala UI" w:hAnsi="Nirmala UI" w:eastAsia="Nirmala UI" w:cs="Nirmala UI"/>
        </w:rPr>
        <w:t>ꯊꯥꯅꯔꯛꯄꯤ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ꯀꯥꯛꯊꯔꯛꯄꯅ</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ꯃꯉꯥꯡ</w:t>
      </w:r>
      <w:r>
        <w:rPr>
          <w:rFonts w:ascii="Times New Roman" w:hAnsi="Times New Roman" w:eastAsia="Times New Roman" w:cs="Times New Roman"/>
        </w:rPr>
        <w:t xml:space="preserve"> </w:t>
      </w:r>
      <w:r>
        <w:rPr>
          <w:rFonts w:ascii="Nirmala UI" w:hAnsi="Nirmala UI" w:eastAsia="Nirmala UI" w:cs="Nirmala UI"/>
        </w:rPr>
        <w:t>ꯃꯉꯥꯂꯣꯟꯒꯤ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ꯁꯦꯝꯁꯤꯜꯂꯝꯃꯤ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ꯃꯊꯛꯇꯒꯤ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ꯑꯣꯛꯄꯥ</w:t>
      </w:r>
      <w:r>
        <w:rPr>
          <w:rFonts w:ascii="Times New Roman" w:hAnsi="Times New Roman" w:eastAsia="Times New Roman" w:cs="Times New Roman"/>
        </w:rPr>
        <w:t xml:space="preserve"> </w:t>
      </w:r>
      <w:r>
        <w:rPr>
          <w:rFonts w:ascii="Nirmala UI" w:hAnsi="Nirmala UI" w:eastAsia="Nirmala UI" w:cs="Nirmala UI"/>
        </w:rPr>
        <w:t>ꯑꯣꯏꯗꯅ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ꯑꯁꯤꯒꯨꯝ</w:t>
      </w:r>
      <w:r>
        <w:rPr>
          <w:rFonts w:ascii="Times New Roman" w:hAnsi="Times New Roman" w:eastAsia="Times New Roman" w:cs="Times New Roman"/>
        </w:rPr>
        <w:t xml:space="preserve"> </w:t>
      </w:r>
      <w:r>
        <w:rPr>
          <w:rFonts w:ascii="Nirmala UI" w:hAnsi="Nirmala UI" w:eastAsia="Nirmala UI" w:cs="Nirmala UI"/>
        </w:rPr>
        <w:t>ꯑꯄꯥꯛꯄꯥꯃꯛ</w:t>
      </w:r>
      <w:r>
        <w:rPr>
          <w:rFonts w:ascii="Times New Roman" w:hAnsi="Times New Roman" w:eastAsia="Times New Roman" w:cs="Times New Roman"/>
        </w:rPr>
        <w:t xml:space="preserve"> </w:t>
      </w:r>
      <w:r>
        <w:rPr>
          <w:rFonts w:ascii="Nirmala UI" w:hAnsi="Nirmala UI" w:eastAsia="Nirmala UI" w:cs="Nirmala UI"/>
        </w:rPr>
        <w:t>ꯑꯄꯥꯛꯄꯗ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ꯄꯥꯞꯇ</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ꯍꯥꯞꯆꯤꯜꯂꯤ</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ꯀꯔꯤꯒꯤ</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ꯊꯧꯗꯣꯛꯄꯁꯤꯡꯗꯒꯤ</w:t>
      </w:r>
      <w:r>
        <w:rPr>
          <w:rFonts w:ascii="Times New Roman" w:hAnsi="Times New Roman" w:eastAsia="Times New Roman" w:cs="Times New Roman"/>
        </w:rPr>
        <w:t xml:space="preserve"> </w:t>
      </w:r>
      <w:r>
        <w:rPr>
          <w:rFonts w:ascii="Nirmala UI" w:hAnsi="Nirmala UI" w:eastAsia="Nirmala UI" w:cs="Nirmala UI"/>
        </w:rPr>
        <w:t>ꯎꯠꯂꯒꯥ</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ꯃꯤꯁꯤꯡꯁꯤ</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ꯈꯨꯠꯌꯦꯛ</w:t>
      </w:r>
      <w:r>
        <w:rPr>
          <w:rFonts w:ascii="Times New Roman" w:hAnsi="Times New Roman" w:eastAsia="Times New Roman" w:cs="Times New Roman"/>
        </w:rPr>
        <w:t xml:space="preserve"> </w:t>
      </w:r>
      <w:r>
        <w:rPr>
          <w:rFonts w:ascii="Nirmala UI" w:hAnsi="Nirmala UI" w:eastAsia="Nirmala UI" w:cs="Nirmala UI"/>
        </w:rPr>
        <w:t>ꯃꯁꯛꯁꯤꯡꯗ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ꯊꯥꯗꯣꯛꯀꯅꯨ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ꯏꯁ꯭ꯄꯤꯔꯤꯠꯇꯨ</w:t>
      </w:r>
      <w:r>
        <w:rPr>
          <w:rFonts w:ascii="Times New Roman" w:hAnsi="Times New Roman" w:eastAsia="Times New Roman" w:cs="Times New Roman"/>
        </w:rPr>
        <w:t xml:space="preserve"> </w:t>
      </w:r>
      <w:r>
        <w:rPr>
          <w:rFonts w:ascii="Nirmala UI" w:hAnsi="Nirmala UI" w:eastAsia="Nirmala UI" w:cs="Nirmala UI"/>
        </w:rPr>
        <w:t>ꯈꯪꯍꯟꯒꯗꯕ</w:t>
      </w:r>
      <w:r>
        <w:rPr>
          <w:rFonts w:ascii="Times New Roman" w:hAnsi="Times New Roman" w:eastAsia="Times New Roman" w:cs="Times New Roman"/>
        </w:rPr>
        <w:t xml:space="preserve">, </w:t>
      </w:r>
      <w:r>
        <w:rPr>
          <w:rFonts w:ascii="Nirmala UI" w:hAnsi="Nirmala UI" w:eastAsia="Nirmala UI" w:cs="Nirmala UI"/>
        </w:rPr>
        <w:t>ꯌꯥꯔꯣꯏꯒꯗꯕ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ꯎꯠꯊꯣꯛꯀꯗꯕ</w:t>
      </w:r>
      <w:r>
        <w:rPr>
          <w:rFonts w:ascii="Times New Roman" w:hAnsi="Times New Roman" w:eastAsia="Times New Roman" w:cs="Times New Roman"/>
        </w:rPr>
        <w:t xml:space="preserve"> </w:t>
      </w:r>
      <w:r>
        <w:rPr>
          <w:rFonts w:ascii="Nirmala UI" w:hAnsi="Nirmala UI" w:eastAsia="Nirmala UI" w:cs="Nirmala UI"/>
        </w:rPr>
        <w:t>ꯑꯣꯏꯒꯗꯕꯅ</w:t>
      </w:r>
      <w:r>
        <w:rPr>
          <w:rFonts w:ascii="Times New Roman" w:hAnsi="Times New Roman" w:eastAsia="Times New Roman" w:cs="Times New Roman"/>
        </w:rPr>
        <w:t xml:space="preserve"> </w:t>
      </w:r>
      <w:r>
        <w:rPr>
          <w:rFonts w:ascii="Nirmala UI" w:hAnsi="Nirmala UI" w:eastAsia="Nirmala UI" w:cs="Nirmala UI"/>
        </w:rPr>
        <w:t>ꯈꯪꯒꯅꯤ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ꯃꯥꯟꯄꯥꯛꯀꯤ</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ꯍꯦꯟꯒꯠꯅꯕ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ꯄꯨꯡꯁꯤꯒꯤ</w:t>
      </w:r>
      <w:r>
        <w:rPr>
          <w:rFonts w:ascii="Times New Roman" w:hAnsi="Times New Roman" w:eastAsia="Times New Roman" w:cs="Times New Roman"/>
        </w:rPr>
        <w:t xml:space="preserve"> </w:t>
      </w:r>
      <w:r>
        <w:rPr>
          <w:rFonts w:ascii="Nirmala UI" w:hAnsi="Nirmala UI" w:eastAsia="Nirmala UI" w:cs="Nirmala UI"/>
        </w:rPr>
        <w:t>ꯂꯝꯖꯦꯜ</w:t>
      </w:r>
      <w:r>
        <w:rPr>
          <w:rFonts w:ascii="Times New Roman" w:hAnsi="Times New Roman" w:eastAsia="Times New Roman" w:cs="Times New Roman"/>
        </w:rPr>
        <w:t xml:space="preserve"> </w:t>
      </w:r>
      <w:r>
        <w:rPr>
          <w:rFonts w:ascii="Nirmala UI" w:hAnsi="Nirmala UI" w:eastAsia="Nirmala UI" w:cs="Nirmala UI"/>
        </w:rPr>
        <w:t>ꯃꯄꯨꯝꯗ</w:t>
      </w:r>
      <w:r>
        <w:rPr>
          <w:rFonts w:ascii="Times New Roman" w:hAnsi="Times New Roman" w:eastAsia="Times New Roman" w:cs="Times New Roman"/>
        </w:rPr>
        <w:t>—</w:t>
      </w:r>
      <w:r>
        <w:rPr>
          <w:rFonts w:ascii="Nirmala UI" w:hAnsi="Nirmala UI" w:eastAsia="Nirmala UI" w:cs="Nirmala UI"/>
        </w:rPr>
        <w:t>ꯂꯝꯁꯥꯡꯁꯨ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ꯂꯝꯍꯥꯡꯁꯨ</w:t>
      </w:r>
      <w:r>
        <w:rPr>
          <w:rFonts w:ascii="Times New Roman" w:hAnsi="Times New Roman" w:eastAsia="Times New Roman" w:cs="Times New Roman"/>
        </w:rPr>
        <w:t>—</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ꯑꯃꯥꯔ</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ꯊꯥꯃꯣꯏꯁꯤꯡ</w:t>
      </w:r>
      <w:r>
        <w:rPr>
          <w:rFonts w:ascii="Times New Roman" w:hAnsi="Times New Roman" w:eastAsia="Times New Roman" w:cs="Times New Roman"/>
        </w:rPr>
        <w:t xml:space="preserve"> </w:t>
      </w:r>
      <w:r>
        <w:rPr>
          <w:rFonts w:ascii="Nirmala UI" w:hAnsi="Nirmala UI" w:eastAsia="Nirmala UI" w:cs="Nirmala UI"/>
        </w:rPr>
        <w:t>ꯀꯥꯅꯕꯒꯤ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ꯉꯝꯒꯅꯤ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ꯂꯩꯔꯣꯏꯕ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ꯔꯣꯛ</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ꯔꯣꯛ</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ꯑꯦꯖꯦꯁꯅꯤ</w:t>
      </w:r>
      <w:r>
        <w:rPr>
          <w:rFonts w:ascii="Times New Roman" w:hAnsi="Times New Roman" w:eastAsia="Times New Roman" w:cs="Times New Roman"/>
        </w:rPr>
        <w:t xml:space="preserve">. </w:t>
      </w:r>
      <w:r>
        <w:rPr>
          <w:rFonts w:ascii="Nirmala UI" w:hAnsi="Nirmala UI" w:eastAsia="Nirmala UI" w:cs="Nirmala UI"/>
        </w:rPr>
        <w:t>ꯔꯣꯛ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ꯁꯥꯕꯤꯕ</w:t>
      </w:r>
      <w:r>
        <w:rPr>
          <w:rFonts w:ascii="Times New Roman" w:hAnsi="Times New Roman" w:eastAsia="Times New Roman" w:cs="Times New Roman"/>
        </w:rPr>
        <w:t xml:space="preserve"> </w:t>
      </w:r>
      <w:r>
        <w:rPr>
          <w:rFonts w:ascii="Nirmala UI" w:hAnsi="Nirmala UI" w:eastAsia="Nirmala UI" w:cs="Nirmala UI"/>
        </w:rPr>
        <w:t>ꯃꯤꯈꯛ</w:t>
      </w:r>
      <w:r>
        <w:rPr>
          <w:rFonts w:ascii="Times New Roman" w:hAnsi="Times New Roman" w:eastAsia="Times New Roman" w:cs="Times New Roman"/>
        </w:rPr>
        <w:t xml:space="preserve"> </w:t>
      </w:r>
      <w:r>
        <w:rPr>
          <w:rFonts w:ascii="Nirmala UI" w:hAnsi="Nirmala UI" w:eastAsia="Nirmala UI" w:cs="Nirmala UI"/>
        </w:rPr>
        <w:t>ꯈꯛꯇꯃꯛꯇ</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ꯂꯩꯒꯅꯤ꯫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“Akpaŋŋi mɛ Yesu fɛ mli bo leŋŋmɛi, ke eba ni afii amli ni Nyɔŋmɔ tsɔ lɛ ehyɛmɔii kpakpa, ni eba ni ehyɛmɔii ni eba lɛ eba ji no mli tso, lɛ ebahe yitso kɛ kɛ lɛ nɔ lɛ tsui lɛ yɛmɔi kpakpa hewɔ. Eba ye gbɔŋmɔi lɛ, eba susumɔi ye kɛshi, ke Nyɔŋmɔ hewɔ no eba ye kpaaŋkpaaŋ. Ebahe kpaa lɛ amɛ lɛ eha no mli ni nyɛɛtsɔŋŋ lɛ. Ebahe ye amɛ ni eba baakɛ Nyɔŋmɔ ŋtsɔŋmɔ lɛ, ke ebahe kpaa lɛ eba yɛ lɛ hewɔ bo ni shikpon lɛ kɛ eba tsuiyeli ni eba hewɔgbalɛi. Amɛi akɛ lɛ be mli kɛ mli shiaji akɛi lɛ hewɔ, ke ni eha lɛ, shiaji akɛi lɛ ye gbɛi, ye yare, ke eba yitsa kɛ eba lɛ fɔ. Kɛ eha ni, hewɔtsɛmɔ kɛsaakɛ ni kɛ ji mli o, amɛ hewɔtsɛmɔ ni ye kpaaŋkpaaŋ, ni ye tsɔ tsɛmɔ ni eha mli lɛ akɛhe kɛ, ni ye tsɔ Yesu lɛ kɛ hewɔ. Wɔ yɛ nyɛ amɛshikpɔŋ lɛ, wɔba lɛ wɔjɔ lɛ wɔhe ni wɔmli lɛ yi, wɔlɛ dɔŋ, wɔlɛ tsɔ ni wɔlɛ baafɔmɔ hewɔ, ni wɔlɛ yɛ tsuɔtsuɔmɔ.”</w:t>
      </w:r>
    </w:p>
    <w:p>
      <w:pPr>
        <w:pStyle w:val="ArticleScripture"/>
        <w:jc w:val="left"/>
      </w:pPr>
      <w:r>
        <w:rPr>
          <w:rFonts w:ascii="Times New Roman" w:hAnsi="Times New Roman" w:eastAsia="Times New Roman" w:cs="Times New Roman"/>
        </w:rPr>
        <w:t>“Tumelo ye e segofaditšwego ya go boa ga bobedi ga Kriste e swanetše go bewa pele ga batho gantši, ka therešo ya yona ya boima; go lebelela go bonagala ga kgauswi ga Morena wa rena Jesu gore a tle ka letagong la gagwe, go tla dira gore dilo tša lefase di tšweletše e le lefeela le go hloka selo. Tlhompho goba phapano efe goba efe ya lefase ga e na mohola, gobane modumedi wa therešo o phela ka godimo ga lefase; dikgato tša gagwe di tšwela pele di lebile legodimong. Ke moeti le mofaladi. Boagi bja gagwe bo godimo. O kgoboketša mahlasedi a letšatši a toko ya Kriste moyeng wa gagwe, gore e tle e be seetša se se tukago le se se phadimago leswiswing la maitshwaro leo le khupeditšego lefase. Ke tumelo ye maatla gakaakang, ke kholofelo ye phelago gakaakang, ke lerato le fišegago gakaakang, ke phišego e kgethwa, e ineetšego go Modimo gakaakang ye e bonwago go yena, le phapano e kgethegilego gakaakang magareng ga gagwe le lefase! ‘Ka gona phakgamang, le rapele ka mehla, gore le balelwe go swanelwa ke go phonyokga dilo tše ka moka tše di tlago go direga, le go ema pele ga Morwa wa motho.’ ‘Ka gona phakgamang, gobane ga le tsebe gore Morena wa lena o tla ka iri efe.’ ‘Ka baka leo le lena dulang le loketše; gobane Morwa wa motho o tla ka iri ye le sa e gopolago.’ ‘Bonang, ke tla bjalo ka lehodu. Go lehlogonolo yo a phakgamago, a ba a boloka diaparo tša gagwe.’” Diphamflete,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Dua Puluh Lapan</dc:title>
  <dc:subject>Mibumbo</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