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Buku Daniel - Bilangan Tujuh Puluh Satu</w:t>
      </w:r>
    </w:p>
    <w:p>
      <w:pPr>
        <w:pStyle w:val="ArticleSubtitle"/>
        <w:jc w:val="left"/>
      </w:pPr>
      <w:r>
        <w:rPr>
          <w:rFonts w:ascii="Arial" w:hAnsi="Arial" w:eastAsia="Arial" w:cs="Arial"/>
        </w:rPr>
        <w:t>Tapis Kenabian: Menyingkap Empat Kekejian dalam Yehezkiel Pasal Delapan dan Signifikansinya pada Era Modern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2024-02-04</w:t>
      </w:r>
    </w:p>
    <w:p>
      <w:pPr>
        <w:pStyle w:val="ArticleBody"/>
        <w:jc w:val="left"/>
      </w:pPr>
      <w:r>
        <w:rPr>
          <w:rFonts w:ascii="Myanmar Text" w:hAnsi="Myanmar Text" w:eastAsia="Myanmar Text" w:cs="Myanmar Text"/>
        </w:rPr>
        <w:t>ခန့်ညားသူ</w:t>
      </w:r>
      <w:r>
        <w:rPr>
          <w:rFonts w:ascii="Times New Roman" w:hAnsi="Times New Roman" w:eastAsia="Times New Roman" w:cs="Times New Roman"/>
        </w:rPr>
        <w:t xml:space="preserve"> </w:t>
      </w:r>
      <w:r>
        <w:rPr>
          <w:rFonts w:ascii="Myanmar Text" w:hAnsi="Myanmar Text" w:eastAsia="Myanmar Text" w:cs="Myanmar Text"/>
        </w:rPr>
        <w:t>ယေဇကျေလ</w:t>
      </w:r>
      <w:r>
        <w:rPr>
          <w:rFonts w:ascii="Times New Roman" w:hAnsi="Times New Roman" w:eastAsia="Times New Roman" w:cs="Times New Roman"/>
        </w:rPr>
        <w:t xml:space="preserve"> </w:t>
      </w:r>
      <w:r>
        <w:rPr>
          <w:rFonts w:ascii="Myanmar Text" w:hAnsi="Myanmar Text" w:eastAsia="Myanmar Text" w:cs="Myanmar Text"/>
        </w:rPr>
        <w:t>အခန်း</w:t>
      </w:r>
      <w:r>
        <w:rPr>
          <w:rFonts w:ascii="Times New Roman" w:hAnsi="Times New Roman" w:eastAsia="Times New Roman" w:cs="Times New Roman"/>
        </w:rPr>
        <w:t xml:space="preserve"> </w:t>
      </w:r>
      <w:r>
        <w:rPr>
          <w:rFonts w:ascii="Myanmar Text" w:hAnsi="Myanmar Text" w:eastAsia="Myanmar Text" w:cs="Myanmar Text"/>
        </w:rPr>
        <w:t>၈</w:t>
      </w:r>
      <w:r>
        <w:rPr>
          <w:rFonts w:ascii="Times New Roman" w:hAnsi="Times New Roman" w:eastAsia="Times New Roman" w:cs="Times New Roman"/>
        </w:rPr>
        <w:t xml:space="preserve"> </w:t>
      </w:r>
      <w:r>
        <w:rPr>
          <w:rFonts w:ascii="Myanmar Text" w:hAnsi="Myanmar Text" w:eastAsia="Myanmar Text" w:cs="Myanmar Text"/>
        </w:rPr>
        <w:t>ထဲ၌</w:t>
      </w:r>
      <w:r>
        <w:rPr>
          <w:rFonts w:ascii="Times New Roman" w:hAnsi="Times New Roman" w:eastAsia="Times New Roman" w:cs="Times New Roman"/>
        </w:rPr>
        <w:t xml:space="preserve"> </w:t>
      </w:r>
      <w:r>
        <w:rPr>
          <w:rFonts w:ascii="Myanmar Text" w:hAnsi="Myanmar Text" w:eastAsia="Myanmar Text" w:cs="Myanmar Text"/>
        </w:rPr>
        <w:t>ဖော်ပြထားသော</w:t>
      </w:r>
      <w:r>
        <w:rPr>
          <w:rFonts w:ascii="Times New Roman" w:hAnsi="Times New Roman" w:eastAsia="Times New Roman" w:cs="Times New Roman"/>
        </w:rPr>
        <w:t xml:space="preserve"> </w:t>
      </w:r>
      <w:r>
        <w:rPr>
          <w:rFonts w:ascii="Myanmar Text" w:hAnsi="Myanmar Text" w:eastAsia="Myanmar Text" w:cs="Myanmar Text"/>
        </w:rPr>
        <w:t>စက်ဆုပ်ရွံရှာဖွယ်</w:t>
      </w:r>
      <w:r>
        <w:rPr>
          <w:rFonts w:ascii="Times New Roman" w:hAnsi="Times New Roman" w:eastAsia="Times New Roman" w:cs="Times New Roman"/>
        </w:rPr>
        <w:t xml:space="preserve"> </w:t>
      </w:r>
      <w:r>
        <w:rPr>
          <w:rFonts w:ascii="Myanmar Text" w:hAnsi="Myanmar Text" w:eastAsia="Myanmar Text" w:cs="Myanmar Text"/>
        </w:rPr>
        <w:t>လေးပါးသည်</w:t>
      </w:r>
      <w:r>
        <w:rPr>
          <w:rFonts w:ascii="Times New Roman" w:hAnsi="Times New Roman" w:eastAsia="Times New Roman" w:cs="Times New Roman"/>
        </w:rPr>
        <w:t xml:space="preserve"> </w:t>
      </w:r>
      <w:r>
        <w:rPr>
          <w:rFonts w:ascii="Myanmar Text" w:hAnsi="Myanmar Text" w:eastAsia="Myanmar Text" w:cs="Myanmar Text"/>
        </w:rPr>
        <w:t>ခေတ်သစ်ဣသရေလ၏</w:t>
      </w:r>
      <w:r>
        <w:rPr>
          <w:rFonts w:ascii="Times New Roman" w:hAnsi="Times New Roman" w:eastAsia="Times New Roman" w:cs="Times New Roman"/>
        </w:rPr>
        <w:t xml:space="preserve"> </w:t>
      </w:r>
      <w:r>
        <w:rPr>
          <w:rFonts w:ascii="Myanmar Text" w:hAnsi="Myanmar Text" w:eastAsia="Myanmar Text" w:cs="Myanmar Text"/>
        </w:rPr>
        <w:t>မျိုးဆက်လေးဆက်ကို</w:t>
      </w:r>
      <w:r>
        <w:rPr>
          <w:rFonts w:ascii="Times New Roman" w:hAnsi="Times New Roman" w:eastAsia="Times New Roman" w:cs="Times New Roman"/>
        </w:rPr>
        <w:t xml:space="preserve"> </w:t>
      </w:r>
      <w:r>
        <w:rPr>
          <w:rFonts w:ascii="Myanmar Text" w:hAnsi="Myanmar Text" w:eastAsia="Myanmar Text" w:cs="Myanmar Text"/>
        </w:rPr>
        <w:t>ကိုယ်စားပြုကြပြီး၊</w:t>
      </w:r>
      <w:r>
        <w:rPr>
          <w:rFonts w:ascii="Times New Roman" w:hAnsi="Times New Roman" w:eastAsia="Times New Roman" w:cs="Times New Roman"/>
        </w:rPr>
        <w:t xml:space="preserve"> </w:t>
      </w:r>
      <w:r>
        <w:rPr>
          <w:rFonts w:ascii="Myanmar Text" w:hAnsi="Myanmar Text" w:eastAsia="Myanmar Text" w:cs="Myanmar Text"/>
        </w:rPr>
        <w:t>ခေတ်သစ်ဣသရေလ၏</w:t>
      </w:r>
      <w:r>
        <w:rPr>
          <w:rFonts w:ascii="Times New Roman" w:hAnsi="Times New Roman" w:eastAsia="Times New Roman" w:cs="Times New Roman"/>
        </w:rPr>
        <w:t xml:space="preserve"> </w:t>
      </w:r>
      <w:r>
        <w:rPr>
          <w:rFonts w:ascii="Myanmar Text" w:hAnsi="Myanmar Text" w:eastAsia="Myanmar Text" w:cs="Myanmar Text"/>
        </w:rPr>
        <w:t>အစပြုခြင်းကိုလည်း</w:t>
      </w:r>
      <w:r>
        <w:rPr>
          <w:rFonts w:ascii="Times New Roman" w:hAnsi="Times New Roman" w:eastAsia="Times New Roman" w:cs="Times New Roman"/>
        </w:rPr>
        <w:t xml:space="preserve"> </w:t>
      </w:r>
      <w:r>
        <w:rPr>
          <w:rFonts w:ascii="Myanmar Text" w:hAnsi="Myanmar Text" w:eastAsia="Myanmar Text" w:cs="Myanmar Text"/>
        </w:rPr>
        <w:t>ရှေးဣသရေလ၏</w:t>
      </w:r>
      <w:r>
        <w:rPr>
          <w:rFonts w:ascii="Times New Roman" w:hAnsi="Times New Roman" w:eastAsia="Times New Roman" w:cs="Times New Roman"/>
        </w:rPr>
        <w:t xml:space="preserve"> </w:t>
      </w:r>
      <w:r>
        <w:rPr>
          <w:rFonts w:ascii="Myanmar Text" w:hAnsi="Myanmar Text" w:eastAsia="Myanmar Text" w:cs="Myanmar Text"/>
        </w:rPr>
        <w:t>အစပြုခြင်းအားဖြင့်</w:t>
      </w:r>
      <w:r>
        <w:rPr>
          <w:rFonts w:ascii="Times New Roman" w:hAnsi="Times New Roman" w:eastAsia="Times New Roman" w:cs="Times New Roman"/>
        </w:rPr>
        <w:t xml:space="preserve"> </w:t>
      </w:r>
      <w:r>
        <w:rPr>
          <w:rFonts w:ascii="Myanmar Text" w:hAnsi="Myanmar Text" w:eastAsia="Myanmar Text" w:cs="Myanmar Text"/>
        </w:rPr>
        <w:t>ပုံဆောင်ထားခဲ့သည်။</w:t>
      </w:r>
      <w:r>
        <w:rPr>
          <w:rFonts w:ascii="Times New Roman" w:hAnsi="Times New Roman" w:eastAsia="Times New Roman" w:cs="Times New Roman"/>
        </w:rPr>
        <w:t xml:space="preserve"> </w:t>
      </w:r>
      <w:r>
        <w:rPr>
          <w:rFonts w:ascii="Myanmar Text" w:hAnsi="Myanmar Text" w:eastAsia="Myanmar Text" w:cs="Myanmar Text"/>
        </w:rPr>
        <w:t>ထိုအစပြုသမိုင်း</w:t>
      </w:r>
      <w:r>
        <w:rPr>
          <w:rFonts w:ascii="Times New Roman" w:hAnsi="Times New Roman" w:eastAsia="Times New Roman" w:cs="Times New Roman"/>
        </w:rPr>
        <w:t xml:space="preserve"> </w:t>
      </w:r>
      <w:r>
        <w:rPr>
          <w:rFonts w:ascii="Myanmar Text" w:hAnsi="Myanmar Text" w:eastAsia="Myanmar Text" w:cs="Myanmar Text"/>
        </w:rPr>
        <w:t>နှစ်ရပ်စလုံးသည်</w:t>
      </w:r>
      <w:r>
        <w:rPr>
          <w:rFonts w:ascii="Times New Roman" w:hAnsi="Times New Roman" w:eastAsia="Times New Roman" w:cs="Times New Roman"/>
        </w:rPr>
        <w:t xml:space="preserve"> </w:t>
      </w:r>
      <w:r>
        <w:rPr>
          <w:rFonts w:ascii="Myanmar Text" w:hAnsi="Myanmar Text" w:eastAsia="Myanmar Text" w:cs="Myanmar Text"/>
        </w:rPr>
        <w:t>မကြာမီ</w:t>
      </w:r>
      <w:r>
        <w:rPr>
          <w:rFonts w:ascii="Times New Roman" w:hAnsi="Times New Roman" w:eastAsia="Times New Roman" w:cs="Times New Roman"/>
        </w:rPr>
        <w:t xml:space="preserve"> </w:t>
      </w:r>
      <w:r>
        <w:rPr>
          <w:rFonts w:ascii="Myanmar Text" w:hAnsi="Myanmar Text" w:eastAsia="Myanmar Text" w:cs="Myanmar Text"/>
        </w:rPr>
        <w:t>ရောက်လာမည့်</w:t>
      </w:r>
      <w:r>
        <w:rPr>
          <w:rFonts w:ascii="Times New Roman" w:hAnsi="Times New Roman" w:eastAsia="Times New Roman" w:cs="Times New Roman"/>
        </w:rPr>
        <w:t xml:space="preserve"> </w:t>
      </w:r>
      <w:r>
        <w:rPr>
          <w:rFonts w:ascii="Myanmar Text" w:hAnsi="Myanmar Text" w:eastAsia="Myanmar Text" w:cs="Myanmar Text"/>
        </w:rPr>
        <w:t>တနင်္ဂနွေနေ့ဥပဒေ၌</w:t>
      </w:r>
      <w:r>
        <w:rPr>
          <w:rFonts w:ascii="Times New Roman" w:hAnsi="Times New Roman" w:eastAsia="Times New Roman" w:cs="Times New Roman"/>
        </w:rPr>
        <w:t xml:space="preserve"> </w:t>
      </w:r>
      <w:r>
        <w:rPr>
          <w:rFonts w:ascii="Myanmar Text" w:hAnsi="Myanmar Text" w:eastAsia="Myanmar Text" w:cs="Myanmar Text"/>
        </w:rPr>
        <w:t>ခေတ်သစ်ဣသရေလ၏</w:t>
      </w:r>
      <w:r>
        <w:rPr>
          <w:rFonts w:ascii="Times New Roman" w:hAnsi="Times New Roman" w:eastAsia="Times New Roman" w:cs="Times New Roman"/>
        </w:rPr>
        <w:t xml:space="preserve"> </w:t>
      </w:r>
      <w:r>
        <w:rPr>
          <w:rFonts w:ascii="Myanmar Text" w:hAnsi="Myanmar Text" w:eastAsia="Myanmar Text" w:cs="Myanmar Text"/>
        </w:rPr>
        <w:t>အဆုံးသတ်ကို</w:t>
      </w:r>
      <w:r>
        <w:rPr>
          <w:rFonts w:ascii="Times New Roman" w:hAnsi="Times New Roman" w:eastAsia="Times New Roman" w:cs="Times New Roman"/>
        </w:rPr>
        <w:t xml:space="preserve"> </w:t>
      </w:r>
      <w:r>
        <w:rPr>
          <w:rFonts w:ascii="Myanmar Text" w:hAnsi="Myanmar Text" w:eastAsia="Myanmar Text" w:cs="Myanmar Text"/>
        </w:rPr>
        <w:t>သက်သေခံလျက်ရှိသည်။</w:t>
      </w:r>
      <w:r>
        <w:rPr>
          <w:rFonts w:ascii="Times New Roman" w:hAnsi="Times New Roman" w:eastAsia="Times New Roman" w:cs="Times New Roman"/>
        </w:rPr>
        <w:t xml:space="preserve"> </w:t>
      </w:r>
      <w:r>
        <w:rPr>
          <w:rFonts w:ascii="Myanmar Text" w:hAnsi="Myanmar Text" w:eastAsia="Myanmar Text" w:cs="Myanmar Text"/>
        </w:rPr>
        <w:t>ဣသရေလ၏</w:t>
      </w:r>
      <w:r>
        <w:rPr>
          <w:rFonts w:ascii="Times New Roman" w:hAnsi="Times New Roman" w:eastAsia="Times New Roman" w:cs="Times New Roman"/>
        </w:rPr>
        <w:t xml:space="preserve"> </w:t>
      </w:r>
      <w:r>
        <w:rPr>
          <w:rFonts w:ascii="Myanmar Text" w:hAnsi="Myanmar Text" w:eastAsia="Myanmar Text" w:cs="Myanmar Text"/>
        </w:rPr>
        <w:t>အစပြုခြင်း</w:t>
      </w:r>
      <w:r>
        <w:rPr>
          <w:rFonts w:ascii="Times New Roman" w:hAnsi="Times New Roman" w:eastAsia="Times New Roman" w:cs="Times New Roman"/>
        </w:rPr>
        <w:t xml:space="preserve"> </w:t>
      </w:r>
      <w:r>
        <w:rPr>
          <w:rFonts w:ascii="Myanmar Text" w:hAnsi="Myanmar Text" w:eastAsia="Myanmar Text" w:cs="Myanmar Text"/>
        </w:rPr>
        <w:t>နှစ်ရပ်</w:t>
      </w:r>
      <w:r>
        <w:rPr>
          <w:rFonts w:ascii="Times New Roman" w:hAnsi="Times New Roman" w:eastAsia="Times New Roman" w:cs="Times New Roman"/>
        </w:rPr>
        <w:t>—</w:t>
      </w:r>
      <w:r>
        <w:rPr>
          <w:rFonts w:ascii="Myanmar Text" w:hAnsi="Myanmar Text" w:eastAsia="Myanmar Text" w:cs="Myanmar Text"/>
        </w:rPr>
        <w:t>တစ်ရပ်မှာ</w:t>
      </w:r>
      <w:r>
        <w:rPr>
          <w:rFonts w:ascii="Times New Roman" w:hAnsi="Times New Roman" w:eastAsia="Times New Roman" w:cs="Times New Roman"/>
        </w:rPr>
        <w:t xml:space="preserve"> </w:t>
      </w:r>
      <w:r>
        <w:rPr>
          <w:rFonts w:ascii="Myanmar Text" w:hAnsi="Myanmar Text" w:eastAsia="Myanmar Text" w:cs="Myanmar Text"/>
        </w:rPr>
        <w:t>ရှေးကာလ၏</w:t>
      </w:r>
      <w:r>
        <w:rPr>
          <w:rFonts w:ascii="Times New Roman" w:hAnsi="Times New Roman" w:eastAsia="Times New Roman" w:cs="Times New Roman"/>
        </w:rPr>
        <w:t xml:space="preserve"> </w:t>
      </w:r>
      <w:r>
        <w:rPr>
          <w:rFonts w:ascii="Myanmar Text" w:hAnsi="Myanmar Text" w:eastAsia="Myanmar Text" w:cs="Myanmar Text"/>
        </w:rPr>
        <w:t>အက္ခရာအတိုင်း</w:t>
      </w:r>
      <w:r>
        <w:rPr>
          <w:rFonts w:ascii="Times New Roman" w:hAnsi="Times New Roman" w:eastAsia="Times New Roman" w:cs="Times New Roman"/>
        </w:rPr>
        <w:t xml:space="preserve"> </w:t>
      </w:r>
      <w:r>
        <w:rPr>
          <w:rFonts w:ascii="Myanmar Text" w:hAnsi="Myanmar Text" w:eastAsia="Myanmar Text" w:cs="Myanmar Text"/>
        </w:rPr>
        <w:t>အမှန်တကယ်သော</w:t>
      </w:r>
      <w:r>
        <w:rPr>
          <w:rFonts w:ascii="Times New Roman" w:hAnsi="Times New Roman" w:eastAsia="Times New Roman" w:cs="Times New Roman"/>
        </w:rPr>
        <w:t xml:space="preserve"> </w:t>
      </w:r>
      <w:r>
        <w:rPr>
          <w:rFonts w:ascii="Myanmar Text" w:hAnsi="Myanmar Text" w:eastAsia="Myanmar Text" w:cs="Myanmar Text"/>
        </w:rPr>
        <w:t>အစပြုခြင်းဖြစ်၍၊</w:t>
      </w:r>
      <w:r>
        <w:rPr>
          <w:rFonts w:ascii="Times New Roman" w:hAnsi="Times New Roman" w:eastAsia="Times New Roman" w:cs="Times New Roman"/>
        </w:rPr>
        <w:t xml:space="preserve"> </w:t>
      </w:r>
      <w:r>
        <w:rPr>
          <w:rFonts w:ascii="Myanmar Text" w:hAnsi="Myanmar Text" w:eastAsia="Myanmar Text" w:cs="Myanmar Text"/>
        </w:rPr>
        <w:t>တစ်ရပ်မှာ</w:t>
      </w:r>
      <w:r>
        <w:rPr>
          <w:rFonts w:ascii="Times New Roman" w:hAnsi="Times New Roman" w:eastAsia="Times New Roman" w:cs="Times New Roman"/>
        </w:rPr>
        <w:t xml:space="preserve"> </w:t>
      </w:r>
      <w:r>
        <w:rPr>
          <w:rFonts w:ascii="Myanmar Text" w:hAnsi="Myanmar Text" w:eastAsia="Myanmar Text" w:cs="Myanmar Text"/>
        </w:rPr>
        <w:t>ခေတ်သစ်၏</w:t>
      </w:r>
      <w:r>
        <w:rPr>
          <w:rFonts w:ascii="Times New Roman" w:hAnsi="Times New Roman" w:eastAsia="Times New Roman" w:cs="Times New Roman"/>
        </w:rPr>
        <w:t xml:space="preserve"> </w:t>
      </w:r>
      <w:r>
        <w:rPr>
          <w:rFonts w:ascii="Myanmar Text" w:hAnsi="Myanmar Text" w:eastAsia="Myanmar Text" w:cs="Myanmar Text"/>
        </w:rPr>
        <w:t>ဝိညာဉ်ရေးဆိုင်ရာ</w:t>
      </w:r>
      <w:r>
        <w:rPr>
          <w:rFonts w:ascii="Times New Roman" w:hAnsi="Times New Roman" w:eastAsia="Times New Roman" w:cs="Times New Roman"/>
        </w:rPr>
        <w:t xml:space="preserve"> </w:t>
      </w:r>
      <w:r>
        <w:rPr>
          <w:rFonts w:ascii="Myanmar Text" w:hAnsi="Myanmar Text" w:eastAsia="Myanmar Text" w:cs="Myanmar Text"/>
        </w:rPr>
        <w:t>အစပြုခြင်းဖြစ်သည်</w:t>
      </w:r>
      <w:r>
        <w:rPr>
          <w:rFonts w:ascii="Times New Roman" w:hAnsi="Times New Roman" w:eastAsia="Times New Roman" w:cs="Times New Roman"/>
        </w:rPr>
        <w:t>—</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ယုဒမှ</w:t>
      </w:r>
      <w:r>
        <w:rPr>
          <w:rFonts w:ascii="Times New Roman" w:hAnsi="Times New Roman" w:eastAsia="Times New Roman" w:cs="Times New Roman"/>
        </w:rPr>
        <w:t xml:space="preserve"> </w:t>
      </w:r>
      <w:r>
        <w:rPr>
          <w:rFonts w:ascii="Myanmar Text" w:hAnsi="Myanmar Text" w:eastAsia="Myanmar Text" w:cs="Myanmar Text"/>
        </w:rPr>
        <w:t>ခွဲထွက်သွားစဉ်</w:t>
      </w:r>
      <w:r>
        <w:rPr>
          <w:rFonts w:ascii="Times New Roman" w:hAnsi="Times New Roman" w:eastAsia="Times New Roman" w:cs="Times New Roman"/>
        </w:rPr>
        <w:t xml:space="preserve"> </w:t>
      </w:r>
      <w:r>
        <w:rPr>
          <w:rFonts w:ascii="Myanmar Text" w:hAnsi="Myanmar Text" w:eastAsia="Myanmar Text" w:cs="Myanmar Text"/>
        </w:rPr>
        <w:t>မြောက်နိုင်ငံ</w:t>
      </w:r>
      <w:r>
        <w:rPr>
          <w:rFonts w:ascii="Times New Roman" w:hAnsi="Times New Roman" w:eastAsia="Times New Roman" w:cs="Times New Roman"/>
        </w:rPr>
        <w:t xml:space="preserve"> </w:t>
      </w:r>
      <w:r>
        <w:rPr>
          <w:rFonts w:ascii="Myanmar Text" w:hAnsi="Myanmar Text" w:eastAsia="Myanmar Text" w:cs="Myanmar Text"/>
        </w:rPr>
        <w:t>ဣသရေလ၏</w:t>
      </w:r>
      <w:r>
        <w:rPr>
          <w:rFonts w:ascii="Times New Roman" w:hAnsi="Times New Roman" w:eastAsia="Times New Roman" w:cs="Times New Roman"/>
        </w:rPr>
        <w:t xml:space="preserve"> </w:t>
      </w:r>
      <w:r>
        <w:rPr>
          <w:rFonts w:ascii="Myanmar Text" w:hAnsi="Myanmar Text" w:eastAsia="Myanmar Text" w:cs="Myanmar Text"/>
        </w:rPr>
        <w:t>အစပြုသမိုင်းက</w:t>
      </w:r>
      <w:r>
        <w:rPr>
          <w:rFonts w:ascii="Times New Roman" w:hAnsi="Times New Roman" w:eastAsia="Times New Roman" w:cs="Times New Roman"/>
        </w:rPr>
        <w:t xml:space="preserve"> </w:t>
      </w:r>
      <w:r>
        <w:rPr>
          <w:rFonts w:ascii="Myanmar Text" w:hAnsi="Myanmar Text" w:eastAsia="Myanmar Text" w:cs="Myanmar Text"/>
        </w:rPr>
        <w:t>သက်သေခံထားသည်။</w:t>
      </w:r>
    </w:p>
    <w:p>
      <w:pPr>
        <w:pStyle w:val="ArticleBody"/>
        <w:jc w:val="left"/>
      </w:pPr>
      <w:r>
        <w:rPr>
          <w:rFonts w:ascii="Times New Roman" w:hAnsi="Times New Roman" w:eastAsia="Times New Roman" w:cs="Times New Roman"/>
        </w:rPr>
        <w:t>Nna ochie Israel guzobere nwa ehi ọlaedo ahụ, ha ka si n’Ijipt pụta n’ime mmezu amụma nke kpọrọ aha na Chineke ga-eme ha alaeze. Akụkọ Jeroboam, eze mbụ nke alaeze ugwu nke Israel, gụnyere kpọmkwem àgwà ndị ahụ. Jeroboam gbapụrụ n’Ijipt n’ihi iwe Solomọn. Onye-amụma Ahaịa enyewo ya nkwa amụma na a ga-eme ya eze n’elu ebo iri n’ime ebo iri na abụọ ahụ. Tupu amụma ahụ emeezu, Jeroboam ga-agbaga n’Ijipt iji tinye anya n’etiti onwe ya na Solomọn, ruo mgbe Solomọn nwụrụ.</w:t>
      </w:r>
    </w:p>
    <w:p>
      <w:pPr>
        <w:pStyle w:val="ArticleScripture"/>
        <w:jc w:val="left"/>
      </w:pPr>
      <w:r>
        <w:rPr>
          <w:rFonts w:ascii="Times New Roman" w:hAnsi="Times New Roman" w:eastAsia="Times New Roman" w:cs="Times New Roman"/>
        </w:rPr>
        <w:t>Ndipo ikawa wakati huo Yeroboamu alipotoka Yerusalemu, kwamba nabii Ahiya, Mshilo, akamkuta njiani; naye alikuwa amejivika vazi jipya; nao walikuwa wawili peke yao kondeni. Ahiya akalishika lile vazi jipya lililokuwa juu yake, akalirarua vipande kumi na viwili; akamwambia Yeroboamu, Jitwalie vipande kumi; kwa maana BWANA, Mungu wa Israeli, asema hivi, Tazama, nitaurarua ufalme kutoka mkononi mwa Solomoni, nami nitakupa kabila kumi; (lakini atakuwa na kabila moja kwa ajili ya mtumishi wangu Daudi, na kwa ajili ya Yerusalemu, mji niliouchagua kutoka makabila yote ya Israeli;) kwa sababu wameniacha, nao wamemsujudia Ashtorethi, mungu wa Wazidoni, na Kemoshi, mungu wa Wamoabu, na Milkomu, mungu wa wana wa Amoni, wala hawakuenenda katika njia zangu, kufanya yaliyo sawa machoni pangu, na kushika amri zangu na hukumu zangu, kama Daudi baba yake alivyofanya. Lakini sitauondoa ufalme wote kutoka mkononi mwake; bali nitamfanya kuwa mkuu siku zote za maisha yake kwa ajili ya Daudi mtumishi wangu, niliyemchagua, kwa sababu alizishika amri zangu na sheria zangu. Lakini nitautoa ufalme kutoka mkononi mwa mwanawe, nami nitakupa wewe, yaani, makabila kumi. Na mwanawe nitampa kabila moja, ili Daudi mtumishi wangu apate kuwa na taa mbele zangu daima katika Yerusalemu, mji ambao nimejichagulia kuweka jina langu humo.</w:t>
      </w:r>
    </w:p>
    <w:p>
      <w:pPr>
        <w:pStyle w:val="ArticleScripture"/>
        <w:jc w:val="left"/>
      </w:pP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သင့်ကို</w:t>
      </w:r>
      <w:r>
        <w:rPr>
          <w:rFonts w:ascii="Times New Roman" w:hAnsi="Times New Roman" w:eastAsia="Times New Roman" w:cs="Times New Roman"/>
        </w:rPr>
        <w:t xml:space="preserve"> </w:t>
      </w:r>
      <w:r>
        <w:rPr>
          <w:rFonts w:ascii="Myanmar Text" w:hAnsi="Myanmar Text" w:eastAsia="Myanmar Text" w:cs="Myanmar Text"/>
        </w:rPr>
        <w:t>ယူမည်။</w:t>
      </w:r>
      <w:r>
        <w:rPr>
          <w:rFonts w:ascii="Times New Roman" w:hAnsi="Times New Roman" w:eastAsia="Times New Roman" w:cs="Times New Roman"/>
        </w:rPr>
        <w:t xml:space="preserve"> </w:t>
      </w:r>
      <w:r>
        <w:rPr>
          <w:rFonts w:ascii="Myanmar Text" w:hAnsi="Myanmar Text" w:eastAsia="Myanmar Text" w:cs="Myanmar Text"/>
        </w:rPr>
        <w:t>သင့်စိတ်ဝိညာဉ်</w:t>
      </w:r>
      <w:r>
        <w:rPr>
          <w:rFonts w:ascii="Times New Roman" w:hAnsi="Times New Roman" w:eastAsia="Times New Roman" w:cs="Times New Roman"/>
        </w:rPr>
        <w:t xml:space="preserve"> </w:t>
      </w:r>
      <w:r>
        <w:rPr>
          <w:rFonts w:ascii="Myanmar Text" w:hAnsi="Myanmar Text" w:eastAsia="Myanmar Text" w:cs="Myanmar Text"/>
        </w:rPr>
        <w:t>အလိုရှိသမျှအတိုင်း</w:t>
      </w:r>
      <w:r>
        <w:rPr>
          <w:rFonts w:ascii="Times New Roman" w:hAnsi="Times New Roman" w:eastAsia="Times New Roman" w:cs="Times New Roman"/>
        </w:rPr>
        <w:t xml:space="preserve"> </w:t>
      </w:r>
      <w:r>
        <w:rPr>
          <w:rFonts w:ascii="Myanmar Text" w:hAnsi="Myanmar Text" w:eastAsia="Myanmar Text" w:cs="Myanmar Text"/>
        </w:rPr>
        <w:t>သင်</w:t>
      </w:r>
      <w:r>
        <w:rPr>
          <w:rFonts w:ascii="Times New Roman" w:hAnsi="Times New Roman" w:eastAsia="Times New Roman" w:cs="Times New Roman"/>
        </w:rPr>
        <w:t xml:space="preserve"> </w:t>
      </w:r>
      <w:r>
        <w:rPr>
          <w:rFonts w:ascii="Myanmar Text" w:hAnsi="Myanmar Text" w:eastAsia="Myanmar Text" w:cs="Myanmar Text"/>
        </w:rPr>
        <w:t>အုပ်စိုးရမည်ဖြစ်၍၊</w:t>
      </w:r>
      <w:r>
        <w:rPr>
          <w:rFonts w:ascii="Times New Roman" w:hAnsi="Times New Roman" w:eastAsia="Times New Roman" w:cs="Times New Roman"/>
        </w:rPr>
        <w:t xml:space="preserve"> </w:t>
      </w:r>
      <w:r>
        <w:rPr>
          <w:rFonts w:ascii="Myanmar Text" w:hAnsi="Myanmar Text" w:eastAsia="Myanmar Text" w:cs="Myanmar Text"/>
        </w:rPr>
        <w:t>သင်သည်</w:t>
      </w:r>
      <w:r>
        <w:rPr>
          <w:rFonts w:ascii="Times New Roman" w:hAnsi="Times New Roman" w:eastAsia="Times New Roman" w:cs="Times New Roman"/>
        </w:rPr>
        <w:t xml:space="preserve"> </w:t>
      </w:r>
      <w:r>
        <w:rPr>
          <w:rFonts w:ascii="Myanmar Text" w:hAnsi="Myanmar Text" w:eastAsia="Myanmar Text" w:cs="Myanmar Text"/>
        </w:rPr>
        <w:t>ဣသရေလအပေါ်</w:t>
      </w:r>
      <w:r>
        <w:rPr>
          <w:rFonts w:ascii="Times New Roman" w:hAnsi="Times New Roman" w:eastAsia="Times New Roman" w:cs="Times New Roman"/>
        </w:rPr>
        <w:t xml:space="preserve"> </w:t>
      </w:r>
      <w:r>
        <w:rPr>
          <w:rFonts w:ascii="Myanmar Text" w:hAnsi="Myanmar Text" w:eastAsia="Myanmar Text" w:cs="Myanmar Text"/>
        </w:rPr>
        <w:t>ရှင်ဘုရင်</w:t>
      </w:r>
      <w:r>
        <w:rPr>
          <w:rFonts w:ascii="Times New Roman" w:hAnsi="Times New Roman" w:eastAsia="Times New Roman" w:cs="Times New Roman"/>
        </w:rPr>
        <w:t xml:space="preserve"> </w:t>
      </w:r>
      <w:r>
        <w:rPr>
          <w:rFonts w:ascii="Myanmar Text" w:hAnsi="Myanmar Text" w:eastAsia="Myanmar Text" w:cs="Myanmar Text"/>
        </w:rPr>
        <w:t>ဖြစ်လိမ့်မည်။</w:t>
      </w:r>
      <w:r>
        <w:rPr>
          <w:rFonts w:ascii="Times New Roman" w:hAnsi="Times New Roman" w:eastAsia="Times New Roman" w:cs="Times New Roman"/>
        </w:rPr>
        <w:t xml:space="preserve"> </w:t>
      </w:r>
      <w:r>
        <w:rPr>
          <w:rFonts w:ascii="Myanmar Text" w:hAnsi="Myanmar Text" w:eastAsia="Myanmar Text" w:cs="Myanmar Text"/>
        </w:rPr>
        <w:t>သင်သည်</w:t>
      </w:r>
      <w:r>
        <w:rPr>
          <w:rFonts w:ascii="Times New Roman" w:hAnsi="Times New Roman" w:eastAsia="Times New Roman" w:cs="Times New Roman"/>
        </w:rPr>
        <w:t xml:space="preserve"> </w:t>
      </w:r>
      <w:r>
        <w:rPr>
          <w:rFonts w:ascii="Myanmar Text" w:hAnsi="Myanmar Text" w:eastAsia="Myanmar Text" w:cs="Myanmar Text"/>
        </w:rPr>
        <w:t>ငါမှာကြားသမျှကို</w:t>
      </w:r>
      <w:r>
        <w:rPr>
          <w:rFonts w:ascii="Times New Roman" w:hAnsi="Times New Roman" w:eastAsia="Times New Roman" w:cs="Times New Roman"/>
        </w:rPr>
        <w:t xml:space="preserve"> </w:t>
      </w:r>
      <w:r>
        <w:rPr>
          <w:rFonts w:ascii="Myanmar Text" w:hAnsi="Myanmar Text" w:eastAsia="Myanmar Text" w:cs="Myanmar Text"/>
        </w:rPr>
        <w:t>နားထောင်၍၊</w:t>
      </w:r>
      <w:r>
        <w:rPr>
          <w:rFonts w:ascii="Times New Roman" w:hAnsi="Times New Roman" w:eastAsia="Times New Roman" w:cs="Times New Roman"/>
        </w:rPr>
        <w:t xml:space="preserve"> </w:t>
      </w:r>
      <w:r>
        <w:rPr>
          <w:rFonts w:ascii="Myanmar Text" w:hAnsi="Myanmar Text" w:eastAsia="Myanmar Text" w:cs="Myanmar Text"/>
        </w:rPr>
        <w:t>ငါ၏လမ်းခရီးတို့၌</w:t>
      </w:r>
      <w:r>
        <w:rPr>
          <w:rFonts w:ascii="Times New Roman" w:hAnsi="Times New Roman" w:eastAsia="Times New Roman" w:cs="Times New Roman"/>
        </w:rPr>
        <w:t xml:space="preserve"> </w:t>
      </w:r>
      <w:r>
        <w:rPr>
          <w:rFonts w:ascii="Myanmar Text" w:hAnsi="Myanmar Text" w:eastAsia="Myanmar Text" w:cs="Myanmar Text"/>
        </w:rPr>
        <w:t>လျှောက်သွားကာ၊</w:t>
      </w:r>
      <w:r>
        <w:rPr>
          <w:rFonts w:ascii="Times New Roman" w:hAnsi="Times New Roman" w:eastAsia="Times New Roman" w:cs="Times New Roman"/>
        </w:rPr>
        <w:t xml:space="preserve"> </w:t>
      </w:r>
      <w:r>
        <w:rPr>
          <w:rFonts w:ascii="Myanmar Text" w:hAnsi="Myanmar Text" w:eastAsia="Myanmar Text" w:cs="Myanmar Text"/>
        </w:rPr>
        <w:t>ငါ့ကျွန်</w:t>
      </w:r>
      <w:r>
        <w:rPr>
          <w:rFonts w:ascii="Times New Roman" w:hAnsi="Times New Roman" w:eastAsia="Times New Roman" w:cs="Times New Roman"/>
        </w:rPr>
        <w:t xml:space="preserve"> </w:t>
      </w:r>
      <w:r>
        <w:rPr>
          <w:rFonts w:ascii="Myanmar Text" w:hAnsi="Myanmar Text" w:eastAsia="Myanmar Text" w:cs="Myanmar Text"/>
        </w:rPr>
        <w:t>ဒါဝိဒ်</w:t>
      </w:r>
      <w:r>
        <w:rPr>
          <w:rFonts w:ascii="Times New Roman" w:hAnsi="Times New Roman" w:eastAsia="Times New Roman" w:cs="Times New Roman"/>
        </w:rPr>
        <w:t xml:space="preserve"> </w:t>
      </w:r>
      <w:r>
        <w:rPr>
          <w:rFonts w:ascii="Myanmar Text" w:hAnsi="Myanmar Text" w:eastAsia="Myanmar Text" w:cs="Myanmar Text"/>
        </w:rPr>
        <w:t>ပြုသကဲ့သို့</w:t>
      </w:r>
      <w:r>
        <w:rPr>
          <w:rFonts w:ascii="Times New Roman" w:hAnsi="Times New Roman" w:eastAsia="Times New Roman" w:cs="Times New Roman"/>
        </w:rPr>
        <w:t xml:space="preserve"> </w:t>
      </w:r>
      <w:r>
        <w:rPr>
          <w:rFonts w:ascii="Myanmar Text" w:hAnsi="Myanmar Text" w:eastAsia="Myanmar Text" w:cs="Myanmar Text"/>
        </w:rPr>
        <w:t>ငါ့မျက်မှောက်၌</w:t>
      </w:r>
      <w:r>
        <w:rPr>
          <w:rFonts w:ascii="Times New Roman" w:hAnsi="Times New Roman" w:eastAsia="Times New Roman" w:cs="Times New Roman"/>
        </w:rPr>
        <w:t xml:space="preserve"> </w:t>
      </w:r>
      <w:r>
        <w:rPr>
          <w:rFonts w:ascii="Myanmar Text" w:hAnsi="Myanmar Text" w:eastAsia="Myanmar Text" w:cs="Myanmar Text"/>
        </w:rPr>
        <w:t>မှန်ကန်သောအရာကို</w:t>
      </w:r>
      <w:r>
        <w:rPr>
          <w:rFonts w:ascii="Times New Roman" w:hAnsi="Times New Roman" w:eastAsia="Times New Roman" w:cs="Times New Roman"/>
        </w:rPr>
        <w:t xml:space="preserve"> </w:t>
      </w:r>
      <w:r>
        <w:rPr>
          <w:rFonts w:ascii="Myanmar Text" w:hAnsi="Myanmar Text" w:eastAsia="Myanmar Text" w:cs="Myanmar Text"/>
        </w:rPr>
        <w:t>ပြု၍၊</w:t>
      </w:r>
      <w:r>
        <w:rPr>
          <w:rFonts w:ascii="Times New Roman" w:hAnsi="Times New Roman" w:eastAsia="Times New Roman" w:cs="Times New Roman"/>
        </w:rPr>
        <w:t xml:space="preserve"> </w:t>
      </w:r>
      <w:r>
        <w:rPr>
          <w:rFonts w:ascii="Myanmar Text" w:hAnsi="Myanmar Text" w:eastAsia="Myanmar Text" w:cs="Myanmar Text"/>
        </w:rPr>
        <w:t>ငါ၏အမိန့်တော်များနှင့်</w:t>
      </w:r>
      <w:r>
        <w:rPr>
          <w:rFonts w:ascii="Times New Roman" w:hAnsi="Times New Roman" w:eastAsia="Times New Roman" w:cs="Times New Roman"/>
        </w:rPr>
        <w:t xml:space="preserve"> </w:t>
      </w:r>
      <w:r>
        <w:rPr>
          <w:rFonts w:ascii="Myanmar Text" w:hAnsi="Myanmar Text" w:eastAsia="Myanmar Text" w:cs="Myanmar Text"/>
        </w:rPr>
        <w:t>ပညတ်တော်များကို</w:t>
      </w:r>
      <w:r>
        <w:rPr>
          <w:rFonts w:ascii="Times New Roman" w:hAnsi="Times New Roman" w:eastAsia="Times New Roman" w:cs="Times New Roman"/>
        </w:rPr>
        <w:t xml:space="preserve"> </w:t>
      </w:r>
      <w:r>
        <w:rPr>
          <w:rFonts w:ascii="Myanmar Text" w:hAnsi="Myanmar Text" w:eastAsia="Myanmar Text" w:cs="Myanmar Text"/>
        </w:rPr>
        <w:t>စောင့်ထိန်းလျှင်၊</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သင်နှင့်အတူ</w:t>
      </w:r>
      <w:r>
        <w:rPr>
          <w:rFonts w:ascii="Times New Roman" w:hAnsi="Times New Roman" w:eastAsia="Times New Roman" w:cs="Times New Roman"/>
        </w:rPr>
        <w:t xml:space="preserve"> </w:t>
      </w:r>
      <w:r>
        <w:rPr>
          <w:rFonts w:ascii="Myanmar Text" w:hAnsi="Myanmar Text" w:eastAsia="Myanmar Text" w:cs="Myanmar Text"/>
        </w:rPr>
        <w:t>ရှိမည်ဖြစ်၍၊</w:t>
      </w:r>
      <w:r>
        <w:rPr>
          <w:rFonts w:ascii="Times New Roman" w:hAnsi="Times New Roman" w:eastAsia="Times New Roman" w:cs="Times New Roman"/>
        </w:rPr>
        <w:t xml:space="preserve"> </w:t>
      </w:r>
      <w:r>
        <w:rPr>
          <w:rFonts w:ascii="Myanmar Text" w:hAnsi="Myanmar Text" w:eastAsia="Myanmar Text" w:cs="Myanmar Text"/>
        </w:rPr>
        <w:t>ဒါဝိဒ်အတွက်</w:t>
      </w:r>
      <w:r>
        <w:rPr>
          <w:rFonts w:ascii="Times New Roman" w:hAnsi="Times New Roman" w:eastAsia="Times New Roman" w:cs="Times New Roman"/>
        </w:rPr>
        <w:t xml:space="preserve"> </w:t>
      </w:r>
      <w:r>
        <w:rPr>
          <w:rFonts w:ascii="Myanmar Text" w:hAnsi="Myanmar Text" w:eastAsia="Myanmar Text" w:cs="Myanmar Text"/>
        </w:rPr>
        <w:t>ငါတည်ဆောက်ပေးခဲ့သကဲ့သို့</w:t>
      </w:r>
      <w:r>
        <w:rPr>
          <w:rFonts w:ascii="Times New Roman" w:hAnsi="Times New Roman" w:eastAsia="Times New Roman" w:cs="Times New Roman"/>
        </w:rPr>
        <w:t xml:space="preserve"> </w:t>
      </w:r>
      <w:r>
        <w:rPr>
          <w:rFonts w:ascii="Myanmar Text" w:hAnsi="Myanmar Text" w:eastAsia="Myanmar Text" w:cs="Myanmar Text"/>
        </w:rPr>
        <w:t>သင့်အတွက်</w:t>
      </w:r>
      <w:r>
        <w:rPr>
          <w:rFonts w:ascii="Times New Roman" w:hAnsi="Times New Roman" w:eastAsia="Times New Roman" w:cs="Times New Roman"/>
        </w:rPr>
        <w:t xml:space="preserve"> </w:t>
      </w:r>
      <w:r>
        <w:rPr>
          <w:rFonts w:ascii="Myanmar Text" w:hAnsi="Myanmar Text" w:eastAsia="Myanmar Text" w:cs="Myanmar Text"/>
        </w:rPr>
        <w:t>တည်မြဲသောအိမ်တော်ကို</w:t>
      </w:r>
      <w:r>
        <w:rPr>
          <w:rFonts w:ascii="Times New Roman" w:hAnsi="Times New Roman" w:eastAsia="Times New Roman" w:cs="Times New Roman"/>
        </w:rPr>
        <w:t xml:space="preserve"> </w:t>
      </w:r>
      <w:r>
        <w:rPr>
          <w:rFonts w:ascii="Myanmar Text" w:hAnsi="Myanmar Text" w:eastAsia="Myanmar Text" w:cs="Myanmar Text"/>
        </w:rPr>
        <w:t>တည်ဆောက်ပေးမည်။</w:t>
      </w:r>
      <w:r>
        <w:rPr>
          <w:rFonts w:ascii="Times New Roman" w:hAnsi="Times New Roman" w:eastAsia="Times New Roman" w:cs="Times New Roman"/>
        </w:rPr>
        <w:t xml:space="preserve"> </w:t>
      </w:r>
      <w:r>
        <w:rPr>
          <w:rFonts w:ascii="Myanmar Text" w:hAnsi="Myanmar Text" w:eastAsia="Myanmar Text" w:cs="Myanmar Text"/>
        </w:rPr>
        <w:t>ထိုမှတစ်ပါး</w:t>
      </w:r>
      <w:r>
        <w:rPr>
          <w:rFonts w:ascii="Times New Roman" w:hAnsi="Times New Roman" w:eastAsia="Times New Roman" w:cs="Times New Roman"/>
        </w:rPr>
        <w:t xml:space="preserve"> </w:t>
      </w:r>
      <w:r>
        <w:rPr>
          <w:rFonts w:ascii="Myanmar Text" w:hAnsi="Myanmar Text" w:eastAsia="Myanmar Text" w:cs="Myanmar Text"/>
        </w:rPr>
        <w:t>ဣသရေလကိုလည်း</w:t>
      </w:r>
      <w:r>
        <w:rPr>
          <w:rFonts w:ascii="Times New Roman" w:hAnsi="Times New Roman" w:eastAsia="Times New Roman" w:cs="Times New Roman"/>
        </w:rPr>
        <w:t xml:space="preserve"> </w:t>
      </w:r>
      <w:r>
        <w:rPr>
          <w:rFonts w:ascii="Myanmar Text" w:hAnsi="Myanmar Text" w:eastAsia="Myanmar Text" w:cs="Myanmar Text"/>
        </w:rPr>
        <w:t>သင့်အား</w:t>
      </w:r>
      <w:r>
        <w:rPr>
          <w:rFonts w:ascii="Times New Roman" w:hAnsi="Times New Roman" w:eastAsia="Times New Roman" w:cs="Times New Roman"/>
        </w:rPr>
        <w:t xml:space="preserve"> </w:t>
      </w:r>
      <w:r>
        <w:rPr>
          <w:rFonts w:ascii="Myanmar Text" w:hAnsi="Myanmar Text" w:eastAsia="Myanmar Text" w:cs="Myanmar Text"/>
        </w:rPr>
        <w:t>ပေးမည်။</w:t>
      </w:r>
      <w:r>
        <w:rPr>
          <w:rFonts w:ascii="Times New Roman" w:hAnsi="Times New Roman" w:eastAsia="Times New Roman" w:cs="Times New Roman"/>
        </w:rPr>
        <w:t xml:space="preserve"> </w:t>
      </w:r>
      <w:r>
        <w:rPr>
          <w:rFonts w:ascii="Myanmar Text" w:hAnsi="Myanmar Text" w:eastAsia="Myanmar Text" w:cs="Myanmar Text"/>
        </w:rPr>
        <w:t>ဤအမှုကြောင့်</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ဒါဝိဒ်၏အမျိုးအနွယ်ကို</w:t>
      </w:r>
      <w:r>
        <w:rPr>
          <w:rFonts w:ascii="Times New Roman" w:hAnsi="Times New Roman" w:eastAsia="Times New Roman" w:cs="Times New Roman"/>
        </w:rPr>
        <w:t xml:space="preserve"> </w:t>
      </w:r>
      <w:r>
        <w:rPr>
          <w:rFonts w:ascii="Myanmar Text" w:hAnsi="Myanmar Text" w:eastAsia="Myanmar Text" w:cs="Myanmar Text"/>
        </w:rPr>
        <w:t>ဒုက္ခရောက်စေမည်၊</w:t>
      </w:r>
      <w:r>
        <w:rPr>
          <w:rFonts w:ascii="Times New Roman" w:hAnsi="Times New Roman" w:eastAsia="Times New Roman" w:cs="Times New Roman"/>
        </w:rPr>
        <w:t xml:space="preserve"> </w:t>
      </w:r>
      <w:r>
        <w:rPr>
          <w:rFonts w:ascii="Myanmar Text" w:hAnsi="Myanmar Text" w:eastAsia="Myanmar Text" w:cs="Myanmar Text"/>
        </w:rPr>
        <w:t>သို့သော်</w:t>
      </w:r>
      <w:r>
        <w:rPr>
          <w:rFonts w:ascii="Times New Roman" w:hAnsi="Times New Roman" w:eastAsia="Times New Roman" w:cs="Times New Roman"/>
        </w:rPr>
        <w:t xml:space="preserve"> </w:t>
      </w:r>
      <w:r>
        <w:rPr>
          <w:rFonts w:ascii="Myanmar Text" w:hAnsi="Myanmar Text" w:eastAsia="Myanmar Text" w:cs="Myanmar Text"/>
        </w:rPr>
        <w:t>အစဉ်အမြဲ</w:t>
      </w:r>
      <w:r>
        <w:rPr>
          <w:rFonts w:ascii="Times New Roman" w:hAnsi="Times New Roman" w:eastAsia="Times New Roman" w:cs="Times New Roman"/>
        </w:rPr>
        <w:t xml:space="preserve"> </w:t>
      </w:r>
      <w:r>
        <w:rPr>
          <w:rFonts w:ascii="Myanmar Text" w:hAnsi="Myanmar Text" w:eastAsia="Myanmar Text" w:cs="Myanmar Text"/>
        </w:rPr>
        <w:t>မဟုတ်။</w:t>
      </w:r>
      <w:r>
        <w:rPr>
          <w:rFonts w:ascii="Times New Roman" w:hAnsi="Times New Roman" w:eastAsia="Times New Roman" w:cs="Times New Roman"/>
        </w:rPr>
        <w:t xml:space="preserve"> </w:t>
      </w:r>
      <w:r>
        <w:rPr>
          <w:rFonts w:ascii="Myanmar Text" w:hAnsi="Myanmar Text" w:eastAsia="Myanmar Text" w:cs="Myanmar Text"/>
        </w:rPr>
        <w:t>ထို့ကြောင့်</w:t>
      </w:r>
      <w:r>
        <w:rPr>
          <w:rFonts w:ascii="Times New Roman" w:hAnsi="Times New Roman" w:eastAsia="Times New Roman" w:cs="Times New Roman"/>
        </w:rPr>
        <w:t xml:space="preserve"> </w:t>
      </w:r>
      <w:r>
        <w:rPr>
          <w:rFonts w:ascii="Myanmar Text" w:hAnsi="Myanmar Text" w:eastAsia="Myanmar Text" w:cs="Myanmar Text"/>
        </w:rPr>
        <w:t>ရှောလမုန်သည်</w:t>
      </w:r>
      <w:r>
        <w:rPr>
          <w:rFonts w:ascii="Times New Roman" w:hAnsi="Times New Roman" w:eastAsia="Times New Roman" w:cs="Times New Roman"/>
        </w:rPr>
        <w:t xml:space="preserve"> </w:t>
      </w:r>
      <w:r>
        <w:rPr>
          <w:rFonts w:ascii="Myanmar Text" w:hAnsi="Myanmar Text" w:eastAsia="Myanmar Text" w:cs="Myanmar Text"/>
        </w:rPr>
        <w:t>ယေရောဗောင်ကို</w:t>
      </w:r>
      <w:r>
        <w:rPr>
          <w:rFonts w:ascii="Times New Roman" w:hAnsi="Times New Roman" w:eastAsia="Times New Roman" w:cs="Times New Roman"/>
        </w:rPr>
        <w:t xml:space="preserve"> </w:t>
      </w:r>
      <w:r>
        <w:rPr>
          <w:rFonts w:ascii="Myanmar Text" w:hAnsi="Myanmar Text" w:eastAsia="Myanmar Text" w:cs="Myanmar Text"/>
        </w:rPr>
        <w:t>သတ်ရန်</w:t>
      </w:r>
      <w:r>
        <w:rPr>
          <w:rFonts w:ascii="Times New Roman" w:hAnsi="Times New Roman" w:eastAsia="Times New Roman" w:cs="Times New Roman"/>
        </w:rPr>
        <w:t xml:space="preserve"> </w:t>
      </w:r>
      <w:r>
        <w:rPr>
          <w:rFonts w:ascii="Myanmar Text" w:hAnsi="Myanmar Text" w:eastAsia="Myanmar Text" w:cs="Myanmar Text"/>
        </w:rPr>
        <w:t>ကြိုးစားလေ၏။</w:t>
      </w:r>
      <w:r>
        <w:rPr>
          <w:rFonts w:ascii="Times New Roman" w:hAnsi="Times New Roman" w:eastAsia="Times New Roman" w:cs="Times New Roman"/>
        </w:rPr>
        <w:t xml:space="preserve"> </w:t>
      </w:r>
      <w:r>
        <w:rPr>
          <w:rFonts w:ascii="Myanmar Text" w:hAnsi="Myanmar Text" w:eastAsia="Myanmar Text" w:cs="Myanmar Text"/>
        </w:rPr>
        <w:t>ယေရောဗောင်မူကား</w:t>
      </w:r>
      <w:r>
        <w:rPr>
          <w:rFonts w:ascii="Times New Roman" w:hAnsi="Times New Roman" w:eastAsia="Times New Roman" w:cs="Times New Roman"/>
        </w:rPr>
        <w:t xml:space="preserve"> </w:t>
      </w:r>
      <w:r>
        <w:rPr>
          <w:rFonts w:ascii="Myanmar Text" w:hAnsi="Myanmar Text" w:eastAsia="Myanmar Text" w:cs="Myanmar Text"/>
        </w:rPr>
        <w:t>ထ၍</w:t>
      </w:r>
      <w:r>
        <w:rPr>
          <w:rFonts w:ascii="Times New Roman" w:hAnsi="Times New Roman" w:eastAsia="Times New Roman" w:cs="Times New Roman"/>
        </w:rPr>
        <w:t xml:space="preserve"> </w:t>
      </w:r>
      <w:r>
        <w:rPr>
          <w:rFonts w:ascii="Myanmar Text" w:hAnsi="Myanmar Text" w:eastAsia="Myanmar Text" w:cs="Myanmar Text"/>
        </w:rPr>
        <w:t>ထွက်ပြေးကာ၊</w:t>
      </w:r>
      <w:r>
        <w:rPr>
          <w:rFonts w:ascii="Times New Roman" w:hAnsi="Times New Roman" w:eastAsia="Times New Roman" w:cs="Times New Roman"/>
        </w:rPr>
        <w:t xml:space="preserve"> </w:t>
      </w:r>
      <w:r>
        <w:rPr>
          <w:rFonts w:ascii="Myanmar Text" w:hAnsi="Myanmar Text" w:eastAsia="Myanmar Text" w:cs="Myanmar Text"/>
        </w:rPr>
        <w:t>အဲဂုတ္တုပြည်၏</w:t>
      </w:r>
      <w:r>
        <w:rPr>
          <w:rFonts w:ascii="Times New Roman" w:hAnsi="Times New Roman" w:eastAsia="Times New Roman" w:cs="Times New Roman"/>
        </w:rPr>
        <w:t xml:space="preserve"> </w:t>
      </w:r>
      <w:r>
        <w:rPr>
          <w:rFonts w:ascii="Myanmar Text" w:hAnsi="Myanmar Text" w:eastAsia="Myanmar Text" w:cs="Myanmar Text"/>
        </w:rPr>
        <w:t>ရှင်ဘုရင်</w:t>
      </w:r>
      <w:r>
        <w:rPr>
          <w:rFonts w:ascii="Times New Roman" w:hAnsi="Times New Roman" w:eastAsia="Times New Roman" w:cs="Times New Roman"/>
        </w:rPr>
        <w:t xml:space="preserve"> </w:t>
      </w:r>
      <w:r>
        <w:rPr>
          <w:rFonts w:ascii="Myanmar Text" w:hAnsi="Myanmar Text" w:eastAsia="Myanmar Text" w:cs="Myanmar Text"/>
        </w:rPr>
        <w:t>ရှီရှက်ထံ၊</w:t>
      </w:r>
      <w:r>
        <w:rPr>
          <w:rFonts w:ascii="Times New Roman" w:hAnsi="Times New Roman" w:eastAsia="Times New Roman" w:cs="Times New Roman"/>
        </w:rPr>
        <w:t xml:space="preserve"> </w:t>
      </w:r>
      <w:r>
        <w:rPr>
          <w:rFonts w:ascii="Myanmar Text" w:hAnsi="Myanmar Text" w:eastAsia="Myanmar Text" w:cs="Myanmar Text"/>
        </w:rPr>
        <w:t>အဲဂုတ္တုပြည်သို့</w:t>
      </w:r>
      <w:r>
        <w:rPr>
          <w:rFonts w:ascii="Times New Roman" w:hAnsi="Times New Roman" w:eastAsia="Times New Roman" w:cs="Times New Roman"/>
        </w:rPr>
        <w:t xml:space="preserve"> </w:t>
      </w:r>
      <w:r>
        <w:rPr>
          <w:rFonts w:ascii="Myanmar Text" w:hAnsi="Myanmar Text" w:eastAsia="Myanmar Text" w:cs="Myanmar Text"/>
        </w:rPr>
        <w:t>သွားလေ၏။</w:t>
      </w:r>
      <w:r>
        <w:rPr>
          <w:rFonts w:ascii="Times New Roman" w:hAnsi="Times New Roman" w:eastAsia="Times New Roman" w:cs="Times New Roman"/>
        </w:rPr>
        <w:t xml:space="preserve"> </w:t>
      </w:r>
      <w:r>
        <w:rPr>
          <w:rFonts w:ascii="Myanmar Text" w:hAnsi="Myanmar Text" w:eastAsia="Myanmar Text" w:cs="Myanmar Text"/>
        </w:rPr>
        <w:t>ရှောလမုန်</w:t>
      </w:r>
      <w:r>
        <w:rPr>
          <w:rFonts w:ascii="Times New Roman" w:hAnsi="Times New Roman" w:eastAsia="Times New Roman" w:cs="Times New Roman"/>
        </w:rPr>
        <w:t xml:space="preserve"> </w:t>
      </w:r>
      <w:r>
        <w:rPr>
          <w:rFonts w:ascii="Myanmar Text" w:hAnsi="Myanmar Text" w:eastAsia="Myanmar Text" w:cs="Myanmar Text"/>
        </w:rPr>
        <w:t>သေသည်တိုင်အောင်</w:t>
      </w:r>
      <w:r>
        <w:rPr>
          <w:rFonts w:ascii="Times New Roman" w:hAnsi="Times New Roman" w:eastAsia="Times New Roman" w:cs="Times New Roman"/>
        </w:rPr>
        <w:t xml:space="preserve"> </w:t>
      </w:r>
      <w:r>
        <w:rPr>
          <w:rFonts w:ascii="Myanmar Text" w:hAnsi="Myanmar Text" w:eastAsia="Myanmar Text" w:cs="Myanmar Text"/>
        </w:rPr>
        <w:t>သူသည်</w:t>
      </w:r>
      <w:r>
        <w:rPr>
          <w:rFonts w:ascii="Times New Roman" w:hAnsi="Times New Roman" w:eastAsia="Times New Roman" w:cs="Times New Roman"/>
        </w:rPr>
        <w:t xml:space="preserve"> </w:t>
      </w:r>
      <w:r>
        <w:rPr>
          <w:rFonts w:ascii="Myanmar Text" w:hAnsi="Myanmar Text" w:eastAsia="Myanmar Text" w:cs="Myanmar Text"/>
        </w:rPr>
        <w:t>အဲဂုတ္တုပြည်၌</w:t>
      </w:r>
      <w:r>
        <w:rPr>
          <w:rFonts w:ascii="Times New Roman" w:hAnsi="Times New Roman" w:eastAsia="Times New Roman" w:cs="Times New Roman"/>
        </w:rPr>
        <w:t xml:space="preserve"> </w:t>
      </w:r>
      <w:r>
        <w:rPr>
          <w:rFonts w:ascii="Myanmar Text" w:hAnsi="Myanmar Text" w:eastAsia="Myanmar Text" w:cs="Myanmar Text"/>
        </w:rPr>
        <w:t>နေ၏။</w:t>
      </w:r>
      <w:r>
        <w:rPr>
          <w:rFonts w:ascii="Times New Roman" w:hAnsi="Times New Roman" w:eastAsia="Times New Roman" w:cs="Times New Roman"/>
        </w:rPr>
        <w:t xml:space="preserve"> </w:t>
      </w:r>
      <w:r>
        <w:rPr>
          <w:rFonts w:ascii="Myanmar Text" w:hAnsi="Myanmar Text" w:eastAsia="Myanmar Text" w:cs="Myanmar Text"/>
        </w:rPr>
        <w:t>ရှောလမုန်၏</w:t>
      </w:r>
      <w:r>
        <w:rPr>
          <w:rFonts w:ascii="Times New Roman" w:hAnsi="Times New Roman" w:eastAsia="Times New Roman" w:cs="Times New Roman"/>
        </w:rPr>
        <w:t xml:space="preserve"> </w:t>
      </w:r>
      <w:r>
        <w:rPr>
          <w:rFonts w:ascii="Myanmar Text" w:hAnsi="Myanmar Text" w:eastAsia="Myanmar Text" w:cs="Myanmar Text"/>
        </w:rPr>
        <w:t>အခြားပြုမူချက်များ၊</w:t>
      </w:r>
      <w:r>
        <w:rPr>
          <w:rFonts w:ascii="Times New Roman" w:hAnsi="Times New Roman" w:eastAsia="Times New Roman" w:cs="Times New Roman"/>
        </w:rPr>
        <w:t xml:space="preserve"> </w:t>
      </w:r>
      <w:r>
        <w:rPr>
          <w:rFonts w:ascii="Myanmar Text" w:hAnsi="Myanmar Text" w:eastAsia="Myanmar Text" w:cs="Myanmar Text"/>
        </w:rPr>
        <w:t>သူပြုသမျှအရာများနှင့်</w:t>
      </w:r>
      <w:r>
        <w:rPr>
          <w:rFonts w:ascii="Times New Roman" w:hAnsi="Times New Roman" w:eastAsia="Times New Roman" w:cs="Times New Roman"/>
        </w:rPr>
        <w:t xml:space="preserve"> </w:t>
      </w:r>
      <w:r>
        <w:rPr>
          <w:rFonts w:ascii="Myanmar Text" w:hAnsi="Myanmar Text" w:eastAsia="Myanmar Text" w:cs="Myanmar Text"/>
        </w:rPr>
        <w:t>သူ၏ဉာဏ်ပညာတို့သည်</w:t>
      </w:r>
      <w:r>
        <w:rPr>
          <w:rFonts w:ascii="Times New Roman" w:hAnsi="Times New Roman" w:eastAsia="Times New Roman" w:cs="Times New Roman"/>
        </w:rPr>
        <w:t xml:space="preserve"> </w:t>
      </w:r>
      <w:r>
        <w:rPr>
          <w:rFonts w:ascii="Myanmar Text" w:hAnsi="Myanmar Text" w:eastAsia="Myanmar Text" w:cs="Myanmar Text"/>
        </w:rPr>
        <w:t>ရှောလမုန်၏</w:t>
      </w:r>
      <w:r>
        <w:rPr>
          <w:rFonts w:ascii="Times New Roman" w:hAnsi="Times New Roman" w:eastAsia="Times New Roman" w:cs="Times New Roman"/>
        </w:rPr>
        <w:t xml:space="preserve"> </w:t>
      </w:r>
      <w:r>
        <w:rPr>
          <w:rFonts w:ascii="Myanmar Text" w:hAnsi="Myanmar Text" w:eastAsia="Myanmar Text" w:cs="Myanmar Text"/>
        </w:rPr>
        <w:t>ပြုမူချက်မှတ်တမ်းစာအုပ်၌</w:t>
      </w:r>
      <w:r>
        <w:rPr>
          <w:rFonts w:ascii="Times New Roman" w:hAnsi="Times New Roman" w:eastAsia="Times New Roman" w:cs="Times New Roman"/>
        </w:rPr>
        <w:t xml:space="preserve"> </w:t>
      </w:r>
      <w:r>
        <w:rPr>
          <w:rFonts w:ascii="Myanmar Text" w:hAnsi="Myanmar Text" w:eastAsia="Myanmar Text" w:cs="Myanmar Text"/>
        </w:rPr>
        <w:t>ရေးထားသည်</w:t>
      </w:r>
      <w:r>
        <w:rPr>
          <w:rFonts w:ascii="Times New Roman" w:hAnsi="Times New Roman" w:eastAsia="Times New Roman" w:cs="Times New Roman"/>
        </w:rPr>
        <w:t xml:space="preserve"> </w:t>
      </w:r>
      <w:r>
        <w:rPr>
          <w:rFonts w:ascii="Myanmar Text" w:hAnsi="Myanmar Text" w:eastAsia="Myanmar Text" w:cs="Myanmar Text"/>
        </w:rPr>
        <w:t>မဟုတ်လော။</w:t>
      </w:r>
      <w:r>
        <w:rPr>
          <w:rFonts w:ascii="Times New Roman" w:hAnsi="Times New Roman" w:eastAsia="Times New Roman" w:cs="Times New Roman"/>
        </w:rPr>
        <w:t xml:space="preserve"> </w:t>
      </w:r>
      <w:r>
        <w:rPr>
          <w:rFonts w:ascii="Myanmar Text" w:hAnsi="Myanmar Text" w:eastAsia="Myanmar Text" w:cs="Myanmar Text"/>
        </w:rPr>
        <w:t>ရှောလမုန်သည်</w:t>
      </w:r>
      <w:r>
        <w:rPr>
          <w:rFonts w:ascii="Times New Roman" w:hAnsi="Times New Roman" w:eastAsia="Times New Roman" w:cs="Times New Roman"/>
        </w:rPr>
        <w:t xml:space="preserve"> </w:t>
      </w:r>
      <w:r>
        <w:rPr>
          <w:rFonts w:ascii="Myanmar Text" w:hAnsi="Myanmar Text" w:eastAsia="Myanmar Text" w:cs="Myanmar Text"/>
        </w:rPr>
        <w:t>ဂေရုရှလင်မြို့၌</w:t>
      </w:r>
      <w:r>
        <w:rPr>
          <w:rFonts w:ascii="Times New Roman" w:hAnsi="Times New Roman" w:eastAsia="Times New Roman" w:cs="Times New Roman"/>
        </w:rPr>
        <w:t xml:space="preserve"> </w:t>
      </w:r>
      <w:r>
        <w:rPr>
          <w:rFonts w:ascii="Myanmar Text" w:hAnsi="Myanmar Text" w:eastAsia="Myanmar Text" w:cs="Myanmar Text"/>
        </w:rPr>
        <w:t>ဣသရေလအလုံးစုံအပေါ်</w:t>
      </w:r>
      <w:r>
        <w:rPr>
          <w:rFonts w:ascii="Times New Roman" w:hAnsi="Times New Roman" w:eastAsia="Times New Roman" w:cs="Times New Roman"/>
        </w:rPr>
        <w:t xml:space="preserve"> </w:t>
      </w:r>
      <w:r>
        <w:rPr>
          <w:rFonts w:ascii="Myanmar Text" w:hAnsi="Myanmar Text" w:eastAsia="Myanmar Text" w:cs="Myanmar Text"/>
        </w:rPr>
        <w:t>အုပ်စိုးခဲ့သော</w:t>
      </w:r>
      <w:r>
        <w:rPr>
          <w:rFonts w:ascii="Times New Roman" w:hAnsi="Times New Roman" w:eastAsia="Times New Roman" w:cs="Times New Roman"/>
        </w:rPr>
        <w:t xml:space="preserve"> </w:t>
      </w:r>
      <w:r>
        <w:rPr>
          <w:rFonts w:ascii="Myanmar Text" w:hAnsi="Myanmar Text" w:eastAsia="Myanmar Text" w:cs="Myanmar Text"/>
        </w:rPr>
        <w:t>ကာလသည်</w:t>
      </w:r>
      <w:r>
        <w:rPr>
          <w:rFonts w:ascii="Times New Roman" w:hAnsi="Times New Roman" w:eastAsia="Times New Roman" w:cs="Times New Roman"/>
        </w:rPr>
        <w:t xml:space="preserve"> </w:t>
      </w:r>
      <w:r>
        <w:rPr>
          <w:rFonts w:ascii="Myanmar Text" w:hAnsi="Myanmar Text" w:eastAsia="Myanmar Text" w:cs="Myanmar Text"/>
        </w:rPr>
        <w:t>လေးဆယ်နှစ်</w:t>
      </w:r>
      <w:r>
        <w:rPr>
          <w:rFonts w:ascii="Times New Roman" w:hAnsi="Times New Roman" w:eastAsia="Times New Roman" w:cs="Times New Roman"/>
        </w:rPr>
        <w:t xml:space="preserve"> </w:t>
      </w:r>
      <w:r>
        <w:rPr>
          <w:rFonts w:ascii="Myanmar Text" w:hAnsi="Myanmar Text" w:eastAsia="Myanmar Text" w:cs="Myanmar Text"/>
        </w:rPr>
        <w:t>ဖြစ်၏။</w:t>
      </w:r>
      <w:r>
        <w:rPr>
          <w:rFonts w:ascii="Times New Roman" w:hAnsi="Times New Roman" w:eastAsia="Times New Roman" w:cs="Times New Roman"/>
        </w:rPr>
        <w:t xml:space="preserve"> </w:t>
      </w:r>
      <w:r>
        <w:rPr>
          <w:rFonts w:ascii="Myanmar Text" w:hAnsi="Myanmar Text" w:eastAsia="Myanmar Text" w:cs="Myanmar Text"/>
        </w:rPr>
        <w:t>ရှောလမုန်သည်</w:t>
      </w:r>
      <w:r>
        <w:rPr>
          <w:rFonts w:ascii="Times New Roman" w:hAnsi="Times New Roman" w:eastAsia="Times New Roman" w:cs="Times New Roman"/>
        </w:rPr>
        <w:t xml:space="preserve"> </w:t>
      </w:r>
      <w:r>
        <w:rPr>
          <w:rFonts w:ascii="Myanmar Text" w:hAnsi="Myanmar Text" w:eastAsia="Myanmar Text" w:cs="Myanmar Text"/>
        </w:rPr>
        <w:t>မိမိဘိုးဘေးတို့နှင့်အတူ</w:t>
      </w:r>
      <w:r>
        <w:rPr>
          <w:rFonts w:ascii="Times New Roman" w:hAnsi="Times New Roman" w:eastAsia="Times New Roman" w:cs="Times New Roman"/>
        </w:rPr>
        <w:t xml:space="preserve"> </w:t>
      </w:r>
      <w:r>
        <w:rPr>
          <w:rFonts w:ascii="Myanmar Text" w:hAnsi="Myanmar Text" w:eastAsia="Myanmar Text" w:cs="Myanmar Text"/>
        </w:rPr>
        <w:t>အိပ်ပျော်၍၊</w:t>
      </w:r>
      <w:r>
        <w:rPr>
          <w:rFonts w:ascii="Times New Roman" w:hAnsi="Times New Roman" w:eastAsia="Times New Roman" w:cs="Times New Roman"/>
        </w:rPr>
        <w:t xml:space="preserve"> </w:t>
      </w:r>
      <w:r>
        <w:rPr>
          <w:rFonts w:ascii="Myanmar Text" w:hAnsi="Myanmar Text" w:eastAsia="Myanmar Text" w:cs="Myanmar Text"/>
        </w:rPr>
        <w:t>မိမိအဘ</w:t>
      </w:r>
      <w:r>
        <w:rPr>
          <w:rFonts w:ascii="Times New Roman" w:hAnsi="Times New Roman" w:eastAsia="Times New Roman" w:cs="Times New Roman"/>
        </w:rPr>
        <w:t xml:space="preserve"> </w:t>
      </w:r>
      <w:r>
        <w:rPr>
          <w:rFonts w:ascii="Myanmar Text" w:hAnsi="Myanmar Text" w:eastAsia="Myanmar Text" w:cs="Myanmar Text"/>
        </w:rPr>
        <w:t>ဒါဝိဒ်၏မြို့၌</w:t>
      </w:r>
      <w:r>
        <w:rPr>
          <w:rFonts w:ascii="Times New Roman" w:hAnsi="Times New Roman" w:eastAsia="Times New Roman" w:cs="Times New Roman"/>
        </w:rPr>
        <w:t xml:space="preserve"> </w:t>
      </w:r>
      <w:r>
        <w:rPr>
          <w:rFonts w:ascii="Myanmar Text" w:hAnsi="Myanmar Text" w:eastAsia="Myanmar Text" w:cs="Myanmar Text"/>
        </w:rPr>
        <w:t>သင်္ဂြိုဟ်ခြင်းကို</w:t>
      </w:r>
      <w:r>
        <w:rPr>
          <w:rFonts w:ascii="Times New Roman" w:hAnsi="Times New Roman" w:eastAsia="Times New Roman" w:cs="Times New Roman"/>
        </w:rPr>
        <w:t xml:space="preserve"> </w:t>
      </w:r>
      <w:r>
        <w:rPr>
          <w:rFonts w:ascii="Myanmar Text" w:hAnsi="Myanmar Text" w:eastAsia="Myanmar Text" w:cs="Myanmar Text"/>
        </w:rPr>
        <w:t>ခံရ၏။</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သူ၏သား</w:t>
      </w:r>
      <w:r>
        <w:rPr>
          <w:rFonts w:ascii="Times New Roman" w:hAnsi="Times New Roman" w:eastAsia="Times New Roman" w:cs="Times New Roman"/>
        </w:rPr>
        <w:t xml:space="preserve"> </w:t>
      </w:r>
      <w:r>
        <w:rPr>
          <w:rFonts w:ascii="Myanmar Text" w:hAnsi="Myanmar Text" w:eastAsia="Myanmar Text" w:cs="Myanmar Text"/>
        </w:rPr>
        <w:t>ရေဟောဗောင်သည်</w:t>
      </w:r>
      <w:r>
        <w:rPr>
          <w:rFonts w:ascii="Times New Roman" w:hAnsi="Times New Roman" w:eastAsia="Times New Roman" w:cs="Times New Roman"/>
        </w:rPr>
        <w:t xml:space="preserve"> </w:t>
      </w:r>
      <w:r>
        <w:rPr>
          <w:rFonts w:ascii="Myanmar Text" w:hAnsi="Myanmar Text" w:eastAsia="Myanmar Text" w:cs="Myanmar Text"/>
        </w:rPr>
        <w:t>သူ့အစား</w:t>
      </w:r>
      <w:r>
        <w:rPr>
          <w:rFonts w:ascii="Times New Roman" w:hAnsi="Times New Roman" w:eastAsia="Times New Roman" w:cs="Times New Roman"/>
        </w:rPr>
        <w:t xml:space="preserve"> </w:t>
      </w:r>
      <w:r>
        <w:rPr>
          <w:rFonts w:ascii="Myanmar Text" w:hAnsi="Myanmar Text" w:eastAsia="Myanmar Text" w:cs="Myanmar Text"/>
        </w:rPr>
        <w:t>နန်းတက်လေ၏။</w:t>
      </w:r>
      <w:r>
        <w:rPr>
          <w:rFonts w:ascii="Times New Roman" w:hAnsi="Times New Roman" w:eastAsia="Times New Roman" w:cs="Times New Roman"/>
        </w:rPr>
        <w:t xml:space="preserve"> </w:t>
      </w:r>
      <w:r>
        <w:rPr>
          <w:rFonts w:ascii="Myanmar Text" w:hAnsi="Myanmar Text" w:eastAsia="Myanmar Text" w:cs="Myanmar Text"/>
        </w:rPr>
        <w:t>၁</w:t>
      </w:r>
      <w:r>
        <w:rPr>
          <w:rFonts w:ascii="Times New Roman" w:hAnsi="Times New Roman" w:eastAsia="Times New Roman" w:cs="Times New Roman"/>
        </w:rPr>
        <w:t xml:space="preserve"> </w:t>
      </w:r>
      <w:r>
        <w:rPr>
          <w:rFonts w:ascii="Myanmar Text" w:hAnsi="Myanmar Text" w:eastAsia="Myanmar Text" w:cs="Myanmar Text"/>
        </w:rPr>
        <w:t>ဓမ္မရာဇဝင်</w:t>
      </w:r>
      <w:r>
        <w:rPr>
          <w:rFonts w:ascii="Times New Roman" w:hAnsi="Times New Roman" w:eastAsia="Times New Roman" w:cs="Times New Roman"/>
        </w:rPr>
        <w:t xml:space="preserve"> </w:t>
      </w:r>
      <w:r>
        <w:rPr>
          <w:rFonts w:ascii="Myanmar Text" w:hAnsi="Myanmar Text" w:eastAsia="Myanmar Text" w:cs="Myanmar Text"/>
        </w:rPr>
        <w:t>၁၁</w:t>
      </w:r>
      <w:r>
        <w:rPr>
          <w:rFonts w:ascii="Times New Roman" w:hAnsi="Times New Roman" w:eastAsia="Times New Roman" w:cs="Times New Roman"/>
        </w:rPr>
        <w:t>:</w:t>
      </w:r>
      <w:r>
        <w:rPr>
          <w:rFonts w:ascii="Myanmar Text" w:hAnsi="Myanmar Text" w:eastAsia="Myanmar Text" w:cs="Myanmar Text"/>
        </w:rPr>
        <w:t>၂၈</w:t>
      </w:r>
      <w:r>
        <w:rPr>
          <w:rFonts w:ascii="Times New Roman" w:hAnsi="Times New Roman" w:eastAsia="Times New Roman" w:cs="Times New Roman"/>
        </w:rPr>
        <w:t>–</w:t>
      </w:r>
      <w:r>
        <w:rPr>
          <w:rFonts w:ascii="Myanmar Text" w:hAnsi="Myanmar Text" w:eastAsia="Myanmar Text" w:cs="Myanmar Text"/>
        </w:rPr>
        <w:t>၄၃။</w:t>
      </w:r>
    </w:p>
    <w:p>
      <w:pPr>
        <w:pStyle w:val="ArticleBody"/>
        <w:jc w:val="left"/>
      </w:pPr>
      <w:r>
        <w:rPr>
          <w:rFonts w:ascii="Times New Roman" w:hAnsi="Times New Roman" w:eastAsia="Times New Roman" w:cs="Times New Roman"/>
        </w:rPr>
        <w:t>Bila raja Solomon mangkat, kerajaan itu akan dibahagikan dan Jeroboam akan menjadi raja atas sepuluh suku di sebelah utara, manakala Rehoboam, anak Solomon, akan menjadi raja di Yerusalem. Sebelum perpecahan suku-suku itu berlaku, Jeroboam perlu keluar dari Mesir.</w:t>
      </w:r>
    </w:p>
    <w:p>
      <w:pPr>
        <w:pStyle w:val="ArticleScripture"/>
        <w:jc w:val="left"/>
      </w:pPr>
      <w:r>
        <w:rPr>
          <w:rFonts w:ascii="Times New Roman" w:hAnsi="Times New Roman" w:eastAsia="Times New Roman" w:cs="Times New Roman"/>
        </w:rPr>
        <w:t>Maka Rehoboam pergi ke Sikhem, karena seluruh Israel telah datang ke Sikhem untuk mengangkat dia menjadi raja. Dan terjadilah, ketika Yerobeam anak Nebat, yang masih ada di Mesir, mendengar hal itu—sebab ia telah melarikan diri dari hadapan raja Salomo, dan Yerobeam diam di Mesir—bahwa mereka menyuruh memanggil dia. Lalu Yerobeam dan seluruh jemaah Israel datang dan berbicara kepada Rehoboam, katanya: “Ayahmu telah memberatkan kuk kami; sebab itu sekarang, ringankanlah kerja paksa ayahmu yang berat itu, dan kuknya yang berat yang telah dikenakannya atas kami, maka kami akan mengabdi kepadamu.” Tetapi ia berkata kepada mereka: “Pergilah dahulu untuk tiga hari, kemudian datanglah kembali kepadaku.” Lalu pergilah bangsa itu. 1 Raja-raja 12:1–5.</w:t>
      </w:r>
    </w:p>
    <w:p>
      <w:pPr>
        <w:pStyle w:val="ArticleBody"/>
        <w:jc w:val="left"/>
      </w:pPr>
      <w:r>
        <w:rPr>
          <w:rFonts w:ascii="Ebrima" w:hAnsi="Ebrima" w:eastAsia="Ebrima" w:cs="Ebrima"/>
        </w:rPr>
        <w:t>ߙߋߐߦߊߡ</w:t>
      </w:r>
      <w:r>
        <w:rPr>
          <w:rFonts w:ascii="Times New Roman" w:hAnsi="Times New Roman" w:eastAsia="Times New Roman" w:cs="Times New Roman"/>
        </w:rPr>
        <w:t xml:space="preserve"> </w:t>
      </w:r>
      <w:r>
        <w:rPr>
          <w:rFonts w:ascii="Ebrima" w:hAnsi="Ebrima" w:eastAsia="Ebrima" w:cs="Ebrima"/>
        </w:rPr>
        <w:t>ߞߊ߬</w:t>
      </w:r>
      <w:r>
        <w:rPr>
          <w:rFonts w:ascii="Times New Roman" w:hAnsi="Times New Roman" w:eastAsia="Times New Roman" w:cs="Times New Roman"/>
        </w:rPr>
        <w:t xml:space="preserve"> </w:t>
      </w:r>
      <w:r>
        <w:rPr>
          <w:rFonts w:ascii="Ebrima" w:hAnsi="Ebrima" w:eastAsia="Ebrima" w:cs="Ebrima"/>
        </w:rPr>
        <w:t>ߛߎ߯</w:t>
      </w:r>
      <w:r>
        <w:rPr>
          <w:rFonts w:ascii="Times New Roman" w:hAnsi="Times New Roman" w:eastAsia="Times New Roman" w:cs="Times New Roman"/>
        </w:rPr>
        <w:t xml:space="preserve"> </w:t>
      </w:r>
      <w:r>
        <w:rPr>
          <w:rFonts w:ascii="Ebrima" w:hAnsi="Ebrima" w:eastAsia="Ebrima" w:cs="Ebrima"/>
        </w:rPr>
        <w:t>ߞߍ߫</w:t>
      </w:r>
      <w:r>
        <w:rPr>
          <w:rFonts w:ascii="Times New Roman" w:hAnsi="Times New Roman" w:eastAsia="Times New Roman" w:cs="Times New Roman"/>
        </w:rPr>
        <w:t xml:space="preserve"> </w:t>
      </w:r>
      <w:r>
        <w:rPr>
          <w:rFonts w:ascii="Ebrima" w:hAnsi="Ebrima" w:eastAsia="Ebrima" w:cs="Ebrima"/>
        </w:rPr>
        <w:t>ߝߐ߫</w:t>
      </w:r>
      <w:r>
        <w:rPr>
          <w:rFonts w:ascii="Times New Roman" w:hAnsi="Times New Roman" w:eastAsia="Times New Roman" w:cs="Times New Roman"/>
        </w:rPr>
        <w:t xml:space="preserve"> </w:t>
      </w:r>
      <w:r>
        <w:rPr>
          <w:rFonts w:ascii="Ebrima" w:hAnsi="Ebrima" w:eastAsia="Ebrima" w:cs="Ebrima"/>
        </w:rPr>
        <w:t>ߣߌ߫</w:t>
      </w:r>
      <w:r>
        <w:rPr>
          <w:rFonts w:ascii="Times New Roman" w:hAnsi="Times New Roman" w:eastAsia="Times New Roman" w:cs="Times New Roman"/>
        </w:rPr>
        <w:t xml:space="preserve"> </w:t>
      </w:r>
      <w:r>
        <w:rPr>
          <w:rFonts w:ascii="Ebrima" w:hAnsi="Ebrima" w:eastAsia="Ebrima" w:cs="Ebrima"/>
        </w:rPr>
        <w:t>ߞߐ߫</w:t>
      </w:r>
      <w:r>
        <w:rPr>
          <w:rFonts w:ascii="Times New Roman" w:hAnsi="Times New Roman" w:eastAsia="Times New Roman" w:cs="Times New Roman"/>
        </w:rPr>
        <w:t xml:space="preserve"> </w:t>
      </w:r>
      <w:r>
        <w:rPr>
          <w:rFonts w:ascii="Ebrima" w:hAnsi="Ebrima" w:eastAsia="Ebrima" w:cs="Ebrima"/>
        </w:rPr>
        <w:t>ߞߊ߬</w:t>
      </w:r>
      <w:r>
        <w:rPr>
          <w:rFonts w:ascii="Times New Roman" w:hAnsi="Times New Roman" w:eastAsia="Times New Roman" w:cs="Times New Roman"/>
        </w:rPr>
        <w:t xml:space="preserve"> </w:t>
      </w:r>
      <w:r>
        <w:rPr>
          <w:rFonts w:ascii="Ebrima" w:hAnsi="Ebrima" w:eastAsia="Ebrima" w:cs="Ebrima"/>
        </w:rPr>
        <w:t>ߞߎ߲߬</w:t>
      </w:r>
      <w:r>
        <w:rPr>
          <w:rFonts w:ascii="Times New Roman" w:hAnsi="Times New Roman" w:eastAsia="Times New Roman" w:cs="Times New Roman"/>
        </w:rPr>
        <w:t xml:space="preserve"> </w:t>
      </w:r>
      <w:r>
        <w:rPr>
          <w:rFonts w:ascii="Ebrima" w:hAnsi="Ebrima" w:eastAsia="Ebrima" w:cs="Ebrima"/>
        </w:rPr>
        <w:t>ߠߋ߬</w:t>
      </w:r>
      <w:r>
        <w:rPr>
          <w:rFonts w:ascii="Times New Roman" w:hAnsi="Times New Roman" w:eastAsia="Times New Roman" w:cs="Times New Roman"/>
        </w:rPr>
        <w:t xml:space="preserve"> </w:t>
      </w:r>
      <w:r>
        <w:rPr>
          <w:rFonts w:ascii="Ebrima" w:hAnsi="Ebrima" w:eastAsia="Ebrima" w:cs="Ebrima"/>
        </w:rPr>
        <w:t>ߛߌ߰</w:t>
      </w:r>
      <w:r>
        <w:rPr>
          <w:rFonts w:ascii="Times New Roman" w:hAnsi="Times New Roman" w:eastAsia="Times New Roman" w:cs="Times New Roman"/>
        </w:rPr>
        <w:t xml:space="preserve"> </w:t>
      </w:r>
      <w:r>
        <w:rPr>
          <w:rFonts w:ascii="Ebrima" w:hAnsi="Ebrima" w:eastAsia="Ebrima" w:cs="Ebrima"/>
        </w:rPr>
        <w:t>ߟߎ߬</w:t>
      </w:r>
      <w:r>
        <w:rPr>
          <w:rFonts w:ascii="Times New Roman" w:hAnsi="Times New Roman" w:eastAsia="Times New Roman" w:cs="Times New Roman"/>
        </w:rPr>
        <w:t xml:space="preserve"> </w:t>
      </w:r>
      <w:r>
        <w:rPr>
          <w:rFonts w:ascii="Ebrima" w:hAnsi="Ebrima" w:eastAsia="Ebrima" w:cs="Ebrima"/>
        </w:rPr>
        <w:t>ߞߊ߬ߟߌ߫</w:t>
      </w:r>
      <w:r>
        <w:rPr>
          <w:rFonts w:ascii="Times New Roman" w:hAnsi="Times New Roman" w:eastAsia="Times New Roman" w:cs="Times New Roman"/>
        </w:rPr>
        <w:t xml:space="preserve"> </w:t>
      </w:r>
      <w:r>
        <w:rPr>
          <w:rFonts w:ascii="Ebrima" w:hAnsi="Ebrima" w:eastAsia="Ebrima" w:cs="Ebrima"/>
        </w:rPr>
        <w:t>ߞߏߟߊ</w:t>
      </w:r>
      <w:r>
        <w:rPr>
          <w:rFonts w:ascii="Times New Roman" w:hAnsi="Times New Roman" w:eastAsia="Times New Roman" w:cs="Times New Roman"/>
        </w:rPr>
        <w:t xml:space="preserve"> </w:t>
      </w:r>
      <w:r>
        <w:rPr>
          <w:rFonts w:ascii="Ebrima" w:hAnsi="Ebrima" w:eastAsia="Ebrima" w:cs="Ebrima"/>
        </w:rPr>
        <w:t>ߘߐ߫</w:t>
      </w:r>
      <w:r>
        <w:rPr>
          <w:rFonts w:ascii="Times New Roman" w:hAnsi="Times New Roman" w:eastAsia="Times New Roman" w:cs="Times New Roman"/>
        </w:rPr>
        <w:t xml:space="preserve"> </w:t>
      </w:r>
      <w:r>
        <w:rPr>
          <w:rFonts w:ascii="Ebrima" w:hAnsi="Ebrima" w:eastAsia="Ebrima" w:cs="Ebrima"/>
        </w:rPr>
        <w:t>ߟߊ߫</w:t>
      </w:r>
      <w:r>
        <w:rPr>
          <w:rFonts w:ascii="Times New Roman" w:hAnsi="Times New Roman" w:eastAsia="Times New Roman" w:cs="Times New Roman"/>
        </w:rPr>
        <w:t xml:space="preserve">، </w:t>
      </w:r>
      <w:r>
        <w:rPr>
          <w:rFonts w:ascii="Ebrima" w:hAnsi="Ebrima" w:eastAsia="Ebrima" w:cs="Ebrima"/>
        </w:rPr>
        <w:t>ߒ߬ߓߊ߬߬</w:t>
      </w:r>
      <w:r>
        <w:rPr>
          <w:rFonts w:ascii="Times New Roman" w:hAnsi="Times New Roman" w:eastAsia="Times New Roman" w:cs="Times New Roman"/>
        </w:rPr>
        <w:t xml:space="preserve"> </w:t>
      </w:r>
      <w:r>
        <w:rPr>
          <w:rFonts w:ascii="Ebrima" w:hAnsi="Ebrima" w:eastAsia="Ebrima" w:cs="Ebrima"/>
        </w:rPr>
        <w:t>ߞߏ߫</w:t>
      </w:r>
      <w:r>
        <w:rPr>
          <w:rFonts w:ascii="Times New Roman" w:hAnsi="Times New Roman" w:eastAsia="Times New Roman" w:cs="Times New Roman"/>
        </w:rPr>
        <w:t xml:space="preserve"> </w:t>
      </w:r>
      <w:r>
        <w:rPr>
          <w:rFonts w:ascii="Ebrima" w:hAnsi="Ebrima" w:eastAsia="Ebrima" w:cs="Ebrima"/>
        </w:rPr>
        <w:t>ߞߙߍߞߍ</w:t>
      </w:r>
      <w:r>
        <w:rPr>
          <w:rFonts w:ascii="Times New Roman" w:hAnsi="Times New Roman" w:eastAsia="Times New Roman" w:cs="Times New Roman"/>
        </w:rPr>
        <w:t xml:space="preserve"> </w:t>
      </w:r>
      <w:r>
        <w:rPr>
          <w:rFonts w:ascii="Ebrima" w:hAnsi="Ebrima" w:eastAsia="Ebrima" w:cs="Ebrima"/>
        </w:rPr>
        <w:t>ߟߎ߬</w:t>
      </w:r>
      <w:r>
        <w:rPr>
          <w:rFonts w:ascii="Times New Roman" w:hAnsi="Times New Roman" w:eastAsia="Times New Roman" w:cs="Times New Roman"/>
        </w:rPr>
        <w:t xml:space="preserve"> </w:t>
      </w:r>
      <w:r>
        <w:rPr>
          <w:rFonts w:ascii="Ebrima" w:hAnsi="Ebrima" w:eastAsia="Ebrima" w:cs="Ebrima"/>
        </w:rPr>
        <w:t>ߕߊ߬ߡߌ߬ߣߍ߲߬</w:t>
      </w:r>
      <w:r>
        <w:rPr>
          <w:rFonts w:ascii="Times New Roman" w:hAnsi="Times New Roman" w:eastAsia="Times New Roman" w:cs="Times New Roman"/>
        </w:rPr>
        <w:t xml:space="preserve"> </w:t>
      </w:r>
      <w:r>
        <w:rPr>
          <w:rFonts w:ascii="Ebrima" w:hAnsi="Ebrima" w:eastAsia="Ebrima" w:cs="Ebrima"/>
        </w:rPr>
        <w:t>ߟߊ߫</w:t>
      </w:r>
      <w:r>
        <w:rPr>
          <w:rFonts w:ascii="Times New Roman" w:hAnsi="Times New Roman" w:eastAsia="Times New Roman" w:cs="Times New Roman"/>
        </w:rPr>
        <w:t xml:space="preserve"> </w:t>
      </w:r>
      <w:r>
        <w:rPr>
          <w:rFonts w:ascii="Ebrima" w:hAnsi="Ebrima" w:eastAsia="Ebrima" w:cs="Ebrima"/>
        </w:rPr>
        <w:t>ߞߊ߲߬ߞߊ߲ߘߊ</w:t>
      </w:r>
      <w:r>
        <w:rPr>
          <w:rFonts w:ascii="Times New Roman" w:hAnsi="Times New Roman" w:eastAsia="Times New Roman" w:cs="Times New Roman"/>
        </w:rPr>
        <w:t xml:space="preserve"> </w:t>
      </w:r>
      <w:r>
        <w:rPr>
          <w:rFonts w:ascii="Ebrima" w:hAnsi="Ebrima" w:eastAsia="Ebrima" w:cs="Ebrima"/>
        </w:rPr>
        <w:t>ߛߐ߲ߞߐ߲</w:t>
      </w:r>
      <w:r>
        <w:rPr>
          <w:rFonts w:ascii="Times New Roman" w:hAnsi="Times New Roman" w:eastAsia="Times New Roman" w:cs="Times New Roman"/>
        </w:rPr>
        <w:t xml:space="preserve"> </w:t>
      </w:r>
      <w:r>
        <w:rPr>
          <w:rFonts w:ascii="Ebrima" w:hAnsi="Ebrima" w:eastAsia="Ebrima" w:cs="Ebrima"/>
        </w:rPr>
        <w:t>ߕߴߏ߬</w:t>
      </w:r>
      <w:r>
        <w:rPr>
          <w:rFonts w:ascii="Times New Roman" w:hAnsi="Times New Roman" w:eastAsia="Times New Roman" w:cs="Times New Roman"/>
        </w:rPr>
        <w:t xml:space="preserve"> </w:t>
      </w:r>
      <w:r>
        <w:rPr>
          <w:rFonts w:ascii="Ebrima" w:hAnsi="Ebrima" w:eastAsia="Ebrima" w:cs="Ebrima"/>
        </w:rPr>
        <w:t>ߡߍ߲</w:t>
      </w:r>
      <w:r>
        <w:rPr>
          <w:rFonts w:ascii="Times New Roman" w:hAnsi="Times New Roman" w:eastAsia="Times New Roman" w:cs="Times New Roman"/>
        </w:rPr>
        <w:t xml:space="preserve">، </w:t>
      </w:r>
      <w:r>
        <w:rPr>
          <w:rFonts w:ascii="Ebrima" w:hAnsi="Ebrima" w:eastAsia="Ebrima" w:cs="Ebrima"/>
        </w:rPr>
        <w:t>ߞߊ߲߬ߞߊ߲</w:t>
      </w:r>
      <w:r>
        <w:rPr>
          <w:rFonts w:ascii="Times New Roman" w:hAnsi="Times New Roman" w:eastAsia="Times New Roman" w:cs="Times New Roman"/>
        </w:rPr>
        <w:t xml:space="preserve"> </w:t>
      </w:r>
      <w:r>
        <w:rPr>
          <w:rFonts w:ascii="Ebrima" w:hAnsi="Ebrima" w:eastAsia="Ebrima" w:cs="Ebrima"/>
        </w:rPr>
        <w:t>ߠߎ߬</w:t>
      </w:r>
      <w:r>
        <w:rPr>
          <w:rFonts w:ascii="Times New Roman" w:hAnsi="Times New Roman" w:eastAsia="Times New Roman" w:cs="Times New Roman"/>
        </w:rPr>
        <w:t xml:space="preserve"> </w:t>
      </w:r>
      <w:r>
        <w:rPr>
          <w:rFonts w:ascii="Ebrima" w:hAnsi="Ebrima" w:eastAsia="Ebrima" w:cs="Ebrima"/>
        </w:rPr>
        <w:t>ߝߍ߬ߛߍ߲߬ߠߌ</w:t>
      </w:r>
      <w:r>
        <w:rPr>
          <w:rFonts w:ascii="Times New Roman" w:hAnsi="Times New Roman" w:eastAsia="Times New Roman" w:cs="Times New Roman"/>
        </w:rPr>
        <w:t xml:space="preserve"> </w:t>
      </w:r>
      <w:r>
        <w:rPr>
          <w:rFonts w:ascii="Ebrima" w:hAnsi="Ebrima" w:eastAsia="Ebrima" w:cs="Ebrima"/>
        </w:rPr>
        <w:t>ߓߘߊ߫</w:t>
      </w:r>
      <w:r>
        <w:rPr>
          <w:rFonts w:ascii="Times New Roman" w:hAnsi="Times New Roman" w:eastAsia="Times New Roman" w:cs="Times New Roman"/>
        </w:rPr>
        <w:t xml:space="preserve"> </w:t>
      </w:r>
      <w:r>
        <w:rPr>
          <w:rFonts w:ascii="Ebrima" w:hAnsi="Ebrima" w:eastAsia="Ebrima" w:cs="Ebrima"/>
        </w:rPr>
        <w:t>ߞߊ߬</w:t>
      </w:r>
      <w:r>
        <w:rPr>
          <w:rFonts w:ascii="Times New Roman" w:hAnsi="Times New Roman" w:eastAsia="Times New Roman" w:cs="Times New Roman"/>
        </w:rPr>
        <w:t xml:space="preserve"> </w:t>
      </w:r>
      <w:r>
        <w:rPr>
          <w:rFonts w:ascii="Ebrima" w:hAnsi="Ebrima" w:eastAsia="Ebrima" w:cs="Ebrima"/>
        </w:rPr>
        <w:t>ߝߐ߫</w:t>
      </w:r>
      <w:r>
        <w:rPr>
          <w:rFonts w:ascii="Times New Roman" w:hAnsi="Times New Roman" w:eastAsia="Times New Roman" w:cs="Times New Roman"/>
        </w:rPr>
        <w:t xml:space="preserve"> </w:t>
      </w:r>
      <w:r>
        <w:rPr>
          <w:rFonts w:ascii="Ebrima" w:hAnsi="Ebrima" w:eastAsia="Ebrima" w:cs="Ebrima"/>
        </w:rPr>
        <w:t>ߢߌߣߌ߲ߓߊ߫</w:t>
      </w:r>
      <w:r>
        <w:rPr>
          <w:rFonts w:ascii="Times New Roman" w:hAnsi="Times New Roman" w:eastAsia="Times New Roman" w:cs="Times New Roman"/>
        </w:rPr>
        <w:t xml:space="preserve">، </w:t>
      </w:r>
      <w:r>
        <w:rPr>
          <w:rFonts w:ascii="Ebrima" w:hAnsi="Ebrima" w:eastAsia="Ebrima" w:cs="Ebrima"/>
        </w:rPr>
        <w:t>ߏ߬</w:t>
      </w:r>
      <w:r>
        <w:rPr>
          <w:rFonts w:ascii="Times New Roman" w:hAnsi="Times New Roman" w:eastAsia="Times New Roman" w:cs="Times New Roman"/>
        </w:rPr>
        <w:t xml:space="preserve"> </w:t>
      </w:r>
      <w:r>
        <w:rPr>
          <w:rFonts w:ascii="Ebrima" w:hAnsi="Ebrima" w:eastAsia="Ebrima" w:cs="Ebrima"/>
        </w:rPr>
        <w:t>ߘߐ߫</w:t>
      </w:r>
      <w:r>
        <w:rPr>
          <w:rFonts w:ascii="Times New Roman" w:hAnsi="Times New Roman" w:eastAsia="Times New Roman" w:cs="Times New Roman"/>
        </w:rPr>
        <w:t xml:space="preserve"> </w:t>
      </w:r>
      <w:r>
        <w:rPr>
          <w:rFonts w:ascii="Ebrima" w:hAnsi="Ebrima" w:eastAsia="Ebrima" w:cs="Ebrima"/>
        </w:rPr>
        <w:t>ߊ߬</w:t>
      </w:r>
      <w:r>
        <w:rPr>
          <w:rFonts w:ascii="Times New Roman" w:hAnsi="Times New Roman" w:eastAsia="Times New Roman" w:cs="Times New Roman"/>
        </w:rPr>
        <w:t xml:space="preserve"> </w:t>
      </w:r>
      <w:r>
        <w:rPr>
          <w:rFonts w:ascii="Ebrima" w:hAnsi="Ebrima" w:eastAsia="Ebrima" w:cs="Ebrima"/>
        </w:rPr>
        <w:t>ߕߍ߫</w:t>
      </w:r>
      <w:r>
        <w:rPr>
          <w:rFonts w:ascii="Times New Roman" w:hAnsi="Times New Roman" w:eastAsia="Times New Roman" w:cs="Times New Roman"/>
        </w:rPr>
        <w:t xml:space="preserve"> </w:t>
      </w:r>
      <w:r>
        <w:rPr>
          <w:rFonts w:ascii="Ebrima" w:hAnsi="Ebrima" w:eastAsia="Ebrima" w:cs="Ebrima"/>
        </w:rPr>
        <w:t>ߞߊ߬߬</w:t>
      </w:r>
      <w:r>
        <w:rPr>
          <w:rFonts w:ascii="Times New Roman" w:hAnsi="Times New Roman" w:eastAsia="Times New Roman" w:cs="Times New Roman"/>
        </w:rPr>
        <w:t xml:space="preserve"> </w:t>
      </w:r>
      <w:r>
        <w:rPr>
          <w:rFonts w:ascii="Ebrima" w:hAnsi="Ebrima" w:eastAsia="Ebrima" w:cs="Ebrima"/>
        </w:rPr>
        <w:t>ߘߊ߬</w:t>
      </w:r>
      <w:r>
        <w:rPr>
          <w:rFonts w:ascii="Times New Roman" w:hAnsi="Times New Roman" w:eastAsia="Times New Roman" w:cs="Times New Roman"/>
        </w:rPr>
        <w:t xml:space="preserve"> </w:t>
      </w:r>
      <w:r>
        <w:rPr>
          <w:rFonts w:ascii="Ebrima" w:hAnsi="Ebrima" w:eastAsia="Ebrima" w:cs="Ebrima"/>
        </w:rPr>
        <w:t>ߓߐ߫</w:t>
      </w:r>
      <w:r>
        <w:rPr>
          <w:rFonts w:ascii="Times New Roman" w:hAnsi="Times New Roman" w:eastAsia="Times New Roman" w:cs="Times New Roman"/>
        </w:rPr>
        <w:t xml:space="preserve"> </w:t>
      </w:r>
      <w:r>
        <w:rPr>
          <w:rFonts w:ascii="Ebrima" w:hAnsi="Ebrima" w:eastAsia="Ebrima" w:cs="Ebrima"/>
        </w:rPr>
        <w:t>ߛߌ߫</w:t>
      </w:r>
      <w:r>
        <w:rPr>
          <w:rFonts w:ascii="Times New Roman" w:hAnsi="Times New Roman" w:eastAsia="Times New Roman" w:cs="Times New Roman"/>
        </w:rPr>
        <w:t xml:space="preserve"> </w:t>
      </w:r>
      <w:r>
        <w:rPr>
          <w:rFonts w:ascii="Ebrima" w:hAnsi="Ebrima" w:eastAsia="Ebrima" w:cs="Ebrima"/>
        </w:rPr>
        <w:t>ߞߎߘߊߦߊ</w:t>
      </w:r>
      <w:r>
        <w:rPr>
          <w:rFonts w:ascii="Times New Roman" w:hAnsi="Times New Roman" w:eastAsia="Times New Roman" w:cs="Times New Roman"/>
        </w:rPr>
        <w:t xml:space="preserve"> </w:t>
      </w:r>
      <w:r>
        <w:rPr>
          <w:rFonts w:ascii="Ebrima" w:hAnsi="Ebrima" w:eastAsia="Ebrima" w:cs="Ebrima"/>
        </w:rPr>
        <w:t>ߘߏ߫</w:t>
      </w:r>
      <w:r>
        <w:rPr>
          <w:rFonts w:ascii="Times New Roman" w:hAnsi="Times New Roman" w:eastAsia="Times New Roman" w:cs="Times New Roman"/>
        </w:rPr>
        <w:t xml:space="preserve"> </w:t>
      </w:r>
      <w:r>
        <w:rPr>
          <w:rFonts w:ascii="Ebrima" w:hAnsi="Ebrima" w:eastAsia="Ebrima" w:cs="Ebrima"/>
        </w:rPr>
        <w:t>ߟߊ߫</w:t>
      </w:r>
      <w:r>
        <w:rPr>
          <w:rFonts w:ascii="Times New Roman" w:hAnsi="Times New Roman" w:eastAsia="Times New Roman" w:cs="Times New Roman"/>
        </w:rPr>
        <w:t xml:space="preserve"> </w:t>
      </w:r>
      <w:r>
        <w:rPr>
          <w:rFonts w:ascii="Ebrima" w:hAnsi="Ebrima" w:eastAsia="Ebrima" w:cs="Ebrima"/>
        </w:rPr>
        <w:t>ߡߊ߬</w:t>
      </w:r>
      <w:r>
        <w:rPr>
          <w:rFonts w:ascii="Times New Roman" w:hAnsi="Times New Roman" w:eastAsia="Times New Roman" w:cs="Times New Roman"/>
        </w:rPr>
        <w:t xml:space="preserve">. </w:t>
      </w:r>
      <w:r>
        <w:rPr>
          <w:rFonts w:ascii="Ebrima" w:hAnsi="Ebrima" w:eastAsia="Ebrima" w:cs="Ebrima"/>
        </w:rPr>
        <w:t>ߊ߬</w:t>
      </w:r>
      <w:r>
        <w:rPr>
          <w:rFonts w:ascii="Times New Roman" w:hAnsi="Times New Roman" w:eastAsia="Times New Roman" w:cs="Times New Roman"/>
        </w:rPr>
        <w:t xml:space="preserve"> </w:t>
      </w:r>
      <w:r>
        <w:rPr>
          <w:rFonts w:ascii="Ebrima" w:hAnsi="Ebrima" w:eastAsia="Ebrima" w:cs="Ebrima"/>
        </w:rPr>
        <w:t>ߞߊ߬</w:t>
      </w:r>
      <w:r>
        <w:rPr>
          <w:rFonts w:ascii="Times New Roman" w:hAnsi="Times New Roman" w:eastAsia="Times New Roman" w:cs="Times New Roman"/>
        </w:rPr>
        <w:t xml:space="preserve"> </w:t>
      </w:r>
      <w:r>
        <w:rPr>
          <w:rFonts w:ascii="Ebrima" w:hAnsi="Ebrima" w:eastAsia="Ebrima" w:cs="Ebrima"/>
        </w:rPr>
        <w:t>ߞߎ߲߬</w:t>
      </w:r>
      <w:r>
        <w:rPr>
          <w:rFonts w:ascii="Times New Roman" w:hAnsi="Times New Roman" w:eastAsia="Times New Roman" w:cs="Times New Roman"/>
        </w:rPr>
        <w:t xml:space="preserve"> </w:t>
      </w:r>
      <w:r>
        <w:rPr>
          <w:rFonts w:ascii="Ebrima" w:hAnsi="Ebrima" w:eastAsia="Ebrima" w:cs="Ebrima"/>
        </w:rPr>
        <w:t>ߝߐ߫</w:t>
      </w:r>
      <w:r>
        <w:rPr>
          <w:rFonts w:ascii="Times New Roman" w:hAnsi="Times New Roman" w:eastAsia="Times New Roman" w:cs="Times New Roman"/>
        </w:rPr>
        <w:t xml:space="preserve"> </w:t>
      </w:r>
      <w:r>
        <w:rPr>
          <w:rFonts w:ascii="Ebrima" w:hAnsi="Ebrima" w:eastAsia="Ebrima" w:cs="Ebrima"/>
        </w:rPr>
        <w:t>ߦߋ߫</w:t>
      </w:r>
      <w:r>
        <w:rPr>
          <w:rFonts w:ascii="Times New Roman" w:hAnsi="Times New Roman" w:eastAsia="Times New Roman" w:cs="Times New Roman"/>
        </w:rPr>
        <w:t xml:space="preserve"> </w:t>
      </w:r>
      <w:r>
        <w:rPr>
          <w:rFonts w:ascii="Ebrima" w:hAnsi="Ebrima" w:eastAsia="Ebrima" w:cs="Ebrima"/>
        </w:rPr>
        <w:t>ߣߌ߲</w:t>
      </w:r>
      <w:r>
        <w:rPr>
          <w:rFonts w:ascii="Times New Roman" w:hAnsi="Times New Roman" w:eastAsia="Times New Roman" w:cs="Times New Roman"/>
        </w:rPr>
        <w:t xml:space="preserve"> </w:t>
      </w:r>
      <w:r>
        <w:rPr>
          <w:rFonts w:ascii="Ebrima" w:hAnsi="Ebrima" w:eastAsia="Ebrima" w:cs="Ebrima"/>
        </w:rPr>
        <w:t>ߦߙߐ߫</w:t>
      </w:r>
      <w:r>
        <w:rPr>
          <w:rFonts w:ascii="Times New Roman" w:hAnsi="Times New Roman" w:eastAsia="Times New Roman" w:cs="Times New Roman"/>
        </w:rPr>
        <w:t xml:space="preserve"> </w:t>
      </w:r>
      <w:r>
        <w:rPr>
          <w:rFonts w:ascii="Ebrima" w:hAnsi="Ebrima" w:eastAsia="Ebrima" w:cs="Ebrima"/>
        </w:rPr>
        <w:t>ߞߊ߬</w:t>
      </w:r>
      <w:r>
        <w:rPr>
          <w:rFonts w:ascii="Times New Roman" w:hAnsi="Times New Roman" w:eastAsia="Times New Roman" w:cs="Times New Roman"/>
        </w:rPr>
        <w:t xml:space="preserve"> </w:t>
      </w:r>
      <w:r>
        <w:rPr>
          <w:rFonts w:ascii="Ebrima" w:hAnsi="Ebrima" w:eastAsia="Ebrima" w:cs="Ebrima"/>
        </w:rPr>
        <w:t>ߘߌ߫</w:t>
      </w:r>
      <w:r>
        <w:rPr>
          <w:rFonts w:ascii="Times New Roman" w:hAnsi="Times New Roman" w:eastAsia="Times New Roman" w:cs="Times New Roman"/>
        </w:rPr>
        <w:t xml:space="preserve"> </w:t>
      </w:r>
      <w:r>
        <w:rPr>
          <w:rFonts w:ascii="Ebrima" w:hAnsi="Ebrima" w:eastAsia="Ebrima" w:cs="Ebrima"/>
        </w:rPr>
        <w:t>ߡߊ߬</w:t>
      </w:r>
      <w:r>
        <w:rPr>
          <w:rFonts w:ascii="Times New Roman" w:hAnsi="Times New Roman" w:eastAsia="Times New Roman" w:cs="Times New Roman"/>
        </w:rPr>
        <w:t xml:space="preserve"> </w:t>
      </w:r>
      <w:r>
        <w:rPr>
          <w:rFonts w:ascii="Ebrima" w:hAnsi="Ebrima" w:eastAsia="Ebrima" w:cs="Ebrima"/>
        </w:rPr>
        <w:t>ߛߓߍ߫ߓߍ</w:t>
      </w:r>
      <w:r>
        <w:rPr>
          <w:rFonts w:ascii="Times New Roman" w:hAnsi="Times New Roman" w:eastAsia="Times New Roman" w:cs="Times New Roman"/>
        </w:rPr>
        <w:t xml:space="preserve"> </w:t>
      </w:r>
      <w:r>
        <w:rPr>
          <w:rFonts w:ascii="Ebrima" w:hAnsi="Ebrima" w:eastAsia="Ebrima" w:cs="Ebrima"/>
        </w:rPr>
        <w:t>ߘߏ߫</w:t>
      </w:r>
      <w:r>
        <w:rPr>
          <w:rFonts w:ascii="Times New Roman" w:hAnsi="Times New Roman" w:eastAsia="Times New Roman" w:cs="Times New Roman"/>
        </w:rPr>
        <w:t xml:space="preserve"> </w:t>
      </w:r>
      <w:r>
        <w:rPr>
          <w:rFonts w:ascii="Ebrima" w:hAnsi="Ebrima" w:eastAsia="Ebrima" w:cs="Ebrima"/>
        </w:rPr>
        <w:t>ߢߍ߫</w:t>
      </w:r>
      <w:r>
        <w:rPr>
          <w:rFonts w:ascii="Times New Roman" w:hAnsi="Times New Roman" w:eastAsia="Times New Roman" w:cs="Times New Roman"/>
        </w:rPr>
        <w:t xml:space="preserve"> </w:t>
      </w:r>
      <w:r>
        <w:rPr>
          <w:rFonts w:ascii="Ebrima" w:hAnsi="Ebrima" w:eastAsia="Ebrima" w:cs="Ebrima"/>
        </w:rPr>
        <w:t>ߟߊ߫</w:t>
      </w:r>
      <w:r>
        <w:rPr>
          <w:rFonts w:ascii="Times New Roman" w:hAnsi="Times New Roman" w:eastAsia="Times New Roman" w:cs="Times New Roman"/>
        </w:rPr>
        <w:t xml:space="preserve"> </w:t>
      </w:r>
      <w:r>
        <w:rPr>
          <w:rFonts w:ascii="Ebrima" w:hAnsi="Ebrima" w:eastAsia="Ebrima" w:cs="Ebrima"/>
        </w:rPr>
        <w:t>ߞߏ߫</w:t>
      </w:r>
      <w:r>
        <w:rPr>
          <w:rFonts w:ascii="Times New Roman" w:hAnsi="Times New Roman" w:eastAsia="Times New Roman" w:cs="Times New Roman"/>
        </w:rPr>
        <w:t xml:space="preserve">، </w:t>
      </w:r>
      <w:r>
        <w:rPr>
          <w:rFonts w:ascii="Ebrima" w:hAnsi="Ebrima" w:eastAsia="Ebrima" w:cs="Ebrima"/>
        </w:rPr>
        <w:t>ߝߍ߬ߛߍ߲߬ߠߌ</w:t>
      </w:r>
      <w:r>
        <w:rPr>
          <w:rFonts w:ascii="Times New Roman" w:hAnsi="Times New Roman" w:eastAsia="Times New Roman" w:cs="Times New Roman"/>
        </w:rPr>
        <w:t xml:space="preserve"> </w:t>
      </w:r>
      <w:r>
        <w:rPr>
          <w:rFonts w:ascii="Ebrima" w:hAnsi="Ebrima" w:eastAsia="Ebrima" w:cs="Ebrima"/>
        </w:rPr>
        <w:t>ߞߍ߬ߣߍ߲</w:t>
      </w:r>
      <w:r>
        <w:rPr>
          <w:rFonts w:ascii="Times New Roman" w:hAnsi="Times New Roman" w:eastAsia="Times New Roman" w:cs="Times New Roman"/>
        </w:rPr>
        <w:t xml:space="preserve"> </w:t>
      </w:r>
      <w:r>
        <w:rPr>
          <w:rFonts w:ascii="Ebrima" w:hAnsi="Ebrima" w:eastAsia="Ebrima" w:cs="Ebrima"/>
        </w:rPr>
        <w:t>ߛߙߊ߬ߡߌ߫</w:t>
      </w:r>
      <w:r>
        <w:rPr>
          <w:rFonts w:ascii="Times New Roman" w:hAnsi="Times New Roman" w:eastAsia="Times New Roman" w:cs="Times New Roman"/>
        </w:rPr>
        <w:t xml:space="preserve"> </w:t>
      </w:r>
      <w:r>
        <w:rPr>
          <w:rFonts w:ascii="Ebrima" w:hAnsi="Ebrima" w:eastAsia="Ebrima" w:cs="Ebrima"/>
        </w:rPr>
        <w:t>ߓߘߊ߫</w:t>
      </w:r>
      <w:r>
        <w:rPr>
          <w:rFonts w:ascii="Times New Roman" w:hAnsi="Times New Roman" w:eastAsia="Times New Roman" w:cs="Times New Roman"/>
        </w:rPr>
        <w:t xml:space="preserve"> </w:t>
      </w:r>
      <w:r>
        <w:rPr>
          <w:rFonts w:ascii="Ebrima" w:hAnsi="Ebrima" w:eastAsia="Ebrima" w:cs="Ebrima"/>
        </w:rPr>
        <w:t>ߟߊ߬ߛߐ߲߬</w:t>
      </w:r>
      <w:r>
        <w:rPr>
          <w:rFonts w:ascii="Times New Roman" w:hAnsi="Times New Roman" w:eastAsia="Times New Roman" w:cs="Times New Roman"/>
        </w:rPr>
        <w:t xml:space="preserve"> </w:t>
      </w:r>
      <w:r>
        <w:rPr>
          <w:rFonts w:ascii="Ebrima" w:hAnsi="Ebrima" w:eastAsia="Ebrima" w:cs="Ebrima"/>
        </w:rPr>
        <w:t>ߞߏ߫</w:t>
      </w:r>
      <w:r>
        <w:rPr>
          <w:rFonts w:ascii="Times New Roman" w:hAnsi="Times New Roman" w:eastAsia="Times New Roman" w:cs="Times New Roman"/>
        </w:rPr>
        <w:t xml:space="preserve"> </w:t>
      </w:r>
      <w:r>
        <w:rPr>
          <w:rFonts w:ascii="Ebrima" w:hAnsi="Ebrima" w:eastAsia="Ebrima" w:cs="Ebrima"/>
        </w:rPr>
        <w:t>ߊ߬</w:t>
      </w:r>
      <w:r>
        <w:rPr>
          <w:rFonts w:ascii="Times New Roman" w:hAnsi="Times New Roman" w:eastAsia="Times New Roman" w:cs="Times New Roman"/>
        </w:rPr>
        <w:t xml:space="preserve"> </w:t>
      </w:r>
      <w:r>
        <w:rPr>
          <w:rFonts w:ascii="Ebrima" w:hAnsi="Ebrima" w:eastAsia="Ebrima" w:cs="Ebrima"/>
        </w:rPr>
        <w:t>ߞߍ߫</w:t>
      </w:r>
      <w:r>
        <w:rPr>
          <w:rFonts w:ascii="Times New Roman" w:hAnsi="Times New Roman" w:eastAsia="Times New Roman" w:cs="Times New Roman"/>
        </w:rPr>
        <w:t xml:space="preserve"> </w:t>
      </w:r>
      <w:r>
        <w:rPr>
          <w:rFonts w:ascii="Ebrima" w:hAnsi="Ebrima" w:eastAsia="Ebrima" w:cs="Ebrima"/>
        </w:rPr>
        <w:t>ߕߟߋ߬ߡߊ</w:t>
      </w:r>
      <w:r>
        <w:rPr>
          <w:rFonts w:ascii="Times New Roman" w:hAnsi="Times New Roman" w:eastAsia="Times New Roman" w:cs="Times New Roman"/>
        </w:rPr>
        <w:t xml:space="preserve"> </w:t>
      </w:r>
      <w:r>
        <w:rPr>
          <w:rFonts w:ascii="Ebrima" w:hAnsi="Ebrima" w:eastAsia="Ebrima" w:cs="Ebrima"/>
        </w:rPr>
        <w:t>ߛߌ߰</w:t>
      </w:r>
      <w:r>
        <w:rPr>
          <w:rFonts w:ascii="Times New Roman" w:hAnsi="Times New Roman" w:eastAsia="Times New Roman" w:cs="Times New Roman"/>
        </w:rPr>
        <w:t xml:space="preserve"> </w:t>
      </w:r>
      <w:r>
        <w:rPr>
          <w:rFonts w:ascii="Ebrima" w:hAnsi="Ebrima" w:eastAsia="Ebrima" w:cs="Ebrima"/>
        </w:rPr>
        <w:t>ߛߊ߬ߡߊ߬</w:t>
      </w:r>
      <w:r>
        <w:rPr>
          <w:rFonts w:ascii="Times New Roman" w:hAnsi="Times New Roman" w:eastAsia="Times New Roman" w:cs="Times New Roman"/>
        </w:rPr>
        <w:t xml:space="preserve"> </w:t>
      </w:r>
      <w:r>
        <w:rPr>
          <w:rFonts w:ascii="Ebrima" w:hAnsi="Ebrima" w:eastAsia="Ebrima" w:cs="Ebrima"/>
        </w:rPr>
        <w:t>ߟߎ߬</w:t>
      </w:r>
      <w:r>
        <w:rPr>
          <w:rFonts w:ascii="Times New Roman" w:hAnsi="Times New Roman" w:eastAsia="Times New Roman" w:cs="Times New Roman"/>
        </w:rPr>
        <w:t xml:space="preserve"> </w:t>
      </w:r>
      <w:r>
        <w:rPr>
          <w:rFonts w:ascii="Ebrima" w:hAnsi="Ebrima" w:eastAsia="Ebrima" w:cs="Ebrima"/>
        </w:rPr>
        <w:t>ߘߌ߫</w:t>
      </w:r>
      <w:r>
        <w:rPr>
          <w:rFonts w:ascii="Times New Roman" w:hAnsi="Times New Roman" w:eastAsia="Times New Roman" w:cs="Times New Roman"/>
        </w:rPr>
        <w:t xml:space="preserve">. </w:t>
      </w:r>
      <w:r>
        <w:rPr>
          <w:rFonts w:ascii="Ebrima" w:hAnsi="Ebrima" w:eastAsia="Ebrima" w:cs="Ebrima"/>
        </w:rPr>
        <w:t>ߡߊ߲߬߬ߛߊ߬ߟߊ</w:t>
      </w:r>
      <w:r>
        <w:rPr>
          <w:rFonts w:ascii="Times New Roman" w:hAnsi="Times New Roman" w:eastAsia="Times New Roman" w:cs="Times New Roman"/>
        </w:rPr>
        <w:t xml:space="preserve"> </w:t>
      </w:r>
      <w:r>
        <w:rPr>
          <w:rFonts w:ascii="Ebrima" w:hAnsi="Ebrima" w:eastAsia="Ebrima" w:cs="Ebrima"/>
        </w:rPr>
        <w:t>ߝߌ߬ߟߊ</w:t>
      </w:r>
      <w:r>
        <w:rPr>
          <w:rFonts w:ascii="Times New Roman" w:hAnsi="Times New Roman" w:eastAsia="Times New Roman" w:cs="Times New Roman"/>
        </w:rPr>
        <w:t xml:space="preserve"> </w:t>
      </w:r>
      <w:r>
        <w:rPr>
          <w:rFonts w:ascii="Ebrima" w:hAnsi="Ebrima" w:eastAsia="Ebrima" w:cs="Ebrima"/>
        </w:rPr>
        <w:t>ߟߎ߬</w:t>
      </w:r>
      <w:r>
        <w:rPr>
          <w:rFonts w:ascii="Times New Roman" w:hAnsi="Times New Roman" w:eastAsia="Times New Roman" w:cs="Times New Roman"/>
        </w:rPr>
        <w:t xml:space="preserve"> </w:t>
      </w:r>
      <w:r>
        <w:rPr>
          <w:rFonts w:ascii="Ebrima" w:hAnsi="Ebrima" w:eastAsia="Ebrima" w:cs="Ebrima"/>
        </w:rPr>
        <w:t>ߞߍ߫</w:t>
      </w:r>
      <w:r>
        <w:rPr>
          <w:rFonts w:ascii="Times New Roman" w:hAnsi="Times New Roman" w:eastAsia="Times New Roman" w:cs="Times New Roman"/>
        </w:rPr>
        <w:t xml:space="preserve"> </w:t>
      </w:r>
      <w:r>
        <w:rPr>
          <w:rFonts w:ascii="Ebrima" w:hAnsi="Ebrima" w:eastAsia="Ebrima" w:cs="Ebrima"/>
        </w:rPr>
        <w:t>ߡߊ߲߬߬ߛߊ߬ߟߊ</w:t>
      </w:r>
      <w:r>
        <w:rPr>
          <w:rFonts w:ascii="Times New Roman" w:hAnsi="Times New Roman" w:eastAsia="Times New Roman" w:cs="Times New Roman"/>
        </w:rPr>
        <w:t xml:space="preserve"> </w:t>
      </w:r>
      <w:r>
        <w:rPr>
          <w:rFonts w:ascii="Ebrima" w:hAnsi="Ebrima" w:eastAsia="Ebrima" w:cs="Ebrima"/>
        </w:rPr>
        <w:t>ߞߋߟߋ߲</w:t>
      </w:r>
      <w:r>
        <w:rPr>
          <w:rFonts w:ascii="Times New Roman" w:hAnsi="Times New Roman" w:eastAsia="Times New Roman" w:cs="Times New Roman"/>
        </w:rPr>
        <w:t xml:space="preserve"> </w:t>
      </w:r>
      <w:r>
        <w:rPr>
          <w:rFonts w:ascii="Ebrima" w:hAnsi="Ebrima" w:eastAsia="Ebrima" w:cs="Ebrima"/>
        </w:rPr>
        <w:t>ߘߌ߫</w:t>
      </w:r>
      <w:r>
        <w:rPr>
          <w:rFonts w:ascii="Times New Roman" w:hAnsi="Times New Roman" w:eastAsia="Times New Roman" w:cs="Times New Roman"/>
        </w:rPr>
        <w:t xml:space="preserve"> </w:t>
      </w:r>
      <w:r>
        <w:rPr>
          <w:rFonts w:ascii="Ebrima" w:hAnsi="Ebrima" w:eastAsia="Ebrima" w:cs="Ebrima"/>
        </w:rPr>
        <w:t>ߞߐ߬ߣߍ߲</w:t>
      </w:r>
      <w:r>
        <w:rPr>
          <w:rFonts w:ascii="Times New Roman" w:hAnsi="Times New Roman" w:eastAsia="Times New Roman" w:cs="Times New Roman"/>
        </w:rPr>
        <w:t xml:space="preserve"> </w:t>
      </w:r>
      <w:r>
        <w:rPr>
          <w:rFonts w:ascii="Ebrima" w:hAnsi="Ebrima" w:eastAsia="Ebrima" w:cs="Ebrima"/>
        </w:rPr>
        <w:t>ߡߌߟߋߙߦߊߟߎ</w:t>
      </w:r>
      <w:r>
        <w:rPr>
          <w:rFonts w:ascii="Times New Roman" w:hAnsi="Times New Roman" w:eastAsia="Times New Roman" w:cs="Times New Roman"/>
        </w:rPr>
        <w:t xml:space="preserve"> </w:t>
      </w:r>
      <w:r>
        <w:rPr>
          <w:rFonts w:ascii="Ebrima" w:hAnsi="Ebrima" w:eastAsia="Ebrima" w:cs="Ebrima"/>
        </w:rPr>
        <w:t>ߟߎ߬</w:t>
      </w:r>
      <w:r>
        <w:rPr>
          <w:rFonts w:ascii="Times New Roman" w:hAnsi="Times New Roman" w:eastAsia="Times New Roman" w:cs="Times New Roman"/>
        </w:rPr>
        <w:t xml:space="preserve"> </w:t>
      </w:r>
      <w:r>
        <w:rPr>
          <w:rFonts w:ascii="Ebrima" w:hAnsi="Ebrima" w:eastAsia="Ebrima" w:cs="Ebrima"/>
        </w:rPr>
        <w:t>ߞߘߐ߫</w:t>
      </w:r>
      <w:r>
        <w:rPr>
          <w:rFonts w:ascii="Times New Roman" w:hAnsi="Times New Roman" w:eastAsia="Times New Roman" w:cs="Times New Roman"/>
        </w:rPr>
        <w:t xml:space="preserve">، </w:t>
      </w:r>
      <w:r>
        <w:rPr>
          <w:rFonts w:ascii="Ebrima" w:hAnsi="Ebrima" w:eastAsia="Ebrima" w:cs="Ebrima"/>
        </w:rPr>
        <w:t>ߞߊ߬</w:t>
      </w:r>
      <w:r>
        <w:rPr>
          <w:rFonts w:ascii="Times New Roman" w:hAnsi="Times New Roman" w:eastAsia="Times New Roman" w:cs="Times New Roman"/>
        </w:rPr>
        <w:t xml:space="preserve"> </w:t>
      </w:r>
      <w:r>
        <w:rPr>
          <w:rFonts w:ascii="Ebrima" w:hAnsi="Ebrima" w:eastAsia="Ebrima" w:cs="Ebrima"/>
        </w:rPr>
        <w:t>ߕߎ߬ߢߊ߬</w:t>
      </w:r>
      <w:r>
        <w:rPr>
          <w:rFonts w:ascii="Times New Roman" w:hAnsi="Times New Roman" w:eastAsia="Times New Roman" w:cs="Times New Roman"/>
        </w:rPr>
        <w:t xml:space="preserve"> </w:t>
      </w:r>
      <w:r>
        <w:rPr>
          <w:rFonts w:ascii="Ebrima" w:hAnsi="Ebrima" w:eastAsia="Ebrima" w:cs="Ebrima"/>
        </w:rPr>
        <w:t>ߕߊ߰</w:t>
      </w:r>
      <w:r>
        <w:rPr>
          <w:rFonts w:ascii="Times New Roman" w:hAnsi="Times New Roman" w:eastAsia="Times New Roman" w:cs="Times New Roman"/>
        </w:rPr>
        <w:t xml:space="preserve"> </w:t>
      </w:r>
      <w:r>
        <w:rPr>
          <w:rFonts w:ascii="Ebrima" w:hAnsi="Ebrima" w:eastAsia="Ebrima" w:cs="Ebrima"/>
        </w:rPr>
        <w:t>ߞߊ߲߬ߞߊ߲</w:t>
      </w:r>
      <w:r>
        <w:rPr>
          <w:rFonts w:ascii="Times New Roman" w:hAnsi="Times New Roman" w:eastAsia="Times New Roman" w:cs="Times New Roman"/>
        </w:rPr>
        <w:t xml:space="preserve"> </w:t>
      </w:r>
      <w:r>
        <w:rPr>
          <w:rFonts w:ascii="Ebrima" w:hAnsi="Ebrima" w:eastAsia="Ebrima" w:cs="Ebrima"/>
        </w:rPr>
        <w:t>ߣߌ߫</w:t>
      </w:r>
      <w:r>
        <w:rPr>
          <w:rFonts w:ascii="Times New Roman" w:hAnsi="Times New Roman" w:eastAsia="Times New Roman" w:cs="Times New Roman"/>
        </w:rPr>
        <w:t xml:space="preserve"> </w:t>
      </w:r>
      <w:r>
        <w:rPr>
          <w:rFonts w:ascii="Ebrima" w:hAnsi="Ebrima" w:eastAsia="Ebrima" w:cs="Ebrima"/>
        </w:rPr>
        <w:t>ߥߎ߬ߟߋ߲</w:t>
      </w:r>
      <w:r>
        <w:rPr>
          <w:rFonts w:ascii="Times New Roman" w:hAnsi="Times New Roman" w:eastAsia="Times New Roman" w:cs="Times New Roman"/>
        </w:rPr>
        <w:t xml:space="preserve"> </w:t>
      </w:r>
      <w:r>
        <w:rPr>
          <w:rFonts w:ascii="Ebrima" w:hAnsi="Ebrima" w:eastAsia="Ebrima" w:cs="Ebrima"/>
        </w:rPr>
        <w:t>ߞߊ߲߬ߞߊ߲</w:t>
      </w:r>
      <w:r>
        <w:rPr>
          <w:rFonts w:ascii="Times New Roman" w:hAnsi="Times New Roman" w:eastAsia="Times New Roman" w:cs="Times New Roman"/>
        </w:rPr>
        <w:t xml:space="preserve"> </w:t>
      </w:r>
      <w:r>
        <w:rPr>
          <w:rFonts w:ascii="Ebrima" w:hAnsi="Ebrima" w:eastAsia="Ebrima" w:cs="Ebrima"/>
        </w:rPr>
        <w:t>ߟߎ߬</w:t>
      </w:r>
      <w:r>
        <w:rPr>
          <w:rFonts w:ascii="Times New Roman" w:hAnsi="Times New Roman" w:eastAsia="Times New Roman" w:cs="Times New Roman"/>
        </w:rPr>
        <w:t xml:space="preserve"> </w:t>
      </w:r>
      <w:r>
        <w:rPr>
          <w:rFonts w:ascii="Ebrima" w:hAnsi="Ebrima" w:eastAsia="Ebrima" w:cs="Ebrima"/>
        </w:rPr>
        <w:t>ߞߍ߫</w:t>
      </w:r>
      <w:r>
        <w:rPr>
          <w:rFonts w:ascii="Times New Roman" w:hAnsi="Times New Roman" w:eastAsia="Times New Roman" w:cs="Times New Roman"/>
        </w:rPr>
        <w:t xml:space="preserve"> </w:t>
      </w:r>
      <w:r>
        <w:rPr>
          <w:rFonts w:ascii="Ebrima" w:hAnsi="Ebrima" w:eastAsia="Ebrima" w:cs="Ebrima"/>
        </w:rPr>
        <w:t>ߡߊ߲߬߬ߛߊ߬ߟߊ</w:t>
      </w:r>
      <w:r>
        <w:rPr>
          <w:rFonts w:ascii="Times New Roman" w:hAnsi="Times New Roman" w:eastAsia="Times New Roman" w:cs="Times New Roman"/>
        </w:rPr>
        <w:t xml:space="preserve"> </w:t>
      </w:r>
      <w:r>
        <w:rPr>
          <w:rFonts w:ascii="Ebrima" w:hAnsi="Ebrima" w:eastAsia="Ebrima" w:cs="Ebrima"/>
        </w:rPr>
        <w:t>ߞߋߟߋ߲</w:t>
      </w:r>
      <w:r>
        <w:rPr>
          <w:rFonts w:ascii="Times New Roman" w:hAnsi="Times New Roman" w:eastAsia="Times New Roman" w:cs="Times New Roman"/>
        </w:rPr>
        <w:t xml:space="preserve"> </w:t>
      </w:r>
      <w:r>
        <w:rPr>
          <w:rFonts w:ascii="Ebrima" w:hAnsi="Ebrima" w:eastAsia="Ebrima" w:cs="Ebrima"/>
        </w:rPr>
        <w:t>ߘߌ߫</w:t>
      </w:r>
      <w:r>
        <w:rPr>
          <w:rFonts w:ascii="Times New Roman" w:hAnsi="Times New Roman" w:eastAsia="Times New Roman" w:cs="Times New Roman"/>
        </w:rPr>
        <w:t xml:space="preserve"> </w:t>
      </w:r>
      <w:r>
        <w:rPr>
          <w:rFonts w:ascii="Ebrima" w:hAnsi="Ebrima" w:eastAsia="Ebrima" w:cs="Ebrima"/>
        </w:rPr>
        <w:t>ߡߌߟߋߙߦߊߟߎ</w:t>
      </w:r>
      <w:r>
        <w:rPr>
          <w:rFonts w:ascii="Times New Roman" w:hAnsi="Times New Roman" w:eastAsia="Times New Roman" w:cs="Times New Roman"/>
        </w:rPr>
        <w:t xml:space="preserve"> </w:t>
      </w:r>
      <w:r>
        <w:rPr>
          <w:rFonts w:ascii="Ebrima" w:hAnsi="Ebrima" w:eastAsia="Ebrima" w:cs="Ebrima"/>
        </w:rPr>
        <w:t>ߟߎ߬</w:t>
      </w:r>
      <w:r>
        <w:rPr>
          <w:rFonts w:ascii="Times New Roman" w:hAnsi="Times New Roman" w:eastAsia="Times New Roman" w:cs="Times New Roman"/>
        </w:rPr>
        <w:t xml:space="preserve"> </w:t>
      </w:r>
      <w:r>
        <w:rPr>
          <w:rFonts w:ascii="Ebrima" w:hAnsi="Ebrima" w:eastAsia="Ebrima" w:cs="Ebrima"/>
        </w:rPr>
        <w:t>ߘߐ߫</w:t>
      </w:r>
      <w:r>
        <w:rPr>
          <w:rFonts w:ascii="Times New Roman" w:hAnsi="Times New Roman" w:eastAsia="Times New Roman" w:cs="Times New Roman"/>
        </w:rPr>
        <w:t xml:space="preserve">، </w:t>
      </w:r>
      <w:r>
        <w:rPr>
          <w:rFonts w:ascii="Ebrima" w:hAnsi="Ebrima" w:eastAsia="Ebrima" w:cs="Ebrima"/>
        </w:rPr>
        <w:t>ߊ߬</w:t>
      </w:r>
      <w:r>
        <w:rPr>
          <w:rFonts w:ascii="Times New Roman" w:hAnsi="Times New Roman" w:eastAsia="Times New Roman" w:cs="Times New Roman"/>
        </w:rPr>
        <w:t xml:space="preserve"> </w:t>
      </w:r>
      <w:r>
        <w:rPr>
          <w:rFonts w:ascii="Ebrima" w:hAnsi="Ebrima" w:eastAsia="Ebrima" w:cs="Ebrima"/>
        </w:rPr>
        <w:t>ߟߋ</w:t>
      </w:r>
      <w:r>
        <w:rPr>
          <w:rFonts w:ascii="Times New Roman" w:hAnsi="Times New Roman" w:eastAsia="Times New Roman" w:cs="Times New Roman"/>
        </w:rPr>
        <w:t xml:space="preserve"> </w:t>
      </w:r>
      <w:r>
        <w:rPr>
          <w:rFonts w:ascii="Ebrima" w:hAnsi="Ebrima" w:eastAsia="Ebrima" w:cs="Ebrima"/>
        </w:rPr>
        <w:t>ߦߋ߫</w:t>
      </w:r>
      <w:r>
        <w:rPr>
          <w:rFonts w:ascii="Times New Roman" w:hAnsi="Times New Roman" w:eastAsia="Times New Roman" w:cs="Times New Roman"/>
        </w:rPr>
        <w:t xml:space="preserve"> </w:t>
      </w:r>
      <w:r>
        <w:rPr>
          <w:rFonts w:ascii="Ebrima" w:hAnsi="Ebrima" w:eastAsia="Ebrima" w:cs="Ebrima"/>
        </w:rPr>
        <w:t>ߕߎ߬ߡߊ</w:t>
      </w:r>
      <w:r>
        <w:rPr>
          <w:rFonts w:ascii="Times New Roman" w:hAnsi="Times New Roman" w:eastAsia="Times New Roman" w:cs="Times New Roman"/>
        </w:rPr>
        <w:t xml:space="preserve"> </w:t>
      </w:r>
      <w:r>
        <w:rPr>
          <w:rFonts w:ascii="Ebrima" w:hAnsi="Ebrima" w:eastAsia="Ebrima" w:cs="Ebrima"/>
        </w:rPr>
        <w:t>ߟߋ߬</w:t>
      </w:r>
      <w:r>
        <w:rPr>
          <w:rFonts w:ascii="Times New Roman" w:hAnsi="Times New Roman" w:eastAsia="Times New Roman" w:cs="Times New Roman"/>
        </w:rPr>
        <w:t xml:space="preserve"> </w:t>
      </w:r>
      <w:r>
        <w:rPr>
          <w:rFonts w:ascii="Ebrima" w:hAnsi="Ebrima" w:eastAsia="Ebrima" w:cs="Ebrima"/>
        </w:rPr>
        <w:t>ߘߌ߫</w:t>
      </w:r>
      <w:r>
        <w:rPr>
          <w:rFonts w:ascii="Times New Roman" w:hAnsi="Times New Roman" w:eastAsia="Times New Roman" w:cs="Times New Roman"/>
        </w:rPr>
        <w:t xml:space="preserve"> </w:t>
      </w:r>
      <w:r>
        <w:rPr>
          <w:rFonts w:ascii="Ebrima" w:hAnsi="Ebrima" w:eastAsia="Ebrima" w:cs="Ebrima"/>
        </w:rPr>
        <w:t>ߕߍ߫</w:t>
      </w:r>
      <w:r>
        <w:rPr>
          <w:rFonts w:ascii="Times New Roman" w:hAnsi="Times New Roman" w:eastAsia="Times New Roman" w:cs="Times New Roman"/>
        </w:rPr>
        <w:t xml:space="preserve"> </w:t>
      </w:r>
      <w:r>
        <w:rPr>
          <w:rFonts w:ascii="Ebrima" w:hAnsi="Ebrima" w:eastAsia="Ebrima" w:cs="Ebrima"/>
        </w:rPr>
        <w:t>ߛߐ߲ߞߐ߲</w:t>
      </w:r>
      <w:r>
        <w:rPr>
          <w:rFonts w:ascii="Times New Roman" w:hAnsi="Times New Roman" w:eastAsia="Times New Roman" w:cs="Times New Roman"/>
        </w:rPr>
        <w:t xml:space="preserve"> </w:t>
      </w:r>
      <w:r>
        <w:rPr>
          <w:rFonts w:ascii="Ebrima" w:hAnsi="Ebrima" w:eastAsia="Ebrima" w:cs="Ebrima"/>
        </w:rPr>
        <w:t>ߛߊ߬ߡߊ߬</w:t>
      </w:r>
      <w:r>
        <w:rPr>
          <w:rFonts w:ascii="Times New Roman" w:hAnsi="Times New Roman" w:eastAsia="Times New Roman" w:cs="Times New Roman"/>
        </w:rPr>
        <w:t xml:space="preserve"> </w:t>
      </w:r>
      <w:r>
        <w:rPr>
          <w:rFonts w:ascii="Ebrima" w:hAnsi="Ebrima" w:eastAsia="Ebrima" w:cs="Ebrima"/>
        </w:rPr>
        <w:t>ߟߎ߬</w:t>
      </w:r>
      <w:r>
        <w:rPr>
          <w:rFonts w:ascii="Times New Roman" w:hAnsi="Times New Roman" w:eastAsia="Times New Roman" w:cs="Times New Roman"/>
        </w:rPr>
        <w:t xml:space="preserve"> </w:t>
      </w:r>
      <w:r>
        <w:rPr>
          <w:rFonts w:ascii="Ebrima" w:hAnsi="Ebrima" w:eastAsia="Ebrima" w:cs="Ebrima"/>
        </w:rPr>
        <w:t>ߣߊ߬ߡߊ</w:t>
      </w:r>
      <w:r>
        <w:rPr>
          <w:rFonts w:ascii="Times New Roman" w:hAnsi="Times New Roman" w:eastAsia="Times New Roman" w:cs="Times New Roman"/>
        </w:rPr>
        <w:t xml:space="preserve"> </w:t>
      </w:r>
      <w:r>
        <w:rPr>
          <w:rFonts w:ascii="Ebrima" w:hAnsi="Ebrima" w:eastAsia="Ebrima" w:cs="Ebrima"/>
        </w:rPr>
        <w:t>ߟߊ߫</w:t>
      </w:r>
      <w:r>
        <w:rPr>
          <w:rFonts w:ascii="Times New Roman" w:hAnsi="Times New Roman" w:eastAsia="Times New Roman" w:cs="Times New Roman"/>
        </w:rPr>
        <w:t xml:space="preserve"> </w:t>
      </w:r>
      <w:r>
        <w:rPr>
          <w:rFonts w:ascii="Ebrima" w:hAnsi="Ebrima" w:eastAsia="Ebrima" w:cs="Ebrima"/>
        </w:rPr>
        <w:t>ߞߊ߬ߙߊ߲</w:t>
      </w:r>
      <w:r>
        <w:rPr>
          <w:rFonts w:ascii="Times New Roman" w:hAnsi="Times New Roman" w:eastAsia="Times New Roman" w:cs="Times New Roman"/>
        </w:rPr>
        <w:t xml:space="preserve"> </w:t>
      </w:r>
      <w:r>
        <w:rPr>
          <w:rFonts w:ascii="Ebrima" w:hAnsi="Ebrima" w:eastAsia="Ebrima" w:cs="Ebrima"/>
        </w:rPr>
        <w:t>ߘߐ߫</w:t>
      </w:r>
      <w:r>
        <w:rPr>
          <w:rFonts w:ascii="Times New Roman" w:hAnsi="Times New Roman" w:eastAsia="Times New Roman" w:cs="Times New Roman"/>
        </w:rPr>
        <w:t xml:space="preserve"> </w:t>
      </w:r>
      <w:r>
        <w:rPr>
          <w:rFonts w:ascii="Ebrima" w:hAnsi="Ebrima" w:eastAsia="Ebrima" w:cs="Ebrima"/>
        </w:rPr>
        <w:t>ߕߊ߰ߕߊ߬</w:t>
      </w:r>
      <w:r>
        <w:rPr>
          <w:rFonts w:ascii="Times New Roman" w:hAnsi="Times New Roman" w:eastAsia="Times New Roman" w:cs="Times New Roman"/>
        </w:rPr>
        <w:t xml:space="preserve"> </w:t>
      </w:r>
      <w:r>
        <w:rPr>
          <w:rFonts w:ascii="Ebrima" w:hAnsi="Ebrima" w:eastAsia="Ebrima" w:cs="Ebrima"/>
        </w:rPr>
        <w:t>ߘߊ߬ߡߌ߲߬</w:t>
      </w:r>
      <w:r>
        <w:rPr>
          <w:rFonts w:ascii="Times New Roman" w:hAnsi="Times New Roman" w:eastAsia="Times New Roman" w:cs="Times New Roman"/>
        </w:rPr>
        <w:t xml:space="preserve"> </w:t>
      </w:r>
      <w:r>
        <w:rPr>
          <w:rFonts w:ascii="Ebrima" w:hAnsi="Ebrima" w:eastAsia="Ebrima" w:cs="Ebrima"/>
        </w:rPr>
        <w:t>ߣߊ߬</w:t>
      </w:r>
      <w:r>
        <w:rPr>
          <w:rFonts w:ascii="Times New Roman" w:hAnsi="Times New Roman" w:eastAsia="Times New Roman" w:cs="Times New Roman"/>
        </w:rPr>
        <w:t xml:space="preserve">. </w:t>
      </w:r>
      <w:r>
        <w:rPr>
          <w:rFonts w:ascii="Ebrima" w:hAnsi="Ebrima" w:eastAsia="Ebrima" w:cs="Ebrima"/>
        </w:rPr>
        <w:t>ߞߊ߬ߙߊ߲</w:t>
      </w:r>
      <w:r>
        <w:rPr>
          <w:rFonts w:ascii="Times New Roman" w:hAnsi="Times New Roman" w:eastAsia="Times New Roman" w:cs="Times New Roman"/>
        </w:rPr>
        <w:t xml:space="preserve"> </w:t>
      </w:r>
      <w:r>
        <w:rPr>
          <w:rFonts w:ascii="Ebrima" w:hAnsi="Ebrima" w:eastAsia="Ebrima" w:cs="Ebrima"/>
        </w:rPr>
        <w:t>ߘߐ߫</w:t>
      </w:r>
      <w:r>
        <w:rPr>
          <w:rFonts w:ascii="Times New Roman" w:hAnsi="Times New Roman" w:eastAsia="Times New Roman" w:cs="Times New Roman"/>
        </w:rPr>
        <w:t xml:space="preserve"> </w:t>
      </w:r>
      <w:r>
        <w:rPr>
          <w:rFonts w:ascii="Ebrima" w:hAnsi="Ebrima" w:eastAsia="Ebrima" w:cs="Ebrima"/>
        </w:rPr>
        <w:t>ߛߐ߲ߞߐ߲</w:t>
      </w:r>
      <w:r>
        <w:rPr>
          <w:rFonts w:ascii="Times New Roman" w:hAnsi="Times New Roman" w:eastAsia="Times New Roman" w:cs="Times New Roman"/>
        </w:rPr>
        <w:t xml:space="preserve"> </w:t>
      </w:r>
      <w:r>
        <w:rPr>
          <w:rFonts w:ascii="Ebrima" w:hAnsi="Ebrima" w:eastAsia="Ebrima" w:cs="Ebrima"/>
        </w:rPr>
        <w:t>ߛߊ߬ߡߊ߬</w:t>
      </w:r>
      <w:r>
        <w:rPr>
          <w:rFonts w:ascii="Times New Roman" w:hAnsi="Times New Roman" w:eastAsia="Times New Roman" w:cs="Times New Roman"/>
        </w:rPr>
        <w:t xml:space="preserve"> </w:t>
      </w:r>
      <w:r>
        <w:rPr>
          <w:rFonts w:ascii="Ebrima" w:hAnsi="Ebrima" w:eastAsia="Ebrima" w:cs="Ebrima"/>
        </w:rPr>
        <w:t>ߟߎ߬</w:t>
      </w:r>
      <w:r>
        <w:rPr>
          <w:rFonts w:ascii="Times New Roman" w:hAnsi="Times New Roman" w:eastAsia="Times New Roman" w:cs="Times New Roman"/>
        </w:rPr>
        <w:t xml:space="preserve"> </w:t>
      </w:r>
      <w:r>
        <w:rPr>
          <w:rFonts w:ascii="Ebrima" w:hAnsi="Ebrima" w:eastAsia="Ebrima" w:cs="Ebrima"/>
        </w:rPr>
        <w:t>ߟߋ</w:t>
      </w:r>
      <w:r>
        <w:rPr>
          <w:rFonts w:ascii="Times New Roman" w:hAnsi="Times New Roman" w:eastAsia="Times New Roman" w:cs="Times New Roman"/>
        </w:rPr>
        <w:t xml:space="preserve"> </w:t>
      </w:r>
      <w:r>
        <w:rPr>
          <w:rFonts w:ascii="Ebrima" w:hAnsi="Ebrima" w:eastAsia="Ebrima" w:cs="Ebrima"/>
        </w:rPr>
        <w:t>ߞߍ߫</w:t>
      </w:r>
      <w:r>
        <w:rPr>
          <w:rFonts w:ascii="Times New Roman" w:hAnsi="Times New Roman" w:eastAsia="Times New Roman" w:cs="Times New Roman"/>
        </w:rPr>
        <w:t xml:space="preserve"> </w:t>
      </w:r>
      <w:r>
        <w:rPr>
          <w:rFonts w:ascii="Ebrima" w:hAnsi="Ebrima" w:eastAsia="Ebrima" w:cs="Ebrima"/>
        </w:rPr>
        <w:t>ߡߌߟߋߙߦߊߟߎ</w:t>
      </w:r>
      <w:r>
        <w:rPr>
          <w:rFonts w:ascii="Times New Roman" w:hAnsi="Times New Roman" w:eastAsia="Times New Roman" w:cs="Times New Roman"/>
        </w:rPr>
        <w:t xml:space="preserve"> </w:t>
      </w:r>
      <w:r>
        <w:rPr>
          <w:rFonts w:ascii="Ebrima" w:hAnsi="Ebrima" w:eastAsia="Ebrima" w:cs="Ebrima"/>
        </w:rPr>
        <w:t>ߟߎ߬</w:t>
      </w:r>
      <w:r>
        <w:rPr>
          <w:rFonts w:ascii="Times New Roman" w:hAnsi="Times New Roman" w:eastAsia="Times New Roman" w:cs="Times New Roman"/>
        </w:rPr>
        <w:t xml:space="preserve"> </w:t>
      </w:r>
      <w:r>
        <w:rPr>
          <w:rFonts w:ascii="Ebrima" w:hAnsi="Ebrima" w:eastAsia="Ebrima" w:cs="Ebrima"/>
        </w:rPr>
        <w:t>ߞߘߐ߫</w:t>
      </w:r>
      <w:r>
        <w:rPr>
          <w:rFonts w:ascii="Times New Roman" w:hAnsi="Times New Roman" w:eastAsia="Times New Roman" w:cs="Times New Roman"/>
        </w:rPr>
        <w:t xml:space="preserve"> </w:t>
      </w:r>
      <w:r>
        <w:rPr>
          <w:rFonts w:ascii="Ebrima" w:hAnsi="Ebrima" w:eastAsia="Ebrima" w:cs="Ebrima"/>
        </w:rPr>
        <w:t>ߕߊ߰ߕߊ߬</w:t>
      </w:r>
      <w:r>
        <w:rPr>
          <w:rFonts w:ascii="Times New Roman" w:hAnsi="Times New Roman" w:eastAsia="Times New Roman" w:cs="Times New Roman"/>
        </w:rPr>
        <w:t xml:space="preserve"> </w:t>
      </w:r>
      <w:r>
        <w:rPr>
          <w:rFonts w:ascii="Ebrima" w:hAnsi="Ebrima" w:eastAsia="Ebrima" w:cs="Ebrima"/>
        </w:rPr>
        <w:t>ߘߊ߬ߡߌ߲߬</w:t>
      </w:r>
      <w:r>
        <w:rPr>
          <w:rFonts w:ascii="Times New Roman" w:hAnsi="Times New Roman" w:eastAsia="Times New Roman" w:cs="Times New Roman"/>
        </w:rPr>
        <w:t xml:space="preserve"> </w:t>
      </w:r>
      <w:r>
        <w:rPr>
          <w:rFonts w:ascii="Ebrima" w:hAnsi="Ebrima" w:eastAsia="Ebrima" w:cs="Ebrima"/>
        </w:rPr>
        <w:t>ߛߌ߰</w:t>
      </w:r>
      <w:r>
        <w:rPr>
          <w:rFonts w:ascii="Times New Roman" w:hAnsi="Times New Roman" w:eastAsia="Times New Roman" w:cs="Times New Roman"/>
        </w:rPr>
        <w:t xml:space="preserve"> </w:t>
      </w:r>
      <w:r>
        <w:rPr>
          <w:rFonts w:ascii="Ebrima" w:hAnsi="Ebrima" w:eastAsia="Ebrima" w:cs="Ebrima"/>
        </w:rPr>
        <w:t>ߛߊ߬ߡߊ߬</w:t>
      </w:r>
      <w:r>
        <w:rPr>
          <w:rFonts w:ascii="Times New Roman" w:hAnsi="Times New Roman" w:eastAsia="Times New Roman" w:cs="Times New Roman"/>
        </w:rPr>
        <w:t xml:space="preserve"> </w:t>
      </w:r>
      <w:r>
        <w:rPr>
          <w:rFonts w:ascii="Ebrima" w:hAnsi="Ebrima" w:eastAsia="Ebrima" w:cs="Ebrima"/>
        </w:rPr>
        <w:t>ߟߎ߬</w:t>
      </w:r>
      <w:r>
        <w:rPr>
          <w:rFonts w:ascii="Times New Roman" w:hAnsi="Times New Roman" w:eastAsia="Times New Roman" w:cs="Times New Roman"/>
        </w:rPr>
        <w:t xml:space="preserve"> </w:t>
      </w:r>
      <w:r>
        <w:rPr>
          <w:rFonts w:ascii="Ebrima" w:hAnsi="Ebrima" w:eastAsia="Ebrima" w:cs="Ebrima"/>
        </w:rPr>
        <w:t>ߘߌ߫</w:t>
      </w:r>
      <w:r>
        <w:rPr>
          <w:rFonts w:ascii="Times New Roman" w:hAnsi="Times New Roman" w:eastAsia="Times New Roman" w:cs="Times New Roman"/>
        </w:rPr>
        <w:t xml:space="preserve"> </w:t>
      </w:r>
      <w:r>
        <w:rPr>
          <w:rFonts w:ascii="Ebrima" w:hAnsi="Ebrima" w:eastAsia="Ebrima" w:cs="Ebrima"/>
        </w:rPr>
        <w:t>ߙߋߐߦߊߡ</w:t>
      </w:r>
      <w:r>
        <w:rPr>
          <w:rFonts w:ascii="Times New Roman" w:hAnsi="Times New Roman" w:eastAsia="Times New Roman" w:cs="Times New Roman"/>
        </w:rPr>
        <w:t xml:space="preserve"> </w:t>
      </w:r>
      <w:r>
        <w:rPr>
          <w:rFonts w:ascii="Ebrima" w:hAnsi="Ebrima" w:eastAsia="Ebrima" w:cs="Ebrima"/>
        </w:rPr>
        <w:t>ߞߊ߬</w:t>
      </w:r>
      <w:r>
        <w:rPr>
          <w:rFonts w:ascii="Times New Roman" w:hAnsi="Times New Roman" w:eastAsia="Times New Roman" w:cs="Times New Roman"/>
        </w:rPr>
        <w:t xml:space="preserve"> </w:t>
      </w:r>
      <w:r>
        <w:rPr>
          <w:rFonts w:ascii="Ebrima" w:hAnsi="Ebrima" w:eastAsia="Ebrima" w:cs="Ebrima"/>
        </w:rPr>
        <w:t>ߢߌߣߌ߲ߠߌ</w:t>
      </w:r>
      <w:r>
        <w:rPr>
          <w:rFonts w:ascii="Times New Roman" w:hAnsi="Times New Roman" w:eastAsia="Times New Roman" w:cs="Times New Roman"/>
        </w:rPr>
        <w:t xml:space="preserve"> </w:t>
      </w:r>
      <w:r>
        <w:rPr>
          <w:rFonts w:ascii="Ebrima" w:hAnsi="Ebrima" w:eastAsia="Ebrima" w:cs="Ebrima"/>
        </w:rPr>
        <w:t>ߟߋ</w:t>
      </w:r>
      <w:r>
        <w:rPr>
          <w:rFonts w:ascii="Times New Roman" w:hAnsi="Times New Roman" w:eastAsia="Times New Roman" w:cs="Times New Roman"/>
        </w:rPr>
        <w:t xml:space="preserve"> </w:t>
      </w:r>
      <w:r>
        <w:rPr>
          <w:rFonts w:ascii="Ebrima" w:hAnsi="Ebrima" w:eastAsia="Ebrima" w:cs="Ebrima"/>
        </w:rPr>
        <w:t>ߘߐ߫</w:t>
      </w:r>
      <w:r>
        <w:rPr>
          <w:rFonts w:ascii="Times New Roman" w:hAnsi="Times New Roman" w:eastAsia="Times New Roman" w:cs="Times New Roman"/>
        </w:rPr>
        <w:t xml:space="preserve">. </w:t>
      </w:r>
      <w:r>
        <w:rPr>
          <w:rFonts w:ascii="Ebrima" w:hAnsi="Ebrima" w:eastAsia="Ebrima" w:cs="Ebrima"/>
        </w:rPr>
        <w:t>ߞߊ߲߬</w:t>
      </w:r>
      <w:r>
        <w:rPr>
          <w:rFonts w:ascii="Times New Roman" w:hAnsi="Times New Roman" w:eastAsia="Times New Roman" w:cs="Times New Roman"/>
        </w:rPr>
        <w:t xml:space="preserve"> </w:t>
      </w:r>
      <w:r>
        <w:rPr>
          <w:rFonts w:ascii="Ebrima" w:hAnsi="Ebrima" w:eastAsia="Ebrima" w:cs="Ebrima"/>
        </w:rPr>
        <w:t>ߝߐ߬ߞߊ߫</w:t>
      </w:r>
      <w:r>
        <w:rPr>
          <w:rFonts w:ascii="Times New Roman" w:hAnsi="Times New Roman" w:eastAsia="Times New Roman" w:cs="Times New Roman"/>
        </w:rPr>
        <w:t xml:space="preserve"> </w:t>
      </w:r>
      <w:r>
        <w:rPr>
          <w:rFonts w:ascii="Ebrima" w:hAnsi="Ebrima" w:eastAsia="Ebrima" w:cs="Ebrima"/>
        </w:rPr>
        <w:t>ߣߌ߲߬</w:t>
      </w:r>
      <w:r>
        <w:rPr>
          <w:rFonts w:ascii="Times New Roman" w:hAnsi="Times New Roman" w:eastAsia="Times New Roman" w:cs="Times New Roman"/>
        </w:rPr>
        <w:t xml:space="preserve"> </w:t>
      </w:r>
      <w:r>
        <w:rPr>
          <w:rFonts w:ascii="Ebrima" w:hAnsi="Ebrima" w:eastAsia="Ebrima" w:cs="Ebrima"/>
        </w:rPr>
        <w:t>ߝߘߊ߬</w:t>
      </w:r>
      <w:r>
        <w:rPr>
          <w:rFonts w:ascii="Times New Roman" w:hAnsi="Times New Roman" w:eastAsia="Times New Roman" w:cs="Times New Roman"/>
        </w:rPr>
        <w:t xml:space="preserve"> </w:t>
      </w:r>
      <w:r>
        <w:rPr>
          <w:rFonts w:ascii="Ebrima" w:hAnsi="Ebrima" w:eastAsia="Ebrima" w:cs="Ebrima"/>
        </w:rPr>
        <w:t>ߣߌ߫</w:t>
      </w:r>
      <w:r>
        <w:rPr>
          <w:rFonts w:ascii="Times New Roman" w:hAnsi="Times New Roman" w:eastAsia="Times New Roman" w:cs="Times New Roman"/>
        </w:rPr>
        <w:t xml:space="preserve"> </w:t>
      </w:r>
      <w:r>
        <w:rPr>
          <w:rFonts w:ascii="Ebrima" w:hAnsi="Ebrima" w:eastAsia="Ebrima" w:cs="Ebrima"/>
        </w:rPr>
        <w:t>ߜߊ߲ߜߍ߬ߛߊ߬</w:t>
      </w:r>
      <w:r>
        <w:rPr>
          <w:rFonts w:ascii="Times New Roman" w:hAnsi="Times New Roman" w:eastAsia="Times New Roman" w:cs="Times New Roman"/>
        </w:rPr>
        <w:t xml:space="preserve"> </w:t>
      </w:r>
      <w:r>
        <w:rPr>
          <w:rFonts w:ascii="Ebrima" w:hAnsi="Ebrima" w:eastAsia="Ebrima" w:cs="Ebrima"/>
        </w:rPr>
        <w:t>ߛߊ߰</w:t>
      </w:r>
      <w:r>
        <w:rPr>
          <w:rFonts w:ascii="Times New Roman" w:hAnsi="Times New Roman" w:eastAsia="Times New Roman" w:cs="Times New Roman"/>
        </w:rPr>
        <w:t xml:space="preserve"> </w:t>
      </w:r>
      <w:r>
        <w:rPr>
          <w:rFonts w:ascii="Ebrima" w:hAnsi="Ebrima" w:eastAsia="Ebrima" w:cs="Ebrima"/>
        </w:rPr>
        <w:t>ߣߌ߫</w:t>
      </w:r>
      <w:r>
        <w:rPr>
          <w:rFonts w:ascii="Times New Roman" w:hAnsi="Times New Roman" w:eastAsia="Times New Roman" w:cs="Times New Roman"/>
        </w:rPr>
        <w:t xml:space="preserve"> </w:t>
      </w:r>
      <w:r>
        <w:rPr>
          <w:rFonts w:ascii="Ebrima" w:hAnsi="Ebrima" w:eastAsia="Ebrima" w:cs="Ebrima"/>
        </w:rPr>
        <w:t>ߘߐ߲ߞߍ߯ߝߍ߲</w:t>
      </w:r>
      <w:r>
        <w:rPr>
          <w:rFonts w:ascii="Times New Roman" w:hAnsi="Times New Roman" w:eastAsia="Times New Roman" w:cs="Times New Roman"/>
        </w:rPr>
        <w:t xml:space="preserve"> </w:t>
      </w:r>
      <w:r>
        <w:rPr>
          <w:rFonts w:ascii="Ebrima" w:hAnsi="Ebrima" w:eastAsia="Ebrima" w:cs="Ebrima"/>
        </w:rPr>
        <w:t>ߞߊ߲</w:t>
      </w:r>
      <w:r>
        <w:rPr>
          <w:rFonts w:ascii="Times New Roman" w:hAnsi="Times New Roman" w:eastAsia="Times New Roman" w:cs="Times New Roman"/>
        </w:rPr>
        <w:t xml:space="preserve"> 1798 </w:t>
      </w:r>
      <w:r>
        <w:rPr>
          <w:rFonts w:ascii="Ebrima" w:hAnsi="Ebrima" w:eastAsia="Ebrima" w:cs="Ebrima"/>
        </w:rPr>
        <w:t>ߞߊ߬</w:t>
      </w:r>
      <w:r>
        <w:rPr>
          <w:rFonts w:ascii="Times New Roman" w:hAnsi="Times New Roman" w:eastAsia="Times New Roman" w:cs="Times New Roman"/>
        </w:rPr>
        <w:t xml:space="preserve"> </w:t>
      </w:r>
      <w:r>
        <w:rPr>
          <w:rFonts w:ascii="Ebrima" w:hAnsi="Ebrima" w:eastAsia="Ebrima" w:cs="Ebrima"/>
        </w:rPr>
        <w:t>ߕߊ߰</w:t>
      </w:r>
      <w:r>
        <w:rPr>
          <w:rFonts w:ascii="Times New Roman" w:hAnsi="Times New Roman" w:eastAsia="Times New Roman" w:cs="Times New Roman"/>
        </w:rPr>
        <w:t xml:space="preserve"> </w:t>
      </w:r>
      <w:r>
        <w:rPr>
          <w:rFonts w:ascii="Ebrima" w:hAnsi="Ebrima" w:eastAsia="Ebrima" w:cs="Ebrima"/>
        </w:rPr>
        <w:t>ߡߊ߬</w:t>
      </w:r>
      <w:r>
        <w:rPr>
          <w:rFonts w:ascii="Times New Roman" w:hAnsi="Times New Roman" w:eastAsia="Times New Roman" w:cs="Times New Roman"/>
        </w:rPr>
        <w:t xml:space="preserve"> 1844، </w:t>
      </w:r>
      <w:r>
        <w:rPr>
          <w:rFonts w:ascii="Ebrima" w:hAnsi="Ebrima" w:eastAsia="Ebrima" w:cs="Ebrima"/>
        </w:rPr>
        <w:t>ߡߍ߲</w:t>
      </w:r>
      <w:r>
        <w:rPr>
          <w:rFonts w:ascii="Times New Roman" w:hAnsi="Times New Roman" w:eastAsia="Times New Roman" w:cs="Times New Roman"/>
        </w:rPr>
        <w:t xml:space="preserve"> </w:t>
      </w:r>
      <w:r>
        <w:rPr>
          <w:rFonts w:ascii="Ebrima" w:hAnsi="Ebrima" w:eastAsia="Ebrima" w:cs="Ebrima"/>
        </w:rPr>
        <w:t>ߠߎ߬</w:t>
      </w:r>
      <w:r>
        <w:rPr>
          <w:rFonts w:ascii="Times New Roman" w:hAnsi="Times New Roman" w:eastAsia="Times New Roman" w:cs="Times New Roman"/>
        </w:rPr>
        <w:t xml:space="preserve"> </w:t>
      </w:r>
      <w:r>
        <w:rPr>
          <w:rFonts w:ascii="Ebrima" w:hAnsi="Ebrima" w:eastAsia="Ebrima" w:cs="Ebrima"/>
        </w:rPr>
        <w:t>ߕߍ߫</w:t>
      </w:r>
      <w:r>
        <w:rPr>
          <w:rFonts w:ascii="Times New Roman" w:hAnsi="Times New Roman" w:eastAsia="Times New Roman" w:cs="Times New Roman"/>
        </w:rPr>
        <w:t xml:space="preserve"> </w:t>
      </w:r>
      <w:r>
        <w:rPr>
          <w:rFonts w:ascii="Ebrima" w:hAnsi="Ebrima" w:eastAsia="Ebrima" w:cs="Ebrima"/>
        </w:rPr>
        <w:t>ߒ߬ߝߐ߬ߙߌ</w:t>
      </w:r>
      <w:r>
        <w:rPr>
          <w:rFonts w:ascii="Times New Roman" w:hAnsi="Times New Roman" w:eastAsia="Times New Roman" w:cs="Times New Roman"/>
        </w:rPr>
        <w:t xml:space="preserve"> </w:t>
      </w:r>
      <w:r>
        <w:rPr>
          <w:rFonts w:ascii="Ebrima" w:hAnsi="Ebrima" w:eastAsia="Ebrima" w:cs="Ebrima"/>
        </w:rPr>
        <w:t>ߛߌ߰</w:t>
      </w:r>
      <w:r>
        <w:rPr>
          <w:rFonts w:ascii="Times New Roman" w:hAnsi="Times New Roman" w:eastAsia="Times New Roman" w:cs="Times New Roman"/>
        </w:rPr>
        <w:t xml:space="preserve"> </w:t>
      </w:r>
      <w:r>
        <w:rPr>
          <w:rFonts w:ascii="Ebrima" w:hAnsi="Ebrima" w:eastAsia="Ebrima" w:cs="Ebrima"/>
        </w:rPr>
        <w:t>ߛߊ߬ߡߊ߬</w:t>
      </w:r>
      <w:r>
        <w:rPr>
          <w:rFonts w:ascii="Times New Roman" w:hAnsi="Times New Roman" w:eastAsia="Times New Roman" w:cs="Times New Roman"/>
        </w:rPr>
        <w:t xml:space="preserve"> </w:t>
      </w:r>
      <w:r>
        <w:rPr>
          <w:rFonts w:ascii="Ebrima" w:hAnsi="Ebrima" w:eastAsia="Ebrima" w:cs="Ebrima"/>
        </w:rPr>
        <w:t>ߟߎ߬</w:t>
      </w:r>
      <w:r>
        <w:rPr>
          <w:rFonts w:ascii="Times New Roman" w:hAnsi="Times New Roman" w:eastAsia="Times New Roman" w:cs="Times New Roman"/>
        </w:rPr>
        <w:t xml:space="preserve"> </w:t>
      </w:r>
      <w:r>
        <w:rPr>
          <w:rFonts w:ascii="Ebrima" w:hAnsi="Ebrima" w:eastAsia="Ebrima" w:cs="Ebrima"/>
        </w:rPr>
        <w:t>ߘߌ߫</w:t>
      </w:r>
      <w:r>
        <w:rPr>
          <w:rFonts w:ascii="Times New Roman" w:hAnsi="Times New Roman" w:eastAsia="Times New Roman" w:cs="Times New Roman"/>
        </w:rPr>
        <w:t xml:space="preserve"> </w:t>
      </w:r>
      <w:r>
        <w:rPr>
          <w:rFonts w:ascii="Ebrima" w:hAnsi="Ebrima" w:eastAsia="Ebrima" w:cs="Ebrima"/>
        </w:rPr>
        <w:t>ߝߣߊ߫</w:t>
      </w:r>
      <w:r>
        <w:rPr>
          <w:rFonts w:ascii="Times New Roman" w:hAnsi="Times New Roman" w:eastAsia="Times New Roman" w:cs="Times New Roman"/>
        </w:rPr>
        <w:t xml:space="preserve">، </w:t>
      </w:r>
      <w:r>
        <w:rPr>
          <w:rFonts w:ascii="Ebrima" w:hAnsi="Ebrima" w:eastAsia="Ebrima" w:cs="Ebrima"/>
        </w:rPr>
        <w:t>ߊ߬</w:t>
      </w:r>
      <w:r>
        <w:rPr>
          <w:rFonts w:ascii="Times New Roman" w:hAnsi="Times New Roman" w:eastAsia="Times New Roman" w:cs="Times New Roman"/>
        </w:rPr>
        <w:t xml:space="preserve"> </w:t>
      </w:r>
      <w:r>
        <w:rPr>
          <w:rFonts w:ascii="Ebrima" w:hAnsi="Ebrima" w:eastAsia="Ebrima" w:cs="Ebrima"/>
        </w:rPr>
        <w:t>ߟߋ</w:t>
      </w:r>
      <w:r>
        <w:rPr>
          <w:rFonts w:ascii="Times New Roman" w:hAnsi="Times New Roman" w:eastAsia="Times New Roman" w:cs="Times New Roman"/>
        </w:rPr>
        <w:t xml:space="preserve"> </w:t>
      </w:r>
      <w:r>
        <w:rPr>
          <w:rFonts w:ascii="Ebrima" w:hAnsi="Ebrima" w:eastAsia="Ebrima" w:cs="Ebrima"/>
        </w:rPr>
        <w:t>ߞߙߋ߫ߛߎ</w:t>
      </w:r>
      <w:r>
        <w:rPr>
          <w:rFonts w:ascii="Times New Roman" w:hAnsi="Times New Roman" w:eastAsia="Times New Roman" w:cs="Times New Roman"/>
        </w:rPr>
        <w:t xml:space="preserve"> </w:t>
      </w:r>
      <w:r>
        <w:rPr>
          <w:rFonts w:ascii="Ebrima" w:hAnsi="Ebrima" w:eastAsia="Ebrima" w:cs="Ebrima"/>
        </w:rPr>
        <w:t>ߞߊ߬</w:t>
      </w:r>
      <w:r>
        <w:rPr>
          <w:rFonts w:ascii="Times New Roman" w:hAnsi="Times New Roman" w:eastAsia="Times New Roman" w:cs="Times New Roman"/>
        </w:rPr>
        <w:t xml:space="preserve"> </w:t>
      </w:r>
      <w:r>
        <w:rPr>
          <w:rFonts w:ascii="Ebrima" w:hAnsi="Ebrima" w:eastAsia="Ebrima" w:cs="Ebrima"/>
        </w:rPr>
        <w:t>ߝߐ߫</w:t>
      </w:r>
      <w:r>
        <w:rPr>
          <w:rFonts w:ascii="Times New Roman" w:hAnsi="Times New Roman" w:eastAsia="Times New Roman" w:cs="Times New Roman"/>
        </w:rPr>
        <w:t xml:space="preserve"> </w:t>
      </w:r>
      <w:r>
        <w:rPr>
          <w:rFonts w:ascii="Ebrima" w:hAnsi="Ebrima" w:eastAsia="Ebrima" w:cs="Ebrima"/>
        </w:rPr>
        <w:t>ߦߞߐ߫</w:t>
      </w:r>
      <w:r>
        <w:rPr>
          <w:rFonts w:ascii="Times New Roman" w:hAnsi="Times New Roman" w:eastAsia="Times New Roman" w:cs="Times New Roman"/>
        </w:rPr>
        <w:t xml:space="preserve"> </w:t>
      </w:r>
      <w:r>
        <w:rPr>
          <w:rFonts w:ascii="Ebrima" w:hAnsi="Ebrima" w:eastAsia="Ebrima" w:cs="Ebrima"/>
        </w:rPr>
        <w:t>ߖߊ߲</w:t>
      </w:r>
      <w:r>
        <w:rPr>
          <w:rFonts w:ascii="Times New Roman" w:hAnsi="Times New Roman" w:eastAsia="Times New Roman" w:cs="Times New Roman"/>
        </w:rPr>
        <w:t xml:space="preserve"> </w:t>
      </w:r>
      <w:r>
        <w:rPr>
          <w:rFonts w:ascii="Ebrima" w:hAnsi="Ebrima" w:eastAsia="Ebrima" w:cs="Ebrima"/>
        </w:rPr>
        <w:t>ߞߊ߬ߙߊ߲</w:t>
      </w:r>
      <w:r>
        <w:rPr>
          <w:rFonts w:ascii="Times New Roman" w:hAnsi="Times New Roman" w:eastAsia="Times New Roman" w:cs="Times New Roman"/>
        </w:rPr>
        <w:t xml:space="preserve"> </w:t>
      </w:r>
      <w:r>
        <w:rPr>
          <w:rFonts w:ascii="Ebrima" w:hAnsi="Ebrima" w:eastAsia="Ebrima" w:cs="Ebrima"/>
        </w:rPr>
        <w:t>ߝߌ߬ߟߊ</w:t>
      </w:r>
      <w:r>
        <w:rPr>
          <w:rFonts w:ascii="Times New Roman" w:hAnsi="Times New Roman" w:eastAsia="Times New Roman" w:cs="Times New Roman"/>
        </w:rPr>
        <w:t xml:space="preserve"> </w:t>
      </w:r>
      <w:r>
        <w:rPr>
          <w:rFonts w:ascii="Ebrima" w:hAnsi="Ebrima" w:eastAsia="Ebrima" w:cs="Ebrima"/>
        </w:rPr>
        <w:t>ߘߐ߫</w:t>
      </w:r>
      <w:r>
        <w:rPr>
          <w:rFonts w:ascii="Times New Roman" w:hAnsi="Times New Roman" w:eastAsia="Times New Roman" w:cs="Times New Roman"/>
        </w:rPr>
        <w:t xml:space="preserve"> </w:t>
      </w:r>
      <w:r>
        <w:rPr>
          <w:rFonts w:ascii="Ebrima" w:hAnsi="Ebrima" w:eastAsia="Ebrima" w:cs="Ebrima"/>
        </w:rPr>
        <w:t>ߞߏ߫</w:t>
      </w:r>
      <w:r>
        <w:rPr>
          <w:rFonts w:ascii="Times New Roman" w:hAnsi="Times New Roman" w:eastAsia="Times New Roman" w:cs="Times New Roman"/>
        </w:rPr>
        <w:t xml:space="preserve"> </w:t>
      </w:r>
      <w:r>
        <w:rPr>
          <w:rFonts w:ascii="Ebrima" w:hAnsi="Ebrima" w:eastAsia="Ebrima" w:cs="Ebrima"/>
        </w:rPr>
        <w:t>ߊ߬</w:t>
      </w:r>
      <w:r>
        <w:rPr>
          <w:rFonts w:ascii="Times New Roman" w:hAnsi="Times New Roman" w:eastAsia="Times New Roman" w:cs="Times New Roman"/>
        </w:rPr>
        <w:t xml:space="preserve"> </w:t>
      </w:r>
      <w:r>
        <w:rPr>
          <w:rFonts w:ascii="Ebrima" w:hAnsi="Ebrima" w:eastAsia="Ebrima" w:cs="Ebrima"/>
        </w:rPr>
        <w:t>ߘߴߊ߬</w:t>
      </w:r>
      <w:r>
        <w:rPr>
          <w:rFonts w:ascii="Times New Roman" w:hAnsi="Times New Roman" w:eastAsia="Times New Roman" w:cs="Times New Roman"/>
        </w:rPr>
        <w:t xml:space="preserve"> </w:t>
      </w:r>
      <w:r>
        <w:rPr>
          <w:rFonts w:ascii="Ebrima" w:hAnsi="Ebrima" w:eastAsia="Ebrima" w:cs="Ebrima"/>
        </w:rPr>
        <w:t>ߞߍ߫</w:t>
      </w:r>
      <w:r>
        <w:rPr>
          <w:rFonts w:ascii="Times New Roman" w:hAnsi="Times New Roman" w:eastAsia="Times New Roman" w:cs="Times New Roman"/>
        </w:rPr>
        <w:t xml:space="preserve"> </w:t>
      </w:r>
      <w:r>
        <w:rPr>
          <w:rFonts w:ascii="Ebrima" w:hAnsi="Ebrima" w:eastAsia="Ebrima" w:cs="Ebrima"/>
        </w:rPr>
        <w:t>ߛߌ߰</w:t>
      </w:r>
      <w:r>
        <w:rPr>
          <w:rFonts w:ascii="Times New Roman" w:hAnsi="Times New Roman" w:eastAsia="Times New Roman" w:cs="Times New Roman"/>
        </w:rPr>
        <w:t xml:space="preserve"> </w:t>
      </w:r>
      <w:r>
        <w:rPr>
          <w:rFonts w:ascii="Ebrima" w:hAnsi="Ebrima" w:eastAsia="Ebrima" w:cs="Ebrima"/>
        </w:rPr>
        <w:t>ߛߊ߬ߡߊ߬</w:t>
      </w:r>
      <w:r>
        <w:rPr>
          <w:rFonts w:ascii="Times New Roman" w:hAnsi="Times New Roman" w:eastAsia="Times New Roman" w:cs="Times New Roman"/>
        </w:rPr>
        <w:t xml:space="preserve"> </w:t>
      </w:r>
      <w:r>
        <w:rPr>
          <w:rFonts w:ascii="Ebrima" w:hAnsi="Ebrima" w:eastAsia="Ebrima" w:cs="Ebrima"/>
        </w:rPr>
        <w:t>ߟߎ߬</w:t>
      </w:r>
      <w:r>
        <w:rPr>
          <w:rFonts w:ascii="Times New Roman" w:hAnsi="Times New Roman" w:eastAsia="Times New Roman" w:cs="Times New Roman"/>
        </w:rPr>
        <w:t xml:space="preserve"> </w:t>
      </w:r>
      <w:r>
        <w:rPr>
          <w:rFonts w:ascii="Ebrima" w:hAnsi="Ebrima" w:eastAsia="Ebrima" w:cs="Ebrima"/>
        </w:rPr>
        <w:t>ߟߊ߫</w:t>
      </w:r>
      <w:r>
        <w:rPr>
          <w:rFonts w:ascii="Times New Roman" w:hAnsi="Times New Roman" w:eastAsia="Times New Roman" w:cs="Times New Roman"/>
        </w:rPr>
        <w:t xml:space="preserve"> </w:t>
      </w:r>
      <w:r>
        <w:rPr>
          <w:rFonts w:ascii="Ebrima" w:hAnsi="Ebrima" w:eastAsia="Ebrima" w:cs="Ebrima"/>
        </w:rPr>
        <w:t>ߞߊ߬</w:t>
      </w:r>
      <w:r>
        <w:rPr>
          <w:rFonts w:ascii="Times New Roman" w:hAnsi="Times New Roman" w:eastAsia="Times New Roman" w:cs="Times New Roman"/>
        </w:rPr>
        <w:t xml:space="preserve"> </w:t>
      </w:r>
      <w:r>
        <w:rPr>
          <w:rFonts w:ascii="Ebrima" w:hAnsi="Ebrima" w:eastAsia="Ebrima" w:cs="Ebrima"/>
        </w:rPr>
        <w:t>ߛߊ߬ߦߌ߬ߣߍ߲</w:t>
      </w:r>
      <w:r>
        <w:rPr>
          <w:rFonts w:ascii="Times New Roman" w:hAnsi="Times New Roman" w:eastAsia="Times New Roman" w:cs="Times New Roman"/>
        </w:rPr>
        <w:t xml:space="preserve"> </w:t>
      </w:r>
      <w:r>
        <w:rPr>
          <w:rFonts w:ascii="Ebrima" w:hAnsi="Ebrima" w:eastAsia="Ebrima" w:cs="Ebrima"/>
        </w:rPr>
        <w:t>ߛߐ߬ߞߍ</w:t>
      </w:r>
      <w:r>
        <w:rPr>
          <w:rFonts w:ascii="Times New Roman" w:hAnsi="Times New Roman" w:eastAsia="Times New Roman" w:cs="Times New Roman"/>
        </w:rPr>
        <w:t xml:space="preserve"> </w:t>
      </w:r>
      <w:r>
        <w:rPr>
          <w:rFonts w:ascii="Ebrima" w:hAnsi="Ebrima" w:eastAsia="Ebrima" w:cs="Ebrima"/>
        </w:rPr>
        <w:t>ߘߐ߫</w:t>
      </w:r>
      <w:r>
        <w:rPr>
          <w:rFonts w:ascii="Times New Roman" w:hAnsi="Times New Roman" w:eastAsia="Times New Roman" w:cs="Times New Roman"/>
        </w:rPr>
        <w:t xml:space="preserve"> </w:t>
      </w:r>
      <w:r>
        <w:rPr>
          <w:rFonts w:ascii="Ebrima" w:hAnsi="Ebrima" w:eastAsia="Ebrima" w:cs="Ebrima"/>
        </w:rPr>
        <w:t>ߟߊ߬ߞߍ߫</w:t>
      </w:r>
      <w:r>
        <w:rPr>
          <w:rFonts w:ascii="Times New Roman" w:hAnsi="Times New Roman" w:eastAsia="Times New Roman" w:cs="Times New Roman"/>
        </w:rPr>
        <w:t xml:space="preserve"> </w:t>
      </w:r>
      <w:r>
        <w:rPr>
          <w:rFonts w:ascii="Ebrima" w:hAnsi="Ebrima" w:eastAsia="Ebrima" w:cs="Ebrima"/>
        </w:rPr>
        <w:t>ߞߊ߫</w:t>
      </w:r>
      <w:r>
        <w:rPr>
          <w:rFonts w:ascii="Times New Roman" w:hAnsi="Times New Roman" w:eastAsia="Times New Roman" w:cs="Times New Roman"/>
        </w:rPr>
        <w:t xml:space="preserve"> </w:t>
      </w:r>
      <w:r>
        <w:rPr>
          <w:rFonts w:ascii="Ebrima" w:hAnsi="Ebrima" w:eastAsia="Ebrima" w:cs="Ebrima"/>
        </w:rPr>
        <w:t>ߘߌ߫</w:t>
      </w:r>
      <w:r>
        <w:rPr>
          <w:rFonts w:ascii="Times New Roman" w:hAnsi="Times New Roman" w:eastAsia="Times New Roman" w:cs="Times New Roman"/>
        </w:rPr>
        <w:t xml:space="preserve"> </w:t>
      </w:r>
      <w:r>
        <w:rPr>
          <w:rFonts w:ascii="Ebrima" w:hAnsi="Ebrima" w:eastAsia="Ebrima" w:cs="Ebrima"/>
        </w:rPr>
        <w:t>ߟߊ߫</w:t>
      </w:r>
      <w:r>
        <w:rPr>
          <w:rFonts w:ascii="Times New Roman" w:hAnsi="Times New Roman" w:eastAsia="Times New Roman" w:cs="Times New Roman"/>
        </w:rPr>
        <w:t xml:space="preserve">، </w:t>
      </w:r>
      <w:r>
        <w:rPr>
          <w:rFonts w:ascii="Ebrima" w:hAnsi="Ebrima" w:eastAsia="Ebrima" w:cs="Ebrima"/>
        </w:rPr>
        <w:t>ߒ߬ߓߊ߬</w:t>
      </w:r>
      <w:r>
        <w:rPr>
          <w:rFonts w:ascii="Times New Roman" w:hAnsi="Times New Roman" w:eastAsia="Times New Roman" w:cs="Times New Roman"/>
        </w:rPr>
        <w:t xml:space="preserve"> </w:t>
      </w:r>
      <w:r>
        <w:rPr>
          <w:rFonts w:ascii="Ebrima" w:hAnsi="Ebrima" w:eastAsia="Ebrima" w:cs="Ebrima"/>
        </w:rPr>
        <w:t>ߞߊ߲߬</w:t>
      </w:r>
      <w:r>
        <w:rPr>
          <w:rFonts w:ascii="Times New Roman" w:hAnsi="Times New Roman" w:eastAsia="Times New Roman" w:cs="Times New Roman"/>
        </w:rPr>
        <w:t xml:space="preserve"> </w:t>
      </w:r>
      <w:r>
        <w:rPr>
          <w:rFonts w:ascii="Ebrima" w:hAnsi="Ebrima" w:eastAsia="Ebrima" w:cs="Ebrima"/>
        </w:rPr>
        <w:t>ߠߋ</w:t>
      </w:r>
      <w:r>
        <w:rPr>
          <w:rFonts w:ascii="Times New Roman" w:hAnsi="Times New Roman" w:eastAsia="Times New Roman" w:cs="Times New Roman"/>
        </w:rPr>
        <w:t xml:space="preserve"> </w:t>
      </w:r>
      <w:r>
        <w:rPr>
          <w:rFonts w:ascii="Ebrima" w:hAnsi="Ebrima" w:eastAsia="Ebrima" w:cs="Ebrima"/>
        </w:rPr>
        <w:t>ߛߓߍ߫ߓߍ</w:t>
      </w:r>
      <w:r>
        <w:rPr>
          <w:rFonts w:ascii="Times New Roman" w:hAnsi="Times New Roman" w:eastAsia="Times New Roman" w:cs="Times New Roman"/>
        </w:rPr>
        <w:t xml:space="preserve"> </w:t>
      </w:r>
      <w:r>
        <w:rPr>
          <w:rFonts w:ascii="Ebrima" w:hAnsi="Ebrima" w:eastAsia="Ebrima" w:cs="Ebrima"/>
        </w:rPr>
        <w:t>ߣߌ߫</w:t>
      </w:r>
      <w:r>
        <w:rPr>
          <w:rFonts w:ascii="Times New Roman" w:hAnsi="Times New Roman" w:eastAsia="Times New Roman" w:cs="Times New Roman"/>
        </w:rPr>
        <w:t xml:space="preserve"> </w:t>
      </w:r>
      <w:r>
        <w:rPr>
          <w:rFonts w:ascii="Ebrima" w:hAnsi="Ebrima" w:eastAsia="Ebrima" w:cs="Ebrima"/>
        </w:rPr>
        <w:t>ߞߊ߲߬</w:t>
      </w:r>
      <w:r>
        <w:rPr>
          <w:rFonts w:ascii="Times New Roman" w:hAnsi="Times New Roman" w:eastAsia="Times New Roman" w:cs="Times New Roman"/>
        </w:rPr>
        <w:t xml:space="preserve"> </w:t>
      </w:r>
      <w:r>
        <w:rPr>
          <w:rFonts w:ascii="Ebrima" w:hAnsi="Ebrima" w:eastAsia="Ebrima" w:cs="Ebrima"/>
        </w:rPr>
        <w:t>ߦߋ߫</w:t>
      </w:r>
      <w:r>
        <w:rPr>
          <w:rFonts w:ascii="Times New Roman" w:hAnsi="Times New Roman" w:eastAsia="Times New Roman" w:cs="Times New Roman"/>
        </w:rPr>
        <w:t xml:space="preserve"> </w:t>
      </w:r>
      <w:r>
        <w:rPr>
          <w:rFonts w:ascii="Ebrima" w:hAnsi="Ebrima" w:eastAsia="Ebrima" w:cs="Ebrima"/>
        </w:rPr>
        <w:t>ߢߍ߫</w:t>
      </w:r>
      <w:r>
        <w:rPr>
          <w:rFonts w:ascii="Times New Roman" w:hAnsi="Times New Roman" w:eastAsia="Times New Roman" w:cs="Times New Roman"/>
        </w:rPr>
        <w:t xml:space="preserve"> </w:t>
      </w:r>
      <w:r>
        <w:rPr>
          <w:rFonts w:ascii="Ebrima" w:hAnsi="Ebrima" w:eastAsia="Ebrima" w:cs="Ebrima"/>
        </w:rPr>
        <w:t>ߟߊ߫</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Ntwa Rehoboame a nea ditswaselo tsa gagwe tse di botlhale jo bo senang kwa bofelong jwa malatsi a mararo, mebuso e ne ya kgaogana.</w:t>
      </w:r>
    </w:p>
    <w:p>
      <w:pPr>
        <w:pStyle w:val="ArticleScripture"/>
        <w:jc w:val="left"/>
      </w:pPr>
      <w:r>
        <w:rPr>
          <w:rFonts w:ascii="Times New Roman" w:hAnsi="Times New Roman" w:eastAsia="Times New Roman" w:cs="Times New Roman"/>
        </w:rPr>
        <w:t>Maka ketika seluruh Israel melihat bahwa raja tidak mendengarkan mereka, bangsa itu menjawab raja, katanya, “Apakah bagian kita dalam Daud? Kita tidak mempunyai warisan dalam anak Isai; ke kemahmu, hai Israel! Sekarang, uruslah rumahmu sendiri, hai Daud.” Demikianlah Israel pergi ke kemah-kemah mereka. Tetapi mengenai bani Israel yang tinggal di kota-kota Yehuda, Rehabeam memerintah atas mereka. Kemudian raja Rehabeam mengutus Adoram, yang mengepalai pekerjaan rodi; tetapi seluruh Israel melemparinya dengan batu, sehingga ia mati. Sebab itu raja Rehabeam segera naik ke keretanya untuk melarikan diri ke Yerusalem. Demikianlah Israel memberontak terhadap keluarga Daud sampai hari ini. Dan terjadilah, ketika seluruh Israel mendengar bahwa Yerobeam telah datang kembali, mereka mengutus orang memanggil dia ke tengah sidang jemaat, lalu mengangkat dia menjadi raja atas seluruh Israel; tidak ada yang tetap mengikuti keluarga Daud selain hanya suku Yehuda. 1 Raja-raja 12:16–20.</w:t>
      </w:r>
    </w:p>
    <w:p>
      <w:pPr>
        <w:pStyle w:val="ArticleBody"/>
        <w:jc w:val="left"/>
      </w:pPr>
      <w:r>
        <w:rPr>
          <w:rFonts w:ascii="Times New Roman" w:hAnsi="Times New Roman" w:eastAsia="Times New Roman" w:cs="Times New Roman"/>
        </w:rPr>
        <w:t>Ubuprofeti bwavugaga ko Yerobowamu yari guhabwa ubwami bwari bwarasohoye, kandi bwasohoye mu gihe yari avuye muri Egiputa. Kubera ishyari ry’uko ubuturo bwera bw’Imana bwari mu murwa wa Yerusalemu, umurwa Imana yari yaratoranyije ngo ihashyire izina ryayo, Yerobowamu yatangiye kwigana ubuturo bwera, ubutambyi n’umurimo wo kuramya byari byarategetswe ko bikorwa i Yerusalemu honyine. Igikorwa cya Yerobowamu cyo gushinga gahunda y’impimbano yo kuramya mu miryango icumi yo mu majyaruguru, ni ishusho ihuye byeruye n’ubwigomeke bwa Aroni n’inyana y’izahabu; bityo kikaba gihamya y’inyongera, atari ku byerekeye gusa itegeko ryo ku Cyumweru rigiye kuza vuba, ahubwo no ku byerekeye ubugomeke bwo mu 1863.</w:t>
      </w:r>
    </w:p>
    <w:p>
      <w:pPr>
        <w:pStyle w:val="ArticleScripture"/>
        <w:jc w:val="left"/>
      </w:pPr>
      <w:r>
        <w:rPr>
          <w:rFonts w:ascii="Myanmar Text" w:hAnsi="Myanmar Text" w:eastAsia="Myanmar Text" w:cs="Myanmar Text"/>
        </w:rPr>
        <w:t>ဟေရာဗောင်သည်</w:t>
      </w:r>
      <w:r>
        <w:rPr>
          <w:rFonts w:ascii="Times New Roman" w:hAnsi="Times New Roman" w:eastAsia="Times New Roman" w:cs="Times New Roman"/>
        </w:rPr>
        <w:t xml:space="preserve"> </w:t>
      </w:r>
      <w:r>
        <w:rPr>
          <w:rFonts w:ascii="Myanmar Text" w:hAnsi="Myanmar Text" w:eastAsia="Myanmar Text" w:cs="Myanmar Text"/>
        </w:rPr>
        <w:t>မိမိစိတ်နှလုံးထဲ၌၊</w:t>
      </w:r>
      <w:r>
        <w:rPr>
          <w:rFonts w:ascii="Times New Roman" w:hAnsi="Times New Roman" w:eastAsia="Times New Roman" w:cs="Times New Roman"/>
        </w:rPr>
        <w:t xml:space="preserve"> “</w:t>
      </w:r>
      <w:r>
        <w:rPr>
          <w:rFonts w:ascii="Myanmar Text" w:hAnsi="Myanmar Text" w:eastAsia="Myanmar Text" w:cs="Myanmar Text"/>
        </w:rPr>
        <w:t>ယခုနိုင်ငံတော်သည်</w:t>
      </w:r>
      <w:r>
        <w:rPr>
          <w:rFonts w:ascii="Times New Roman" w:hAnsi="Times New Roman" w:eastAsia="Times New Roman" w:cs="Times New Roman"/>
        </w:rPr>
        <w:t xml:space="preserve"> </w:t>
      </w:r>
      <w:r>
        <w:rPr>
          <w:rFonts w:ascii="Myanmar Text" w:hAnsi="Myanmar Text" w:eastAsia="Myanmar Text" w:cs="Myanmar Text"/>
        </w:rPr>
        <w:t>ဒါဝိဒ်အမျိုးအိမ်သို့</w:t>
      </w:r>
      <w:r>
        <w:rPr>
          <w:rFonts w:ascii="Times New Roman" w:hAnsi="Times New Roman" w:eastAsia="Times New Roman" w:cs="Times New Roman"/>
        </w:rPr>
        <w:t xml:space="preserve"> </w:t>
      </w:r>
      <w:r>
        <w:rPr>
          <w:rFonts w:ascii="Myanmar Text" w:hAnsi="Myanmar Text" w:eastAsia="Myanmar Text" w:cs="Myanmar Text"/>
        </w:rPr>
        <w:t>ပြန်လည်ရောက်ရှိမည်။</w:t>
      </w:r>
      <w:r>
        <w:rPr>
          <w:rFonts w:ascii="Times New Roman" w:hAnsi="Times New Roman" w:eastAsia="Times New Roman" w:cs="Times New Roman"/>
        </w:rPr>
        <w:t xml:space="preserve"> </w:t>
      </w:r>
      <w:r>
        <w:rPr>
          <w:rFonts w:ascii="Myanmar Text" w:hAnsi="Myanmar Text" w:eastAsia="Myanmar Text" w:cs="Myanmar Text"/>
        </w:rPr>
        <w:t>ဤလူမျိုးသည်</w:t>
      </w:r>
      <w:r>
        <w:rPr>
          <w:rFonts w:ascii="Times New Roman" w:hAnsi="Times New Roman" w:eastAsia="Times New Roman" w:cs="Times New Roman"/>
        </w:rPr>
        <w:t xml:space="preserve"> </w:t>
      </w:r>
      <w:r>
        <w:rPr>
          <w:rFonts w:ascii="Myanmar Text" w:hAnsi="Myanmar Text" w:eastAsia="Myanmar Text" w:cs="Myanmar Text"/>
        </w:rPr>
        <w:t>ယေရုရှလင်မြို့ရှိ</w:t>
      </w:r>
      <w:r>
        <w:rPr>
          <w:rFonts w:ascii="Times New Roman" w:hAnsi="Times New Roman" w:eastAsia="Times New Roman" w:cs="Times New Roman"/>
        </w:rPr>
        <w:t xml:space="preserve"> </w:t>
      </w:r>
      <w:r>
        <w:rPr>
          <w:rFonts w:ascii="Myanmar Text" w:hAnsi="Myanmar Text" w:eastAsia="Myanmar Text" w:cs="Myanmar Text"/>
        </w:rPr>
        <w:t>ထာဝရဘုရား၏အိမ်တော်၌</w:t>
      </w:r>
      <w:r>
        <w:rPr>
          <w:rFonts w:ascii="Times New Roman" w:hAnsi="Times New Roman" w:eastAsia="Times New Roman" w:cs="Times New Roman"/>
        </w:rPr>
        <w:t xml:space="preserve"> </w:t>
      </w:r>
      <w:r>
        <w:rPr>
          <w:rFonts w:ascii="Myanmar Text" w:hAnsi="Myanmar Text" w:eastAsia="Myanmar Text" w:cs="Myanmar Text"/>
        </w:rPr>
        <w:t>ယဇ်ပူဇော်ရန်</w:t>
      </w:r>
      <w:r>
        <w:rPr>
          <w:rFonts w:ascii="Times New Roman" w:hAnsi="Times New Roman" w:eastAsia="Times New Roman" w:cs="Times New Roman"/>
        </w:rPr>
        <w:t xml:space="preserve"> </w:t>
      </w:r>
      <w:r>
        <w:rPr>
          <w:rFonts w:ascii="Myanmar Text" w:hAnsi="Myanmar Text" w:eastAsia="Myanmar Text" w:cs="Myanmar Text"/>
        </w:rPr>
        <w:t>တက်သွားကြလျှင်၊</w:t>
      </w:r>
      <w:r>
        <w:rPr>
          <w:rFonts w:ascii="Times New Roman" w:hAnsi="Times New Roman" w:eastAsia="Times New Roman" w:cs="Times New Roman"/>
        </w:rPr>
        <w:t xml:space="preserve"> </w:t>
      </w:r>
      <w:r>
        <w:rPr>
          <w:rFonts w:ascii="Myanmar Text" w:hAnsi="Myanmar Text" w:eastAsia="Myanmar Text" w:cs="Myanmar Text"/>
        </w:rPr>
        <w:t>ဤလူမျိုး၏စိတ်နှလုံးသည်</w:t>
      </w:r>
      <w:r>
        <w:rPr>
          <w:rFonts w:ascii="Times New Roman" w:hAnsi="Times New Roman" w:eastAsia="Times New Roman" w:cs="Times New Roman"/>
        </w:rPr>
        <w:t xml:space="preserve"> </w:t>
      </w:r>
      <w:r>
        <w:rPr>
          <w:rFonts w:ascii="Myanmar Text" w:hAnsi="Myanmar Text" w:eastAsia="Myanmar Text" w:cs="Myanmar Text"/>
        </w:rPr>
        <w:t>မိမိတို့အရှင်ဖြစ်သော</w:t>
      </w:r>
      <w:r>
        <w:rPr>
          <w:rFonts w:ascii="Times New Roman" w:hAnsi="Times New Roman" w:eastAsia="Times New Roman" w:cs="Times New Roman"/>
        </w:rPr>
        <w:t xml:space="preserve"> </w:t>
      </w:r>
      <w:r>
        <w:rPr>
          <w:rFonts w:ascii="Myanmar Text" w:hAnsi="Myanmar Text" w:eastAsia="Myanmar Text" w:cs="Myanmar Text"/>
        </w:rPr>
        <w:t>ယုဒရှင်ဘုရင်</w:t>
      </w:r>
      <w:r>
        <w:rPr>
          <w:rFonts w:ascii="Times New Roman" w:hAnsi="Times New Roman" w:eastAsia="Times New Roman" w:cs="Times New Roman"/>
        </w:rPr>
        <w:t xml:space="preserve"> </w:t>
      </w:r>
      <w:r>
        <w:rPr>
          <w:rFonts w:ascii="Myanmar Text" w:hAnsi="Myanmar Text" w:eastAsia="Myanmar Text" w:cs="Myanmar Text"/>
        </w:rPr>
        <w:t>ရေဟောဗောင်ထံသို့</w:t>
      </w:r>
      <w:r>
        <w:rPr>
          <w:rFonts w:ascii="Times New Roman" w:hAnsi="Times New Roman" w:eastAsia="Times New Roman" w:cs="Times New Roman"/>
        </w:rPr>
        <w:t xml:space="preserve"> </w:t>
      </w:r>
      <w:r>
        <w:rPr>
          <w:rFonts w:ascii="Myanmar Text" w:hAnsi="Myanmar Text" w:eastAsia="Myanmar Text" w:cs="Myanmar Text"/>
        </w:rPr>
        <w:t>တစ်ဖန်လှည့်ပြန်မည်။</w:t>
      </w:r>
      <w:r>
        <w:rPr>
          <w:rFonts w:ascii="Times New Roman" w:hAnsi="Times New Roman" w:eastAsia="Times New Roman" w:cs="Times New Roman"/>
        </w:rPr>
        <w:t xml:space="preserve"> </w:t>
      </w:r>
      <w:r>
        <w:rPr>
          <w:rFonts w:ascii="Myanmar Text" w:hAnsi="Myanmar Text" w:eastAsia="Myanmar Text" w:cs="Myanmar Text"/>
        </w:rPr>
        <w:t>ထိုအခါ</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ငါ့ကို</w:t>
      </w:r>
      <w:r>
        <w:rPr>
          <w:rFonts w:ascii="Times New Roman" w:hAnsi="Times New Roman" w:eastAsia="Times New Roman" w:cs="Times New Roman"/>
        </w:rPr>
        <w:t xml:space="preserve"> </w:t>
      </w:r>
      <w:r>
        <w:rPr>
          <w:rFonts w:ascii="Myanmar Text" w:hAnsi="Myanmar Text" w:eastAsia="Myanmar Text" w:cs="Myanmar Text"/>
        </w:rPr>
        <w:t>သတ်ပြီး</w:t>
      </w:r>
      <w:r>
        <w:rPr>
          <w:rFonts w:ascii="Times New Roman" w:hAnsi="Times New Roman" w:eastAsia="Times New Roman" w:cs="Times New Roman"/>
        </w:rPr>
        <w:t xml:space="preserve"> </w:t>
      </w:r>
      <w:r>
        <w:rPr>
          <w:rFonts w:ascii="Myanmar Text" w:hAnsi="Myanmar Text" w:eastAsia="Myanmar Text" w:cs="Myanmar Text"/>
        </w:rPr>
        <w:t>ယုဒရှင်ဘုရင်</w:t>
      </w:r>
      <w:r>
        <w:rPr>
          <w:rFonts w:ascii="Times New Roman" w:hAnsi="Times New Roman" w:eastAsia="Times New Roman" w:cs="Times New Roman"/>
        </w:rPr>
        <w:t xml:space="preserve"> </w:t>
      </w:r>
      <w:r>
        <w:rPr>
          <w:rFonts w:ascii="Myanmar Text" w:hAnsi="Myanmar Text" w:eastAsia="Myanmar Text" w:cs="Myanmar Text"/>
        </w:rPr>
        <w:t>ရေဟောဗောင်ထံသို့</w:t>
      </w:r>
      <w:r>
        <w:rPr>
          <w:rFonts w:ascii="Times New Roman" w:hAnsi="Times New Roman" w:eastAsia="Times New Roman" w:cs="Times New Roman"/>
        </w:rPr>
        <w:t xml:space="preserve"> </w:t>
      </w:r>
      <w:r>
        <w:rPr>
          <w:rFonts w:ascii="Myanmar Text" w:hAnsi="Myanmar Text" w:eastAsia="Myanmar Text" w:cs="Myanmar Text"/>
        </w:rPr>
        <w:t>ပြန်သွားကြလိမ့်မည်</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ဆိုလေ၏။</w:t>
      </w:r>
      <w:r>
        <w:rPr>
          <w:rFonts w:ascii="Times New Roman" w:hAnsi="Times New Roman" w:eastAsia="Times New Roman" w:cs="Times New Roman"/>
        </w:rPr>
        <w:t xml:space="preserve"> </w:t>
      </w:r>
      <w:r>
        <w:rPr>
          <w:rFonts w:ascii="Myanmar Text" w:hAnsi="Myanmar Text" w:eastAsia="Myanmar Text" w:cs="Myanmar Text"/>
        </w:rPr>
        <w:t>ထို့ကြောင့်</w:t>
      </w:r>
      <w:r>
        <w:rPr>
          <w:rFonts w:ascii="Times New Roman" w:hAnsi="Times New Roman" w:eastAsia="Times New Roman" w:cs="Times New Roman"/>
        </w:rPr>
        <w:t xml:space="preserve"> </w:t>
      </w:r>
      <w:r>
        <w:rPr>
          <w:rFonts w:ascii="Myanmar Text" w:hAnsi="Myanmar Text" w:eastAsia="Myanmar Text" w:cs="Myanmar Text"/>
        </w:rPr>
        <w:t>မင်းကြီးသည်</w:t>
      </w:r>
      <w:r>
        <w:rPr>
          <w:rFonts w:ascii="Times New Roman" w:hAnsi="Times New Roman" w:eastAsia="Times New Roman" w:cs="Times New Roman"/>
        </w:rPr>
        <w:t xml:space="preserve"> </w:t>
      </w:r>
      <w:r>
        <w:rPr>
          <w:rFonts w:ascii="Myanmar Text" w:hAnsi="Myanmar Text" w:eastAsia="Myanmar Text" w:cs="Myanmar Text"/>
        </w:rPr>
        <w:t>အကြံပေးတို့နှင့်</w:t>
      </w:r>
      <w:r>
        <w:rPr>
          <w:rFonts w:ascii="Times New Roman" w:hAnsi="Times New Roman" w:eastAsia="Times New Roman" w:cs="Times New Roman"/>
        </w:rPr>
        <w:t xml:space="preserve"> </w:t>
      </w:r>
      <w:r>
        <w:rPr>
          <w:rFonts w:ascii="Myanmar Text" w:hAnsi="Myanmar Text" w:eastAsia="Myanmar Text" w:cs="Myanmar Text"/>
        </w:rPr>
        <w:t>တိုင်ပင်၍</w:t>
      </w:r>
      <w:r>
        <w:rPr>
          <w:rFonts w:ascii="Times New Roman" w:hAnsi="Times New Roman" w:eastAsia="Times New Roman" w:cs="Times New Roman"/>
        </w:rPr>
        <w:t xml:space="preserve"> </w:t>
      </w:r>
      <w:r>
        <w:rPr>
          <w:rFonts w:ascii="Myanmar Text" w:hAnsi="Myanmar Text" w:eastAsia="Myanmar Text" w:cs="Myanmar Text"/>
        </w:rPr>
        <w:t>ရွှေနွားငယ်နှစ်ကောင်ကို</w:t>
      </w:r>
      <w:r>
        <w:rPr>
          <w:rFonts w:ascii="Times New Roman" w:hAnsi="Times New Roman" w:eastAsia="Times New Roman" w:cs="Times New Roman"/>
        </w:rPr>
        <w:t xml:space="preserve"> </w:t>
      </w:r>
      <w:r>
        <w:rPr>
          <w:rFonts w:ascii="Myanmar Text" w:hAnsi="Myanmar Text" w:eastAsia="Myanmar Text" w:cs="Myanmar Text"/>
        </w:rPr>
        <w:t>ပြုလုပ်ကာ၊</w:t>
      </w:r>
      <w:r>
        <w:rPr>
          <w:rFonts w:ascii="Times New Roman" w:hAnsi="Times New Roman" w:eastAsia="Times New Roman" w:cs="Times New Roman"/>
        </w:rPr>
        <w:t xml:space="preserve"> “</w:t>
      </w:r>
      <w:r>
        <w:rPr>
          <w:rFonts w:ascii="Myanmar Text" w:hAnsi="Myanmar Text" w:eastAsia="Myanmar Text" w:cs="Myanmar Text"/>
        </w:rPr>
        <w:t>ယေရုရှလင်မြို့သို့</w:t>
      </w:r>
      <w:r>
        <w:rPr>
          <w:rFonts w:ascii="Times New Roman" w:hAnsi="Times New Roman" w:eastAsia="Times New Roman" w:cs="Times New Roman"/>
        </w:rPr>
        <w:t xml:space="preserve"> </w:t>
      </w:r>
      <w:r>
        <w:rPr>
          <w:rFonts w:ascii="Myanmar Text" w:hAnsi="Myanmar Text" w:eastAsia="Myanmar Text" w:cs="Myanmar Text"/>
        </w:rPr>
        <w:t>တက်သွားခြင်းသည်</w:t>
      </w:r>
      <w:r>
        <w:rPr>
          <w:rFonts w:ascii="Times New Roman" w:hAnsi="Times New Roman" w:eastAsia="Times New Roman" w:cs="Times New Roman"/>
        </w:rPr>
        <w:t xml:space="preserve"> </w:t>
      </w:r>
      <w:r>
        <w:rPr>
          <w:rFonts w:ascii="Myanmar Text" w:hAnsi="Myanmar Text" w:eastAsia="Myanmar Text" w:cs="Myanmar Text"/>
        </w:rPr>
        <w:t>သင်တို့အတွက်</w:t>
      </w:r>
      <w:r>
        <w:rPr>
          <w:rFonts w:ascii="Times New Roman" w:hAnsi="Times New Roman" w:eastAsia="Times New Roman" w:cs="Times New Roman"/>
        </w:rPr>
        <w:t xml:space="preserve"> </w:t>
      </w:r>
      <w:r>
        <w:rPr>
          <w:rFonts w:ascii="Myanmar Text" w:hAnsi="Myanmar Text" w:eastAsia="Myanmar Text" w:cs="Myanmar Text"/>
        </w:rPr>
        <w:t>အလွန်ခက်ခဲလှပြီ။</w:t>
      </w:r>
      <w:r>
        <w:rPr>
          <w:rFonts w:ascii="Times New Roman" w:hAnsi="Times New Roman" w:eastAsia="Times New Roman" w:cs="Times New Roman"/>
        </w:rPr>
        <w:t xml:space="preserve"> </w:t>
      </w:r>
      <w:r>
        <w:rPr>
          <w:rFonts w:ascii="Myanmar Text" w:hAnsi="Myanmar Text" w:eastAsia="Myanmar Text" w:cs="Myanmar Text"/>
        </w:rPr>
        <w:t>အို</w:t>
      </w:r>
      <w:r>
        <w:rPr>
          <w:rFonts w:ascii="Times New Roman" w:hAnsi="Times New Roman" w:eastAsia="Times New Roman" w:cs="Times New Roman"/>
        </w:rPr>
        <w:t xml:space="preserve"> </w:t>
      </w:r>
      <w:r>
        <w:rPr>
          <w:rFonts w:ascii="Myanmar Text" w:hAnsi="Myanmar Text" w:eastAsia="Myanmar Text" w:cs="Myanmar Text"/>
        </w:rPr>
        <w:t>ဣသရေလအမျိုး၊</w:t>
      </w:r>
      <w:r>
        <w:rPr>
          <w:rFonts w:ascii="Times New Roman" w:hAnsi="Times New Roman" w:eastAsia="Times New Roman" w:cs="Times New Roman"/>
        </w:rPr>
        <w:t xml:space="preserve"> </w:t>
      </w:r>
      <w:r>
        <w:rPr>
          <w:rFonts w:ascii="Myanmar Text" w:hAnsi="Myanmar Text" w:eastAsia="Myanmar Text" w:cs="Myanmar Text"/>
        </w:rPr>
        <w:t>အဲဂုတ္တုပြည်မှ</w:t>
      </w:r>
      <w:r>
        <w:rPr>
          <w:rFonts w:ascii="Times New Roman" w:hAnsi="Times New Roman" w:eastAsia="Times New Roman" w:cs="Times New Roman"/>
        </w:rPr>
        <w:t xml:space="preserve"> </w:t>
      </w:r>
      <w:r>
        <w:rPr>
          <w:rFonts w:ascii="Myanmar Text" w:hAnsi="Myanmar Text" w:eastAsia="Myanmar Text" w:cs="Myanmar Text"/>
        </w:rPr>
        <w:t>သင်တို့ကို</w:t>
      </w:r>
      <w:r>
        <w:rPr>
          <w:rFonts w:ascii="Times New Roman" w:hAnsi="Times New Roman" w:eastAsia="Times New Roman" w:cs="Times New Roman"/>
        </w:rPr>
        <w:t xml:space="preserve"> </w:t>
      </w:r>
      <w:r>
        <w:rPr>
          <w:rFonts w:ascii="Myanmar Text" w:hAnsi="Myanmar Text" w:eastAsia="Myanmar Text" w:cs="Myanmar Text"/>
        </w:rPr>
        <w:t>ဆောင်ယူခဲ့သော</w:t>
      </w:r>
      <w:r>
        <w:rPr>
          <w:rFonts w:ascii="Times New Roman" w:hAnsi="Times New Roman" w:eastAsia="Times New Roman" w:cs="Times New Roman"/>
        </w:rPr>
        <w:t xml:space="preserve"> </w:t>
      </w:r>
      <w:r>
        <w:rPr>
          <w:rFonts w:ascii="Myanmar Text" w:hAnsi="Myanmar Text" w:eastAsia="Myanmar Text" w:cs="Myanmar Text"/>
        </w:rPr>
        <w:t>သင်တို့၏ဘုရားများကို</w:t>
      </w:r>
      <w:r>
        <w:rPr>
          <w:rFonts w:ascii="Times New Roman" w:hAnsi="Times New Roman" w:eastAsia="Times New Roman" w:cs="Times New Roman"/>
        </w:rPr>
        <w:t xml:space="preserve"> </w:t>
      </w:r>
      <w:r>
        <w:rPr>
          <w:rFonts w:ascii="Myanmar Text" w:hAnsi="Myanmar Text" w:eastAsia="Myanmar Text" w:cs="Myanmar Text"/>
        </w:rPr>
        <w:t>ကြည့်လော့</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သူတို့အား</w:t>
      </w:r>
      <w:r>
        <w:rPr>
          <w:rFonts w:ascii="Times New Roman" w:hAnsi="Times New Roman" w:eastAsia="Times New Roman" w:cs="Times New Roman"/>
        </w:rPr>
        <w:t xml:space="preserve"> </w:t>
      </w:r>
      <w:r>
        <w:rPr>
          <w:rFonts w:ascii="Myanmar Text" w:hAnsi="Myanmar Text" w:eastAsia="Myanmar Text" w:cs="Myanmar Text"/>
        </w:rPr>
        <w:t>ဆိုလေ၏။</w:t>
      </w:r>
      <w:r>
        <w:rPr>
          <w:rFonts w:ascii="Times New Roman" w:hAnsi="Times New Roman" w:eastAsia="Times New Roman" w:cs="Times New Roman"/>
        </w:rPr>
        <w:t xml:space="preserve"> </w:t>
      </w:r>
      <w:r>
        <w:rPr>
          <w:rFonts w:ascii="Myanmar Text" w:hAnsi="Myanmar Text" w:eastAsia="Myanmar Text" w:cs="Myanmar Text"/>
        </w:rPr>
        <w:t>ထိုနွားငယ်တစ်ကောင်ကို</w:t>
      </w:r>
      <w:r>
        <w:rPr>
          <w:rFonts w:ascii="Times New Roman" w:hAnsi="Times New Roman" w:eastAsia="Times New Roman" w:cs="Times New Roman"/>
        </w:rPr>
        <w:t xml:space="preserve"> </w:t>
      </w:r>
      <w:r>
        <w:rPr>
          <w:rFonts w:ascii="Myanmar Text" w:hAnsi="Myanmar Text" w:eastAsia="Myanmar Text" w:cs="Myanmar Text"/>
        </w:rPr>
        <w:t>ဗေသလမြို့၌</w:t>
      </w:r>
      <w:r>
        <w:rPr>
          <w:rFonts w:ascii="Times New Roman" w:hAnsi="Times New Roman" w:eastAsia="Times New Roman" w:cs="Times New Roman"/>
        </w:rPr>
        <w:t xml:space="preserve"> </w:t>
      </w:r>
      <w:r>
        <w:rPr>
          <w:rFonts w:ascii="Myanmar Text" w:hAnsi="Myanmar Text" w:eastAsia="Myanmar Text" w:cs="Myanmar Text"/>
        </w:rPr>
        <w:t>ထား၍၊</w:t>
      </w:r>
      <w:r>
        <w:rPr>
          <w:rFonts w:ascii="Times New Roman" w:hAnsi="Times New Roman" w:eastAsia="Times New Roman" w:cs="Times New Roman"/>
        </w:rPr>
        <w:t xml:space="preserve"> </w:t>
      </w:r>
      <w:r>
        <w:rPr>
          <w:rFonts w:ascii="Myanmar Text" w:hAnsi="Myanmar Text" w:eastAsia="Myanmar Text" w:cs="Myanmar Text"/>
        </w:rPr>
        <w:t>အခြားတစ်ကောင်ကို</w:t>
      </w:r>
      <w:r>
        <w:rPr>
          <w:rFonts w:ascii="Times New Roman" w:hAnsi="Times New Roman" w:eastAsia="Times New Roman" w:cs="Times New Roman"/>
        </w:rPr>
        <w:t xml:space="preserve"> </w:t>
      </w:r>
      <w:r>
        <w:rPr>
          <w:rFonts w:ascii="Myanmar Text" w:hAnsi="Myanmar Text" w:eastAsia="Myanmar Text" w:cs="Myanmar Text"/>
        </w:rPr>
        <w:t>ဒန်မြို့၌</w:t>
      </w:r>
      <w:r>
        <w:rPr>
          <w:rFonts w:ascii="Times New Roman" w:hAnsi="Times New Roman" w:eastAsia="Times New Roman" w:cs="Times New Roman"/>
        </w:rPr>
        <w:t xml:space="preserve"> </w:t>
      </w:r>
      <w:r>
        <w:rPr>
          <w:rFonts w:ascii="Myanmar Text" w:hAnsi="Myanmar Text" w:eastAsia="Myanmar Text" w:cs="Myanmar Text"/>
        </w:rPr>
        <w:t>ထားလေ၏။</w:t>
      </w:r>
      <w:r>
        <w:rPr>
          <w:rFonts w:ascii="Times New Roman" w:hAnsi="Times New Roman" w:eastAsia="Times New Roman" w:cs="Times New Roman"/>
        </w:rPr>
        <w:t xml:space="preserve"> </w:t>
      </w:r>
      <w:r>
        <w:rPr>
          <w:rFonts w:ascii="Myanmar Text" w:hAnsi="Myanmar Text" w:eastAsia="Myanmar Text" w:cs="Myanmar Text"/>
        </w:rPr>
        <w:t>ဤအမှုသည်</w:t>
      </w:r>
      <w:r>
        <w:rPr>
          <w:rFonts w:ascii="Times New Roman" w:hAnsi="Times New Roman" w:eastAsia="Times New Roman" w:cs="Times New Roman"/>
        </w:rPr>
        <w:t xml:space="preserve"> </w:t>
      </w:r>
      <w:r>
        <w:rPr>
          <w:rFonts w:ascii="Myanmar Text" w:hAnsi="Myanmar Text" w:eastAsia="Myanmar Text" w:cs="Myanmar Text"/>
        </w:rPr>
        <w:t>အပြစ်ဖြစ်လေ၏။</w:t>
      </w:r>
      <w:r>
        <w:rPr>
          <w:rFonts w:ascii="Times New Roman" w:hAnsi="Times New Roman" w:eastAsia="Times New Roman" w:cs="Times New Roman"/>
        </w:rPr>
        <w:t xml:space="preserve"> </w:t>
      </w:r>
      <w:r>
        <w:rPr>
          <w:rFonts w:ascii="Myanmar Text" w:hAnsi="Myanmar Text" w:eastAsia="Myanmar Text" w:cs="Myanmar Text"/>
        </w:rPr>
        <w:t>အကြောင်းမူကား</w:t>
      </w:r>
      <w:r>
        <w:rPr>
          <w:rFonts w:ascii="Times New Roman" w:hAnsi="Times New Roman" w:eastAsia="Times New Roman" w:cs="Times New Roman"/>
        </w:rPr>
        <w:t xml:space="preserve"> </w:t>
      </w:r>
      <w:r>
        <w:rPr>
          <w:rFonts w:ascii="Myanmar Text" w:hAnsi="Myanmar Text" w:eastAsia="Myanmar Text" w:cs="Myanmar Text"/>
        </w:rPr>
        <w:t>လူများသည်</w:t>
      </w:r>
      <w:r>
        <w:rPr>
          <w:rFonts w:ascii="Times New Roman" w:hAnsi="Times New Roman" w:eastAsia="Times New Roman" w:cs="Times New Roman"/>
        </w:rPr>
        <w:t xml:space="preserve"> </w:t>
      </w:r>
      <w:r>
        <w:rPr>
          <w:rFonts w:ascii="Myanmar Text" w:hAnsi="Myanmar Text" w:eastAsia="Myanmar Text" w:cs="Myanmar Text"/>
        </w:rPr>
        <w:t>ထိုနွားတစ်ကောင်ရှေ့၌</w:t>
      </w:r>
      <w:r>
        <w:rPr>
          <w:rFonts w:ascii="Times New Roman" w:hAnsi="Times New Roman" w:eastAsia="Times New Roman" w:cs="Times New Roman"/>
        </w:rPr>
        <w:t xml:space="preserve"> </w:t>
      </w:r>
      <w:r>
        <w:rPr>
          <w:rFonts w:ascii="Myanmar Text" w:hAnsi="Myanmar Text" w:eastAsia="Myanmar Text" w:cs="Myanmar Text"/>
        </w:rPr>
        <w:t>ကိုးကွယ်ရန်</w:t>
      </w:r>
      <w:r>
        <w:rPr>
          <w:rFonts w:ascii="Times New Roman" w:hAnsi="Times New Roman" w:eastAsia="Times New Roman" w:cs="Times New Roman"/>
        </w:rPr>
        <w:t xml:space="preserve"> </w:t>
      </w:r>
      <w:r>
        <w:rPr>
          <w:rFonts w:ascii="Myanmar Text" w:hAnsi="Myanmar Text" w:eastAsia="Myanmar Text" w:cs="Myanmar Text"/>
        </w:rPr>
        <w:t>ဒန်မြို့တိုင်အောင်</w:t>
      </w:r>
      <w:r>
        <w:rPr>
          <w:rFonts w:ascii="Times New Roman" w:hAnsi="Times New Roman" w:eastAsia="Times New Roman" w:cs="Times New Roman"/>
        </w:rPr>
        <w:t xml:space="preserve"> </w:t>
      </w:r>
      <w:r>
        <w:rPr>
          <w:rFonts w:ascii="Myanmar Text" w:hAnsi="Myanmar Text" w:eastAsia="Myanmar Text" w:cs="Myanmar Text"/>
        </w:rPr>
        <w:t>သွားကြလေ၏။</w:t>
      </w:r>
      <w:r>
        <w:rPr>
          <w:rFonts w:ascii="Times New Roman" w:hAnsi="Times New Roman" w:eastAsia="Times New Roman" w:cs="Times New Roman"/>
        </w:rPr>
        <w:t xml:space="preserve"> </w:t>
      </w:r>
      <w:r>
        <w:rPr>
          <w:rFonts w:ascii="Myanmar Text" w:hAnsi="Myanmar Text" w:eastAsia="Myanmar Text" w:cs="Myanmar Text"/>
        </w:rPr>
        <w:t>ထို့ပြင်</w:t>
      </w:r>
      <w:r>
        <w:rPr>
          <w:rFonts w:ascii="Times New Roman" w:hAnsi="Times New Roman" w:eastAsia="Times New Roman" w:cs="Times New Roman"/>
        </w:rPr>
        <w:t xml:space="preserve"> </w:t>
      </w:r>
      <w:r>
        <w:rPr>
          <w:rFonts w:ascii="Myanmar Text" w:hAnsi="Myanmar Text" w:eastAsia="Myanmar Text" w:cs="Myanmar Text"/>
        </w:rPr>
        <w:t>သူသည်</w:t>
      </w:r>
      <w:r>
        <w:rPr>
          <w:rFonts w:ascii="Times New Roman" w:hAnsi="Times New Roman" w:eastAsia="Times New Roman" w:cs="Times New Roman"/>
        </w:rPr>
        <w:t xml:space="preserve"> </w:t>
      </w:r>
      <w:r>
        <w:rPr>
          <w:rFonts w:ascii="Myanmar Text" w:hAnsi="Myanmar Text" w:eastAsia="Myanmar Text" w:cs="Myanmar Text"/>
        </w:rPr>
        <w:t>မြင့်သောအရပ်တို့၏အိမ်ကို</w:t>
      </w:r>
      <w:r>
        <w:rPr>
          <w:rFonts w:ascii="Times New Roman" w:hAnsi="Times New Roman" w:eastAsia="Times New Roman" w:cs="Times New Roman"/>
        </w:rPr>
        <w:t xml:space="preserve"> </w:t>
      </w:r>
      <w:r>
        <w:rPr>
          <w:rFonts w:ascii="Myanmar Text" w:hAnsi="Myanmar Text" w:eastAsia="Myanmar Text" w:cs="Myanmar Text"/>
        </w:rPr>
        <w:t>တည်ဆောက်၍၊</w:t>
      </w:r>
      <w:r>
        <w:rPr>
          <w:rFonts w:ascii="Times New Roman" w:hAnsi="Times New Roman" w:eastAsia="Times New Roman" w:cs="Times New Roman"/>
        </w:rPr>
        <w:t xml:space="preserve"> </w:t>
      </w:r>
      <w:r>
        <w:rPr>
          <w:rFonts w:ascii="Myanmar Text" w:hAnsi="Myanmar Text" w:eastAsia="Myanmar Text" w:cs="Myanmar Text"/>
        </w:rPr>
        <w:t>လေဝိအမျိုးသားတို့မဟုတ်သော</w:t>
      </w:r>
      <w:r>
        <w:rPr>
          <w:rFonts w:ascii="Times New Roman" w:hAnsi="Times New Roman" w:eastAsia="Times New Roman" w:cs="Times New Roman"/>
        </w:rPr>
        <w:t xml:space="preserve"> </w:t>
      </w:r>
      <w:r>
        <w:rPr>
          <w:rFonts w:ascii="Myanmar Text" w:hAnsi="Myanmar Text" w:eastAsia="Myanmar Text" w:cs="Myanmar Text"/>
        </w:rPr>
        <w:t>အနိမ့်ဆုံးလူများထဲမှ</w:t>
      </w:r>
      <w:r>
        <w:rPr>
          <w:rFonts w:ascii="Times New Roman" w:hAnsi="Times New Roman" w:eastAsia="Times New Roman" w:cs="Times New Roman"/>
        </w:rPr>
        <w:t xml:space="preserve"> </w:t>
      </w:r>
      <w:r>
        <w:rPr>
          <w:rFonts w:ascii="Myanmar Text" w:hAnsi="Myanmar Text" w:eastAsia="Myanmar Text" w:cs="Myanmar Text"/>
        </w:rPr>
        <w:t>ယဇ်ပုရောဟိတ်များကို</w:t>
      </w:r>
      <w:r>
        <w:rPr>
          <w:rFonts w:ascii="Times New Roman" w:hAnsi="Times New Roman" w:eastAsia="Times New Roman" w:cs="Times New Roman"/>
        </w:rPr>
        <w:t xml:space="preserve"> </w:t>
      </w:r>
      <w:r>
        <w:rPr>
          <w:rFonts w:ascii="Myanmar Text" w:hAnsi="Myanmar Text" w:eastAsia="Myanmar Text" w:cs="Myanmar Text"/>
        </w:rPr>
        <w:t>ခန့်ထားလေ၏။</w:t>
      </w:r>
      <w:r>
        <w:rPr>
          <w:rFonts w:ascii="Times New Roman" w:hAnsi="Times New Roman" w:eastAsia="Times New Roman" w:cs="Times New Roman"/>
        </w:rPr>
        <w:t xml:space="preserve"> </w:t>
      </w:r>
      <w:r>
        <w:rPr>
          <w:rFonts w:ascii="Myanmar Text" w:hAnsi="Myanmar Text" w:eastAsia="Myanmar Text" w:cs="Myanmar Text"/>
        </w:rPr>
        <w:t>ဟေရာဗောင်သည်</w:t>
      </w:r>
      <w:r>
        <w:rPr>
          <w:rFonts w:ascii="Times New Roman" w:hAnsi="Times New Roman" w:eastAsia="Times New Roman" w:cs="Times New Roman"/>
        </w:rPr>
        <w:t xml:space="preserve"> </w:t>
      </w:r>
      <w:r>
        <w:rPr>
          <w:rFonts w:ascii="Myanmar Text" w:hAnsi="Myanmar Text" w:eastAsia="Myanmar Text" w:cs="Myanmar Text"/>
        </w:rPr>
        <w:t>ယုဒပြည်၌ရှိသော</w:t>
      </w:r>
      <w:r>
        <w:rPr>
          <w:rFonts w:ascii="Times New Roman" w:hAnsi="Times New Roman" w:eastAsia="Times New Roman" w:cs="Times New Roman"/>
        </w:rPr>
        <w:t xml:space="preserve"> </w:t>
      </w:r>
      <w:r>
        <w:rPr>
          <w:rFonts w:ascii="Myanmar Text" w:hAnsi="Myanmar Text" w:eastAsia="Myanmar Text" w:cs="Myanmar Text"/>
        </w:rPr>
        <w:t>ပွဲတော်ကဲ့သို့</w:t>
      </w:r>
      <w:r>
        <w:rPr>
          <w:rFonts w:ascii="Times New Roman" w:hAnsi="Times New Roman" w:eastAsia="Times New Roman" w:cs="Times New Roman"/>
        </w:rPr>
        <w:t xml:space="preserve"> </w:t>
      </w:r>
      <w:r>
        <w:rPr>
          <w:rFonts w:ascii="Myanmar Text" w:hAnsi="Myanmar Text" w:eastAsia="Myanmar Text" w:cs="Myanmar Text"/>
        </w:rPr>
        <w:t>ပွဲတော်တစ်ရပ်ကို</w:t>
      </w:r>
      <w:r>
        <w:rPr>
          <w:rFonts w:ascii="Times New Roman" w:hAnsi="Times New Roman" w:eastAsia="Times New Roman" w:cs="Times New Roman"/>
        </w:rPr>
        <w:t xml:space="preserve"> </w:t>
      </w:r>
      <w:r>
        <w:rPr>
          <w:rFonts w:ascii="Myanmar Text" w:hAnsi="Myanmar Text" w:eastAsia="Myanmar Text" w:cs="Myanmar Text"/>
        </w:rPr>
        <w:t>အဋ္ဌမလ၏</w:t>
      </w:r>
      <w:r>
        <w:rPr>
          <w:rFonts w:ascii="Times New Roman" w:hAnsi="Times New Roman" w:eastAsia="Times New Roman" w:cs="Times New Roman"/>
        </w:rPr>
        <w:t xml:space="preserve"> </w:t>
      </w:r>
      <w:r>
        <w:rPr>
          <w:rFonts w:ascii="Myanmar Text" w:hAnsi="Myanmar Text" w:eastAsia="Myanmar Text" w:cs="Myanmar Text"/>
        </w:rPr>
        <w:t>တစ်ဆယ့်ငါးရက်နေ့၌</w:t>
      </w:r>
      <w:r>
        <w:rPr>
          <w:rFonts w:ascii="Times New Roman" w:hAnsi="Times New Roman" w:eastAsia="Times New Roman" w:cs="Times New Roman"/>
        </w:rPr>
        <w:t xml:space="preserve"> </w:t>
      </w:r>
      <w:r>
        <w:rPr>
          <w:rFonts w:ascii="Myanmar Text" w:hAnsi="Myanmar Text" w:eastAsia="Myanmar Text" w:cs="Myanmar Text"/>
        </w:rPr>
        <w:t>သတ်မှတ်ကာ၊</w:t>
      </w:r>
      <w:r>
        <w:rPr>
          <w:rFonts w:ascii="Times New Roman" w:hAnsi="Times New Roman" w:eastAsia="Times New Roman" w:cs="Times New Roman"/>
        </w:rPr>
        <w:t xml:space="preserve"> </w:t>
      </w:r>
      <w:r>
        <w:rPr>
          <w:rFonts w:ascii="Myanmar Text" w:hAnsi="Myanmar Text" w:eastAsia="Myanmar Text" w:cs="Myanmar Text"/>
        </w:rPr>
        <w:t>ယဇ်ပလ္လင်ပေါ်မှာ</w:t>
      </w:r>
      <w:r>
        <w:rPr>
          <w:rFonts w:ascii="Times New Roman" w:hAnsi="Times New Roman" w:eastAsia="Times New Roman" w:cs="Times New Roman"/>
        </w:rPr>
        <w:t xml:space="preserve"> </w:t>
      </w:r>
      <w:r>
        <w:rPr>
          <w:rFonts w:ascii="Myanmar Text" w:hAnsi="Myanmar Text" w:eastAsia="Myanmar Text" w:cs="Myanmar Text"/>
        </w:rPr>
        <w:t>ပူဇော်လေ၏။</w:t>
      </w:r>
      <w:r>
        <w:rPr>
          <w:rFonts w:ascii="Times New Roman" w:hAnsi="Times New Roman" w:eastAsia="Times New Roman" w:cs="Times New Roman"/>
        </w:rPr>
        <w:t xml:space="preserve"> </w:t>
      </w:r>
      <w:r>
        <w:rPr>
          <w:rFonts w:ascii="Myanmar Text" w:hAnsi="Myanmar Text" w:eastAsia="Myanmar Text" w:cs="Myanmar Text"/>
        </w:rPr>
        <w:t>ဗေသလမြို့၌လည်း</w:t>
      </w:r>
      <w:r>
        <w:rPr>
          <w:rFonts w:ascii="Times New Roman" w:hAnsi="Times New Roman" w:eastAsia="Times New Roman" w:cs="Times New Roman"/>
        </w:rPr>
        <w:t xml:space="preserve"> </w:t>
      </w:r>
      <w:r>
        <w:rPr>
          <w:rFonts w:ascii="Myanmar Text" w:hAnsi="Myanmar Text" w:eastAsia="Myanmar Text" w:cs="Myanmar Text"/>
        </w:rPr>
        <w:t>ထိုကဲ့သို့</w:t>
      </w:r>
      <w:r>
        <w:rPr>
          <w:rFonts w:ascii="Times New Roman" w:hAnsi="Times New Roman" w:eastAsia="Times New Roman" w:cs="Times New Roman"/>
        </w:rPr>
        <w:t xml:space="preserve"> </w:t>
      </w:r>
      <w:r>
        <w:rPr>
          <w:rFonts w:ascii="Myanmar Text" w:hAnsi="Myanmar Text" w:eastAsia="Myanmar Text" w:cs="Myanmar Text"/>
        </w:rPr>
        <w:t>ပြု၍</w:t>
      </w:r>
      <w:r>
        <w:rPr>
          <w:rFonts w:ascii="Times New Roman" w:hAnsi="Times New Roman" w:eastAsia="Times New Roman" w:cs="Times New Roman"/>
        </w:rPr>
        <w:t xml:space="preserve"> </w:t>
      </w:r>
      <w:r>
        <w:rPr>
          <w:rFonts w:ascii="Myanmar Text" w:hAnsi="Myanmar Text" w:eastAsia="Myanmar Text" w:cs="Myanmar Text"/>
        </w:rPr>
        <w:t>မိမိပြုလုပ်ထားသော</w:t>
      </w:r>
      <w:r>
        <w:rPr>
          <w:rFonts w:ascii="Times New Roman" w:hAnsi="Times New Roman" w:eastAsia="Times New Roman" w:cs="Times New Roman"/>
        </w:rPr>
        <w:t xml:space="preserve"> </w:t>
      </w:r>
      <w:r>
        <w:rPr>
          <w:rFonts w:ascii="Myanmar Text" w:hAnsi="Myanmar Text" w:eastAsia="Myanmar Text" w:cs="Myanmar Text"/>
        </w:rPr>
        <w:t>နွားငယ်များအား</w:t>
      </w:r>
      <w:r>
        <w:rPr>
          <w:rFonts w:ascii="Times New Roman" w:hAnsi="Times New Roman" w:eastAsia="Times New Roman" w:cs="Times New Roman"/>
        </w:rPr>
        <w:t xml:space="preserve"> </w:t>
      </w:r>
      <w:r>
        <w:rPr>
          <w:rFonts w:ascii="Myanmar Text" w:hAnsi="Myanmar Text" w:eastAsia="Myanmar Text" w:cs="Myanmar Text"/>
        </w:rPr>
        <w:t>ယဇ်ပူဇော်လေ၏။</w:t>
      </w:r>
      <w:r>
        <w:rPr>
          <w:rFonts w:ascii="Times New Roman" w:hAnsi="Times New Roman" w:eastAsia="Times New Roman" w:cs="Times New Roman"/>
        </w:rPr>
        <w:t xml:space="preserve"> </w:t>
      </w:r>
      <w:r>
        <w:rPr>
          <w:rFonts w:ascii="Myanmar Text" w:hAnsi="Myanmar Text" w:eastAsia="Myanmar Text" w:cs="Myanmar Text"/>
        </w:rPr>
        <w:t>ထို့ပြင်</w:t>
      </w:r>
      <w:r>
        <w:rPr>
          <w:rFonts w:ascii="Times New Roman" w:hAnsi="Times New Roman" w:eastAsia="Times New Roman" w:cs="Times New Roman"/>
        </w:rPr>
        <w:t xml:space="preserve"> </w:t>
      </w:r>
      <w:r>
        <w:rPr>
          <w:rFonts w:ascii="Myanmar Text" w:hAnsi="Myanmar Text" w:eastAsia="Myanmar Text" w:cs="Myanmar Text"/>
        </w:rPr>
        <w:t>မိမိပြုလုပ်ထားသော</w:t>
      </w:r>
      <w:r>
        <w:rPr>
          <w:rFonts w:ascii="Times New Roman" w:hAnsi="Times New Roman" w:eastAsia="Times New Roman" w:cs="Times New Roman"/>
        </w:rPr>
        <w:t xml:space="preserve"> </w:t>
      </w:r>
      <w:r>
        <w:rPr>
          <w:rFonts w:ascii="Myanmar Text" w:hAnsi="Myanmar Text" w:eastAsia="Myanmar Text" w:cs="Myanmar Text"/>
        </w:rPr>
        <w:t>မြင့်သောအရပ်တို့၏</w:t>
      </w:r>
      <w:r>
        <w:rPr>
          <w:rFonts w:ascii="Times New Roman" w:hAnsi="Times New Roman" w:eastAsia="Times New Roman" w:cs="Times New Roman"/>
        </w:rPr>
        <w:t xml:space="preserve"> </w:t>
      </w:r>
      <w:r>
        <w:rPr>
          <w:rFonts w:ascii="Myanmar Text" w:hAnsi="Myanmar Text" w:eastAsia="Myanmar Text" w:cs="Myanmar Text"/>
        </w:rPr>
        <w:t>ယဇ်ပုရောဟိတ်များကို</w:t>
      </w:r>
      <w:r>
        <w:rPr>
          <w:rFonts w:ascii="Times New Roman" w:hAnsi="Times New Roman" w:eastAsia="Times New Roman" w:cs="Times New Roman"/>
        </w:rPr>
        <w:t xml:space="preserve"> </w:t>
      </w:r>
      <w:r>
        <w:rPr>
          <w:rFonts w:ascii="Myanmar Text" w:hAnsi="Myanmar Text" w:eastAsia="Myanmar Text" w:cs="Myanmar Text"/>
        </w:rPr>
        <w:t>ဗေသလမြို့၌</w:t>
      </w:r>
      <w:r>
        <w:rPr>
          <w:rFonts w:ascii="Times New Roman" w:hAnsi="Times New Roman" w:eastAsia="Times New Roman" w:cs="Times New Roman"/>
        </w:rPr>
        <w:t xml:space="preserve"> </w:t>
      </w:r>
      <w:r>
        <w:rPr>
          <w:rFonts w:ascii="Myanmar Text" w:hAnsi="Myanmar Text" w:eastAsia="Myanmar Text" w:cs="Myanmar Text"/>
        </w:rPr>
        <w:t>ခန့်ထားလေ၏။</w:t>
      </w:r>
      <w:r>
        <w:rPr>
          <w:rFonts w:ascii="Times New Roman" w:hAnsi="Times New Roman" w:eastAsia="Times New Roman" w:cs="Times New Roman"/>
        </w:rPr>
        <w:t xml:space="preserve"> </w:t>
      </w:r>
      <w:r>
        <w:rPr>
          <w:rFonts w:ascii="Myanmar Text" w:hAnsi="Myanmar Text" w:eastAsia="Myanmar Text" w:cs="Myanmar Text"/>
        </w:rPr>
        <w:t>သို့ဖြင့်</w:t>
      </w:r>
      <w:r>
        <w:rPr>
          <w:rFonts w:ascii="Times New Roman" w:hAnsi="Times New Roman" w:eastAsia="Times New Roman" w:cs="Times New Roman"/>
        </w:rPr>
        <w:t xml:space="preserve"> </w:t>
      </w:r>
      <w:r>
        <w:rPr>
          <w:rFonts w:ascii="Myanmar Text" w:hAnsi="Myanmar Text" w:eastAsia="Myanmar Text" w:cs="Myanmar Text"/>
        </w:rPr>
        <w:t>မိမိပြုလုပ်ထားသော</w:t>
      </w:r>
      <w:r>
        <w:rPr>
          <w:rFonts w:ascii="Times New Roman" w:hAnsi="Times New Roman" w:eastAsia="Times New Roman" w:cs="Times New Roman"/>
        </w:rPr>
        <w:t xml:space="preserve"> </w:t>
      </w:r>
      <w:r>
        <w:rPr>
          <w:rFonts w:ascii="Myanmar Text" w:hAnsi="Myanmar Text" w:eastAsia="Myanmar Text" w:cs="Myanmar Text"/>
        </w:rPr>
        <w:t>ဗေသလမြို့ရှိ</w:t>
      </w:r>
      <w:r>
        <w:rPr>
          <w:rFonts w:ascii="Times New Roman" w:hAnsi="Times New Roman" w:eastAsia="Times New Roman" w:cs="Times New Roman"/>
        </w:rPr>
        <w:t xml:space="preserve"> </w:t>
      </w:r>
      <w:r>
        <w:rPr>
          <w:rFonts w:ascii="Myanmar Text" w:hAnsi="Myanmar Text" w:eastAsia="Myanmar Text" w:cs="Myanmar Text"/>
        </w:rPr>
        <w:t>ယဇ်ပလ္လင်ပေါ်၌</w:t>
      </w:r>
      <w:r>
        <w:rPr>
          <w:rFonts w:ascii="Times New Roman" w:hAnsi="Times New Roman" w:eastAsia="Times New Roman" w:cs="Times New Roman"/>
        </w:rPr>
        <w:t xml:space="preserve"> </w:t>
      </w:r>
      <w:r>
        <w:rPr>
          <w:rFonts w:ascii="Myanmar Text" w:hAnsi="Myanmar Text" w:eastAsia="Myanmar Text" w:cs="Myanmar Text"/>
        </w:rPr>
        <w:t>အဋ္ဌမလ၏</w:t>
      </w:r>
      <w:r>
        <w:rPr>
          <w:rFonts w:ascii="Times New Roman" w:hAnsi="Times New Roman" w:eastAsia="Times New Roman" w:cs="Times New Roman"/>
        </w:rPr>
        <w:t xml:space="preserve"> </w:t>
      </w:r>
      <w:r>
        <w:rPr>
          <w:rFonts w:ascii="Myanmar Text" w:hAnsi="Myanmar Text" w:eastAsia="Myanmar Text" w:cs="Myanmar Text"/>
        </w:rPr>
        <w:t>တစ်ဆယ့်ငါးရက်နေ့၊</w:t>
      </w:r>
      <w:r>
        <w:rPr>
          <w:rFonts w:ascii="Times New Roman" w:hAnsi="Times New Roman" w:eastAsia="Times New Roman" w:cs="Times New Roman"/>
        </w:rPr>
        <w:t xml:space="preserve"> </w:t>
      </w:r>
      <w:r>
        <w:rPr>
          <w:rFonts w:ascii="Myanmar Text" w:hAnsi="Myanmar Text" w:eastAsia="Myanmar Text" w:cs="Myanmar Text"/>
        </w:rPr>
        <w:t>မိမိစိတ်နှလုံးထဲမှ</w:t>
      </w:r>
      <w:r>
        <w:rPr>
          <w:rFonts w:ascii="Times New Roman" w:hAnsi="Times New Roman" w:eastAsia="Times New Roman" w:cs="Times New Roman"/>
        </w:rPr>
        <w:t xml:space="preserve"> </w:t>
      </w:r>
      <w:r>
        <w:rPr>
          <w:rFonts w:ascii="Myanmar Text" w:hAnsi="Myanmar Text" w:eastAsia="Myanmar Text" w:cs="Myanmar Text"/>
        </w:rPr>
        <w:t>ကြံစည်သတ်မှတ်ထားသော</w:t>
      </w:r>
      <w:r>
        <w:rPr>
          <w:rFonts w:ascii="Times New Roman" w:hAnsi="Times New Roman" w:eastAsia="Times New Roman" w:cs="Times New Roman"/>
        </w:rPr>
        <w:t xml:space="preserve"> </w:t>
      </w:r>
      <w:r>
        <w:rPr>
          <w:rFonts w:ascii="Myanmar Text" w:hAnsi="Myanmar Text" w:eastAsia="Myanmar Text" w:cs="Myanmar Text"/>
        </w:rPr>
        <w:t>လ၌၊</w:t>
      </w:r>
      <w:r>
        <w:rPr>
          <w:rFonts w:ascii="Times New Roman" w:hAnsi="Times New Roman" w:eastAsia="Times New Roman" w:cs="Times New Roman"/>
        </w:rPr>
        <w:t xml:space="preserve"> </w:t>
      </w:r>
      <w:r>
        <w:rPr>
          <w:rFonts w:ascii="Myanmar Text" w:hAnsi="Myanmar Text" w:eastAsia="Myanmar Text" w:cs="Myanmar Text"/>
        </w:rPr>
        <w:t>ပူဇော်လေ၏။</w:t>
      </w:r>
      <w:r>
        <w:rPr>
          <w:rFonts w:ascii="Times New Roman" w:hAnsi="Times New Roman" w:eastAsia="Times New Roman" w:cs="Times New Roman"/>
        </w:rPr>
        <w:t xml:space="preserve"> </w:t>
      </w:r>
      <w:r>
        <w:rPr>
          <w:rFonts w:ascii="Myanmar Text" w:hAnsi="Myanmar Text" w:eastAsia="Myanmar Text" w:cs="Myanmar Text"/>
        </w:rPr>
        <w:t>ထိုသို့</w:t>
      </w:r>
      <w:r>
        <w:rPr>
          <w:rFonts w:ascii="Times New Roman" w:hAnsi="Times New Roman" w:eastAsia="Times New Roman" w:cs="Times New Roman"/>
        </w:rPr>
        <w:t xml:space="preserve"> </w:t>
      </w:r>
      <w:r>
        <w:rPr>
          <w:rFonts w:ascii="Myanmar Text" w:hAnsi="Myanmar Text" w:eastAsia="Myanmar Text" w:cs="Myanmar Text"/>
        </w:rPr>
        <w:t>ဣသရေလအမျိုးသားတို့အတွက်</w:t>
      </w:r>
      <w:r>
        <w:rPr>
          <w:rFonts w:ascii="Times New Roman" w:hAnsi="Times New Roman" w:eastAsia="Times New Roman" w:cs="Times New Roman"/>
        </w:rPr>
        <w:t xml:space="preserve"> </w:t>
      </w:r>
      <w:r>
        <w:rPr>
          <w:rFonts w:ascii="Myanmar Text" w:hAnsi="Myanmar Text" w:eastAsia="Myanmar Text" w:cs="Myanmar Text"/>
        </w:rPr>
        <w:t>ပွဲတော်ကို</w:t>
      </w:r>
      <w:r>
        <w:rPr>
          <w:rFonts w:ascii="Times New Roman" w:hAnsi="Times New Roman" w:eastAsia="Times New Roman" w:cs="Times New Roman"/>
        </w:rPr>
        <w:t xml:space="preserve"> </w:t>
      </w:r>
      <w:r>
        <w:rPr>
          <w:rFonts w:ascii="Myanmar Text" w:hAnsi="Myanmar Text" w:eastAsia="Myanmar Text" w:cs="Myanmar Text"/>
        </w:rPr>
        <w:t>သတ်မှတ်ကာ၊</w:t>
      </w:r>
      <w:r>
        <w:rPr>
          <w:rFonts w:ascii="Times New Roman" w:hAnsi="Times New Roman" w:eastAsia="Times New Roman" w:cs="Times New Roman"/>
        </w:rPr>
        <w:t xml:space="preserve"> </w:t>
      </w:r>
      <w:r>
        <w:rPr>
          <w:rFonts w:ascii="Myanmar Text" w:hAnsi="Myanmar Text" w:eastAsia="Myanmar Text" w:cs="Myanmar Text"/>
        </w:rPr>
        <w:t>ယဇ်ပလ္လင်ပေါ်သို့</w:t>
      </w:r>
      <w:r>
        <w:rPr>
          <w:rFonts w:ascii="Times New Roman" w:hAnsi="Times New Roman" w:eastAsia="Times New Roman" w:cs="Times New Roman"/>
        </w:rPr>
        <w:t xml:space="preserve"> </w:t>
      </w:r>
      <w:r>
        <w:rPr>
          <w:rFonts w:ascii="Myanmar Text" w:hAnsi="Myanmar Text" w:eastAsia="Myanmar Text" w:cs="Myanmar Text"/>
        </w:rPr>
        <w:t>တက်၍</w:t>
      </w:r>
      <w:r>
        <w:rPr>
          <w:rFonts w:ascii="Times New Roman" w:hAnsi="Times New Roman" w:eastAsia="Times New Roman" w:cs="Times New Roman"/>
        </w:rPr>
        <w:t xml:space="preserve"> </w:t>
      </w:r>
      <w:r>
        <w:rPr>
          <w:rFonts w:ascii="Myanmar Text" w:hAnsi="Myanmar Text" w:eastAsia="Myanmar Text" w:cs="Myanmar Text"/>
        </w:rPr>
        <w:t>နံ့သာပေါင်းကို</w:t>
      </w:r>
      <w:r>
        <w:rPr>
          <w:rFonts w:ascii="Times New Roman" w:hAnsi="Times New Roman" w:eastAsia="Times New Roman" w:cs="Times New Roman"/>
        </w:rPr>
        <w:t xml:space="preserve"> </w:t>
      </w:r>
      <w:r>
        <w:rPr>
          <w:rFonts w:ascii="Myanmar Text" w:hAnsi="Myanmar Text" w:eastAsia="Myanmar Text" w:cs="Myanmar Text"/>
        </w:rPr>
        <w:t>မီးရှို့လေ၏။</w:t>
      </w:r>
      <w:r>
        <w:rPr>
          <w:rFonts w:ascii="Times New Roman" w:hAnsi="Times New Roman" w:eastAsia="Times New Roman" w:cs="Times New Roman"/>
        </w:rPr>
        <w:t xml:space="preserve"> </w:t>
      </w:r>
      <w:r>
        <w:rPr>
          <w:rFonts w:ascii="Myanmar Text" w:hAnsi="Myanmar Text" w:eastAsia="Myanmar Text" w:cs="Myanmar Text"/>
        </w:rPr>
        <w:t>၁</w:t>
      </w:r>
      <w:r>
        <w:rPr>
          <w:rFonts w:ascii="Times New Roman" w:hAnsi="Times New Roman" w:eastAsia="Times New Roman" w:cs="Times New Roman"/>
        </w:rPr>
        <w:t xml:space="preserve"> </w:t>
      </w:r>
      <w:r>
        <w:rPr>
          <w:rFonts w:ascii="Myanmar Text" w:hAnsi="Myanmar Text" w:eastAsia="Myanmar Text" w:cs="Myanmar Text"/>
        </w:rPr>
        <w:t>ရာဇဝင်ချုပ်</w:t>
      </w:r>
      <w:r>
        <w:rPr>
          <w:rFonts w:ascii="Times New Roman" w:hAnsi="Times New Roman" w:eastAsia="Times New Roman" w:cs="Times New Roman"/>
        </w:rPr>
        <w:t xml:space="preserve"> </w:t>
      </w:r>
      <w:r>
        <w:rPr>
          <w:rFonts w:ascii="Myanmar Text" w:hAnsi="Myanmar Text" w:eastAsia="Myanmar Text" w:cs="Myanmar Text"/>
        </w:rPr>
        <w:t>၁၂</w:t>
      </w:r>
      <w:r>
        <w:rPr>
          <w:rFonts w:ascii="Times New Roman" w:hAnsi="Times New Roman" w:eastAsia="Times New Roman" w:cs="Times New Roman"/>
        </w:rPr>
        <w:t>:</w:t>
      </w:r>
      <w:r>
        <w:rPr>
          <w:rFonts w:ascii="Myanmar Text" w:hAnsi="Myanmar Text" w:eastAsia="Myanmar Text" w:cs="Myanmar Text"/>
        </w:rPr>
        <w:t>၂၆</w:t>
      </w:r>
      <w:r>
        <w:rPr>
          <w:rFonts w:ascii="Times New Roman" w:hAnsi="Times New Roman" w:eastAsia="Times New Roman" w:cs="Times New Roman"/>
        </w:rPr>
        <w:t>–</w:t>
      </w:r>
      <w:r>
        <w:rPr>
          <w:rFonts w:ascii="Myanmar Text" w:hAnsi="Myanmar Text" w:eastAsia="Myanmar Text" w:cs="Myanmar Text"/>
        </w:rPr>
        <w:t>၃၃။</w:t>
      </w:r>
    </w:p>
    <w:p>
      <w:pPr>
        <w:pStyle w:val="ArticleBody"/>
        <w:jc w:val="left"/>
      </w:pPr>
      <w:r>
        <w:rPr>
          <w:rFonts w:ascii="Times New Roman" w:hAnsi="Times New Roman" w:eastAsia="Times New Roman" w:cs="Times New Roman"/>
        </w:rPr>
        <w:t>Pemberontakan Yerobeam menyajikan satu lagi garis kebenaran untuk ditumpangtindihkan ke atas pemberontakan Harun, pemberontakan tanduk Protestan pada tahun 1863, dan pemberontakan tanduk Republik pada undang-undang hari Minggu yang segera akan datang, dan dengan berbuat demikian hal itu memperluas kesaksian nubuatan. Dalam pemberontakan anak lembu emas Harun, Tuhan mengubah cara yang telah ditetapkan untuk memilih imamat.</w:t>
      </w:r>
    </w:p>
    <w:p>
      <w:pPr>
        <w:pStyle w:val="ArticleBody"/>
        <w:jc w:val="left"/>
      </w:pPr>
      <w:r>
        <w:rPr>
          <w:rFonts w:ascii="Times New Roman" w:hAnsi="Times New Roman" w:eastAsia="Times New Roman" w:cs="Times New Roman"/>
        </w:rPr>
        <w:t>Nanga nùm àtèndʉŋ, bììm biɛr bi ngwàn gàràb nìŋ bì pɛ tɔm pìsàlà. Nà nɛ, nànàk Aaron nùm jòwɔm nɛ bùgùr zàhá, à sɔŋkà tɔmà cì Levi pɛ nɔŋ Mòsà. Nà yì kàràm, Nwìn à cɛr nìŋ bì tɔmà nùm pɔsà bììr pìsàlà, kà nɛ nùm nùm nì, cì Levi pɛ cɛ kà tɔm pìsàlà.</w:t>
      </w:r>
    </w:p>
    <w:p>
      <w:pPr>
        <w:pStyle w:val="ArticleScripture"/>
        <w:jc w:val="left"/>
      </w:pPr>
      <w:r>
        <w:rPr>
          <w:rFonts w:ascii="Times New Roman" w:hAnsi="Times New Roman" w:eastAsia="Times New Roman" w:cs="Times New Roman"/>
        </w:rPr>
        <w:t>Moše a bona gore setšhaba se se hlobotše; (gobane Arone o be a se hlobotše gore e be dihlong tša sona gare ga manaba a sona:) Ke moka Moše a ema kgorong ya mešaša, a re: Ke mang yo a lego ka lehlakoreng la Morena? A a tle go nna. Gomme barwa ka moka ba Lefi ba ipoketša go yena. Yena a re go bona: Se ke seo Morena Modimo wa Isiraele a se bolelago: Anke mongwe le mongwe a tleme tšhoša ya gagwe ka lehlakoreng la gagwe, gomme a tsene a tšwe go tloga kgorong go ya kgorong go putla mešaša, gomme a bolaye mongwe le mongwe ngwanabo, le mongwe le mongwe mogwera wa gagwe, le mongwe le mongwe moagišani wa gagwe. Bana ba Lefi ba dira go ya ka lentšu la Moše; gomme letšatšing leo ga wa batho gwa wa e ka bago banna ba dikete tše tharo. Ekisodo 32:25–28.</w:t>
      </w:r>
    </w:p>
    <w:p>
      <w:pPr>
        <w:pStyle w:val="ArticleBody"/>
        <w:jc w:val="left"/>
      </w:pPr>
      <w:r>
        <w:rPr>
          <w:rFonts w:ascii="Times New Roman" w:hAnsi="Times New Roman" w:eastAsia="Times New Roman" w:cs="Times New Roman"/>
        </w:rPr>
        <w:t>Yerobeamu alighushi kazi ambayo Mungu alikuwa ameikamilisha katika uasi wa Aroni, Mungu alipoinua ukuhani mpya kutoka kabila la Lawi, kwa maana Yerobeamu “aliweka makuhani wa watu wa hali ya chini kabisa, ambao hawakuwa wa wana wa Lawi.” Uasi ule mwanzoni mwa ufalme wa makabila kumi ya kaskazini, unaendana na uasi wa Aroni na wapumbavu waliokuwa wakicheza. Uasi huo ulitokea baada ya kutoka Misri, katika utimilifu wa unabii uliokuwa umeahidi kwamba ufalme ungeanzishwa. Katika matukio yote mawili, ukuhani mpya ulianzishwa, jambo ambalo lilikuwa badiliko kutoka utaratibu wa awali wa kuchagua makuhani.</w:t>
      </w:r>
    </w:p>
    <w:p>
      <w:pPr>
        <w:pStyle w:val="ArticleBody"/>
        <w:jc w:val="left"/>
      </w:pPr>
      <w:r>
        <w:rPr>
          <w:rFonts w:ascii="Times New Roman" w:hAnsi="Times New Roman" w:eastAsia="Times New Roman" w:cs="Times New Roman"/>
        </w:rPr>
        <w:t>Pemberontakan anak lembu emas Harun telah diulangi, tetapi digandakan oleh Yerobeam, kerana dia membuat dua anak lembu emas dan menempatkannya di dua kota. Kota Dan melambangkan kenegaraan, kerana Dan bererti “menghakimi”, dan kota Betel melambangkan keagamaan gereja, kerana Betel bererti “rumah Allah”. Anak-anak lembu emas itu memiliki perlambangan yang sama seperti anak lembu Harun, tetapi dengan kesaksian tambahan tentang penyatuan Gereja dan Negara sebagaimana dilambangkan oleh kedua-dua kota itu. Seekor anak lembu merupakan bentuk persembahan kafir yang tertinggi, dan oleh itu melambangkan suatu persembahan Kristus yang palsu. Emas ialah lambang Babel, dan anak lembu itu ialah gambaran seekor binatang. Sebagaimana Harun menetapkan suatu hari ibadah yang palsu, demikian juga Yerobeam menetapkan suatu perayaan, dan memastikan bahawa tarikh perayaan itu tidak selaras dengan waktu ibadah yang benar di Yerusalem.</w:t>
      </w:r>
    </w:p>
    <w:p>
      <w:pPr>
        <w:pStyle w:val="ArticleBody"/>
        <w:jc w:val="left"/>
      </w:pPr>
      <w:r>
        <w:rPr>
          <w:rFonts w:ascii="Times New Roman" w:hAnsi="Times New Roman" w:eastAsia="Times New Roman" w:cs="Times New Roman"/>
        </w:rPr>
        <w:t>Karohanang diri na madugay, nga layg daan sa Domingo, ginrepresentaran sa patotoo ni Jeroboam sa pagrebelde; an buwa nga halad (nating nga baka), an buwa nga Cristo (an altar), an larawan han mapintas nga hayop (an kombinasyon han Iglesia ngan Estado), an buwa nga adlaw han pagsingba (Domingo) ngan an peke nga pagkapari.</w:t>
      </w:r>
    </w:p>
    <w:p>
      <w:pPr>
        <w:pStyle w:val="ArticleBody"/>
        <w:jc w:val="left"/>
      </w:pPr>
      <w:r>
        <w:rPr>
          <w:rFonts w:ascii="Times New Roman" w:hAnsi="Times New Roman" w:eastAsia="Times New Roman" w:cs="Times New Roman"/>
        </w:rPr>
        <w:t>Kwantombela kwa Israyeli wa kale, kwantombela kwa mishobo kumi ya mwikulo wa kaskazini njenge mwikulo, lo kwantombela kwa Adventism konkhe kulamaphuzu lafanako esiphrofetho, futsi ndzawonye akhomba emaphuzu esiphrofetho emtsetfo weLisontfo loseta masinyane. Israyeli wa kale beyiphume ebugcilini baseGibhithe, Jerobowamu waphuma eGibhithe lapho abebalekele khona kuze aphunyuke ekushushisweni nguSolomoni, kantsi i-Adventism yaMillerite beyisandza kuphuma ebugcilini bepapacy.</w:t>
      </w:r>
    </w:p>
    <w:p>
      <w:pPr>
        <w:pStyle w:val="ArticleBody"/>
        <w:jc w:val="left"/>
      </w:pPr>
      <w:r>
        <w:rPr>
          <w:rFonts w:ascii="Times New Roman" w:hAnsi="Times New Roman" w:eastAsia="Times New Roman" w:cs="Times New Roman"/>
        </w:rPr>
        <w:t>Ukukhonza kobupristi bukaLevi kwamiswa ngesikhathi sokuhlubuka kuka-Aroni, ubupristi bamanga babantu abaphansi kwamiswa ebufakazini bukaJerobowamu, futhi lapho iNkosi ingena esivumelwaneni ne-Adventismu yamaMillerite, ngokukaPetru, amaMillerite ayeyisizukulwane esikhethiweyo, ubupristi bobukhosi, isizwe esingcwele, abantu abakhethekile, ukuze nimemezele izindumiso zaLowo owanibiza niphume ebumnyameni ningene ekukhanyeni kwakhe okumangalisayo. Ukukhanya amaMillerite ayebizelwe kukho kwakuwukukhanya kwamagugu kaMiller amelwe ematafuleni amabili kaHabakuki ayefanekiswe emlandweni wokuhlubuka kuka-Aroni ngamatafula amabili eMiyalo Eyishumi. Ubumnyama ababebizelwe ukuba baphume kubo kwakuyiNkathi Yobumnyama yokubusa kobupapa, eyayifanekiswe ubumnyama bobugqila baseGibhithe.</w:t>
      </w:r>
    </w:p>
    <w:p>
      <w:pPr>
        <w:pStyle w:val="ArticleBody"/>
        <w:jc w:val="left"/>
      </w:pPr>
      <w:r>
        <w:rPr>
          <w:rFonts w:ascii="Times New Roman" w:hAnsi="Times New Roman" w:eastAsia="Times New Roman" w:cs="Times New Roman"/>
        </w:rPr>
        <w:t>Noto Kristo a tsosolosa tempele e e neng e gatakelwa ke boheitane le bopapa, O ne a dira jalo mo dingwageng di le masome a manè le borataro go tloga ka 1798 go fitlha ka 1844. E rile a sena go aga tempele, foo e le Morongwa wa Kgolagano, ka ponyo ya leitlho a tla mo tempeleng ya Gagwe ka October 22, 1844, gonne o ne a aga tempele e e neng e gatakelwa le go senngwa, gape A itshekisa boperesiti jo bo neng bo emediwa ke lotso lwa Lefi.</w:t>
      </w:r>
    </w:p>
    <w:p>
      <w:pPr>
        <w:pStyle w:val="ArticleScripture"/>
        <w:jc w:val="left"/>
      </w:pPr>
      <w:r>
        <w:rPr>
          <w:rFonts w:ascii="Times New Roman" w:hAnsi="Times New Roman" w:eastAsia="Times New Roman" w:cs="Times New Roman"/>
        </w:rPr>
        <w:t>Tetapi siapakah yang dapat bertahan pada hari kedatangan-Nya? dan siapakah yang akan tetap tegak apabila Ia menyatakan diri? sebab Ia seperti api pemurni dan seperti sabun penatu. Ia akan duduk seperti orang yang memurnikan dan mentahirkan perak; Ia akan mentahirkan bani Lewi dan memurnikan mereka seperti emas dan perak, supaya mereka dapat mempersembahkan kepada Tuhan suatu persembahan dalam kebenaran. Maka persembahan Yehuda dan Yerusalem akan menyenangkan Tuhan, seperti pada zaman dahulu dan seperti pada tahun-tahun yang lampau. Maleakhi 3:2–4.</w:t>
      </w:r>
    </w:p>
    <w:p>
      <w:pPr>
        <w:pStyle w:val="ArticleBody"/>
        <w:jc w:val="left"/>
      </w:pPr>
      <w:r>
        <w:rPr>
          <w:rFonts w:ascii="Times New Roman" w:hAnsi="Times New Roman" w:eastAsia="Times New Roman" w:cs="Times New Roman"/>
        </w:rPr>
        <w:t>Hia October 22, 1844, Khrista ka thut abruptly sha la ka templ jong U bad rung ha ka jutang bad u paidbah uba la pyni da ka lyngdoh shipher ka Leví, hynrei haduh u snem 1863, ki la pynphai biang ia ka jingialeh pyrshah jong u Aaron, bad ka lyngdoh Millerite ka la kylla sha ka lyngdoh Laodicea, kumba la pyni da ka lyngdoh jong u Jeroboam na kiba poh tam ki briew, bad ki ‘riewshad biej jong u Aaron. Hynrei ka jingphla shaphang ka jingialeh pyrshah jong u Jeroboam ka don ruh ia ka jingphla kaba kham heh shaphang ka jingialeh pyrshah jong u snem 1863. Haba u Jeroboam u la plie paidbah ia ka rukom mane blei bakla jong u, la phah ia u nongiathuhlypa na Jerusalem ban sneng ia ka jingialeh pyrshah jong u Jeroboam, kumba la pyni lypa ha ka jingshah ialam jong ka Adventism Millerite ban pdiang ia ka Sabbath jong ki Hukum Shiphew kum ka sngi jong ka jingjahthait.</w:t>
      </w:r>
    </w:p>
    <w:p>
      <w:pPr>
        <w:pStyle w:val="ArticleBody"/>
        <w:jc w:val="left"/>
      </w:pPr>
      <w:r>
        <w:rPr>
          <w:rFonts w:ascii="Times New Roman" w:hAnsi="Times New Roman" w:eastAsia="Times New Roman" w:cs="Times New Roman"/>
        </w:rPr>
        <w:t>Ketika Adventisme menerima terang malaikat ketiga dan kaabah suci, mereka menjadi suatu teguran kepada orang-orang Protestan yang telah menolak terang yang kian bertambah daripada penyingkapan yang dimeteraibukakan, yang bermula pada waktu kesudahan pada tahun 1798. Sebagaimana Israel purba telah melupakan hari Sabat semasa dalam perhambaan mereka di Mesir, demikian juga gereja di padang belantara telah melupakan hari Sabat menjelang tibanya tahun 1798. Terang yang kian bertambah daripada pekabaran saat penghakiman yang dibawa oleh golongan Millerite akhirnya membawa kepada kaabah suci dan hukum Allah.</w:t>
      </w:r>
    </w:p>
    <w:p>
      <w:pPr>
        <w:pStyle w:val="ArticleBody"/>
        <w:jc w:val="left"/>
      </w:pPr>
      <w:r>
        <w:rPr>
          <w:rFonts w:ascii="Times New Roman" w:hAnsi="Times New Roman" w:eastAsia="Times New Roman" w:cs="Times New Roman"/>
        </w:rPr>
        <w:t>Lefifi leo le tlile ka la 22 Mphalane, 1844, ’me le ne le emela khalemelo ea borapeli ba bohata ho ba neng ba bilelitsoe hore ba tsoe ka botlalo lithutong tsa bohata tsa Bok’hatholike. Borapeli ba letsatsi ke letšoao la bolaoli ba Bok’hatholike holim’a likereke tse ileng tsa khutlela mohlapeng oa bona. Khalemelo eo e emetsoe ho hlomamisoeng ha Jeroboame tsamaiso ea hae ea bohata ea borapeli.</w:t>
      </w:r>
    </w:p>
    <w:p>
      <w:pPr>
        <w:pStyle w:val="ArticleScripture"/>
        <w:jc w:val="left"/>
      </w:pPr>
      <w:r>
        <w:rPr>
          <w:rFonts w:ascii="Times New Roman" w:hAnsi="Times New Roman" w:eastAsia="Times New Roman" w:cs="Times New Roman"/>
        </w:rPr>
        <w:t>Jeroboam te ordinae a fepagaan mu hliadzi wa vhuraru, nga duvha la vhumalo na vhatanu la uno hliadzi, u fana na muthendele u re Yuda, a ṋekedza zwifhiwa kha aḽeṱare. O ita nga u ralo ngei Bethele, a tshi ṱhavhela dzinamela dze a dzi ita; a vhea ngei Bethele vhotshifhe vha zwikhala zwa nṱha zwe a zwi ita. Nga u ralo a ṋekedza zwifhiwa kha aḽeṱare ye a i ita ngei Bethele nga duvha la vhumalo na vhatanu la hliadzi wa vhuraru, eyo hliadzi ye a i humbula mbilu yawe nga yothe; a ordinae muthendele kha vhana vha Isiraele; a ṋekedza zwifhiwa kha aḽeṱare, a fhisa zwioro. Huno, vhonani, ha ḓa muthu wa Mudzimu a tshi bva Yuda nga ipfi ḽa Yehova a ya Bethele; Jeroboam o ima tsini na aḽeṱare u fhisa zwioro. A vhidzelela a tshi lwa na aḽeṱare nga ipfi ḽa Yehova, a ri, Iwe aḽeṱare, aḽeṱare, Yehova u ralo; Vhonani, hu ḓo bebwa ṅwana kha nnḓu ya Davida, dzina ḽawe hu pfi Yosia; nahone kha iwe u ḓo ṋekedza vhotshifhe vha zwikhala zwa nṱha vhane vha fhisa zwioro kha iwe, nahone marambo a vhathu a ḓo fhisiwa kha iwe. A ṋea tshiga nga ḓuvha ḽeneḽo, a ri, Hetshi ndi tshiga tsho ambiwaho nga Yehova; vhonani, aḽeṱare i ḓo phanḓaladzwa, nahone muḽora u re khayo u ḓo shululwa. Huno zwa itea musi Khosi Jeroboam a tshi pfa maipfi a muthu wa Mudzimu, we a vhidzelela a tshi lwa na aḽeṱare ngei Bethele, a otlollela tshanḓa tshawe a tshi tshi bvisa kha aḽeṱare, a ri, Mu fare.</w:t>
      </w:r>
    </w:p>
    <w:p>
      <w:pPr>
        <w:pStyle w:val="ArticleScripture"/>
        <w:jc w:val="left"/>
      </w:pPr>
      <w:r>
        <w:rPr>
          <w:rFonts w:ascii="Times New Roman" w:hAnsi="Times New Roman" w:eastAsia="Times New Roman" w:cs="Times New Roman"/>
        </w:rPr>
        <w:t>Tangan yang dihulurkannya terhadap orang itu menjadi kering, sehingga ia tidak dapat menariknya kembali. Mezbah itu pun terbelah, dan abu tumpah dari mezbah itu, menurut tanda yang telah diberikan oleh abdi Allah itu dengan firman TUHAN. Lalu raja menjawab dan berkata kepada abdi Allah itu, “Mohonlah sekarang kemurahan di hadapan TUHAN, Allahmu, dan berdoalah bagiku, supaya tanganku dipulihkan kembali.” Maka abdi Allah itu memohon kepada TUHAN, dan tangan raja itu dipulihkan kembali, lalu menjadi seperti semula. Kemudian raja berkata kepada abdi Allah itu, “Pulanglah ke rumah bersama-sama aku, segarkanlah dirimu, dan aku akan memberikan kepadamu suatu hadiah.” Tetapi abdi Allah itu berkata kepada raja, “Sekalipun engkau memberikan kepadaku setengah dari isi rumahmu, aku tidak akan masuk bersama-sama engkau, dan aku tidak akan makan roti ataupun minum air di tempat ini. Sebab demikianlah telah diperintahkan kepadaku oleh firman TUHAN, demikian: Jangan engkau makan roti, jangan minum air, dan jangan kembali melalui jalan yang sama dengan jalan engkau datang.” Maka ia pun pergi melalui jalan lain, dan tidak kembali melalui jalan yang dilaluinya ketika ia datang ke Betel. 1 Raja-raja 12:32–13:10.</w:t>
      </w:r>
    </w:p>
    <w:p>
      <w:pPr>
        <w:pStyle w:val="ArticleBody"/>
        <w:jc w:val="left"/>
      </w:pPr>
      <w:r>
        <w:rPr>
          <w:rFonts w:ascii="Times New Roman" w:hAnsi="Times New Roman" w:eastAsia="Times New Roman" w:cs="Times New Roman"/>
        </w:rPr>
        <w:t>Ves pamwe chete noukumukira kwemhuru dzendarama muchapupu chaAroni naJerobhoamu, kuisirwa pachena chaiko kwegadziriro yenhema yokunamata yakagadzwa naJerobhoamu kunosanganiswawo muchapupu chake. Kuisirwa pachena ikoko kunomirira musiyano uri pakati pokunamata kwaifanira kuitirwa muJerusarema, negadziriro yokunyepera yaJerobhoamu. Kubva muna 1798 kusvika muna 1844, Ishe vakabudisa vanhu vavo murima routongi hwapapa vakavaisa muchiedza chinoshamisa chouprofita chinomiririrwa nengirozi nhatu dzaZvakazarurwa gumi neina. Makereke echiPurotesitendi akaramba chiedza ichocho, uye mukudaro akava vanasikana vechiKatorike muna 1844.</w:t>
      </w:r>
    </w:p>
    <w:p>
      <w:pPr>
        <w:pStyle w:val="ArticleBody"/>
        <w:jc w:val="left"/>
      </w:pPr>
      <w:r>
        <w:rPr>
          <w:rFonts w:ascii="Times New Roman" w:hAnsi="Times New Roman" w:eastAsia="Times New Roman" w:cs="Times New Roman"/>
        </w:rPr>
        <w:t>Ho rapela ha Jeroboame ho ne ho emela tsamaiso ea khumamelo ea K’hatholike ka sebopeho sa boprofeta, ’me paleng ea hae ’muso o ka leboea oa Iseraele o emela tsamaiso ea bohata ea Bok’hatholike eo Maprostanta a histori ea Bamillerite a ileng a khetha ho lula ho eona. Letšoao la tsamaiso eo ke khumamelo ea letsatsi.</w:t>
      </w:r>
    </w:p>
    <w:p>
      <w:pPr>
        <w:pStyle w:val="ArticleBody"/>
        <w:jc w:val="left"/>
      </w:pPr>
      <w:r>
        <w:rPr>
          <w:rFonts w:ascii="Times New Roman" w:hAnsi="Times New Roman" w:eastAsia="Times New Roman" w:cs="Times New Roman"/>
        </w:rPr>
        <w:t>Banwansɛm ne nyansafo mmabun a wɔkɔɔ Kronkron Mu Kronkron Mu hɔ wɔ October 22, 1844 no gyinaa animka a wɔde tiaa Protestants a na wɔasan akɔ Katolek nkɛntɛnso ase, na wɔbɛyɛɛ Roma mma no ananmu. Bere a wɔrehyehyɛɛ Yeroboam som nhyehyɛe a ɛyɛ atoro no, odiyifo bi fi Yuda bae bɛka tiaa Yeroboam, na saa ara na ɔyɛɛ mfonini maa banwansɛm mmabun a wɔkɔɔ Kronkron Mu Kronkron Mu hɔ na wɔde wɔn ani kyerɛɛ Onyankopɔn mmara no. Saa odiyifo no ho asɛm ne ne kasa-tia a ɔde tiaa Yeroboam no yɛ nea ɛkyerɛkyerɛ yiye bere a wɔresusuw atuatew a ɛbaa 1863 mu no ho; nanso, ɛsɛ sɛ wotwɛn saa asɛm no kosi sɛ wɔde awiei bɛka mfiase ho.</w:t>
      </w:r>
    </w:p>
    <w:p>
      <w:pPr>
        <w:pStyle w:val="ArticleBody"/>
        <w:jc w:val="left"/>
      </w:pPr>
      <w:r>
        <w:rPr>
          <w:rFonts w:ascii="Leelawadee UI" w:hAnsi="Leelawadee UI" w:eastAsia="Leelawadee UI" w:cs="Leelawadee UI"/>
        </w:rPr>
        <w:t>ការចាប់ផ្តើមនៃអ៊ីស្រាអែលបុរាណ</w:t>
      </w:r>
      <w:r>
        <w:rPr>
          <w:rFonts w:ascii="Times New Roman" w:hAnsi="Times New Roman" w:eastAsia="Times New Roman" w:cs="Times New Roman"/>
        </w:rPr>
        <w:t xml:space="preserve"> </w:t>
      </w:r>
      <w:r>
        <w:rPr>
          <w:rFonts w:ascii="Leelawadee UI" w:hAnsi="Leelawadee UI" w:eastAsia="Leelawadee UI" w:cs="Leelawadee UI"/>
        </w:rPr>
        <w:t>នគររបស់យេរ៉ូបោម</w:t>
      </w:r>
      <w:r>
        <w:rPr>
          <w:rFonts w:ascii="Times New Roman" w:hAnsi="Times New Roman" w:eastAsia="Times New Roman" w:cs="Times New Roman"/>
        </w:rPr>
        <w:t xml:space="preserve"> </w:t>
      </w:r>
      <w:r>
        <w:rPr>
          <w:rFonts w:ascii="Leelawadee UI" w:hAnsi="Leelawadee UI" w:eastAsia="Leelawadee UI" w:cs="Leelawadee UI"/>
        </w:rPr>
        <w:t>និងអ៊ីស្រាអែលសម័យទំនើប</w:t>
      </w:r>
      <w:r>
        <w:rPr>
          <w:rFonts w:ascii="Times New Roman" w:hAnsi="Times New Roman" w:eastAsia="Times New Roman" w:cs="Times New Roman"/>
        </w:rPr>
        <w:t xml:space="preserve"> </w:t>
      </w:r>
      <w:r>
        <w:rPr>
          <w:rFonts w:ascii="Leelawadee UI" w:hAnsi="Leelawadee UI" w:eastAsia="Leelawadee UI" w:cs="Leelawadee UI"/>
        </w:rPr>
        <w:t>សុទ្ធតែស្របគ្នា</w:t>
      </w:r>
      <w:r>
        <w:rPr>
          <w:rFonts w:ascii="Times New Roman" w:hAnsi="Times New Roman" w:eastAsia="Times New Roman" w:cs="Times New Roman"/>
        </w:rPr>
        <w:t xml:space="preserve"> </w:t>
      </w:r>
      <w:r>
        <w:rPr>
          <w:rFonts w:ascii="Leelawadee UI" w:hAnsi="Leelawadee UI" w:eastAsia="Leelawadee UI" w:cs="Leelawadee UI"/>
        </w:rPr>
        <w:t>ហើយរួមគ្នាផ្តល់សក្ខីបន្ទាល់បីអំពីចុងបញ្ចប់នៃសត្វសាហាវពីផែនដីក្នុង</w:t>
      </w:r>
      <w:r>
        <w:rPr>
          <w:rFonts w:ascii="Times New Roman" w:hAnsi="Times New Roman" w:eastAsia="Times New Roman" w:cs="Times New Roman"/>
        </w:rPr>
        <w:t xml:space="preserve"> </w:t>
      </w:r>
      <w:r>
        <w:rPr>
          <w:rFonts w:ascii="Leelawadee UI" w:hAnsi="Leelawadee UI" w:eastAsia="Leelawadee UI" w:cs="Leelawadee UI"/>
        </w:rPr>
        <w:t>វិវរណៈ</w:t>
      </w:r>
      <w:r>
        <w:rPr>
          <w:rFonts w:ascii="Times New Roman" w:hAnsi="Times New Roman" w:eastAsia="Times New Roman" w:cs="Times New Roman"/>
        </w:rPr>
        <w:t xml:space="preserve"> </w:t>
      </w:r>
      <w:r>
        <w:rPr>
          <w:rFonts w:ascii="Leelawadee UI" w:hAnsi="Leelawadee UI" w:eastAsia="Leelawadee UI" w:cs="Leelawadee UI"/>
        </w:rPr>
        <w:t>ជំពូក</w:t>
      </w:r>
      <w:r>
        <w:rPr>
          <w:rFonts w:ascii="Times New Roman" w:hAnsi="Times New Roman" w:eastAsia="Times New Roman" w:cs="Times New Roman"/>
        </w:rPr>
        <w:t xml:space="preserve"> 13 </w:t>
      </w:r>
      <w:r>
        <w:rPr>
          <w:rFonts w:ascii="Leelawadee UI" w:hAnsi="Leelawadee UI" w:eastAsia="Leelawadee UI" w:cs="Leelawadee UI"/>
        </w:rPr>
        <w:t>នៅពេលច្បាប់ថ្ងៃអាទិត្យដែលនឹងមកដល់ឆាប់ៗនេះ។</w:t>
      </w:r>
      <w:r>
        <w:rPr>
          <w:rFonts w:ascii="Times New Roman" w:hAnsi="Times New Roman" w:eastAsia="Times New Roman" w:cs="Times New Roman"/>
        </w:rPr>
        <w:t xml:space="preserve"> </w:t>
      </w:r>
      <w:r>
        <w:rPr>
          <w:rFonts w:ascii="Leelawadee UI" w:hAnsi="Leelawadee UI" w:eastAsia="Leelawadee UI" w:cs="Leelawadee UI"/>
        </w:rPr>
        <w:t>ពួកស្មោះត្រង់នៃអាដវេនទីសមបែបមីឡឺរ</w:t>
      </w:r>
      <w:r>
        <w:rPr>
          <w:rFonts w:ascii="Times New Roman" w:hAnsi="Times New Roman" w:eastAsia="Times New Roman" w:cs="Times New Roman"/>
        </w:rPr>
        <w:t xml:space="preserve"> </w:t>
      </w:r>
      <w:r>
        <w:rPr>
          <w:rFonts w:ascii="Leelawadee UI" w:hAnsi="Leelawadee UI" w:eastAsia="Leelawadee UI" w:cs="Leelawadee UI"/>
        </w:rPr>
        <w:t>នៅថ្ងៃទី</w:t>
      </w:r>
      <w:r>
        <w:rPr>
          <w:rFonts w:ascii="Times New Roman" w:hAnsi="Times New Roman" w:eastAsia="Times New Roman" w:cs="Times New Roman"/>
        </w:rPr>
        <w:t xml:space="preserve"> 22 </w:t>
      </w:r>
      <w:r>
        <w:rPr>
          <w:rFonts w:ascii="Leelawadee UI" w:hAnsi="Leelawadee UI" w:eastAsia="Leelawadee UI" w:cs="Leelawadee UI"/>
        </w:rPr>
        <w:t>ខែតុលា</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1844 </w:t>
      </w:r>
      <w:r>
        <w:rPr>
          <w:rFonts w:ascii="Leelawadee UI" w:hAnsi="Leelawadee UI" w:eastAsia="Leelawadee UI" w:cs="Leelawadee UI"/>
        </w:rPr>
        <w:t>បានក្លាយជាស្នែងប្រូតេស្តង់ពិតនៃសត្វសាហាវពីផែនដី</w:t>
      </w:r>
      <w:r>
        <w:rPr>
          <w:rFonts w:ascii="Times New Roman" w:hAnsi="Times New Roman" w:eastAsia="Times New Roman" w:cs="Times New Roman"/>
        </w:rPr>
        <w:t xml:space="preserve"> </w:t>
      </w:r>
      <w:r>
        <w:rPr>
          <w:rFonts w:ascii="Leelawadee UI" w:hAnsi="Leelawadee UI" w:eastAsia="Leelawadee UI" w:cs="Leelawadee UI"/>
        </w:rPr>
        <w:t>ហើយពួកគេបានធ្វើដូច្នោះក្នុងប្រវត្តិសាស្ត្រដែលបានចាប់ផ្តើមនៅពេលវេលានៃទីបញ្ចប់ក្នុងឆ្នាំ</w:t>
      </w:r>
      <w:r>
        <w:rPr>
          <w:rFonts w:ascii="Times New Roman" w:hAnsi="Times New Roman" w:eastAsia="Times New Roman" w:cs="Times New Roman"/>
        </w:rPr>
        <w:t xml:space="preserve"> 1798</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1798 </w:t>
      </w:r>
      <w:r>
        <w:rPr>
          <w:rFonts w:ascii="Leelawadee UI" w:hAnsi="Leelawadee UI" w:eastAsia="Leelawadee UI" w:cs="Leelawadee UI"/>
        </w:rPr>
        <w:t>ជាការចាប់ផ្តើមនៃនគរទីប្រាំមួយនៃទំនាយព្រះគម្ពីរ</w:t>
      </w:r>
      <w:r>
        <w:rPr>
          <w:rFonts w:ascii="Times New Roman" w:hAnsi="Times New Roman" w:eastAsia="Times New Roman" w:cs="Times New Roman"/>
        </w:rPr>
        <w:t xml:space="preserve"> </w:t>
      </w:r>
      <w:r>
        <w:rPr>
          <w:rFonts w:ascii="Leelawadee UI" w:hAnsi="Leelawadee UI" w:eastAsia="Leelawadee UI" w:cs="Leelawadee UI"/>
        </w:rPr>
        <w:t>គឺសហរដ្ឋអាមេរិក</w:t>
      </w:r>
      <w:r>
        <w:rPr>
          <w:rFonts w:ascii="Times New Roman" w:hAnsi="Times New Roman" w:eastAsia="Times New Roman" w:cs="Times New Roman"/>
        </w:rPr>
        <w:t xml:space="preserve"> </w:t>
      </w:r>
      <w:r>
        <w:rPr>
          <w:rFonts w:ascii="Leelawadee UI" w:hAnsi="Leelawadee UI" w:eastAsia="Leelawadee UI" w:cs="Leelawadee UI"/>
        </w:rPr>
        <w:t>និងការបង្កើតស្នែងប្រូតេស្តង់ពិតនៃអាដវេនទីសមនៅសហរដ្ឋអាមេរិក។</w:t>
      </w:r>
      <w:r>
        <w:rPr>
          <w:rFonts w:ascii="Times New Roman" w:hAnsi="Times New Roman" w:eastAsia="Times New Roman" w:cs="Times New Roman"/>
        </w:rPr>
        <w:t xml:space="preserve"> </w:t>
      </w:r>
      <w:r>
        <w:rPr>
          <w:rFonts w:ascii="Leelawadee UI" w:hAnsi="Leelawadee UI" w:eastAsia="Leelawadee UI" w:cs="Leelawadee UI"/>
        </w:rPr>
        <w:t>នៅក្នុងប្រវត្តិសាស្ត្រនៃការចាប់ផ្តើមនោះ</w:t>
      </w:r>
      <w:r>
        <w:rPr>
          <w:rFonts w:ascii="Times New Roman" w:hAnsi="Times New Roman" w:eastAsia="Times New Roman" w:cs="Times New Roman"/>
        </w:rPr>
        <w:t xml:space="preserve"> </w:t>
      </w:r>
      <w:r>
        <w:rPr>
          <w:rFonts w:ascii="Leelawadee UI" w:hAnsi="Leelawadee UI" w:eastAsia="Leelawadee UI" w:cs="Leelawadee UI"/>
        </w:rPr>
        <w:t>មានតំណាងឲ្យប្រវត្តិសាស្ត្រនៃការបញ្ចប់របស់សហរដ្ឋអាមេរិក</w:t>
      </w:r>
      <w:r>
        <w:rPr>
          <w:rFonts w:ascii="Times New Roman" w:hAnsi="Times New Roman" w:eastAsia="Times New Roman" w:cs="Times New Roman"/>
        </w:rPr>
        <w:t xml:space="preserve"> </w:t>
      </w:r>
      <w:r>
        <w:rPr>
          <w:rFonts w:ascii="Leelawadee UI" w:hAnsi="Leelawadee UI" w:eastAsia="Leelawadee UI" w:cs="Leelawadee UI"/>
        </w:rPr>
        <w:t>ពីព្រោះព្រះយេស៊ូវតែងតែបង្ហាញចុងបញ្ចប់នៃរឿងមួយ</w:t>
      </w:r>
      <w:r>
        <w:rPr>
          <w:rFonts w:ascii="Times New Roman" w:hAnsi="Times New Roman" w:eastAsia="Times New Roman" w:cs="Times New Roman"/>
        </w:rPr>
        <w:t xml:space="preserve"> </w:t>
      </w:r>
      <w:r>
        <w:rPr>
          <w:rFonts w:ascii="Leelawadee UI" w:hAnsi="Leelawadee UI" w:eastAsia="Leelawadee UI" w:cs="Leelawadee UI"/>
        </w:rPr>
        <w:t>ដោយប្រើការចាប់ផ្តើមនៃរឿងនោះ។</w:t>
      </w:r>
    </w:p>
    <w:p>
      <w:pPr>
        <w:pStyle w:val="ArticleBody"/>
        <w:jc w:val="left"/>
      </w:pPr>
      <w:r>
        <w:rPr>
          <w:rFonts w:ascii="Times New Roman" w:hAnsi="Times New Roman" w:eastAsia="Times New Roman" w:cs="Times New Roman"/>
        </w:rPr>
        <w:t>Tiga saksi permulaan bagi Israel kuno, moden, dan Israel Yerobeam menggambarkan pengakhiran binatang bumi, namun ada juga satu lagi pengakhiran yang perlu dikemukakan terlebih dahulu sebelum membentangkan kesaksian nabi yang datang dari Yehuda dan menegur Yerobeam. Sejarah pengakhiran yang perlu disertakan ialah pengakhiran kerajaan utara dan kerajaan selatan Israel sebagaimana yang diwakili oleh nabi Yehezkiel.</w:t>
      </w:r>
    </w:p>
    <w:p>
      <w:pPr>
        <w:pStyle w:val="ArticleBody"/>
        <w:jc w:val="left"/>
      </w:pPr>
      <w:r>
        <w:rPr>
          <w:rFonts w:ascii="Times New Roman" w:hAnsi="Times New Roman" w:eastAsia="Times New Roman" w:cs="Times New Roman"/>
        </w:rPr>
        <w:t>Nangela je yiyiilibwe kuti eshi twa kala twa ninga omuthigululwakalo shi omupokati wa 1863 wa tulwa omanyolo ko kuupyakadhi wokutanga waEzekieli ekapiteli etiheyali, osho sha li elizimo lyomumona. Pehala opo twa taamba komagumo gouhamba woumbuwi nowokuninginina ngaashi wa kwatelwa po kuEzekieli, otwa kala tu na oumbangi wa wana unene wokushilipaleka kuti omupokati wa 1863 wa li wa faathanishwa komupokati waAaron naJeroboam, nokuti ou identify okuningina kokutanga komafudho gaane ogaLaodikea Adventism.</w:t>
      </w:r>
    </w:p>
    <w:p>
      <w:pPr>
        <w:pStyle w:val="ArticleBody"/>
        <w:jc w:val="left"/>
      </w:pPr>
      <w:r>
        <w:rPr>
          <w:rFonts w:ascii="Times New Roman" w:hAnsi="Times New Roman" w:eastAsia="Times New Roman" w:cs="Times New Roman"/>
        </w:rPr>
        <w:t>ꞌNtsha liṱaifha pfunzo iyi kha athikili i tevhelaho.</w:t>
      </w:r>
    </w:p>
    <w:p>
      <w:pPr>
        <w:pStyle w:val="ArticleScripture"/>
        <w:jc w:val="left"/>
      </w:pPr>
      <w:r>
        <w:rPr>
          <w:rFonts w:ascii="Times New Roman" w:hAnsi="Times New Roman" w:eastAsia="Times New Roman" w:cs="Times New Roman"/>
        </w:rPr>
        <w:t>Firman Tuhan datang lagi kepadaku, demikian: Tambahan pula, engkau, hai anak manusia, ambillah sebatang kayu, lalu tuliskan padanya: Bagi Yehuda, dan bagi bani Israel, teman-temannya; kemudian ambillah sebatang kayu yang lain, lalu tuliskan padanya: Bagi Yusuf, kayu Efraim, dan bagi seluruh kaum Israel, teman-temannya. Lalu satukanlah kedua-duanya, yang satu dengan yang lain, menjadi satu batang kayu; maka keduanya akan menjadi satu dalam tanganmu. Dan apabila bani bangsamu berkata kepadamu, demikian: Tidakkah engkau hendak menunjukkan kepada kami apa maksudmu dengan semua ini? katakanlah kepada mereka: Demikianlah firman Tuhan Allah; Sesungguhnya, Aku akan mengambil kayu Yusuf, yang ada di tangan Efraim, serta suku-suku Israel, teman-temannya, dan Aku akan meletakkan mereka bersama-sama dengan dia, yakni dengan kayu Yehuda, lalu menjadikan mereka satu batang kayu, dan keduanya akan menjadi satu dalam tangan-Ku. Dan batang-batang kayu yang kaulisi itu hendaklah ada dalam tanganmu di hadapan mata mereka. Dan katakanlah kepada mereka: Demikianlah firman Tuhan Allah; Sesungguhnya, Aku akan mengambil bani Israel dari antara bangsa-bangsa asing, ke mana mereka telah pergi, dan Aku akan mengumpulkan mereka dari segala penjuru, lalu membawa mereka ke tanah mereka sendiri:</w:t>
      </w:r>
    </w:p>
    <w:p>
      <w:pPr>
        <w:pStyle w:val="ArticleScripture"/>
        <w:jc w:val="left"/>
      </w:pPr>
      <w:r>
        <w:rPr>
          <w:rFonts w:ascii="Times New Roman" w:hAnsi="Times New Roman" w:eastAsia="Times New Roman" w:cs="Times New Roman"/>
        </w:rPr>
        <w:t>Ndzi ta va endla tiko rin’we etikweni, ehenhla ka tintshava ta Israele; naswona hosi yin’we yi ta va hosi eka vona hinkwavo; a va nga ha vi matiko mambirhi, naswona a va nga ha pfumeleriwi ku avana va va mimfumo mimbirhi ni kan’we. Naswona a va nga ha tinyamisi hi swikwembu swa vona swa hava, ni hi swilo swa vona leswi nyenyetsaka, ni hi ku tlula ka vona na kun’we; kambe ndzi ta va ponisa ndzi va humesa etindhawini hinkwato leti va tshameke eka tona, laha va dyoheke kona, kutani ndzi ta va basisa; kutani va ta va vanhu va mina, naswona mina ndzi ta va Xikwembu xa vona. Kutani Davhida nandza wa mina u ta va hosi ehenhla ka vona; naswona hinkwavo va ta va ni murisi un’we; na vona va ta famba hi swiboho swa mina, va hlayisa milawu ya mina, kutani va yi endla. Kutani va ta tshama etikweni leri ndzi ri nyikeke Yakobo nandza wa mina, leri vatata wa n’wina va tshameke eka rona; naswona va ta tshama eka rona, vona, ni vana va vona, ni vana va vana va vona hilaha ku nga heriki; kutani Davhida nandza wa mina u ta va hosana ya vona hilaha ku nga heriki. Ku tlula kwalaho ndzi ta endla ntwanano wa ku rhula na vona; wu ta va ntwanano lowu nga heriki na vona; naswona ndzi ta va veka, ndzi va andzisa, kutani ndzi ta veka muhlanga wa mina lowo kwetsima exikarhi ka vona hilaha ku nga heriki. Tabernakela ya mina na yona yi ta va na vona; ina, mina ndzi ta va Xikwembu xa vona, kutani vona va ta va vanhu va mina. Kutani matiko ma ta tiva leswaku mina Yehovha ndzi kwetsimisa Israele, loko muhlanga wa mina lowo kwetsima wu ta va exikarhi ka vona hilaha ku nga heriki. Ezekiel 37:15–28.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Buku Daniel - Bilangan Tujuh Puluh Satu</dc:title>
  <dc:subject>Tapis Kenabian: Menyingkap Empat Kekejian dalam Yehezkiel Pasal Delapan dan Signifikansinya pada Era Modern</dc:subject>
  <dc:creator>Jeff Pippenger</dc:creator>
  <cp:keywords/>
  <dc:description>Generated by ArticleDigger from daniel\71_daniel.json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