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Buku Daniel - Nombor Sembilan Puluh Lapan</w:t>
      </w:r>
    </w:p>
    <w:p>
      <w:pPr>
        <w:pStyle w:val="ArticleSubtitle"/>
        <w:jc w:val="left"/>
      </w:pPr>
      <w:r>
        <w:rPr>
          <w:rFonts w:ascii="Arial" w:hAnsi="Arial" w:eastAsia="Arial" w:cs="Arial"/>
        </w:rPr>
        <w:t>Aplikasi Rangkap Tiga Elijah dan Penghakiman pada Hari-hari Terakhir: Memahami Fase Investigatif dan Eksekutif</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2024-02-29</w:t>
      </w:r>
    </w:p>
    <w:p>
      <w:pPr>
        <w:pStyle w:val="ArticleBody"/>
        <w:jc w:val="left"/>
      </w:pPr>
      <w:r>
        <w:rPr>
          <w:rFonts w:ascii="Nirmala UI" w:hAnsi="Nirmala UI" w:eastAsia="Nirmala UI" w:cs="Nirmala UI"/>
        </w:rPr>
        <w:t>ඉලියාගේ</w:t>
      </w:r>
      <w:r>
        <w:rPr>
          <w:rFonts w:ascii="Times New Roman" w:hAnsi="Times New Roman" w:eastAsia="Times New Roman" w:cs="Times New Roman"/>
        </w:rPr>
        <w:t xml:space="preserve"> </w:t>
      </w:r>
      <w:r>
        <w:rPr>
          <w:rFonts w:ascii="Nirmala UI" w:hAnsi="Nirmala UI" w:eastAsia="Nirmala UI" w:cs="Nirmala UI"/>
        </w:rPr>
        <w:t>ත්</w:t>
      </w:r>
      <w:r>
        <w:rPr>
          <w:rFonts w:ascii="Times New Roman" w:hAnsi="Times New Roman" w:eastAsia="Times New Roman" w:cs="Times New Roman"/>
        </w:rPr>
        <w:t>‍</w:t>
      </w:r>
      <w:r>
        <w:rPr>
          <w:rFonts w:ascii="Nirmala UI" w:hAnsi="Nirmala UI" w:eastAsia="Nirmala UI" w:cs="Nirmala UI"/>
        </w:rPr>
        <w:t>රිවිධ</w:t>
      </w:r>
      <w:r>
        <w:rPr>
          <w:rFonts w:ascii="Times New Roman" w:hAnsi="Times New Roman" w:eastAsia="Times New Roman" w:cs="Times New Roman"/>
        </w:rPr>
        <w:t xml:space="preserve"> </w:t>
      </w:r>
      <w:r>
        <w:rPr>
          <w:rFonts w:ascii="Nirmala UI" w:hAnsi="Nirmala UI" w:eastAsia="Nirmala UI" w:cs="Nirmala UI"/>
        </w:rPr>
        <w:t>අදාළකරණය</w:t>
      </w:r>
      <w:r>
        <w:rPr>
          <w:rFonts w:ascii="Times New Roman" w:hAnsi="Times New Roman" w:eastAsia="Times New Roman" w:cs="Times New Roman"/>
        </w:rPr>
        <w:t xml:space="preserve"> </w:t>
      </w:r>
      <w:r>
        <w:rPr>
          <w:rFonts w:ascii="Nirmala UI" w:hAnsi="Nirmala UI" w:eastAsia="Nirmala UI" w:cs="Nirmala UI"/>
        </w:rPr>
        <w:t>මඟින්</w:t>
      </w:r>
      <w:r>
        <w:rPr>
          <w:rFonts w:ascii="Times New Roman" w:hAnsi="Times New Roman" w:eastAsia="Times New Roman" w:cs="Times New Roman"/>
        </w:rPr>
        <w:t xml:space="preserve"> </w:t>
      </w:r>
      <w:r>
        <w:rPr>
          <w:rFonts w:ascii="Nirmala UI" w:hAnsi="Nirmala UI" w:eastAsia="Nirmala UI" w:cs="Nirmala UI"/>
        </w:rPr>
        <w:t>හඳුනාගනු</w:t>
      </w:r>
      <w:r>
        <w:rPr>
          <w:rFonts w:ascii="Times New Roman" w:hAnsi="Times New Roman" w:eastAsia="Times New Roman" w:cs="Times New Roman"/>
        </w:rPr>
        <w:t xml:space="preserve"> </w:t>
      </w:r>
      <w:r>
        <w:rPr>
          <w:rFonts w:ascii="Nirmala UI" w:hAnsi="Nirmala UI" w:eastAsia="Nirmala UI" w:cs="Nirmala UI"/>
        </w:rPr>
        <w:t>ලැබුවේ</w:t>
      </w:r>
      <w:r>
        <w:rPr>
          <w:rFonts w:ascii="Times New Roman" w:hAnsi="Times New Roman" w:eastAsia="Times New Roman" w:cs="Times New Roman"/>
        </w:rPr>
        <w:t xml:space="preserve">, </w:t>
      </w:r>
      <w:r>
        <w:rPr>
          <w:rFonts w:ascii="Nirmala UI" w:hAnsi="Nirmala UI" w:eastAsia="Nirmala UI" w:cs="Nirmala UI"/>
        </w:rPr>
        <w:t>අන්තිම</w:t>
      </w:r>
      <w:r>
        <w:rPr>
          <w:rFonts w:ascii="Times New Roman" w:hAnsi="Times New Roman" w:eastAsia="Times New Roman" w:cs="Times New Roman"/>
        </w:rPr>
        <w:t xml:space="preserve"> </w:t>
      </w:r>
      <w:r>
        <w:rPr>
          <w:rFonts w:ascii="Nirmala UI" w:hAnsi="Nirmala UI" w:eastAsia="Nirmala UI" w:cs="Nirmala UI"/>
        </w:rPr>
        <w:t>දවස්වල</w:t>
      </w:r>
      <w:r>
        <w:rPr>
          <w:rFonts w:ascii="Times New Roman" w:hAnsi="Times New Roman" w:eastAsia="Times New Roman" w:cs="Times New Roman"/>
        </w:rPr>
        <w:t xml:space="preserve"> </w:t>
      </w:r>
      <w:r>
        <w:rPr>
          <w:rFonts w:ascii="Nirmala UI" w:hAnsi="Nirmala UI" w:eastAsia="Nirmala UI" w:cs="Nirmala UI"/>
        </w:rPr>
        <w:t>ආරම්භයේද</w:t>
      </w:r>
      <w:r>
        <w:rPr>
          <w:rFonts w:ascii="Times New Roman" w:hAnsi="Times New Roman" w:eastAsia="Times New Roman" w:cs="Times New Roman"/>
        </w:rPr>
        <w:t xml:space="preserve"> </w:t>
      </w:r>
      <w:r>
        <w:rPr>
          <w:rFonts w:ascii="Nirmala UI" w:hAnsi="Nirmala UI" w:eastAsia="Nirmala UI" w:cs="Nirmala UI"/>
        </w:rPr>
        <w:t>අන්තිම</w:t>
      </w:r>
      <w:r>
        <w:rPr>
          <w:rFonts w:ascii="Times New Roman" w:hAnsi="Times New Roman" w:eastAsia="Times New Roman" w:cs="Times New Roman"/>
        </w:rPr>
        <w:t xml:space="preserve"> </w:t>
      </w:r>
      <w:r>
        <w:rPr>
          <w:rFonts w:ascii="Nirmala UI" w:hAnsi="Nirmala UI" w:eastAsia="Nirmala UI" w:cs="Nirmala UI"/>
        </w:rPr>
        <w:t>දවස්වල</w:t>
      </w:r>
      <w:r>
        <w:rPr>
          <w:rFonts w:ascii="Times New Roman" w:hAnsi="Times New Roman" w:eastAsia="Times New Roman" w:cs="Times New Roman"/>
        </w:rPr>
        <w:t xml:space="preserve"> </w:t>
      </w:r>
      <w:r>
        <w:rPr>
          <w:rFonts w:ascii="Nirmala UI" w:hAnsi="Nirmala UI" w:eastAsia="Nirmala UI" w:cs="Nirmala UI"/>
        </w:rPr>
        <w:t>අවසානයේද</w:t>
      </w:r>
      <w:r>
        <w:rPr>
          <w:rFonts w:ascii="Times New Roman" w:hAnsi="Times New Roman" w:eastAsia="Times New Roman" w:cs="Times New Roman"/>
        </w:rPr>
        <w:t xml:space="preserve"> </w:t>
      </w:r>
      <w:r>
        <w:rPr>
          <w:rFonts w:ascii="Nirmala UI" w:hAnsi="Nirmala UI" w:eastAsia="Nirmala UI" w:cs="Nirmala UI"/>
        </w:rPr>
        <w:t>ඉලියා</w:t>
      </w:r>
      <w:r>
        <w:rPr>
          <w:rFonts w:ascii="Times New Roman" w:hAnsi="Times New Roman" w:eastAsia="Times New Roman" w:cs="Times New Roman"/>
        </w:rPr>
        <w:t xml:space="preserve"> </w:t>
      </w:r>
      <w:r>
        <w:rPr>
          <w:rFonts w:ascii="Nirmala UI" w:hAnsi="Nirmala UI" w:eastAsia="Nirmala UI" w:cs="Nirmala UI"/>
        </w:rPr>
        <w:t>කෙනෙකු</w:t>
      </w:r>
      <w:r>
        <w:rPr>
          <w:rFonts w:ascii="Times New Roman" w:hAnsi="Times New Roman" w:eastAsia="Times New Roman" w:cs="Times New Roman"/>
        </w:rPr>
        <w:t xml:space="preserve"> </w:t>
      </w:r>
      <w:r>
        <w:rPr>
          <w:rFonts w:ascii="Nirmala UI" w:hAnsi="Nirmala UI" w:eastAsia="Nirmala UI" w:cs="Nirmala UI"/>
        </w:rPr>
        <w:t>සිටින</w:t>
      </w:r>
      <w:r>
        <w:rPr>
          <w:rFonts w:ascii="Times New Roman" w:hAnsi="Times New Roman" w:eastAsia="Times New Roman" w:cs="Times New Roman"/>
        </w:rPr>
        <w:t xml:space="preserve"> </w:t>
      </w:r>
      <w:r>
        <w:rPr>
          <w:rFonts w:ascii="Nirmala UI" w:hAnsi="Nirmala UI" w:eastAsia="Nirmala UI" w:cs="Nirmala UI"/>
        </w:rPr>
        <w:t>බවයි</w:t>
      </w:r>
      <w:r>
        <w:rPr>
          <w:rFonts w:ascii="Times New Roman" w:hAnsi="Times New Roman" w:eastAsia="Times New Roman" w:cs="Times New Roman"/>
        </w:rPr>
        <w:t>. “</w:t>
      </w:r>
      <w:r>
        <w:rPr>
          <w:rFonts w:ascii="Nirmala UI" w:hAnsi="Nirmala UI" w:eastAsia="Nirmala UI" w:cs="Nirmala UI"/>
        </w:rPr>
        <w:t>අන්තිම</w:t>
      </w:r>
      <w:r>
        <w:rPr>
          <w:rFonts w:ascii="Times New Roman" w:hAnsi="Times New Roman" w:eastAsia="Times New Roman" w:cs="Times New Roman"/>
        </w:rPr>
        <w:t xml:space="preserve"> </w:t>
      </w:r>
      <w:r>
        <w:rPr>
          <w:rFonts w:ascii="Nirmala UI" w:hAnsi="Nirmala UI" w:eastAsia="Nirmala UI" w:cs="Nirmala UI"/>
        </w:rPr>
        <w:t>දවස්</w:t>
      </w:r>
      <w:r>
        <w:rPr>
          <w:rFonts w:ascii="Times New Roman" w:hAnsi="Times New Roman" w:eastAsia="Times New Roman" w:cs="Times New Roman"/>
        </w:rPr>
        <w:t xml:space="preserve">” </w:t>
      </w:r>
      <w:r>
        <w:rPr>
          <w:rFonts w:ascii="Nirmala UI" w:hAnsi="Nirmala UI" w:eastAsia="Nirmala UI" w:cs="Nirmala UI"/>
        </w:rPr>
        <w:t>යනු</w:t>
      </w:r>
      <w:r>
        <w:rPr>
          <w:rFonts w:ascii="Times New Roman" w:hAnsi="Times New Roman" w:eastAsia="Times New Roman" w:cs="Times New Roman"/>
        </w:rPr>
        <w:t xml:space="preserve"> </w:t>
      </w:r>
      <w:r>
        <w:rPr>
          <w:rFonts w:ascii="Nirmala UI" w:hAnsi="Nirmala UI" w:eastAsia="Nirmala UI" w:cs="Nirmala UI"/>
        </w:rPr>
        <w:t>විනිශ්චයේ</w:t>
      </w:r>
      <w:r>
        <w:rPr>
          <w:rFonts w:ascii="Times New Roman" w:hAnsi="Times New Roman" w:eastAsia="Times New Roman" w:cs="Times New Roman"/>
        </w:rPr>
        <w:t xml:space="preserve"> </w:t>
      </w:r>
      <w:r>
        <w:rPr>
          <w:rFonts w:ascii="Nirmala UI" w:hAnsi="Nirmala UI" w:eastAsia="Nirmala UI" w:cs="Nirmala UI"/>
        </w:rPr>
        <w:t>දවස්ය</w:t>
      </w:r>
      <w:r>
        <w:rPr>
          <w:rFonts w:ascii="Times New Roman" w:hAnsi="Times New Roman" w:eastAsia="Times New Roman" w:cs="Times New Roman"/>
        </w:rPr>
        <w:t xml:space="preserve">; </w:t>
      </w:r>
      <w:r>
        <w:rPr>
          <w:rFonts w:ascii="Nirmala UI" w:hAnsi="Nirmala UI" w:eastAsia="Nirmala UI" w:cs="Nirmala UI"/>
        </w:rPr>
        <w:t>එය</w:t>
      </w:r>
      <w:r>
        <w:rPr>
          <w:rFonts w:ascii="Times New Roman" w:hAnsi="Times New Roman" w:eastAsia="Times New Roman" w:cs="Times New Roman"/>
        </w:rPr>
        <w:t xml:space="preserve"> </w:t>
      </w:r>
      <w:r>
        <w:rPr>
          <w:rFonts w:ascii="Nirmala UI" w:hAnsi="Nirmala UI" w:eastAsia="Nirmala UI" w:cs="Nirmala UI"/>
        </w:rPr>
        <w:t>ප්</w:t>
      </w:r>
      <w:r>
        <w:rPr>
          <w:rFonts w:ascii="Times New Roman" w:hAnsi="Times New Roman" w:eastAsia="Times New Roman" w:cs="Times New Roman"/>
        </w:rPr>
        <w:t>‍</w:t>
      </w:r>
      <w:r>
        <w:rPr>
          <w:rFonts w:ascii="Nirmala UI" w:hAnsi="Nirmala UI" w:eastAsia="Nirmala UI" w:cs="Nirmala UI"/>
        </w:rPr>
        <w:t>රගතිශීලී</w:t>
      </w:r>
      <w:r>
        <w:rPr>
          <w:rFonts w:ascii="Times New Roman" w:hAnsi="Times New Roman" w:eastAsia="Times New Roman" w:cs="Times New Roman"/>
        </w:rPr>
        <w:t xml:space="preserve"> </w:t>
      </w:r>
      <w:r>
        <w:rPr>
          <w:rFonts w:ascii="Nirmala UI" w:hAnsi="Nirmala UI" w:eastAsia="Nirmala UI" w:cs="Nirmala UI"/>
        </w:rPr>
        <w:t>වන</w:t>
      </w:r>
      <w:r>
        <w:rPr>
          <w:rFonts w:ascii="Times New Roman" w:hAnsi="Times New Roman" w:eastAsia="Times New Roman" w:cs="Times New Roman"/>
        </w:rPr>
        <w:t xml:space="preserve"> </w:t>
      </w:r>
      <w:r>
        <w:rPr>
          <w:rFonts w:ascii="Nirmala UI" w:hAnsi="Nirmala UI" w:eastAsia="Nirmala UI" w:cs="Nirmala UI"/>
        </w:rPr>
        <w:t>අතර</w:t>
      </w:r>
      <w:r>
        <w:rPr>
          <w:rFonts w:ascii="Times New Roman" w:hAnsi="Times New Roman" w:eastAsia="Times New Roman" w:cs="Times New Roman"/>
        </w:rPr>
        <w:t xml:space="preserve"> </w:t>
      </w:r>
      <w:r>
        <w:rPr>
          <w:rFonts w:ascii="Nirmala UI" w:hAnsi="Nirmala UI" w:eastAsia="Nirmala UI" w:cs="Nirmala UI"/>
        </w:rPr>
        <w:t>විනිශ්චයේ</w:t>
      </w:r>
      <w:r>
        <w:rPr>
          <w:rFonts w:ascii="Times New Roman" w:hAnsi="Times New Roman" w:eastAsia="Times New Roman" w:cs="Times New Roman"/>
        </w:rPr>
        <w:t xml:space="preserve"> </w:t>
      </w:r>
      <w:r>
        <w:rPr>
          <w:rFonts w:ascii="Nirmala UI" w:hAnsi="Nirmala UI" w:eastAsia="Nirmala UI" w:cs="Nirmala UI"/>
        </w:rPr>
        <w:t>වර්ග</w:t>
      </w:r>
      <w:r>
        <w:rPr>
          <w:rFonts w:ascii="Times New Roman" w:hAnsi="Times New Roman" w:eastAsia="Times New Roman" w:cs="Times New Roman"/>
        </w:rPr>
        <w:t xml:space="preserve"> </w:t>
      </w:r>
      <w:r>
        <w:rPr>
          <w:rFonts w:ascii="Nirmala UI" w:hAnsi="Nirmala UI" w:eastAsia="Nirmala UI" w:cs="Nirmala UI"/>
        </w:rPr>
        <w:t>දෙකකට</w:t>
      </w:r>
      <w:r>
        <w:rPr>
          <w:rFonts w:ascii="Times New Roman" w:hAnsi="Times New Roman" w:eastAsia="Times New Roman" w:cs="Times New Roman"/>
        </w:rPr>
        <w:t xml:space="preserve"> </w:t>
      </w:r>
      <w:r>
        <w:rPr>
          <w:rFonts w:ascii="Nirmala UI" w:hAnsi="Nirmala UI" w:eastAsia="Nirmala UI" w:cs="Nirmala UI"/>
        </w:rPr>
        <w:t>බෙදී</w:t>
      </w:r>
      <w:r>
        <w:rPr>
          <w:rFonts w:ascii="Times New Roman" w:hAnsi="Times New Roman" w:eastAsia="Times New Roman" w:cs="Times New Roman"/>
        </w:rPr>
        <w:t xml:space="preserve"> </w:t>
      </w:r>
      <w:r>
        <w:rPr>
          <w:rFonts w:ascii="Nirmala UI" w:hAnsi="Nirmala UI" w:eastAsia="Nirmala UI" w:cs="Nirmala UI"/>
        </w:rPr>
        <w:t>ඇත</w:t>
      </w:r>
      <w:r>
        <w:rPr>
          <w:rFonts w:ascii="Times New Roman" w:hAnsi="Times New Roman" w:eastAsia="Times New Roman" w:cs="Times New Roman"/>
        </w:rPr>
        <w:t xml:space="preserve">. </w:t>
      </w:r>
      <w:r>
        <w:rPr>
          <w:rFonts w:ascii="Nirmala UI" w:hAnsi="Nirmala UI" w:eastAsia="Nirmala UI" w:cs="Nirmala UI"/>
        </w:rPr>
        <w:t>අන්තිම</w:t>
      </w:r>
      <w:r>
        <w:rPr>
          <w:rFonts w:ascii="Times New Roman" w:hAnsi="Times New Roman" w:eastAsia="Times New Roman" w:cs="Times New Roman"/>
        </w:rPr>
        <w:t xml:space="preserve"> </w:t>
      </w:r>
      <w:r>
        <w:rPr>
          <w:rFonts w:ascii="Nirmala UI" w:hAnsi="Nirmala UI" w:eastAsia="Nirmala UI" w:cs="Nirmala UI"/>
        </w:rPr>
        <w:t>දවස්වල</w:t>
      </w:r>
      <w:r>
        <w:rPr>
          <w:rFonts w:ascii="Times New Roman" w:hAnsi="Times New Roman" w:eastAsia="Times New Roman" w:cs="Times New Roman"/>
        </w:rPr>
        <w:t xml:space="preserve"> </w:t>
      </w:r>
      <w:r>
        <w:rPr>
          <w:rFonts w:ascii="Nirmala UI" w:hAnsi="Nirmala UI" w:eastAsia="Nirmala UI" w:cs="Nirmala UI"/>
        </w:rPr>
        <w:t>ආරම්භයේදී</w:t>
      </w:r>
      <w:r>
        <w:rPr>
          <w:rFonts w:ascii="Times New Roman" w:hAnsi="Times New Roman" w:eastAsia="Times New Roman" w:cs="Times New Roman"/>
        </w:rPr>
        <w:t xml:space="preserve"> </w:t>
      </w:r>
      <w:r>
        <w:rPr>
          <w:rFonts w:ascii="Nirmala UI" w:hAnsi="Nirmala UI" w:eastAsia="Nirmala UI" w:cs="Nirmala UI"/>
        </w:rPr>
        <w:t>ආරම්භ</w:t>
      </w:r>
      <w:r>
        <w:rPr>
          <w:rFonts w:ascii="Times New Roman" w:hAnsi="Times New Roman" w:eastAsia="Times New Roman" w:cs="Times New Roman"/>
        </w:rPr>
        <w:t xml:space="preserve"> </w:t>
      </w:r>
      <w:r>
        <w:rPr>
          <w:rFonts w:ascii="Nirmala UI" w:hAnsi="Nirmala UI" w:eastAsia="Nirmala UI" w:cs="Nirmala UI"/>
        </w:rPr>
        <w:t>වූ</w:t>
      </w:r>
      <w:r>
        <w:rPr>
          <w:rFonts w:ascii="Times New Roman" w:hAnsi="Times New Roman" w:eastAsia="Times New Roman" w:cs="Times New Roman"/>
        </w:rPr>
        <w:t xml:space="preserve"> </w:t>
      </w:r>
      <w:r>
        <w:rPr>
          <w:rFonts w:ascii="Nirmala UI" w:hAnsi="Nirmala UI" w:eastAsia="Nirmala UI" w:cs="Nirmala UI"/>
        </w:rPr>
        <w:t>විමර්ශනාත්මක</w:t>
      </w:r>
      <w:r>
        <w:rPr>
          <w:rFonts w:ascii="Times New Roman" w:hAnsi="Times New Roman" w:eastAsia="Times New Roman" w:cs="Times New Roman"/>
        </w:rPr>
        <w:t xml:space="preserve"> </w:t>
      </w:r>
      <w:r>
        <w:rPr>
          <w:rFonts w:ascii="Nirmala UI" w:hAnsi="Nirmala UI" w:eastAsia="Nirmala UI" w:cs="Nirmala UI"/>
        </w:rPr>
        <w:t>විනිශ්චයද</w:t>
      </w:r>
      <w:r>
        <w:rPr>
          <w:rFonts w:ascii="Times New Roman" w:hAnsi="Times New Roman" w:eastAsia="Times New Roman" w:cs="Times New Roman"/>
        </w:rPr>
        <w:t xml:space="preserve">, </w:t>
      </w:r>
      <w:r>
        <w:rPr>
          <w:rFonts w:ascii="Nirmala UI" w:hAnsi="Nirmala UI" w:eastAsia="Nirmala UI" w:cs="Nirmala UI"/>
        </w:rPr>
        <w:t>අන්තිම</w:t>
      </w:r>
      <w:r>
        <w:rPr>
          <w:rFonts w:ascii="Times New Roman" w:hAnsi="Times New Roman" w:eastAsia="Times New Roman" w:cs="Times New Roman"/>
        </w:rPr>
        <w:t xml:space="preserve"> </w:t>
      </w:r>
      <w:r>
        <w:rPr>
          <w:rFonts w:ascii="Nirmala UI" w:hAnsi="Nirmala UI" w:eastAsia="Nirmala UI" w:cs="Nirmala UI"/>
        </w:rPr>
        <w:t>දවස්වල</w:t>
      </w:r>
      <w:r>
        <w:rPr>
          <w:rFonts w:ascii="Times New Roman" w:hAnsi="Times New Roman" w:eastAsia="Times New Roman" w:cs="Times New Roman"/>
        </w:rPr>
        <w:t xml:space="preserve"> </w:t>
      </w:r>
      <w:r>
        <w:rPr>
          <w:rFonts w:ascii="Nirmala UI" w:hAnsi="Nirmala UI" w:eastAsia="Nirmala UI" w:cs="Nirmala UI"/>
        </w:rPr>
        <w:t>අවසානයේ</w:t>
      </w:r>
      <w:r>
        <w:rPr>
          <w:rFonts w:ascii="Times New Roman" w:hAnsi="Times New Roman" w:eastAsia="Times New Roman" w:cs="Times New Roman"/>
        </w:rPr>
        <w:t xml:space="preserve"> </w:t>
      </w:r>
      <w:r>
        <w:rPr>
          <w:rFonts w:ascii="Nirmala UI" w:hAnsi="Nirmala UI" w:eastAsia="Nirmala UI" w:cs="Nirmala UI"/>
        </w:rPr>
        <w:t>සිදුවන</w:t>
      </w:r>
      <w:r>
        <w:rPr>
          <w:rFonts w:ascii="Times New Roman" w:hAnsi="Times New Roman" w:eastAsia="Times New Roman" w:cs="Times New Roman"/>
        </w:rPr>
        <w:t xml:space="preserve"> </w:t>
      </w:r>
      <w:r>
        <w:rPr>
          <w:rFonts w:ascii="Nirmala UI" w:hAnsi="Nirmala UI" w:eastAsia="Nirmala UI" w:cs="Nirmala UI"/>
        </w:rPr>
        <w:t>ක්</w:t>
      </w:r>
      <w:r>
        <w:rPr>
          <w:rFonts w:ascii="Times New Roman" w:hAnsi="Times New Roman" w:eastAsia="Times New Roman" w:cs="Times New Roman"/>
        </w:rPr>
        <w:t>‍</w:t>
      </w:r>
      <w:r>
        <w:rPr>
          <w:rFonts w:ascii="Nirmala UI" w:hAnsi="Nirmala UI" w:eastAsia="Nirmala UI" w:cs="Nirmala UI"/>
        </w:rPr>
        <w:t>රියාත්මක</w:t>
      </w:r>
      <w:r>
        <w:rPr>
          <w:rFonts w:ascii="Times New Roman" w:hAnsi="Times New Roman" w:eastAsia="Times New Roman" w:cs="Times New Roman"/>
        </w:rPr>
        <w:t xml:space="preserve"> </w:t>
      </w:r>
      <w:r>
        <w:rPr>
          <w:rFonts w:ascii="Nirmala UI" w:hAnsi="Nirmala UI" w:eastAsia="Nirmala UI" w:cs="Nirmala UI"/>
        </w:rPr>
        <w:t>විනිශ්චයද</w:t>
      </w:r>
      <w:r>
        <w:rPr>
          <w:rFonts w:ascii="Times New Roman" w:hAnsi="Times New Roman" w:eastAsia="Times New Roman" w:cs="Times New Roman"/>
        </w:rPr>
        <w:t xml:space="preserve"> </w:t>
      </w:r>
      <w:r>
        <w:rPr>
          <w:rFonts w:ascii="Nirmala UI" w:hAnsi="Nirmala UI" w:eastAsia="Nirmala UI" w:cs="Nirmala UI"/>
        </w:rPr>
        <w:t>ඒවාය</w:t>
      </w:r>
      <w:r>
        <w:rPr>
          <w:rFonts w:ascii="Times New Roman" w:hAnsi="Times New Roman" w:eastAsia="Times New Roman" w:cs="Times New Roman"/>
        </w:rPr>
        <w:t xml:space="preserve">. </w:t>
      </w:r>
      <w:r>
        <w:rPr>
          <w:rFonts w:ascii="Nirmala UI" w:hAnsi="Nirmala UI" w:eastAsia="Nirmala UI" w:cs="Nirmala UI"/>
        </w:rPr>
        <w:t>ඉලියාගේ</w:t>
      </w:r>
      <w:r>
        <w:rPr>
          <w:rFonts w:ascii="Times New Roman" w:hAnsi="Times New Roman" w:eastAsia="Times New Roman" w:cs="Times New Roman"/>
        </w:rPr>
        <w:t xml:space="preserve"> </w:t>
      </w:r>
      <w:r>
        <w:rPr>
          <w:rFonts w:ascii="Nirmala UI" w:hAnsi="Nirmala UI" w:eastAsia="Nirmala UI" w:cs="Nirmala UI"/>
        </w:rPr>
        <w:t>ත්</w:t>
      </w:r>
      <w:r>
        <w:rPr>
          <w:rFonts w:ascii="Times New Roman" w:hAnsi="Times New Roman" w:eastAsia="Times New Roman" w:cs="Times New Roman"/>
        </w:rPr>
        <w:t>‍</w:t>
      </w:r>
      <w:r>
        <w:rPr>
          <w:rFonts w:ascii="Nirmala UI" w:hAnsi="Nirmala UI" w:eastAsia="Nirmala UI" w:cs="Nirmala UI"/>
        </w:rPr>
        <w:t>රිවිධ</w:t>
      </w:r>
      <w:r>
        <w:rPr>
          <w:rFonts w:ascii="Times New Roman" w:hAnsi="Times New Roman" w:eastAsia="Times New Roman" w:cs="Times New Roman"/>
        </w:rPr>
        <w:t xml:space="preserve"> </w:t>
      </w:r>
      <w:r>
        <w:rPr>
          <w:rFonts w:ascii="Nirmala UI" w:hAnsi="Nirmala UI" w:eastAsia="Nirmala UI" w:cs="Nirmala UI"/>
        </w:rPr>
        <w:t>අදාළකරණය</w:t>
      </w:r>
      <w:r>
        <w:rPr>
          <w:rFonts w:ascii="Times New Roman" w:hAnsi="Times New Roman" w:eastAsia="Times New Roman" w:cs="Times New Roman"/>
        </w:rPr>
        <w:t xml:space="preserve"> </w:t>
      </w:r>
      <w:r>
        <w:rPr>
          <w:rFonts w:ascii="Nirmala UI" w:hAnsi="Nirmala UI" w:eastAsia="Nirmala UI" w:cs="Nirmala UI"/>
        </w:rPr>
        <w:t>ප්</w:t>
      </w:r>
      <w:r>
        <w:rPr>
          <w:rFonts w:ascii="Times New Roman" w:hAnsi="Times New Roman" w:eastAsia="Times New Roman" w:cs="Times New Roman"/>
        </w:rPr>
        <w:t>‍</w:t>
      </w:r>
      <w:r>
        <w:rPr>
          <w:rFonts w:ascii="Nirmala UI" w:hAnsi="Nirmala UI" w:eastAsia="Nirmala UI" w:cs="Nirmala UI"/>
        </w:rPr>
        <w:t>රධාන</w:t>
      </w:r>
      <w:r>
        <w:rPr>
          <w:rFonts w:ascii="Times New Roman" w:hAnsi="Times New Roman" w:eastAsia="Times New Roman" w:cs="Times New Roman"/>
        </w:rPr>
        <w:t xml:space="preserve"> </w:t>
      </w:r>
      <w:r>
        <w:rPr>
          <w:rFonts w:ascii="Nirmala UI" w:hAnsi="Nirmala UI" w:eastAsia="Nirmala UI" w:cs="Nirmala UI"/>
        </w:rPr>
        <w:t>වශයෙන්</w:t>
      </w:r>
      <w:r>
        <w:rPr>
          <w:rFonts w:ascii="Times New Roman" w:hAnsi="Times New Roman" w:eastAsia="Times New Roman" w:cs="Times New Roman"/>
        </w:rPr>
        <w:t xml:space="preserve"> </w:t>
      </w:r>
      <w:r>
        <w:rPr>
          <w:rFonts w:ascii="Nirmala UI" w:hAnsi="Nirmala UI" w:eastAsia="Nirmala UI" w:cs="Nirmala UI"/>
        </w:rPr>
        <w:t>නුදුරේදී</w:t>
      </w:r>
      <w:r>
        <w:rPr>
          <w:rFonts w:ascii="Times New Roman" w:hAnsi="Times New Roman" w:eastAsia="Times New Roman" w:cs="Times New Roman"/>
        </w:rPr>
        <w:t xml:space="preserve"> </w:t>
      </w:r>
      <w:r>
        <w:rPr>
          <w:rFonts w:ascii="Nirmala UI" w:hAnsi="Nirmala UI" w:eastAsia="Nirmala UI" w:cs="Nirmala UI"/>
        </w:rPr>
        <w:t>පැමිණෙන</w:t>
      </w:r>
      <w:r>
        <w:rPr>
          <w:rFonts w:ascii="Times New Roman" w:hAnsi="Times New Roman" w:eastAsia="Times New Roman" w:cs="Times New Roman"/>
        </w:rPr>
        <w:t xml:space="preserve"> </w:t>
      </w:r>
      <w:r>
        <w:rPr>
          <w:rFonts w:ascii="Nirmala UI" w:hAnsi="Nirmala UI" w:eastAsia="Nirmala UI" w:cs="Nirmala UI"/>
        </w:rPr>
        <w:t>ඉරිදා</w:t>
      </w:r>
      <w:r>
        <w:rPr>
          <w:rFonts w:ascii="Times New Roman" w:hAnsi="Times New Roman" w:eastAsia="Times New Roman" w:cs="Times New Roman"/>
        </w:rPr>
        <w:t xml:space="preserve"> </w:t>
      </w:r>
      <w:r>
        <w:rPr>
          <w:rFonts w:ascii="Nirmala UI" w:hAnsi="Nirmala UI" w:eastAsia="Nirmala UI" w:cs="Nirmala UI"/>
        </w:rPr>
        <w:t>නීතියෙන්</w:t>
      </w:r>
      <w:r>
        <w:rPr>
          <w:rFonts w:ascii="Times New Roman" w:hAnsi="Times New Roman" w:eastAsia="Times New Roman" w:cs="Times New Roman"/>
        </w:rPr>
        <w:t xml:space="preserve"> </w:t>
      </w:r>
      <w:r>
        <w:rPr>
          <w:rFonts w:ascii="Nirmala UI" w:hAnsi="Nirmala UI" w:eastAsia="Nirmala UI" w:cs="Nirmala UI"/>
        </w:rPr>
        <w:t>ආරම්භ</w:t>
      </w:r>
      <w:r>
        <w:rPr>
          <w:rFonts w:ascii="Times New Roman" w:hAnsi="Times New Roman" w:eastAsia="Times New Roman" w:cs="Times New Roman"/>
        </w:rPr>
        <w:t xml:space="preserve"> </w:t>
      </w:r>
      <w:r>
        <w:rPr>
          <w:rFonts w:ascii="Nirmala UI" w:hAnsi="Nirmala UI" w:eastAsia="Nirmala UI" w:cs="Nirmala UI"/>
        </w:rPr>
        <w:t>වන</w:t>
      </w:r>
      <w:r>
        <w:rPr>
          <w:rFonts w:ascii="Times New Roman" w:hAnsi="Times New Roman" w:eastAsia="Times New Roman" w:cs="Times New Roman"/>
        </w:rPr>
        <w:t xml:space="preserve"> </w:t>
      </w:r>
      <w:r>
        <w:rPr>
          <w:rFonts w:ascii="Nirmala UI" w:hAnsi="Nirmala UI" w:eastAsia="Nirmala UI" w:cs="Nirmala UI"/>
        </w:rPr>
        <w:t>ක්</w:t>
      </w:r>
      <w:r>
        <w:rPr>
          <w:rFonts w:ascii="Times New Roman" w:hAnsi="Times New Roman" w:eastAsia="Times New Roman" w:cs="Times New Roman"/>
        </w:rPr>
        <w:t>‍</w:t>
      </w:r>
      <w:r>
        <w:rPr>
          <w:rFonts w:ascii="Nirmala UI" w:hAnsi="Nirmala UI" w:eastAsia="Nirmala UI" w:cs="Nirmala UI"/>
        </w:rPr>
        <w:t>රියාත්මක</w:t>
      </w:r>
      <w:r>
        <w:rPr>
          <w:rFonts w:ascii="Times New Roman" w:hAnsi="Times New Roman" w:eastAsia="Times New Roman" w:cs="Times New Roman"/>
        </w:rPr>
        <w:t xml:space="preserve"> </w:t>
      </w:r>
      <w:r>
        <w:rPr>
          <w:rFonts w:ascii="Nirmala UI" w:hAnsi="Nirmala UI" w:eastAsia="Nirmala UI" w:cs="Nirmala UI"/>
        </w:rPr>
        <w:t>විනිශ්චයේ</w:t>
      </w:r>
      <w:r>
        <w:rPr>
          <w:rFonts w:ascii="Times New Roman" w:hAnsi="Times New Roman" w:eastAsia="Times New Roman" w:cs="Times New Roman"/>
        </w:rPr>
        <w:t xml:space="preserve"> </w:t>
      </w:r>
      <w:r>
        <w:rPr>
          <w:rFonts w:ascii="Nirmala UI" w:hAnsi="Nirmala UI" w:eastAsia="Nirmala UI" w:cs="Nirmala UI"/>
        </w:rPr>
        <w:t>ඉතිහාසය</w:t>
      </w:r>
      <w:r>
        <w:rPr>
          <w:rFonts w:ascii="Times New Roman" w:hAnsi="Times New Roman" w:eastAsia="Times New Roman" w:cs="Times New Roman"/>
        </w:rPr>
        <w:t xml:space="preserve"> </w:t>
      </w:r>
      <w:r>
        <w:rPr>
          <w:rFonts w:ascii="Nirmala UI" w:hAnsi="Nirmala UI" w:eastAsia="Nirmala UI" w:cs="Nirmala UI"/>
        </w:rPr>
        <w:t>නියෝජනය</w:t>
      </w:r>
      <w:r>
        <w:rPr>
          <w:rFonts w:ascii="Times New Roman" w:hAnsi="Times New Roman" w:eastAsia="Times New Roman" w:cs="Times New Roman"/>
        </w:rPr>
        <w:t xml:space="preserve"> </w:t>
      </w:r>
      <w:r>
        <w:rPr>
          <w:rFonts w:ascii="Nirmala UI" w:hAnsi="Nirmala UI" w:eastAsia="Nirmala UI" w:cs="Nirmala UI"/>
        </w:rPr>
        <w:t>කරයි</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Kiam biak dingna thu chu Pathian zui mi an ni tiin puanlang tawh te chauh ah a hrilh khawm a ni; a tlangpuiin chu hmaiah anmahni’n nghet taka puanlangna hmanga ni mah se, a tlem zawk ziahah chuan nun dan hmanga thlaler loh puanlangna hmangin pawh a ni bawk.</w:t>
      </w:r>
    </w:p>
    <w:p>
      <w:pPr>
        <w:pStyle w:val="ArticleScripture"/>
        <w:jc w:val="left"/>
      </w:pPr>
      <w:r>
        <w:rPr>
          <w:rFonts w:ascii="Times New Roman" w:hAnsi="Times New Roman" w:eastAsia="Times New Roman" w:cs="Times New Roman"/>
        </w:rPr>
        <w:t>(Kerana bukan orang yang hanya mendengar hukum Taurat itu yang benar di hadapan Allah, melainkan orang yang melakukan hukum Taurat itulah yang akan dibenarkan. Sebab apabila bangsa-bangsa bukan Yahudi, yang tidak mempunyai hukum Taurat, oleh sifat semula jadi melakukan perkara-perkara yang terkandung dalam hukum Taurat, maka mereka, walaupun tidak mempunyai hukum Taurat, menjadi hukum bagi diri mereka sendiri; Mereka menunjukkan bahawa pekerjaan hukum Taurat itu tertulis di dalam hati mereka, dan hati nurani mereka turut bersaksi, sementara fikiran mereka saling menuduh atau juga saling membela.) Roma 2:13–15.</w:t>
      </w:r>
    </w:p>
    <w:p>
      <w:pPr>
        <w:pStyle w:val="ArticleBody"/>
        <w:jc w:val="left"/>
      </w:pPr>
      <w:r>
        <w:rPr>
          <w:rFonts w:ascii="Times New Roman" w:hAnsi="Times New Roman" w:eastAsia="Times New Roman" w:cs="Times New Roman"/>
        </w:rPr>
        <w:t>Ki∙sikgukko gipinigoziwin oma eko-niizhwaaso gagwegondiwag, awiya dash onaabani akiwenziiyag gii-gagweji’aad izhinikaazowininaan ji-izhichigewaad Debwewin Gichi-Manidoo, mii dash gaa-ozhitoowaad odoodemiwag gaa-bimaadiziwaad gii-ayaawaad api Adam noongom akiing izhi-bimaadizid, miinawaa September 11, 2001, gii-maajitaamagad gagwegondiwin ge-izhichigewaad “bimaadiziwaad omaa gagwegondiwag.” Ki∙sikgukko gipinigoziwin mii dash gagwegondiwin gagwegondiwag gaa-bimaadiziwaad miinawaa gaa-bimaadiziiwaad apii gagwegondiwin maaji-bimaadizimagak Gichi-Manidoo odaanikoobijiganing, miinawaa ishkwaa-akiing Gichi-Manidoo odaanikoobijigan mii Laodicea Adventism. Apane ge-izhi-giizhigad gagwegondiwin Gichi-Manidoo odaanikoobijiganing apii waabang ge-izhiseg Sunday law, mii dash gagwegondiwag Gichi-Manidoo gagwegondiwag gaye gagwegondiwag gaa-ayaawaad Babyloning.</w:t>
      </w:r>
    </w:p>
    <w:p>
      <w:pPr>
        <w:pStyle w:val="ArticleBody"/>
        <w:jc w:val="left"/>
      </w:pPr>
      <w:r>
        <w:rPr>
          <w:rFonts w:ascii="Nirmala UI" w:hAnsi="Nirmala UI" w:eastAsia="Nirmala UI" w:cs="Nirmala UI"/>
        </w:rPr>
        <w:t>ముగింపు</w:t>
      </w:r>
      <w:r>
        <w:rPr>
          <w:rFonts w:ascii="Times New Roman" w:hAnsi="Times New Roman" w:eastAsia="Times New Roman" w:cs="Times New Roman"/>
        </w:rPr>
        <w:t xml:space="preserve"> </w:t>
      </w:r>
      <w:r>
        <w:rPr>
          <w:rFonts w:ascii="Nirmala UI" w:hAnsi="Nirmala UI" w:eastAsia="Nirmala UI" w:cs="Nirmala UI"/>
        </w:rPr>
        <w:t>తీర్పు</w:t>
      </w:r>
      <w:r>
        <w:rPr>
          <w:rFonts w:ascii="Times New Roman" w:hAnsi="Times New Roman" w:eastAsia="Times New Roman" w:cs="Times New Roman"/>
        </w:rPr>
        <w:t xml:space="preserve"> </w:t>
      </w:r>
      <w:r>
        <w:rPr>
          <w:rFonts w:ascii="Nirmala UI" w:hAnsi="Nirmala UI" w:eastAsia="Nirmala UI" w:cs="Nirmala UI"/>
        </w:rPr>
        <w:t>అనగా</w:t>
      </w:r>
      <w:r>
        <w:rPr>
          <w:rFonts w:ascii="Times New Roman" w:hAnsi="Times New Roman" w:eastAsia="Times New Roman" w:cs="Times New Roman"/>
        </w:rPr>
        <w:t xml:space="preserve"> </w:t>
      </w:r>
      <w:r>
        <w:rPr>
          <w:rFonts w:ascii="Nirmala UI" w:hAnsi="Nirmala UI" w:eastAsia="Nirmala UI" w:cs="Nirmala UI"/>
        </w:rPr>
        <w:t>రక్షణకై</w:t>
      </w:r>
      <w:r>
        <w:rPr>
          <w:rFonts w:ascii="Times New Roman" w:hAnsi="Times New Roman" w:eastAsia="Times New Roman" w:cs="Times New Roman"/>
        </w:rPr>
        <w:t xml:space="preserve"> </w:t>
      </w:r>
      <w:r>
        <w:rPr>
          <w:rFonts w:ascii="Nirmala UI" w:hAnsi="Nirmala UI" w:eastAsia="Nirmala UI" w:cs="Nirmala UI"/>
        </w:rPr>
        <w:t>ఆయన</w:t>
      </w:r>
      <w:r>
        <w:rPr>
          <w:rFonts w:ascii="Times New Roman" w:hAnsi="Times New Roman" w:eastAsia="Times New Roman" w:cs="Times New Roman"/>
        </w:rPr>
        <w:t xml:space="preserve"> </w:t>
      </w:r>
      <w:r>
        <w:rPr>
          <w:rFonts w:ascii="Nirmala UI" w:hAnsi="Nirmala UI" w:eastAsia="Nirmala UI" w:cs="Nirmala UI"/>
        </w:rPr>
        <w:t>సమర్పించిన</w:t>
      </w:r>
      <w:r>
        <w:rPr>
          <w:rFonts w:ascii="Times New Roman" w:hAnsi="Times New Roman" w:eastAsia="Times New Roman" w:cs="Times New Roman"/>
        </w:rPr>
        <w:t xml:space="preserve"> </w:t>
      </w:r>
      <w:r>
        <w:rPr>
          <w:rFonts w:ascii="Nirmala UI" w:hAnsi="Nirmala UI" w:eastAsia="Nirmala UI" w:cs="Nirmala UI"/>
        </w:rPr>
        <w:t>ఆహ్వానాన్ని</w:t>
      </w:r>
      <w:r>
        <w:rPr>
          <w:rFonts w:ascii="Times New Roman" w:hAnsi="Times New Roman" w:eastAsia="Times New Roman" w:cs="Times New Roman"/>
        </w:rPr>
        <w:t xml:space="preserve"> </w:t>
      </w:r>
      <w:r>
        <w:rPr>
          <w:rFonts w:ascii="Nirmala UI" w:hAnsi="Nirmala UI" w:eastAsia="Nirmala UI" w:cs="Nirmala UI"/>
        </w:rPr>
        <w:t>తిరస్కరించిన</w:t>
      </w:r>
      <w:r>
        <w:rPr>
          <w:rFonts w:ascii="Times New Roman" w:hAnsi="Times New Roman" w:eastAsia="Times New Roman" w:cs="Times New Roman"/>
        </w:rPr>
        <w:t xml:space="preserve"> </w:t>
      </w:r>
      <w:r>
        <w:rPr>
          <w:rFonts w:ascii="Nirmala UI" w:hAnsi="Nirmala UI" w:eastAsia="Nirmala UI" w:cs="Nirmala UI"/>
        </w:rPr>
        <w:t>వారిమీద</w:t>
      </w:r>
      <w:r>
        <w:rPr>
          <w:rFonts w:ascii="Times New Roman" w:hAnsi="Times New Roman" w:eastAsia="Times New Roman" w:cs="Times New Roman"/>
        </w:rPr>
        <w:t xml:space="preserve"> </w:t>
      </w:r>
      <w:r>
        <w:rPr>
          <w:rFonts w:ascii="Nirmala UI" w:hAnsi="Nirmala UI" w:eastAsia="Nirmala UI" w:cs="Nirmala UI"/>
        </w:rPr>
        <w:t>దేవుడు</w:t>
      </w:r>
      <w:r>
        <w:rPr>
          <w:rFonts w:ascii="Times New Roman" w:hAnsi="Times New Roman" w:eastAsia="Times New Roman" w:cs="Times New Roman"/>
        </w:rPr>
        <w:t xml:space="preserve"> </w:t>
      </w:r>
      <w:r>
        <w:rPr>
          <w:rFonts w:ascii="Nirmala UI" w:hAnsi="Nirmala UI" w:eastAsia="Nirmala UI" w:cs="Nirmala UI"/>
        </w:rPr>
        <w:t>విధించే</w:t>
      </w:r>
      <w:r>
        <w:rPr>
          <w:rFonts w:ascii="Times New Roman" w:hAnsi="Times New Roman" w:eastAsia="Times New Roman" w:cs="Times New Roman"/>
        </w:rPr>
        <w:t xml:space="preserve"> </w:t>
      </w:r>
      <w:r>
        <w:rPr>
          <w:rFonts w:ascii="Nirmala UI" w:hAnsi="Nirmala UI" w:eastAsia="Nirmala UI" w:cs="Nirmala UI"/>
        </w:rPr>
        <w:t>శిక్ష</w:t>
      </w:r>
      <w:r>
        <w:rPr>
          <w:rFonts w:ascii="Times New Roman" w:hAnsi="Times New Roman" w:eastAsia="Times New Roman" w:cs="Times New Roman"/>
        </w:rPr>
        <w:t xml:space="preserve">. </w:t>
      </w:r>
      <w:r>
        <w:rPr>
          <w:rFonts w:ascii="Nirmala UI" w:hAnsi="Nirmala UI" w:eastAsia="Nirmala UI" w:cs="Nirmala UI"/>
        </w:rPr>
        <w:t>ఈ</w:t>
      </w:r>
      <w:r>
        <w:rPr>
          <w:rFonts w:ascii="Times New Roman" w:hAnsi="Times New Roman" w:eastAsia="Times New Roman" w:cs="Times New Roman"/>
        </w:rPr>
        <w:t xml:space="preserve"> </w:t>
      </w:r>
      <w:r>
        <w:rPr>
          <w:rFonts w:ascii="Nirmala UI" w:hAnsi="Nirmala UI" w:eastAsia="Nirmala UI" w:cs="Nirmala UI"/>
        </w:rPr>
        <w:t>ముగింపు</w:t>
      </w:r>
      <w:r>
        <w:rPr>
          <w:rFonts w:ascii="Times New Roman" w:hAnsi="Times New Roman" w:eastAsia="Times New Roman" w:cs="Times New Roman"/>
        </w:rPr>
        <w:t xml:space="preserve"> </w:t>
      </w:r>
      <w:r>
        <w:rPr>
          <w:rFonts w:ascii="Nirmala UI" w:hAnsi="Nirmala UI" w:eastAsia="Nirmala UI" w:cs="Nirmala UI"/>
        </w:rPr>
        <w:t>తీర్పు</w:t>
      </w:r>
      <w:r>
        <w:rPr>
          <w:rFonts w:ascii="Times New Roman" w:hAnsi="Times New Roman" w:eastAsia="Times New Roman" w:cs="Times New Roman"/>
        </w:rPr>
        <w:t xml:space="preserve"> </w:t>
      </w:r>
      <w:r>
        <w:rPr>
          <w:rFonts w:ascii="Nirmala UI" w:hAnsi="Nirmala UI" w:eastAsia="Nirmala UI" w:cs="Nirmala UI"/>
        </w:rPr>
        <w:t>త్వరలో</w:t>
      </w:r>
      <w:r>
        <w:rPr>
          <w:rFonts w:ascii="Times New Roman" w:hAnsi="Times New Roman" w:eastAsia="Times New Roman" w:cs="Times New Roman"/>
        </w:rPr>
        <w:t xml:space="preserve"> </w:t>
      </w:r>
      <w:r>
        <w:rPr>
          <w:rFonts w:ascii="Nirmala UI" w:hAnsi="Nirmala UI" w:eastAsia="Nirmala UI" w:cs="Nirmala UI"/>
        </w:rPr>
        <w:t>రానున్న</w:t>
      </w:r>
      <w:r>
        <w:rPr>
          <w:rFonts w:ascii="Times New Roman" w:hAnsi="Times New Roman" w:eastAsia="Times New Roman" w:cs="Times New Roman"/>
        </w:rPr>
        <w:t xml:space="preserve"> </w:t>
      </w:r>
      <w:r>
        <w:rPr>
          <w:rFonts w:ascii="Nirmala UI" w:hAnsi="Nirmala UI" w:eastAsia="Nirmala UI" w:cs="Nirmala UI"/>
        </w:rPr>
        <w:t>ఆదివార</w:t>
      </w:r>
      <w:r>
        <w:rPr>
          <w:rFonts w:ascii="Times New Roman" w:hAnsi="Times New Roman" w:eastAsia="Times New Roman" w:cs="Times New Roman"/>
        </w:rPr>
        <w:t xml:space="preserve"> </w:t>
      </w:r>
      <w:r>
        <w:rPr>
          <w:rFonts w:ascii="Nirmala UI" w:hAnsi="Nirmala UI" w:eastAsia="Nirmala UI" w:cs="Nirmala UI"/>
        </w:rPr>
        <w:t>చట్టంతో</w:t>
      </w:r>
      <w:r>
        <w:rPr>
          <w:rFonts w:ascii="Times New Roman" w:hAnsi="Times New Roman" w:eastAsia="Times New Roman" w:cs="Times New Roman"/>
        </w:rPr>
        <w:t xml:space="preserve"> </w:t>
      </w:r>
      <w:r>
        <w:rPr>
          <w:rFonts w:ascii="Nirmala UI" w:hAnsi="Nirmala UI" w:eastAsia="Nirmala UI" w:cs="Nirmala UI"/>
        </w:rPr>
        <w:t>ప్రారంభమవుతుంది</w:t>
      </w:r>
      <w:r>
        <w:rPr>
          <w:rFonts w:ascii="Times New Roman" w:hAnsi="Times New Roman" w:eastAsia="Times New Roman" w:cs="Times New Roman"/>
        </w:rPr>
        <w:t xml:space="preserve">. </w:t>
      </w:r>
      <w:r>
        <w:rPr>
          <w:rFonts w:ascii="Nirmala UI" w:hAnsi="Nirmala UI" w:eastAsia="Nirmala UI" w:cs="Nirmala UI"/>
        </w:rPr>
        <w:t>అప్పుడు</w:t>
      </w:r>
      <w:r>
        <w:rPr>
          <w:rFonts w:ascii="Times New Roman" w:hAnsi="Times New Roman" w:eastAsia="Times New Roman" w:cs="Times New Roman"/>
        </w:rPr>
        <w:t xml:space="preserve"> </w:t>
      </w:r>
      <w:r>
        <w:rPr>
          <w:rFonts w:ascii="Nirmala UI" w:hAnsi="Nirmala UI" w:eastAsia="Nirmala UI" w:cs="Nirmala UI"/>
        </w:rPr>
        <w:t>యునైటెడ్</w:t>
      </w:r>
      <w:r>
        <w:rPr>
          <w:rFonts w:ascii="Times New Roman" w:hAnsi="Times New Roman" w:eastAsia="Times New Roman" w:cs="Times New Roman"/>
        </w:rPr>
        <w:t xml:space="preserve"> </w:t>
      </w:r>
      <w:r>
        <w:rPr>
          <w:rFonts w:ascii="Nirmala UI" w:hAnsi="Nirmala UI" w:eastAsia="Nirmala UI" w:cs="Nirmala UI"/>
        </w:rPr>
        <w:t>స్టేట్స్</w:t>
      </w:r>
      <w:r>
        <w:rPr>
          <w:rFonts w:ascii="Times New Roman" w:hAnsi="Times New Roman" w:eastAsia="Times New Roman" w:cs="Times New Roman"/>
        </w:rPr>
        <w:t xml:space="preserve"> </w:t>
      </w:r>
      <w:r>
        <w:rPr>
          <w:rFonts w:ascii="Nirmala UI" w:hAnsi="Nirmala UI" w:eastAsia="Nirmala UI" w:cs="Nirmala UI"/>
        </w:rPr>
        <w:t>తన</w:t>
      </w:r>
      <w:r>
        <w:rPr>
          <w:rFonts w:ascii="Times New Roman" w:hAnsi="Times New Roman" w:eastAsia="Times New Roman" w:cs="Times New Roman"/>
        </w:rPr>
        <w:t xml:space="preserve"> </w:t>
      </w:r>
      <w:r>
        <w:rPr>
          <w:rFonts w:ascii="Nirmala UI" w:hAnsi="Nirmala UI" w:eastAsia="Nirmala UI" w:cs="Nirmala UI"/>
        </w:rPr>
        <w:t>ఉగ్రత</w:t>
      </w:r>
      <w:r>
        <w:rPr>
          <w:rFonts w:ascii="Times New Roman" w:hAnsi="Times New Roman" w:eastAsia="Times New Roman" w:cs="Times New Roman"/>
        </w:rPr>
        <w:t xml:space="preserve"> </w:t>
      </w:r>
      <w:r>
        <w:rPr>
          <w:rFonts w:ascii="Nirmala UI" w:hAnsi="Nirmala UI" w:eastAsia="Nirmala UI" w:cs="Nirmala UI"/>
        </w:rPr>
        <w:t>పాత్రను</w:t>
      </w:r>
      <w:r>
        <w:rPr>
          <w:rFonts w:ascii="Times New Roman" w:hAnsi="Times New Roman" w:eastAsia="Times New Roman" w:cs="Times New Roman"/>
        </w:rPr>
        <w:t xml:space="preserve"> </w:t>
      </w:r>
      <w:r>
        <w:rPr>
          <w:rFonts w:ascii="Nirmala UI" w:hAnsi="Nirmala UI" w:eastAsia="Nirmala UI" w:cs="Nirmala UI"/>
        </w:rPr>
        <w:t>పూర్తిగా</w:t>
      </w:r>
      <w:r>
        <w:rPr>
          <w:rFonts w:ascii="Times New Roman" w:hAnsi="Times New Roman" w:eastAsia="Times New Roman" w:cs="Times New Roman"/>
        </w:rPr>
        <w:t xml:space="preserve"> </w:t>
      </w:r>
      <w:r>
        <w:rPr>
          <w:rFonts w:ascii="Nirmala UI" w:hAnsi="Nirmala UI" w:eastAsia="Nirmala UI" w:cs="Nirmala UI"/>
        </w:rPr>
        <w:t>నింపివుంటుంది</w:t>
      </w:r>
      <w:r>
        <w:rPr>
          <w:rFonts w:ascii="Times New Roman" w:hAnsi="Times New Roman" w:eastAsia="Times New Roman" w:cs="Times New Roman"/>
        </w:rPr>
        <w:t xml:space="preserve">; </w:t>
      </w:r>
      <w:r>
        <w:rPr>
          <w:rFonts w:ascii="Nirmala UI" w:hAnsi="Nirmala UI" w:eastAsia="Nirmala UI" w:cs="Nirmala UI"/>
        </w:rPr>
        <w:t>అదే</w:t>
      </w:r>
      <w:r>
        <w:rPr>
          <w:rFonts w:ascii="Times New Roman" w:hAnsi="Times New Roman" w:eastAsia="Times New Roman" w:cs="Times New Roman"/>
        </w:rPr>
        <w:t xml:space="preserve"> </w:t>
      </w:r>
      <w:r>
        <w:rPr>
          <w:rFonts w:ascii="Nirmala UI" w:hAnsi="Nirmala UI" w:eastAsia="Nirmala UI" w:cs="Nirmala UI"/>
        </w:rPr>
        <w:t>దాని</w:t>
      </w:r>
      <w:r>
        <w:rPr>
          <w:rFonts w:ascii="Times New Roman" w:hAnsi="Times New Roman" w:eastAsia="Times New Roman" w:cs="Times New Roman"/>
        </w:rPr>
        <w:t xml:space="preserve"> </w:t>
      </w:r>
      <w:r>
        <w:rPr>
          <w:rFonts w:ascii="Nirmala UI" w:hAnsi="Nirmala UI" w:eastAsia="Nirmala UI" w:cs="Nirmala UI"/>
        </w:rPr>
        <w:t>పరీక్షాకాలపు</w:t>
      </w:r>
      <w:r>
        <w:rPr>
          <w:rFonts w:ascii="Times New Roman" w:hAnsi="Times New Roman" w:eastAsia="Times New Roman" w:cs="Times New Roman"/>
        </w:rPr>
        <w:t xml:space="preserve"> </w:t>
      </w:r>
      <w:r>
        <w:rPr>
          <w:rFonts w:ascii="Nirmala UI" w:hAnsi="Nirmala UI" w:eastAsia="Nirmala UI" w:cs="Nirmala UI"/>
        </w:rPr>
        <w:t>పాత్ర</w:t>
      </w:r>
      <w:r>
        <w:rPr>
          <w:rFonts w:ascii="Times New Roman" w:hAnsi="Times New Roman" w:eastAsia="Times New Roman" w:cs="Times New Roman"/>
        </w:rPr>
        <w:t xml:space="preserve"> </w:t>
      </w:r>
      <w:r>
        <w:rPr>
          <w:rFonts w:ascii="Nirmala UI" w:hAnsi="Nirmala UI" w:eastAsia="Nirmala UI" w:cs="Nirmala UI"/>
        </w:rPr>
        <w:t>కూడాను</w:t>
      </w:r>
      <w:r>
        <w:rPr>
          <w:rFonts w:ascii="Times New Roman" w:hAnsi="Times New Roman" w:eastAsia="Times New Roman" w:cs="Times New Roman"/>
        </w:rPr>
        <w:t xml:space="preserve">; </w:t>
      </w:r>
      <w:r>
        <w:rPr>
          <w:rFonts w:ascii="Nirmala UI" w:hAnsi="Nirmala UI" w:eastAsia="Nirmala UI" w:cs="Nirmala UI"/>
        </w:rPr>
        <w:t>మరియు</w:t>
      </w:r>
      <w:r>
        <w:rPr>
          <w:rFonts w:ascii="Times New Roman" w:hAnsi="Times New Roman" w:eastAsia="Times New Roman" w:cs="Times New Roman"/>
        </w:rPr>
        <w:t xml:space="preserve"> </w:t>
      </w:r>
      <w:r>
        <w:rPr>
          <w:rFonts w:ascii="Nirmala UI" w:hAnsi="Nirmala UI" w:eastAsia="Nirmala UI" w:cs="Nirmala UI"/>
        </w:rPr>
        <w:t>జాతీయ</w:t>
      </w:r>
      <w:r>
        <w:rPr>
          <w:rFonts w:ascii="Times New Roman" w:hAnsi="Times New Roman" w:eastAsia="Times New Roman" w:cs="Times New Roman"/>
        </w:rPr>
        <w:t xml:space="preserve"> </w:t>
      </w:r>
      <w:r>
        <w:rPr>
          <w:rFonts w:ascii="Nirmala UI" w:hAnsi="Nirmala UI" w:eastAsia="Nirmala UI" w:cs="Nirmala UI"/>
        </w:rPr>
        <w:t>అపస్థత్యానంతరం</w:t>
      </w:r>
      <w:r>
        <w:rPr>
          <w:rFonts w:ascii="Times New Roman" w:hAnsi="Times New Roman" w:eastAsia="Times New Roman" w:cs="Times New Roman"/>
        </w:rPr>
        <w:t xml:space="preserve"> </w:t>
      </w:r>
      <w:r>
        <w:rPr>
          <w:rFonts w:ascii="Nirmala UI" w:hAnsi="Nirmala UI" w:eastAsia="Nirmala UI" w:cs="Nirmala UI"/>
        </w:rPr>
        <w:t>జాతీయ</w:t>
      </w:r>
      <w:r>
        <w:rPr>
          <w:rFonts w:ascii="Times New Roman" w:hAnsi="Times New Roman" w:eastAsia="Times New Roman" w:cs="Times New Roman"/>
        </w:rPr>
        <w:t xml:space="preserve"> </w:t>
      </w:r>
      <w:r>
        <w:rPr>
          <w:rFonts w:ascii="Nirmala UI" w:hAnsi="Nirmala UI" w:eastAsia="Nirmala UI" w:cs="Nirmala UI"/>
        </w:rPr>
        <w:t>నాశనం</w:t>
      </w:r>
      <w:r>
        <w:rPr>
          <w:rFonts w:ascii="Times New Roman" w:hAnsi="Times New Roman" w:eastAsia="Times New Roman" w:cs="Times New Roman"/>
        </w:rPr>
        <w:t xml:space="preserve"> </w:t>
      </w:r>
      <w:r>
        <w:rPr>
          <w:rFonts w:ascii="Nirmala UI" w:hAnsi="Nirmala UI" w:eastAsia="Nirmala UI" w:cs="Nirmala UI"/>
        </w:rPr>
        <w:t>సంభవిస్తుంది</w:t>
      </w:r>
      <w:r>
        <w:rPr>
          <w:rFonts w:ascii="Times New Roman" w:hAnsi="Times New Roman" w:eastAsia="Times New Roman" w:cs="Times New Roman"/>
        </w:rPr>
        <w:t xml:space="preserve">. </w:t>
      </w:r>
      <w:r>
        <w:rPr>
          <w:rFonts w:ascii="Nirmala UI" w:hAnsi="Nirmala UI" w:eastAsia="Nirmala UI" w:cs="Nirmala UI"/>
        </w:rPr>
        <w:t>భూమ్యాకాశమంతటున్న</w:t>
      </w:r>
      <w:r>
        <w:rPr>
          <w:rFonts w:ascii="Times New Roman" w:hAnsi="Times New Roman" w:eastAsia="Times New Roman" w:cs="Times New Roman"/>
        </w:rPr>
        <w:t xml:space="preserve"> </w:t>
      </w:r>
      <w:r>
        <w:rPr>
          <w:rFonts w:ascii="Nirmala UI" w:hAnsi="Nirmala UI" w:eastAsia="Nirmala UI" w:cs="Nirmala UI"/>
        </w:rPr>
        <w:t>ప్రతి</w:t>
      </w:r>
      <w:r>
        <w:rPr>
          <w:rFonts w:ascii="Times New Roman" w:hAnsi="Times New Roman" w:eastAsia="Times New Roman" w:cs="Times New Roman"/>
        </w:rPr>
        <w:t xml:space="preserve"> </w:t>
      </w:r>
      <w:r>
        <w:rPr>
          <w:rFonts w:ascii="Nirmala UI" w:hAnsi="Nirmala UI" w:eastAsia="Nirmala UI" w:cs="Nirmala UI"/>
        </w:rPr>
        <w:t>జాతియు</w:t>
      </w:r>
      <w:r>
        <w:rPr>
          <w:rFonts w:ascii="Times New Roman" w:hAnsi="Times New Roman" w:eastAsia="Times New Roman" w:cs="Times New Roman"/>
        </w:rPr>
        <w:t xml:space="preserve"> </w:t>
      </w:r>
      <w:r>
        <w:rPr>
          <w:rFonts w:ascii="Nirmala UI" w:hAnsi="Nirmala UI" w:eastAsia="Nirmala UI" w:cs="Nirmala UI"/>
        </w:rPr>
        <w:t>ఆదివార</w:t>
      </w:r>
      <w:r>
        <w:rPr>
          <w:rFonts w:ascii="Times New Roman" w:hAnsi="Times New Roman" w:eastAsia="Times New Roman" w:cs="Times New Roman"/>
        </w:rPr>
        <w:t xml:space="preserve"> </w:t>
      </w:r>
      <w:r>
        <w:rPr>
          <w:rFonts w:ascii="Nirmala UI" w:hAnsi="Nirmala UI" w:eastAsia="Nirmala UI" w:cs="Nirmala UI"/>
        </w:rPr>
        <w:t>చట్టాన్ని</w:t>
      </w:r>
      <w:r>
        <w:rPr>
          <w:rFonts w:ascii="Times New Roman" w:hAnsi="Times New Roman" w:eastAsia="Times New Roman" w:cs="Times New Roman"/>
        </w:rPr>
        <w:t xml:space="preserve"> </w:t>
      </w:r>
      <w:r>
        <w:rPr>
          <w:rFonts w:ascii="Nirmala UI" w:hAnsi="Nirmala UI" w:eastAsia="Nirmala UI" w:cs="Nirmala UI"/>
        </w:rPr>
        <w:t>అమలు</w:t>
      </w:r>
      <w:r>
        <w:rPr>
          <w:rFonts w:ascii="Times New Roman" w:hAnsi="Times New Roman" w:eastAsia="Times New Roman" w:cs="Times New Roman"/>
        </w:rPr>
        <w:t xml:space="preserve"> </w:t>
      </w:r>
      <w:r>
        <w:rPr>
          <w:rFonts w:ascii="Nirmala UI" w:hAnsi="Nirmala UI" w:eastAsia="Nirmala UI" w:cs="Nirmala UI"/>
        </w:rPr>
        <w:t>చేయుటలో</w:t>
      </w:r>
      <w:r>
        <w:rPr>
          <w:rFonts w:ascii="Times New Roman" w:hAnsi="Times New Roman" w:eastAsia="Times New Roman" w:cs="Times New Roman"/>
        </w:rPr>
        <w:t xml:space="preserve"> </w:t>
      </w:r>
      <w:r>
        <w:rPr>
          <w:rFonts w:ascii="Nirmala UI" w:hAnsi="Nirmala UI" w:eastAsia="Nirmala UI" w:cs="Nirmala UI"/>
        </w:rPr>
        <w:t>యునైటెడ్</w:t>
      </w:r>
      <w:r>
        <w:rPr>
          <w:rFonts w:ascii="Times New Roman" w:hAnsi="Times New Roman" w:eastAsia="Times New Roman" w:cs="Times New Roman"/>
        </w:rPr>
        <w:t xml:space="preserve"> </w:t>
      </w:r>
      <w:r>
        <w:rPr>
          <w:rFonts w:ascii="Nirmala UI" w:hAnsi="Nirmala UI" w:eastAsia="Nirmala UI" w:cs="Nirmala UI"/>
        </w:rPr>
        <w:t>స్టేట్స్</w:t>
      </w:r>
      <w:r>
        <w:rPr>
          <w:rFonts w:ascii="Times New Roman" w:hAnsi="Times New Roman" w:eastAsia="Times New Roman" w:cs="Times New Roman"/>
        </w:rPr>
        <w:t xml:space="preserve"> </w:t>
      </w:r>
      <w:r>
        <w:rPr>
          <w:rFonts w:ascii="Nirmala UI" w:hAnsi="Nirmala UI" w:eastAsia="Nirmala UI" w:cs="Nirmala UI"/>
        </w:rPr>
        <w:t>ఉదాహరణను</w:t>
      </w:r>
      <w:r>
        <w:rPr>
          <w:rFonts w:ascii="Times New Roman" w:hAnsi="Times New Roman" w:eastAsia="Times New Roman" w:cs="Times New Roman"/>
        </w:rPr>
        <w:t xml:space="preserve"> </w:t>
      </w:r>
      <w:r>
        <w:rPr>
          <w:rFonts w:ascii="Nirmala UI" w:hAnsi="Nirmala UI" w:eastAsia="Nirmala UI" w:cs="Nirmala UI"/>
        </w:rPr>
        <w:t>అనుసరిస్తుంది</w:t>
      </w:r>
      <w:r>
        <w:rPr>
          <w:rFonts w:ascii="Times New Roman" w:hAnsi="Times New Roman" w:eastAsia="Times New Roman" w:cs="Times New Roman"/>
        </w:rPr>
        <w:t xml:space="preserve">; </w:t>
      </w:r>
      <w:r>
        <w:rPr>
          <w:rFonts w:ascii="Nirmala UI" w:hAnsi="Nirmala UI" w:eastAsia="Nirmala UI" w:cs="Nirmala UI"/>
        </w:rPr>
        <w:t>అప్పుడు</w:t>
      </w:r>
      <w:r>
        <w:rPr>
          <w:rFonts w:ascii="Times New Roman" w:hAnsi="Times New Roman" w:eastAsia="Times New Roman" w:cs="Times New Roman"/>
        </w:rPr>
        <w:t xml:space="preserve"> </w:t>
      </w:r>
      <w:r>
        <w:rPr>
          <w:rFonts w:ascii="Nirmala UI" w:hAnsi="Nirmala UI" w:eastAsia="Nirmala UI" w:cs="Nirmala UI"/>
        </w:rPr>
        <w:t>ఆ</w:t>
      </w:r>
      <w:r>
        <w:rPr>
          <w:rFonts w:ascii="Times New Roman" w:hAnsi="Times New Roman" w:eastAsia="Times New Roman" w:cs="Times New Roman"/>
        </w:rPr>
        <w:t xml:space="preserve"> </w:t>
      </w:r>
      <w:r>
        <w:rPr>
          <w:rFonts w:ascii="Nirmala UI" w:hAnsi="Nirmala UI" w:eastAsia="Nirmala UI" w:cs="Nirmala UI"/>
        </w:rPr>
        <w:t>జాతుల</w:t>
      </w:r>
      <w:r>
        <w:rPr>
          <w:rFonts w:ascii="Times New Roman" w:hAnsi="Times New Roman" w:eastAsia="Times New Roman" w:cs="Times New Roman"/>
        </w:rPr>
        <w:t xml:space="preserve"> </w:t>
      </w:r>
      <w:r>
        <w:rPr>
          <w:rFonts w:ascii="Nirmala UI" w:hAnsi="Nirmala UI" w:eastAsia="Nirmala UI" w:cs="Nirmala UI"/>
        </w:rPr>
        <w:t>ప్రతిదియు</w:t>
      </w:r>
      <w:r>
        <w:rPr>
          <w:rFonts w:ascii="Times New Roman" w:hAnsi="Times New Roman" w:eastAsia="Times New Roman" w:cs="Times New Roman"/>
        </w:rPr>
        <w:t xml:space="preserve"> </w:t>
      </w:r>
      <w:r>
        <w:rPr>
          <w:rFonts w:ascii="Nirmala UI" w:hAnsi="Nirmala UI" w:eastAsia="Nirmala UI" w:cs="Nirmala UI"/>
        </w:rPr>
        <w:t>తమ</w:t>
      </w:r>
      <w:r>
        <w:rPr>
          <w:rFonts w:ascii="Times New Roman" w:hAnsi="Times New Roman" w:eastAsia="Times New Roman" w:cs="Times New Roman"/>
        </w:rPr>
        <w:t xml:space="preserve"> </w:t>
      </w:r>
      <w:r>
        <w:rPr>
          <w:rFonts w:ascii="Nirmala UI" w:hAnsi="Nirmala UI" w:eastAsia="Nirmala UI" w:cs="Nirmala UI"/>
        </w:rPr>
        <w:t>తమ</w:t>
      </w:r>
      <w:r>
        <w:rPr>
          <w:rFonts w:ascii="Times New Roman" w:hAnsi="Times New Roman" w:eastAsia="Times New Roman" w:cs="Times New Roman"/>
        </w:rPr>
        <w:t xml:space="preserve"> </w:t>
      </w:r>
      <w:r>
        <w:rPr>
          <w:rFonts w:ascii="Nirmala UI" w:hAnsi="Nirmala UI" w:eastAsia="Nirmala UI" w:cs="Nirmala UI"/>
        </w:rPr>
        <w:t>పాత్రలను</w:t>
      </w:r>
      <w:r>
        <w:rPr>
          <w:rFonts w:ascii="Times New Roman" w:hAnsi="Times New Roman" w:eastAsia="Times New Roman" w:cs="Times New Roman"/>
        </w:rPr>
        <w:t xml:space="preserve"> </w:t>
      </w:r>
      <w:r>
        <w:rPr>
          <w:rFonts w:ascii="Nirmala UI" w:hAnsi="Nirmala UI" w:eastAsia="Nirmala UI" w:cs="Nirmala UI"/>
        </w:rPr>
        <w:t>నింపుకొని</w:t>
      </w:r>
      <w:r>
        <w:rPr>
          <w:rFonts w:ascii="Times New Roman" w:hAnsi="Times New Roman" w:eastAsia="Times New Roman" w:cs="Times New Roman"/>
        </w:rPr>
        <w:t xml:space="preserve">, </w:t>
      </w:r>
      <w:r>
        <w:rPr>
          <w:rFonts w:ascii="Nirmala UI" w:hAnsi="Nirmala UI" w:eastAsia="Nirmala UI" w:cs="Nirmala UI"/>
        </w:rPr>
        <w:t>జాతీయ</w:t>
      </w:r>
      <w:r>
        <w:rPr>
          <w:rFonts w:ascii="Times New Roman" w:hAnsi="Times New Roman" w:eastAsia="Times New Roman" w:cs="Times New Roman"/>
        </w:rPr>
        <w:t xml:space="preserve"> </w:t>
      </w:r>
      <w:r>
        <w:rPr>
          <w:rFonts w:ascii="Nirmala UI" w:hAnsi="Nirmala UI" w:eastAsia="Nirmala UI" w:cs="Nirmala UI"/>
        </w:rPr>
        <w:t>నాశనాన్నికూడా</w:t>
      </w:r>
      <w:r>
        <w:rPr>
          <w:rFonts w:ascii="Times New Roman" w:hAnsi="Times New Roman" w:eastAsia="Times New Roman" w:cs="Times New Roman"/>
        </w:rPr>
        <w:t xml:space="preserve"> </w:t>
      </w:r>
      <w:r>
        <w:rPr>
          <w:rFonts w:ascii="Nirmala UI" w:hAnsi="Nirmala UI" w:eastAsia="Nirmala UI" w:cs="Nirmala UI"/>
        </w:rPr>
        <w:t>అనుభవిస్తుంది</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“Ha Amerika, naha ea tokoloho ea bolumeli, e tla ikopanya le Bopapa ho qobella letsoalo le ho qobella batho ho hlompha Sabatha ea bohata, batho ba naha e ’ngoe le e ’ngoe lefatšeng lohle ba tla susumelletsoa ho latela mohlala oa eona.” Testimonies, volume 6, 18.</w:t>
      </w:r>
    </w:p>
    <w:p>
      <w:pPr>
        <w:pStyle w:val="ArticleBody"/>
        <w:jc w:val="left"/>
      </w:pPr>
      <w:r>
        <w:rPr>
          <w:rFonts w:ascii="Times New Roman" w:hAnsi="Times New Roman" w:eastAsia="Times New Roman" w:cs="Times New Roman"/>
        </w:rPr>
        <w:t>Le kgotlatshekelo ya tiragatso le yona e kgaogantswe ka dikarolo di le pedi. Go tloga ka molao wa Tshipi mo United States go fitlha teko ya batho e tswalwa fa Mikaele a ema, dikatlholo tsa Modimo di tlhakantswe le kutlwelobotlhoko; mme fa Mikaele a ema, bogale jwa Modimo, jaaka bo emediwa ke go tshololwa ga dipetso tse supa tsa bofelo, ga bo na kutlwelobotlhoko. Mo nakong ya mathata a molao wa Tshipi, dikatlholo tsa tiragatso mo godimo ga batho le ditšhaba di tla bo di tlhakantswe le kutlwelobotlhoko, gonne go santse go tla bo go na le bangwe mo Babelona ba ka nako eo ba newang tshono ya go tlhaloganya pharologanyo fa gare ga kobamelo ya Sabata le ya Tshipi.</w:t>
      </w:r>
    </w:p>
    <w:p>
      <w:pPr>
        <w:pStyle w:val="ArticleScripture"/>
        <w:jc w:val="left"/>
      </w:pPr>
      <w:r>
        <w:rPr>
          <w:rFonts w:ascii="Times New Roman" w:hAnsi="Times New Roman" w:eastAsia="Times New Roman" w:cs="Times New Roman"/>
        </w:rPr>
        <w:t>“O, supaya umat mengetahui waktu lawatan bagi mereka! Ada banyak orang yang belum mendengar kebenaran pengujian untuk masa ini. Ada banyak orang yang sedang diusahakan oleh Roh Tuhan. Waktu penghakiman Tuhan yang membinasakan ialah waktu kemurahan bagi mereka yang tidak berpeluang untuk mengetahui apakah kebenaran itu. Dengan penuh kelembutan Tuhan akan memandang mereka. Hati-Nya yang penuh belas kasihan tergerak; tangan-Nya masih terhulur untuk menyelamatkan, sedangkan pintu telah tertutup bagi mereka yang tidak mahu masuk.</w:t>
      </w:r>
    </w:p>
    <w:p>
      <w:pPr>
        <w:pStyle w:val="ArticleScripture"/>
        <w:jc w:val="left"/>
      </w:pPr>
      <w:r>
        <w:rPr>
          <w:rFonts w:ascii="Times New Roman" w:hAnsi="Times New Roman" w:eastAsia="Times New Roman" w:cs="Times New Roman"/>
        </w:rPr>
        <w:t>“</w:t>
      </w:r>
      <w:r>
        <w:rPr>
          <w:rFonts w:ascii="Nirmala UI" w:hAnsi="Nirmala UI" w:eastAsia="Nirmala UI" w:cs="Nirmala UI"/>
        </w:rPr>
        <w:t>दयाको</w:t>
      </w:r>
      <w:r>
        <w:rPr>
          <w:rFonts w:ascii="Times New Roman" w:hAnsi="Times New Roman" w:eastAsia="Times New Roman" w:cs="Times New Roman"/>
        </w:rPr>
        <w:t xml:space="preserve"> </w:t>
      </w:r>
      <w:r>
        <w:rPr>
          <w:rFonts w:ascii="Nirmala UI" w:hAnsi="Nirmala UI" w:eastAsia="Nirmala UI" w:cs="Nirmala UI"/>
        </w:rPr>
        <w:t>इस्वरले</w:t>
      </w:r>
      <w:r>
        <w:rPr>
          <w:rFonts w:ascii="Times New Roman" w:hAnsi="Times New Roman" w:eastAsia="Times New Roman" w:cs="Times New Roman"/>
        </w:rPr>
        <w:t xml:space="preserve"> </w:t>
      </w:r>
      <w:r>
        <w:rPr>
          <w:rFonts w:ascii="Nirmala UI" w:hAnsi="Nirmala UI" w:eastAsia="Nirmala UI" w:cs="Nirmala UI"/>
        </w:rPr>
        <w:t>उहाँको</w:t>
      </w:r>
      <w:r>
        <w:rPr>
          <w:rFonts w:ascii="Times New Roman" w:hAnsi="Times New Roman" w:eastAsia="Times New Roman" w:cs="Times New Roman"/>
        </w:rPr>
        <w:t xml:space="preserve"> </w:t>
      </w:r>
      <w:r>
        <w:rPr>
          <w:rFonts w:ascii="Nirmala UI" w:hAnsi="Nirmala UI" w:eastAsia="Nirmala UI" w:cs="Nirmala UI"/>
        </w:rPr>
        <w:t>लामो</w:t>
      </w:r>
      <w:r>
        <w:rPr>
          <w:rFonts w:ascii="Times New Roman" w:hAnsi="Times New Roman" w:eastAsia="Times New Roman" w:cs="Times New Roman"/>
        </w:rPr>
        <w:t xml:space="preserve"> </w:t>
      </w:r>
      <w:r>
        <w:rPr>
          <w:rFonts w:ascii="Nirmala UI" w:hAnsi="Nirmala UI" w:eastAsia="Nirmala UI" w:cs="Nirmala UI"/>
        </w:rPr>
        <w:t>सहनशीलतामा</w:t>
      </w:r>
      <w:r>
        <w:rPr>
          <w:rFonts w:ascii="Times New Roman" w:hAnsi="Times New Roman" w:eastAsia="Times New Roman" w:cs="Times New Roman"/>
        </w:rPr>
        <w:t xml:space="preserve"> </w:t>
      </w:r>
      <w:r>
        <w:rPr>
          <w:rFonts w:ascii="Nirmala UI" w:hAnsi="Nirmala UI" w:eastAsia="Nirmala UI" w:cs="Nirmala UI"/>
        </w:rPr>
        <w:t>प्रकट</w:t>
      </w:r>
      <w:r>
        <w:rPr>
          <w:rFonts w:ascii="Times New Roman" w:hAnsi="Times New Roman" w:eastAsia="Times New Roman" w:cs="Times New Roman"/>
        </w:rPr>
        <w:t xml:space="preserve"> </w:t>
      </w:r>
      <w:r>
        <w:rPr>
          <w:rFonts w:ascii="Nirmala UI" w:hAnsi="Nirmala UI" w:eastAsia="Nirmala UI" w:cs="Nirmala UI"/>
        </w:rPr>
        <w:t>गर्नुभएको</w:t>
      </w:r>
      <w:r>
        <w:rPr>
          <w:rFonts w:ascii="Times New Roman" w:hAnsi="Times New Roman" w:eastAsia="Times New Roman" w:cs="Times New Roman"/>
        </w:rPr>
        <w:t xml:space="preserve"> </w:t>
      </w:r>
      <w:r>
        <w:rPr>
          <w:rFonts w:ascii="Nirmala UI" w:hAnsi="Nirmala UI" w:eastAsia="Nirmala UI" w:cs="Nirmala UI"/>
        </w:rPr>
        <w:t>छ।</w:t>
      </w:r>
      <w:r>
        <w:rPr>
          <w:rFonts w:ascii="Times New Roman" w:hAnsi="Times New Roman" w:eastAsia="Times New Roman" w:cs="Times New Roman"/>
        </w:rPr>
        <w:t xml:space="preserve"> </w:t>
      </w:r>
      <w:r>
        <w:rPr>
          <w:rFonts w:ascii="Nirmala UI" w:hAnsi="Nirmala UI" w:eastAsia="Nirmala UI" w:cs="Nirmala UI"/>
        </w:rPr>
        <w:t>उहाँले</w:t>
      </w:r>
      <w:r>
        <w:rPr>
          <w:rFonts w:ascii="Times New Roman" w:hAnsi="Times New Roman" w:eastAsia="Times New Roman" w:cs="Times New Roman"/>
        </w:rPr>
        <w:t xml:space="preserve"> </w:t>
      </w:r>
      <w:r>
        <w:rPr>
          <w:rFonts w:ascii="Nirmala UI" w:hAnsi="Nirmala UI" w:eastAsia="Nirmala UI" w:cs="Nirmala UI"/>
        </w:rPr>
        <w:t>आफ्ना</w:t>
      </w:r>
      <w:r>
        <w:rPr>
          <w:rFonts w:ascii="Times New Roman" w:hAnsi="Times New Roman" w:eastAsia="Times New Roman" w:cs="Times New Roman"/>
        </w:rPr>
        <w:t xml:space="preserve"> </w:t>
      </w:r>
      <w:r>
        <w:rPr>
          <w:rFonts w:ascii="Nirmala UI" w:hAnsi="Nirmala UI" w:eastAsia="Nirmala UI" w:cs="Nirmala UI"/>
        </w:rPr>
        <w:t>न्यायहरू</w:t>
      </w:r>
      <w:r>
        <w:rPr>
          <w:rFonts w:ascii="Times New Roman" w:hAnsi="Times New Roman" w:eastAsia="Times New Roman" w:cs="Times New Roman"/>
        </w:rPr>
        <w:t xml:space="preserve"> </w:t>
      </w:r>
      <w:r>
        <w:rPr>
          <w:rFonts w:ascii="Nirmala UI" w:hAnsi="Nirmala UI" w:eastAsia="Nirmala UI" w:cs="Nirmala UI"/>
        </w:rPr>
        <w:t>रोकिराख्नुभएको</w:t>
      </w:r>
      <w:r>
        <w:rPr>
          <w:rFonts w:ascii="Times New Roman" w:hAnsi="Times New Roman" w:eastAsia="Times New Roman" w:cs="Times New Roman"/>
        </w:rPr>
        <w:t xml:space="preserve"> </w:t>
      </w:r>
      <w:r>
        <w:rPr>
          <w:rFonts w:ascii="Nirmala UI" w:hAnsi="Nirmala UI" w:eastAsia="Nirmala UI" w:cs="Nirmala UI"/>
        </w:rPr>
        <w:t>छ</w:t>
      </w:r>
      <w:r>
        <w:rPr>
          <w:rFonts w:ascii="Times New Roman" w:hAnsi="Times New Roman" w:eastAsia="Times New Roman" w:cs="Times New Roman"/>
        </w:rPr>
        <w:t xml:space="preserve">, </w:t>
      </w:r>
      <w:r>
        <w:rPr>
          <w:rFonts w:ascii="Nirmala UI" w:hAnsi="Nirmala UI" w:eastAsia="Nirmala UI" w:cs="Nirmala UI"/>
        </w:rPr>
        <w:t>चेतावनीको</w:t>
      </w:r>
      <w:r>
        <w:rPr>
          <w:rFonts w:ascii="Times New Roman" w:hAnsi="Times New Roman" w:eastAsia="Times New Roman" w:cs="Times New Roman"/>
        </w:rPr>
        <w:t xml:space="preserve"> </w:t>
      </w:r>
      <w:r>
        <w:rPr>
          <w:rFonts w:ascii="Nirmala UI" w:hAnsi="Nirmala UI" w:eastAsia="Nirmala UI" w:cs="Nirmala UI"/>
        </w:rPr>
        <w:t>सन्देश</w:t>
      </w:r>
      <w:r>
        <w:rPr>
          <w:rFonts w:ascii="Times New Roman" w:hAnsi="Times New Roman" w:eastAsia="Times New Roman" w:cs="Times New Roman"/>
        </w:rPr>
        <w:t xml:space="preserve"> </w:t>
      </w:r>
      <w:r>
        <w:rPr>
          <w:rFonts w:ascii="Nirmala UI" w:hAnsi="Nirmala UI" w:eastAsia="Nirmala UI" w:cs="Nirmala UI"/>
        </w:rPr>
        <w:t>सबैलाई</w:t>
      </w:r>
      <w:r>
        <w:rPr>
          <w:rFonts w:ascii="Times New Roman" w:hAnsi="Times New Roman" w:eastAsia="Times New Roman" w:cs="Times New Roman"/>
        </w:rPr>
        <w:t xml:space="preserve"> </w:t>
      </w:r>
      <w:r>
        <w:rPr>
          <w:rFonts w:ascii="Nirmala UI" w:hAnsi="Nirmala UI" w:eastAsia="Nirmala UI" w:cs="Nirmala UI"/>
        </w:rPr>
        <w:t>सुनाइयोस्</w:t>
      </w:r>
      <w:r>
        <w:rPr>
          <w:rFonts w:ascii="Times New Roman" w:hAnsi="Times New Roman" w:eastAsia="Times New Roman" w:cs="Times New Roman"/>
        </w:rPr>
        <w:t xml:space="preserve"> </w:t>
      </w:r>
      <w:r>
        <w:rPr>
          <w:rFonts w:ascii="Nirmala UI" w:hAnsi="Nirmala UI" w:eastAsia="Nirmala UI" w:cs="Nirmala UI"/>
        </w:rPr>
        <w:t>भनेर</w:t>
      </w:r>
      <w:r>
        <w:rPr>
          <w:rFonts w:ascii="Times New Roman" w:hAnsi="Times New Roman" w:eastAsia="Times New Roman" w:cs="Times New Roman"/>
        </w:rPr>
        <w:t xml:space="preserve"> </w:t>
      </w:r>
      <w:r>
        <w:rPr>
          <w:rFonts w:ascii="Nirmala UI" w:hAnsi="Nirmala UI" w:eastAsia="Nirmala UI" w:cs="Nirmala UI"/>
        </w:rPr>
        <w:t>प्रतीक्षा</w:t>
      </w:r>
      <w:r>
        <w:rPr>
          <w:rFonts w:ascii="Times New Roman" w:hAnsi="Times New Roman" w:eastAsia="Times New Roman" w:cs="Times New Roman"/>
        </w:rPr>
        <w:t xml:space="preserve"> </w:t>
      </w:r>
      <w:r>
        <w:rPr>
          <w:rFonts w:ascii="Nirmala UI" w:hAnsi="Nirmala UI" w:eastAsia="Nirmala UI" w:cs="Nirmala UI"/>
        </w:rPr>
        <w:t>गर्दै।</w:t>
      </w:r>
      <w:r>
        <w:rPr>
          <w:rFonts w:ascii="Times New Roman" w:hAnsi="Times New Roman" w:eastAsia="Times New Roman" w:cs="Times New Roman"/>
        </w:rPr>
        <w:t xml:space="preserve"> </w:t>
      </w:r>
      <w:r>
        <w:rPr>
          <w:rFonts w:ascii="Nirmala UI" w:hAnsi="Nirmala UI" w:eastAsia="Nirmala UI" w:cs="Nirmala UI"/>
        </w:rPr>
        <w:t>ओहो</w:t>
      </w:r>
      <w:r>
        <w:rPr>
          <w:rFonts w:ascii="Times New Roman" w:hAnsi="Times New Roman" w:eastAsia="Times New Roman" w:cs="Times New Roman"/>
        </w:rPr>
        <w:t xml:space="preserve">, </w:t>
      </w:r>
      <w:r>
        <w:rPr>
          <w:rFonts w:ascii="Nirmala UI" w:hAnsi="Nirmala UI" w:eastAsia="Nirmala UI" w:cs="Nirmala UI"/>
        </w:rPr>
        <w:t>यदि</w:t>
      </w:r>
      <w:r>
        <w:rPr>
          <w:rFonts w:ascii="Times New Roman" w:hAnsi="Times New Roman" w:eastAsia="Times New Roman" w:cs="Times New Roman"/>
        </w:rPr>
        <w:t xml:space="preserve"> </w:t>
      </w:r>
      <w:r>
        <w:rPr>
          <w:rFonts w:ascii="Nirmala UI" w:hAnsi="Nirmala UI" w:eastAsia="Nirmala UI" w:cs="Nirmala UI"/>
        </w:rPr>
        <w:t>हाम्रा</w:t>
      </w:r>
      <w:r>
        <w:rPr>
          <w:rFonts w:ascii="Times New Roman" w:hAnsi="Times New Roman" w:eastAsia="Times New Roman" w:cs="Times New Roman"/>
        </w:rPr>
        <w:t xml:space="preserve"> </w:t>
      </w:r>
      <w:r>
        <w:rPr>
          <w:rFonts w:ascii="Nirmala UI" w:hAnsi="Nirmala UI" w:eastAsia="Nirmala UI" w:cs="Nirmala UI"/>
        </w:rPr>
        <w:t>मानिसहरूले</w:t>
      </w:r>
      <w:r>
        <w:rPr>
          <w:rFonts w:ascii="Times New Roman" w:hAnsi="Times New Roman" w:eastAsia="Times New Roman" w:cs="Times New Roman"/>
        </w:rPr>
        <w:t xml:space="preserve"> </w:t>
      </w:r>
      <w:r>
        <w:rPr>
          <w:rFonts w:ascii="Nirmala UI" w:hAnsi="Nirmala UI" w:eastAsia="Nirmala UI" w:cs="Nirmala UI"/>
        </w:rPr>
        <w:t>संसारलाई</w:t>
      </w:r>
      <w:r>
        <w:rPr>
          <w:rFonts w:ascii="Times New Roman" w:hAnsi="Times New Roman" w:eastAsia="Times New Roman" w:cs="Times New Roman"/>
        </w:rPr>
        <w:t xml:space="preserve"> </w:t>
      </w:r>
      <w:r>
        <w:rPr>
          <w:rFonts w:ascii="Nirmala UI" w:hAnsi="Nirmala UI" w:eastAsia="Nirmala UI" w:cs="Nirmala UI"/>
        </w:rPr>
        <w:t>दयाको</w:t>
      </w:r>
      <w:r>
        <w:rPr>
          <w:rFonts w:ascii="Times New Roman" w:hAnsi="Times New Roman" w:eastAsia="Times New Roman" w:cs="Times New Roman"/>
        </w:rPr>
        <w:t xml:space="preserve"> </w:t>
      </w:r>
      <w:r>
        <w:rPr>
          <w:rFonts w:ascii="Nirmala UI" w:hAnsi="Nirmala UI" w:eastAsia="Nirmala UI" w:cs="Nirmala UI"/>
        </w:rPr>
        <w:t>अन्तिम</w:t>
      </w:r>
      <w:r>
        <w:rPr>
          <w:rFonts w:ascii="Times New Roman" w:hAnsi="Times New Roman" w:eastAsia="Times New Roman" w:cs="Times New Roman"/>
        </w:rPr>
        <w:t xml:space="preserve"> </w:t>
      </w:r>
      <w:r>
        <w:rPr>
          <w:rFonts w:ascii="Nirmala UI" w:hAnsi="Nirmala UI" w:eastAsia="Nirmala UI" w:cs="Nirmala UI"/>
        </w:rPr>
        <w:t>सन्देश</w:t>
      </w:r>
      <w:r>
        <w:rPr>
          <w:rFonts w:ascii="Times New Roman" w:hAnsi="Times New Roman" w:eastAsia="Times New Roman" w:cs="Times New Roman"/>
        </w:rPr>
        <w:t xml:space="preserve"> </w:t>
      </w:r>
      <w:r>
        <w:rPr>
          <w:rFonts w:ascii="Nirmala UI" w:hAnsi="Nirmala UI" w:eastAsia="Nirmala UI" w:cs="Nirmala UI"/>
        </w:rPr>
        <w:t>दिन</w:t>
      </w:r>
      <w:r>
        <w:rPr>
          <w:rFonts w:ascii="Times New Roman" w:hAnsi="Times New Roman" w:eastAsia="Times New Roman" w:cs="Times New Roman"/>
        </w:rPr>
        <w:t xml:space="preserve"> </w:t>
      </w:r>
      <w:r>
        <w:rPr>
          <w:rFonts w:ascii="Nirmala UI" w:hAnsi="Nirmala UI" w:eastAsia="Nirmala UI" w:cs="Nirmala UI"/>
        </w:rPr>
        <w:t>उनीहरूमाथि</w:t>
      </w:r>
      <w:r>
        <w:rPr>
          <w:rFonts w:ascii="Times New Roman" w:hAnsi="Times New Roman" w:eastAsia="Times New Roman" w:cs="Times New Roman"/>
        </w:rPr>
        <w:t xml:space="preserve"> </w:t>
      </w:r>
      <w:r>
        <w:rPr>
          <w:rFonts w:ascii="Nirmala UI" w:hAnsi="Nirmala UI" w:eastAsia="Nirmala UI" w:cs="Nirmala UI"/>
        </w:rPr>
        <w:t>रहेको</w:t>
      </w:r>
      <w:r>
        <w:rPr>
          <w:rFonts w:ascii="Times New Roman" w:hAnsi="Times New Roman" w:eastAsia="Times New Roman" w:cs="Times New Roman"/>
        </w:rPr>
        <w:t xml:space="preserve"> </w:t>
      </w:r>
      <w:r>
        <w:rPr>
          <w:rFonts w:ascii="Nirmala UI" w:hAnsi="Nirmala UI" w:eastAsia="Nirmala UI" w:cs="Nirmala UI"/>
        </w:rPr>
        <w:t>जिम्मेवारीलाई</w:t>
      </w:r>
      <w:r>
        <w:rPr>
          <w:rFonts w:ascii="Times New Roman" w:hAnsi="Times New Roman" w:eastAsia="Times New Roman" w:cs="Times New Roman"/>
        </w:rPr>
        <w:t xml:space="preserve"> </w:t>
      </w:r>
      <w:r>
        <w:rPr>
          <w:rFonts w:ascii="Nirmala UI" w:hAnsi="Nirmala UI" w:eastAsia="Nirmala UI" w:cs="Nirmala UI"/>
        </w:rPr>
        <w:t>जस्तो</w:t>
      </w:r>
      <w:r>
        <w:rPr>
          <w:rFonts w:ascii="Times New Roman" w:hAnsi="Times New Roman" w:eastAsia="Times New Roman" w:cs="Times New Roman"/>
        </w:rPr>
        <w:t xml:space="preserve"> </w:t>
      </w:r>
      <w:r>
        <w:rPr>
          <w:rFonts w:ascii="Nirmala UI" w:hAnsi="Nirmala UI" w:eastAsia="Nirmala UI" w:cs="Nirmala UI"/>
        </w:rPr>
        <w:t>महसुस</w:t>
      </w:r>
      <w:r>
        <w:rPr>
          <w:rFonts w:ascii="Times New Roman" w:hAnsi="Times New Roman" w:eastAsia="Times New Roman" w:cs="Times New Roman"/>
        </w:rPr>
        <w:t xml:space="preserve"> </w:t>
      </w:r>
      <w:r>
        <w:rPr>
          <w:rFonts w:ascii="Nirmala UI" w:hAnsi="Nirmala UI" w:eastAsia="Nirmala UI" w:cs="Nirmala UI"/>
        </w:rPr>
        <w:t>गर्नुपर्थ्यो</w:t>
      </w:r>
      <w:r>
        <w:rPr>
          <w:rFonts w:ascii="Times New Roman" w:hAnsi="Times New Roman" w:eastAsia="Times New Roman" w:cs="Times New Roman"/>
        </w:rPr>
        <w:t xml:space="preserve"> </w:t>
      </w:r>
      <w:r>
        <w:rPr>
          <w:rFonts w:ascii="Nirmala UI" w:hAnsi="Nirmala UI" w:eastAsia="Nirmala UI" w:cs="Nirmala UI"/>
        </w:rPr>
        <w:t>त्यस्तै</w:t>
      </w:r>
      <w:r>
        <w:rPr>
          <w:rFonts w:ascii="Times New Roman" w:hAnsi="Times New Roman" w:eastAsia="Times New Roman" w:cs="Times New Roman"/>
        </w:rPr>
        <w:t xml:space="preserve"> </w:t>
      </w:r>
      <w:r>
        <w:rPr>
          <w:rFonts w:ascii="Nirmala UI" w:hAnsi="Nirmala UI" w:eastAsia="Nirmala UI" w:cs="Nirmala UI"/>
        </w:rPr>
        <w:t>महसुस</w:t>
      </w:r>
      <w:r>
        <w:rPr>
          <w:rFonts w:ascii="Times New Roman" w:hAnsi="Times New Roman" w:eastAsia="Times New Roman" w:cs="Times New Roman"/>
        </w:rPr>
        <w:t xml:space="preserve"> </w:t>
      </w:r>
      <w:r>
        <w:rPr>
          <w:rFonts w:ascii="Nirmala UI" w:hAnsi="Nirmala UI" w:eastAsia="Nirmala UI" w:cs="Nirmala UI"/>
        </w:rPr>
        <w:t>गर्थे</w:t>
      </w:r>
      <w:r>
        <w:rPr>
          <w:rFonts w:ascii="Times New Roman" w:hAnsi="Times New Roman" w:eastAsia="Times New Roman" w:cs="Times New Roman"/>
        </w:rPr>
        <w:t xml:space="preserve"> </w:t>
      </w:r>
      <w:r>
        <w:rPr>
          <w:rFonts w:ascii="Nirmala UI" w:hAnsi="Nirmala UI" w:eastAsia="Nirmala UI" w:cs="Nirmala UI"/>
        </w:rPr>
        <w:t>भने</w:t>
      </w:r>
      <w:r>
        <w:rPr>
          <w:rFonts w:ascii="Times New Roman" w:hAnsi="Times New Roman" w:eastAsia="Times New Roman" w:cs="Times New Roman"/>
        </w:rPr>
        <w:t xml:space="preserve">, </w:t>
      </w:r>
      <w:r>
        <w:rPr>
          <w:rFonts w:ascii="Nirmala UI" w:hAnsi="Nirmala UI" w:eastAsia="Nirmala UI" w:cs="Nirmala UI"/>
        </w:rPr>
        <w:t>कस्तो</w:t>
      </w:r>
      <w:r>
        <w:rPr>
          <w:rFonts w:ascii="Times New Roman" w:hAnsi="Times New Roman" w:eastAsia="Times New Roman" w:cs="Times New Roman"/>
        </w:rPr>
        <w:t xml:space="preserve"> </w:t>
      </w:r>
      <w:r>
        <w:rPr>
          <w:rFonts w:ascii="Nirmala UI" w:hAnsi="Nirmala UI" w:eastAsia="Nirmala UI" w:cs="Nirmala UI"/>
        </w:rPr>
        <w:t>अद्भुत</w:t>
      </w:r>
      <w:r>
        <w:rPr>
          <w:rFonts w:ascii="Times New Roman" w:hAnsi="Times New Roman" w:eastAsia="Times New Roman" w:cs="Times New Roman"/>
        </w:rPr>
        <w:t xml:space="preserve"> </w:t>
      </w:r>
      <w:r>
        <w:rPr>
          <w:rFonts w:ascii="Nirmala UI" w:hAnsi="Nirmala UI" w:eastAsia="Nirmala UI" w:cs="Nirmala UI"/>
        </w:rPr>
        <w:t>काम</w:t>
      </w:r>
      <w:r>
        <w:rPr>
          <w:rFonts w:ascii="Times New Roman" w:hAnsi="Times New Roman" w:eastAsia="Times New Roman" w:cs="Times New Roman"/>
        </w:rPr>
        <w:t xml:space="preserve"> </w:t>
      </w:r>
      <w:r>
        <w:rPr>
          <w:rFonts w:ascii="Nirmala UI" w:hAnsi="Nirmala UI" w:eastAsia="Nirmala UI" w:cs="Nirmala UI"/>
        </w:rPr>
        <w:t>हुनेथियो</w:t>
      </w:r>
      <w:r>
        <w:rPr>
          <w:rFonts w:ascii="Times New Roman" w:hAnsi="Times New Roman" w:eastAsia="Times New Roman" w:cs="Times New Roman"/>
        </w:rPr>
        <w:t>!” Testimonies, volume 9, 97.</w:t>
      </w:r>
    </w:p>
    <w:p>
      <w:pPr>
        <w:pStyle w:val="ArticleBody"/>
        <w:jc w:val="left"/>
      </w:pPr>
      <w:r>
        <w:rPr>
          <w:rFonts w:ascii="Times New Roman" w:hAnsi="Times New Roman" w:eastAsia="Times New Roman" w:cs="Times New Roman"/>
        </w:rPr>
        <w:t>“Nako ea likahlolo tse senyang tsa Molimo ke nako ea mohau bakeng sa bao ba sa kang ba ba le monyetla oa ho ithuta hore na ’nete ke efe.” “Linako” tseo tse peli li qala hammoho ha “monyako o koaloa” holim’a Maadvente a Laodisea “a sa kang a kena.”</w:t>
      </w:r>
    </w:p>
    <w:p>
      <w:pPr>
        <w:pStyle w:val="ArticleScripture"/>
        <w:jc w:val="left"/>
      </w:pPr>
      <w:r>
        <w:rPr>
          <w:rFonts w:ascii="Times New Roman" w:hAnsi="Times New Roman" w:eastAsia="Times New Roman" w:cs="Times New Roman"/>
        </w:rPr>
        <w:t>“Saya melihat bahawa Sabat yang kudus itu ialah, dan akan tetap menjadi, tembok pemisah antara Israel Allah yang sejati dengan orang-orang yang tidak percaya; dan bahawa Sabat itu ialah persoalan besar yang akan mempersatukan hati para orang kudus Allah yang dikasihi, yang sedang menanti. Dan jika seseorang percaya, serta memelihara Sabat, dan menerima berkat yang menyertainya, lalu kemudian meninggalkannya, dan melanggar perintah yang kudus itu, maka mereka akan menutup pintu-pintu Kota Suci terhadap diri mereka sendiri, sama pastinya seperti adanya Allah yang memerintah di langit yang di atas. Saya melihat bahawa Allah mempunyai anak-anak yang tidak melihat dan tidak memelihara Sabat. Mereka belum menolak terang mengenainya. Dan pada permulaan masa kesusahan itu, kami dipenuhi dengan Roh Kudus ketika kami pergi memberitakan Sabat dengan lebih sepenuhnya. Hal ini membangkitkan kemarahan gereja, dan para Adventis nominal, kerana mereka tidak dapat menyangkal kebenaran Sabat. Dan pada waktu itu, semua umat pilihan Allah melihat dengan jelas bahawa kitalah yang memiliki kebenaran itu, lalu mereka keluar dan menanggung penganiayaan bersama-sama dengan kami.” A Word to the Little Flock, 18, 19.</w:t>
      </w:r>
    </w:p>
    <w:p>
      <w:pPr>
        <w:pStyle w:val="ArticleBody"/>
        <w:jc w:val="left"/>
      </w:pPr>
      <w:r>
        <w:rPr>
          <w:rFonts w:ascii="Times New Roman" w:hAnsi="Times New Roman" w:eastAsia="Times New Roman" w:cs="Times New Roman"/>
        </w:rPr>
        <w:t>Khoro yo valiwa hi nawu ya Sonto leyi taka hi ku hatlisa, leswi endlaka leswaku nkarhi lowu rhangelaka nawu ya Sonto wu va “nkarhi” wa “ku endzeriwa” ka vanhu va Xikwembu.</w:t>
      </w:r>
    </w:p>
    <w:p>
      <w:pPr>
        <w:pStyle w:val="ArticleScripture"/>
        <w:jc w:val="left"/>
      </w:pPr>
      <w:r>
        <w:rPr>
          <w:rFonts w:ascii="Times New Roman" w:hAnsi="Times New Roman" w:eastAsia="Times New Roman" w:cs="Times New Roman"/>
        </w:rPr>
        <w:t>Bagaimanakah kamu berkata, Kami bijaksana, dan hukum TUHAN ada pada kami? Sesungguhnya, dengan sia-sia Ia membuatnya; pena para ahli kitab adalah sia-sia. Orang-orang bijaksana menjadi malu, mereka terkejut dan tertangkap; sesungguhnya, mereka telah menolak firman TUHAN; maka hikmat apakah yang ada pada mereka? Sebab itu Aku akan menyerahkan istri-istri mereka kepada orang lain, dan ladang-ladang mereka kepada orang-orang yang akan mewarisinya; karena setiap orang, dari yang paling kecil sampai yang paling besar, dikuasai oleh ketamakan; dari nabi sampai imam, masing-masing bertindak palsu. Karena mereka telah menyembuhkan luka putri umat-Ku dengan ringan, sambil berkata, Damai, damai; padahal tidak ada damai. Adakah mereka malu ketika mereka melakukan kekejian? Tidak, mereka sama sekali tidak malu, bahkan mereka tidak tahu merasa malu: sebab itu mereka akan rebah di antara orang-orang yang rebah; pada waktu penghukuman mereka, mereka akan dijatuhkan, firman TUHAN. Yeremia 8:8–12.</w:t>
      </w:r>
    </w:p>
    <w:p>
      <w:pPr>
        <w:pStyle w:val="ArticleBody"/>
        <w:jc w:val="left"/>
      </w:pPr>
      <w:r>
        <w:rPr>
          <w:rFonts w:ascii="Times New Roman" w:hAnsi="Times New Roman" w:eastAsia="Times New Roman" w:cs="Times New Roman"/>
        </w:rPr>
        <w:t>Sama seperti Israel purba, demikian juga Israel moden; kedua-duanya dibinasakan, kerana mereka tidak mengetahui waktu perlawatan Tuhan kepada mereka. Masa perlawatan Tuhan bagi Adventisme Laodikia bermula pada 11 September 2001, dan berakhir pada undang-undang Ahad yang akan segera datang.</w:t>
      </w:r>
    </w:p>
    <w:p>
      <w:pPr>
        <w:pStyle w:val="ArticleScripture"/>
        <w:jc w:val="left"/>
      </w:pPr>
      <w:r>
        <w:rPr>
          <w:rFonts w:ascii="Nirmala UI" w:hAnsi="Nirmala UI" w:eastAsia="Nirmala UI" w:cs="Nirmala UI"/>
        </w:rPr>
        <w:t>আর</w:t>
      </w:r>
      <w:r>
        <w:rPr>
          <w:rFonts w:ascii="Times New Roman" w:hAnsi="Times New Roman" w:eastAsia="Times New Roman" w:cs="Times New Roman"/>
        </w:rPr>
        <w:t xml:space="preserve"> </w:t>
      </w:r>
      <w:r>
        <w:rPr>
          <w:rFonts w:ascii="Nirmala UI" w:hAnsi="Nirmala UI" w:eastAsia="Nirmala UI" w:cs="Nirmala UI"/>
        </w:rPr>
        <w:t>তিনি</w:t>
      </w:r>
      <w:r>
        <w:rPr>
          <w:rFonts w:ascii="Times New Roman" w:hAnsi="Times New Roman" w:eastAsia="Times New Roman" w:cs="Times New Roman"/>
        </w:rPr>
        <w:t xml:space="preserve"> </w:t>
      </w:r>
      <w:r>
        <w:rPr>
          <w:rFonts w:ascii="Nirmala UI" w:hAnsi="Nirmala UI" w:eastAsia="Nirmala UI" w:cs="Nirmala UI"/>
        </w:rPr>
        <w:t>নিকটে</w:t>
      </w:r>
      <w:r>
        <w:rPr>
          <w:rFonts w:ascii="Times New Roman" w:hAnsi="Times New Roman" w:eastAsia="Times New Roman" w:cs="Times New Roman"/>
        </w:rPr>
        <w:t xml:space="preserve"> </w:t>
      </w:r>
      <w:r>
        <w:rPr>
          <w:rFonts w:ascii="Nirmala UI" w:hAnsi="Nirmala UI" w:eastAsia="Nirmala UI" w:cs="Nirmala UI"/>
        </w:rPr>
        <w:t>আসিয়া</w:t>
      </w:r>
      <w:r>
        <w:rPr>
          <w:rFonts w:ascii="Times New Roman" w:hAnsi="Times New Roman" w:eastAsia="Times New Roman" w:cs="Times New Roman"/>
        </w:rPr>
        <w:t xml:space="preserve"> </w:t>
      </w:r>
      <w:r>
        <w:rPr>
          <w:rFonts w:ascii="Nirmala UI" w:hAnsi="Nirmala UI" w:eastAsia="Nirmala UI" w:cs="Nirmala UI"/>
        </w:rPr>
        <w:t>নগরটিকে</w:t>
      </w:r>
      <w:r>
        <w:rPr>
          <w:rFonts w:ascii="Times New Roman" w:hAnsi="Times New Roman" w:eastAsia="Times New Roman" w:cs="Times New Roman"/>
        </w:rPr>
        <w:t xml:space="preserve"> </w:t>
      </w:r>
      <w:r>
        <w:rPr>
          <w:rFonts w:ascii="Nirmala UI" w:hAnsi="Nirmala UI" w:eastAsia="Nirmala UI" w:cs="Nirmala UI"/>
        </w:rPr>
        <w:t>দেখিলেন</w:t>
      </w:r>
      <w:r>
        <w:rPr>
          <w:rFonts w:ascii="Times New Roman" w:hAnsi="Times New Roman" w:eastAsia="Times New Roman" w:cs="Times New Roman"/>
        </w:rPr>
        <w:t xml:space="preserve">, </w:t>
      </w:r>
      <w:r>
        <w:rPr>
          <w:rFonts w:ascii="Nirmala UI" w:hAnsi="Nirmala UI" w:eastAsia="Nirmala UI" w:cs="Nirmala UI"/>
        </w:rPr>
        <w:t>এবং</w:t>
      </w:r>
      <w:r>
        <w:rPr>
          <w:rFonts w:ascii="Times New Roman" w:hAnsi="Times New Roman" w:eastAsia="Times New Roman" w:cs="Times New Roman"/>
        </w:rPr>
        <w:t xml:space="preserve"> </w:t>
      </w:r>
      <w:r>
        <w:rPr>
          <w:rFonts w:ascii="Nirmala UI" w:hAnsi="Nirmala UI" w:eastAsia="Nirmala UI" w:cs="Nirmala UI"/>
        </w:rPr>
        <w:t>তাহার</w:t>
      </w:r>
      <w:r>
        <w:rPr>
          <w:rFonts w:ascii="Times New Roman" w:hAnsi="Times New Roman" w:eastAsia="Times New Roman" w:cs="Times New Roman"/>
        </w:rPr>
        <w:t xml:space="preserve"> </w:t>
      </w:r>
      <w:r>
        <w:rPr>
          <w:rFonts w:ascii="Nirmala UI" w:hAnsi="Nirmala UI" w:eastAsia="Nirmala UI" w:cs="Nirmala UI"/>
        </w:rPr>
        <w:t>উপরে</w:t>
      </w:r>
      <w:r>
        <w:rPr>
          <w:rFonts w:ascii="Times New Roman" w:hAnsi="Times New Roman" w:eastAsia="Times New Roman" w:cs="Times New Roman"/>
        </w:rPr>
        <w:t xml:space="preserve"> </w:t>
      </w:r>
      <w:r>
        <w:rPr>
          <w:rFonts w:ascii="Nirmala UI" w:hAnsi="Nirmala UI" w:eastAsia="Nirmala UI" w:cs="Nirmala UI"/>
        </w:rPr>
        <w:t>ক্রন্দন</w:t>
      </w:r>
      <w:r>
        <w:rPr>
          <w:rFonts w:ascii="Times New Roman" w:hAnsi="Times New Roman" w:eastAsia="Times New Roman" w:cs="Times New Roman"/>
        </w:rPr>
        <w:t xml:space="preserve"> </w:t>
      </w:r>
      <w:r>
        <w:rPr>
          <w:rFonts w:ascii="Nirmala UI" w:hAnsi="Nirmala UI" w:eastAsia="Nirmala UI" w:cs="Nirmala UI"/>
        </w:rPr>
        <w:t>করিয়া</w:t>
      </w:r>
      <w:r>
        <w:rPr>
          <w:rFonts w:ascii="Times New Roman" w:hAnsi="Times New Roman" w:eastAsia="Times New Roman" w:cs="Times New Roman"/>
        </w:rPr>
        <w:t xml:space="preserve"> </w:t>
      </w:r>
      <w:r>
        <w:rPr>
          <w:rFonts w:ascii="Nirmala UI" w:hAnsi="Nirmala UI" w:eastAsia="Nirmala UI" w:cs="Nirmala UI"/>
        </w:rPr>
        <w:t>বলিলেন</w:t>
      </w:r>
      <w:r>
        <w:rPr>
          <w:rFonts w:ascii="Times New Roman" w:hAnsi="Times New Roman" w:eastAsia="Times New Roman" w:cs="Times New Roman"/>
        </w:rPr>
        <w:t xml:space="preserve">, </w:t>
      </w:r>
      <w:r>
        <w:rPr>
          <w:rFonts w:ascii="Nirmala UI" w:hAnsi="Nirmala UI" w:eastAsia="Nirmala UI" w:cs="Nirmala UI"/>
        </w:rPr>
        <w:t>যদি</w:t>
      </w:r>
      <w:r>
        <w:rPr>
          <w:rFonts w:ascii="Times New Roman" w:hAnsi="Times New Roman" w:eastAsia="Times New Roman" w:cs="Times New Roman"/>
        </w:rPr>
        <w:t xml:space="preserve"> </w:t>
      </w:r>
      <w:r>
        <w:rPr>
          <w:rFonts w:ascii="Nirmala UI" w:hAnsi="Nirmala UI" w:eastAsia="Nirmala UI" w:cs="Nirmala UI"/>
        </w:rPr>
        <w:t>তুমি</w:t>
      </w:r>
      <w:r>
        <w:rPr>
          <w:rFonts w:ascii="Times New Roman" w:hAnsi="Times New Roman" w:eastAsia="Times New Roman" w:cs="Times New Roman"/>
        </w:rPr>
        <w:t xml:space="preserve">, </w:t>
      </w:r>
      <w:r>
        <w:rPr>
          <w:rFonts w:ascii="Nirmala UI" w:hAnsi="Nirmala UI" w:eastAsia="Nirmala UI" w:cs="Nirmala UI"/>
        </w:rPr>
        <w:t>হ্যাঁ</w:t>
      </w:r>
      <w:r>
        <w:rPr>
          <w:rFonts w:ascii="Times New Roman" w:hAnsi="Times New Roman" w:eastAsia="Times New Roman" w:cs="Times New Roman"/>
        </w:rPr>
        <w:t xml:space="preserve">, </w:t>
      </w:r>
      <w:r>
        <w:rPr>
          <w:rFonts w:ascii="Nirmala UI" w:hAnsi="Nirmala UI" w:eastAsia="Nirmala UI" w:cs="Nirmala UI"/>
        </w:rPr>
        <w:t>তুমিও</w:t>
      </w:r>
      <w:r>
        <w:rPr>
          <w:rFonts w:ascii="Times New Roman" w:hAnsi="Times New Roman" w:eastAsia="Times New Roman" w:cs="Times New Roman"/>
        </w:rPr>
        <w:t xml:space="preserve">, </w:t>
      </w:r>
      <w:r>
        <w:rPr>
          <w:rFonts w:ascii="Nirmala UI" w:hAnsi="Nirmala UI" w:eastAsia="Nirmala UI" w:cs="Nirmala UI"/>
        </w:rPr>
        <w:t>অন্তত</w:t>
      </w:r>
      <w:r>
        <w:rPr>
          <w:rFonts w:ascii="Times New Roman" w:hAnsi="Times New Roman" w:eastAsia="Times New Roman" w:cs="Times New Roman"/>
        </w:rPr>
        <w:t xml:space="preserve"> </w:t>
      </w:r>
      <w:r>
        <w:rPr>
          <w:rFonts w:ascii="Nirmala UI" w:hAnsi="Nirmala UI" w:eastAsia="Nirmala UI" w:cs="Nirmala UI"/>
        </w:rPr>
        <w:t>এই</w:t>
      </w:r>
      <w:r>
        <w:rPr>
          <w:rFonts w:ascii="Times New Roman" w:hAnsi="Times New Roman" w:eastAsia="Times New Roman" w:cs="Times New Roman"/>
        </w:rPr>
        <w:t xml:space="preserve"> </w:t>
      </w:r>
      <w:r>
        <w:rPr>
          <w:rFonts w:ascii="Nirmala UI" w:hAnsi="Nirmala UI" w:eastAsia="Nirmala UI" w:cs="Nirmala UI"/>
        </w:rPr>
        <w:t>তোমার</w:t>
      </w:r>
      <w:r>
        <w:rPr>
          <w:rFonts w:ascii="Times New Roman" w:hAnsi="Times New Roman" w:eastAsia="Times New Roman" w:cs="Times New Roman"/>
        </w:rPr>
        <w:t xml:space="preserve"> </w:t>
      </w:r>
      <w:r>
        <w:rPr>
          <w:rFonts w:ascii="Nirmala UI" w:hAnsi="Nirmala UI" w:eastAsia="Nirmala UI" w:cs="Nirmala UI"/>
        </w:rPr>
        <w:t>দিনে</w:t>
      </w:r>
      <w:r>
        <w:rPr>
          <w:rFonts w:ascii="Times New Roman" w:hAnsi="Times New Roman" w:eastAsia="Times New Roman" w:cs="Times New Roman"/>
        </w:rPr>
        <w:t xml:space="preserve">, </w:t>
      </w:r>
      <w:r>
        <w:rPr>
          <w:rFonts w:ascii="Nirmala UI" w:hAnsi="Nirmala UI" w:eastAsia="Nirmala UI" w:cs="Nirmala UI"/>
        </w:rPr>
        <w:t>তোমার</w:t>
      </w:r>
      <w:r>
        <w:rPr>
          <w:rFonts w:ascii="Times New Roman" w:hAnsi="Times New Roman" w:eastAsia="Times New Roman" w:cs="Times New Roman"/>
        </w:rPr>
        <w:t xml:space="preserve"> </w:t>
      </w:r>
      <w:r>
        <w:rPr>
          <w:rFonts w:ascii="Nirmala UI" w:hAnsi="Nirmala UI" w:eastAsia="Nirmala UI" w:cs="Nirmala UI"/>
        </w:rPr>
        <w:t>শান্তির</w:t>
      </w:r>
      <w:r>
        <w:rPr>
          <w:rFonts w:ascii="Times New Roman" w:hAnsi="Times New Roman" w:eastAsia="Times New Roman" w:cs="Times New Roman"/>
        </w:rPr>
        <w:t xml:space="preserve"> </w:t>
      </w:r>
      <w:r>
        <w:rPr>
          <w:rFonts w:ascii="Nirmala UI" w:hAnsi="Nirmala UI" w:eastAsia="Nirmala UI" w:cs="Nirmala UI"/>
        </w:rPr>
        <w:t>বিষয়গুলি</w:t>
      </w:r>
      <w:r>
        <w:rPr>
          <w:rFonts w:ascii="Times New Roman" w:hAnsi="Times New Roman" w:eastAsia="Times New Roman" w:cs="Times New Roman"/>
        </w:rPr>
        <w:t xml:space="preserve"> </w:t>
      </w:r>
      <w:r>
        <w:rPr>
          <w:rFonts w:ascii="Nirmala UI" w:hAnsi="Nirmala UI" w:eastAsia="Nirmala UI" w:cs="Nirmala UI"/>
        </w:rPr>
        <w:t>জানিতে</w:t>
      </w:r>
      <w:r>
        <w:rPr>
          <w:rFonts w:ascii="Times New Roman" w:hAnsi="Times New Roman" w:eastAsia="Times New Roman" w:cs="Times New Roman"/>
        </w:rPr>
        <w:t xml:space="preserve">! </w:t>
      </w:r>
      <w:r>
        <w:rPr>
          <w:rFonts w:ascii="Nirmala UI" w:hAnsi="Nirmala UI" w:eastAsia="Nirmala UI" w:cs="Nirmala UI"/>
        </w:rPr>
        <w:t>কিন্তু</w:t>
      </w:r>
      <w:r>
        <w:rPr>
          <w:rFonts w:ascii="Times New Roman" w:hAnsi="Times New Roman" w:eastAsia="Times New Roman" w:cs="Times New Roman"/>
        </w:rPr>
        <w:t xml:space="preserve"> </w:t>
      </w:r>
      <w:r>
        <w:rPr>
          <w:rFonts w:ascii="Nirmala UI" w:hAnsi="Nirmala UI" w:eastAsia="Nirmala UI" w:cs="Nirmala UI"/>
        </w:rPr>
        <w:t>এখন</w:t>
      </w:r>
      <w:r>
        <w:rPr>
          <w:rFonts w:ascii="Times New Roman" w:hAnsi="Times New Roman" w:eastAsia="Times New Roman" w:cs="Times New Roman"/>
        </w:rPr>
        <w:t xml:space="preserve"> </w:t>
      </w:r>
      <w:r>
        <w:rPr>
          <w:rFonts w:ascii="Nirmala UI" w:hAnsi="Nirmala UI" w:eastAsia="Nirmala UI" w:cs="Nirmala UI"/>
        </w:rPr>
        <w:t>সেগুলি</w:t>
      </w:r>
      <w:r>
        <w:rPr>
          <w:rFonts w:ascii="Times New Roman" w:hAnsi="Times New Roman" w:eastAsia="Times New Roman" w:cs="Times New Roman"/>
        </w:rPr>
        <w:t xml:space="preserve"> </w:t>
      </w:r>
      <w:r>
        <w:rPr>
          <w:rFonts w:ascii="Nirmala UI" w:hAnsi="Nirmala UI" w:eastAsia="Nirmala UI" w:cs="Nirmala UI"/>
        </w:rPr>
        <w:t>তোমার</w:t>
      </w:r>
      <w:r>
        <w:rPr>
          <w:rFonts w:ascii="Times New Roman" w:hAnsi="Times New Roman" w:eastAsia="Times New Roman" w:cs="Times New Roman"/>
        </w:rPr>
        <w:t xml:space="preserve"> </w:t>
      </w:r>
      <w:r>
        <w:rPr>
          <w:rFonts w:ascii="Nirmala UI" w:hAnsi="Nirmala UI" w:eastAsia="Nirmala UI" w:cs="Nirmala UI"/>
        </w:rPr>
        <w:t>চক্ষুর</w:t>
      </w:r>
      <w:r>
        <w:rPr>
          <w:rFonts w:ascii="Times New Roman" w:hAnsi="Times New Roman" w:eastAsia="Times New Roman" w:cs="Times New Roman"/>
        </w:rPr>
        <w:t xml:space="preserve"> </w:t>
      </w:r>
      <w:r>
        <w:rPr>
          <w:rFonts w:ascii="Nirmala UI" w:hAnsi="Nirmala UI" w:eastAsia="Nirmala UI" w:cs="Nirmala UI"/>
        </w:rPr>
        <w:t>হইতে</w:t>
      </w:r>
      <w:r>
        <w:rPr>
          <w:rFonts w:ascii="Times New Roman" w:hAnsi="Times New Roman" w:eastAsia="Times New Roman" w:cs="Times New Roman"/>
        </w:rPr>
        <w:t xml:space="preserve"> </w:t>
      </w:r>
      <w:r>
        <w:rPr>
          <w:rFonts w:ascii="Nirmala UI" w:hAnsi="Nirmala UI" w:eastAsia="Nirmala UI" w:cs="Nirmala UI"/>
        </w:rPr>
        <w:t>গোপন</w:t>
      </w:r>
      <w:r>
        <w:rPr>
          <w:rFonts w:ascii="Times New Roman" w:hAnsi="Times New Roman" w:eastAsia="Times New Roman" w:cs="Times New Roman"/>
        </w:rPr>
        <w:t xml:space="preserve"> </w:t>
      </w:r>
      <w:r>
        <w:rPr>
          <w:rFonts w:ascii="Nirmala UI" w:hAnsi="Nirmala UI" w:eastAsia="Nirmala UI" w:cs="Nirmala UI"/>
        </w:rPr>
        <w:t>রহিয়াছে।</w:t>
      </w:r>
      <w:r>
        <w:rPr>
          <w:rFonts w:ascii="Times New Roman" w:hAnsi="Times New Roman" w:eastAsia="Times New Roman" w:cs="Times New Roman"/>
        </w:rPr>
        <w:t xml:space="preserve"> </w:t>
      </w:r>
      <w:r>
        <w:rPr>
          <w:rFonts w:ascii="Nirmala UI" w:hAnsi="Nirmala UI" w:eastAsia="Nirmala UI" w:cs="Nirmala UI"/>
        </w:rPr>
        <w:t>কারণ</w:t>
      </w:r>
      <w:r>
        <w:rPr>
          <w:rFonts w:ascii="Times New Roman" w:hAnsi="Times New Roman" w:eastAsia="Times New Roman" w:cs="Times New Roman"/>
        </w:rPr>
        <w:t xml:space="preserve"> </w:t>
      </w:r>
      <w:r>
        <w:rPr>
          <w:rFonts w:ascii="Nirmala UI" w:hAnsi="Nirmala UI" w:eastAsia="Nirmala UI" w:cs="Nirmala UI"/>
        </w:rPr>
        <w:t>তোমার</w:t>
      </w:r>
      <w:r>
        <w:rPr>
          <w:rFonts w:ascii="Times New Roman" w:hAnsi="Times New Roman" w:eastAsia="Times New Roman" w:cs="Times New Roman"/>
        </w:rPr>
        <w:t xml:space="preserve"> </w:t>
      </w:r>
      <w:r>
        <w:rPr>
          <w:rFonts w:ascii="Nirmala UI" w:hAnsi="Nirmala UI" w:eastAsia="Nirmala UI" w:cs="Nirmala UI"/>
        </w:rPr>
        <w:t>উপরে</w:t>
      </w:r>
      <w:r>
        <w:rPr>
          <w:rFonts w:ascii="Times New Roman" w:hAnsi="Times New Roman" w:eastAsia="Times New Roman" w:cs="Times New Roman"/>
        </w:rPr>
        <w:t xml:space="preserve"> </w:t>
      </w:r>
      <w:r>
        <w:rPr>
          <w:rFonts w:ascii="Nirmala UI" w:hAnsi="Nirmala UI" w:eastAsia="Nirmala UI" w:cs="Nirmala UI"/>
        </w:rPr>
        <w:t>এমন</w:t>
      </w:r>
      <w:r>
        <w:rPr>
          <w:rFonts w:ascii="Times New Roman" w:hAnsi="Times New Roman" w:eastAsia="Times New Roman" w:cs="Times New Roman"/>
        </w:rPr>
        <w:t xml:space="preserve"> </w:t>
      </w:r>
      <w:r>
        <w:rPr>
          <w:rFonts w:ascii="Nirmala UI" w:hAnsi="Nirmala UI" w:eastAsia="Nirmala UI" w:cs="Nirmala UI"/>
        </w:rPr>
        <w:t>দিন</w:t>
      </w:r>
      <w:r>
        <w:rPr>
          <w:rFonts w:ascii="Times New Roman" w:hAnsi="Times New Roman" w:eastAsia="Times New Roman" w:cs="Times New Roman"/>
        </w:rPr>
        <w:t xml:space="preserve"> </w:t>
      </w:r>
      <w:r>
        <w:rPr>
          <w:rFonts w:ascii="Nirmala UI" w:hAnsi="Nirmala UI" w:eastAsia="Nirmala UI" w:cs="Nirmala UI"/>
        </w:rPr>
        <w:t>আসিবে</w:t>
      </w:r>
      <w:r>
        <w:rPr>
          <w:rFonts w:ascii="Times New Roman" w:hAnsi="Times New Roman" w:eastAsia="Times New Roman" w:cs="Times New Roman"/>
        </w:rPr>
        <w:t xml:space="preserve">, </w:t>
      </w:r>
      <w:r>
        <w:rPr>
          <w:rFonts w:ascii="Nirmala UI" w:hAnsi="Nirmala UI" w:eastAsia="Nirmala UI" w:cs="Nirmala UI"/>
        </w:rPr>
        <w:t>যখন</w:t>
      </w:r>
      <w:r>
        <w:rPr>
          <w:rFonts w:ascii="Times New Roman" w:hAnsi="Times New Roman" w:eastAsia="Times New Roman" w:cs="Times New Roman"/>
        </w:rPr>
        <w:t xml:space="preserve"> </w:t>
      </w:r>
      <w:r>
        <w:rPr>
          <w:rFonts w:ascii="Nirmala UI" w:hAnsi="Nirmala UI" w:eastAsia="Nirmala UI" w:cs="Nirmala UI"/>
        </w:rPr>
        <w:t>তোমার</w:t>
      </w:r>
      <w:r>
        <w:rPr>
          <w:rFonts w:ascii="Times New Roman" w:hAnsi="Times New Roman" w:eastAsia="Times New Roman" w:cs="Times New Roman"/>
        </w:rPr>
        <w:t xml:space="preserve"> </w:t>
      </w:r>
      <w:r>
        <w:rPr>
          <w:rFonts w:ascii="Nirmala UI" w:hAnsi="Nirmala UI" w:eastAsia="Nirmala UI" w:cs="Nirmala UI"/>
        </w:rPr>
        <w:t>শত্রুরা</w:t>
      </w:r>
      <w:r>
        <w:rPr>
          <w:rFonts w:ascii="Times New Roman" w:hAnsi="Times New Roman" w:eastAsia="Times New Roman" w:cs="Times New Roman"/>
        </w:rPr>
        <w:t xml:space="preserve"> </w:t>
      </w:r>
      <w:r>
        <w:rPr>
          <w:rFonts w:ascii="Nirmala UI" w:hAnsi="Nirmala UI" w:eastAsia="Nirmala UI" w:cs="Nirmala UI"/>
        </w:rPr>
        <w:t>তোমাকে</w:t>
      </w:r>
      <w:r>
        <w:rPr>
          <w:rFonts w:ascii="Times New Roman" w:hAnsi="Times New Roman" w:eastAsia="Times New Roman" w:cs="Times New Roman"/>
        </w:rPr>
        <w:t xml:space="preserve"> </w:t>
      </w:r>
      <w:r>
        <w:rPr>
          <w:rFonts w:ascii="Nirmala UI" w:hAnsi="Nirmala UI" w:eastAsia="Nirmala UI" w:cs="Nirmala UI"/>
        </w:rPr>
        <w:t>ঘিরিয়া</w:t>
      </w:r>
      <w:r>
        <w:rPr>
          <w:rFonts w:ascii="Times New Roman" w:hAnsi="Times New Roman" w:eastAsia="Times New Roman" w:cs="Times New Roman"/>
        </w:rPr>
        <w:t xml:space="preserve"> </w:t>
      </w:r>
      <w:r>
        <w:rPr>
          <w:rFonts w:ascii="Nirmala UI" w:hAnsi="Nirmala UI" w:eastAsia="Nirmala UI" w:cs="Nirmala UI"/>
        </w:rPr>
        <w:t>পরিখা</w:t>
      </w:r>
      <w:r>
        <w:rPr>
          <w:rFonts w:ascii="Times New Roman" w:hAnsi="Times New Roman" w:eastAsia="Times New Roman" w:cs="Times New Roman"/>
        </w:rPr>
        <w:t xml:space="preserve"> </w:t>
      </w:r>
      <w:r>
        <w:rPr>
          <w:rFonts w:ascii="Nirmala UI" w:hAnsi="Nirmala UI" w:eastAsia="Nirmala UI" w:cs="Nirmala UI"/>
        </w:rPr>
        <w:t>নির্মাণ</w:t>
      </w:r>
      <w:r>
        <w:rPr>
          <w:rFonts w:ascii="Times New Roman" w:hAnsi="Times New Roman" w:eastAsia="Times New Roman" w:cs="Times New Roman"/>
        </w:rPr>
        <w:t xml:space="preserve"> </w:t>
      </w:r>
      <w:r>
        <w:rPr>
          <w:rFonts w:ascii="Nirmala UI" w:hAnsi="Nirmala UI" w:eastAsia="Nirmala UI" w:cs="Nirmala UI"/>
        </w:rPr>
        <w:t>করিবে</w:t>
      </w:r>
      <w:r>
        <w:rPr>
          <w:rFonts w:ascii="Times New Roman" w:hAnsi="Times New Roman" w:eastAsia="Times New Roman" w:cs="Times New Roman"/>
        </w:rPr>
        <w:t xml:space="preserve">, </w:t>
      </w:r>
      <w:r>
        <w:rPr>
          <w:rFonts w:ascii="Nirmala UI" w:hAnsi="Nirmala UI" w:eastAsia="Nirmala UI" w:cs="Nirmala UI"/>
        </w:rPr>
        <w:t>এবং</w:t>
      </w:r>
      <w:r>
        <w:rPr>
          <w:rFonts w:ascii="Times New Roman" w:hAnsi="Times New Roman" w:eastAsia="Times New Roman" w:cs="Times New Roman"/>
        </w:rPr>
        <w:t xml:space="preserve"> </w:t>
      </w:r>
      <w:r>
        <w:rPr>
          <w:rFonts w:ascii="Nirmala UI" w:hAnsi="Nirmala UI" w:eastAsia="Nirmala UI" w:cs="Nirmala UI"/>
        </w:rPr>
        <w:t>চারিদিকে</w:t>
      </w:r>
      <w:r>
        <w:rPr>
          <w:rFonts w:ascii="Times New Roman" w:hAnsi="Times New Roman" w:eastAsia="Times New Roman" w:cs="Times New Roman"/>
        </w:rPr>
        <w:t xml:space="preserve"> </w:t>
      </w:r>
      <w:r>
        <w:rPr>
          <w:rFonts w:ascii="Nirmala UI" w:hAnsi="Nirmala UI" w:eastAsia="Nirmala UI" w:cs="Nirmala UI"/>
        </w:rPr>
        <w:t>তোমাকে</w:t>
      </w:r>
      <w:r>
        <w:rPr>
          <w:rFonts w:ascii="Times New Roman" w:hAnsi="Times New Roman" w:eastAsia="Times New Roman" w:cs="Times New Roman"/>
        </w:rPr>
        <w:t xml:space="preserve"> </w:t>
      </w:r>
      <w:r>
        <w:rPr>
          <w:rFonts w:ascii="Nirmala UI" w:hAnsi="Nirmala UI" w:eastAsia="Nirmala UI" w:cs="Nirmala UI"/>
        </w:rPr>
        <w:t>বেষ্টন</w:t>
      </w:r>
      <w:r>
        <w:rPr>
          <w:rFonts w:ascii="Times New Roman" w:hAnsi="Times New Roman" w:eastAsia="Times New Roman" w:cs="Times New Roman"/>
        </w:rPr>
        <w:t xml:space="preserve"> </w:t>
      </w:r>
      <w:r>
        <w:rPr>
          <w:rFonts w:ascii="Nirmala UI" w:hAnsi="Nirmala UI" w:eastAsia="Nirmala UI" w:cs="Nirmala UI"/>
        </w:rPr>
        <w:t>করিবে</w:t>
      </w:r>
      <w:r>
        <w:rPr>
          <w:rFonts w:ascii="Times New Roman" w:hAnsi="Times New Roman" w:eastAsia="Times New Roman" w:cs="Times New Roman"/>
        </w:rPr>
        <w:t xml:space="preserve">, </w:t>
      </w:r>
      <w:r>
        <w:rPr>
          <w:rFonts w:ascii="Nirmala UI" w:hAnsi="Nirmala UI" w:eastAsia="Nirmala UI" w:cs="Nirmala UI"/>
        </w:rPr>
        <w:t>ও</w:t>
      </w:r>
      <w:r>
        <w:rPr>
          <w:rFonts w:ascii="Times New Roman" w:hAnsi="Times New Roman" w:eastAsia="Times New Roman" w:cs="Times New Roman"/>
        </w:rPr>
        <w:t xml:space="preserve"> </w:t>
      </w:r>
      <w:r>
        <w:rPr>
          <w:rFonts w:ascii="Nirmala UI" w:hAnsi="Nirmala UI" w:eastAsia="Nirmala UI" w:cs="Nirmala UI"/>
        </w:rPr>
        <w:t>সকল</w:t>
      </w:r>
      <w:r>
        <w:rPr>
          <w:rFonts w:ascii="Times New Roman" w:hAnsi="Times New Roman" w:eastAsia="Times New Roman" w:cs="Times New Roman"/>
        </w:rPr>
        <w:t xml:space="preserve"> </w:t>
      </w:r>
      <w:r>
        <w:rPr>
          <w:rFonts w:ascii="Nirmala UI" w:hAnsi="Nirmala UI" w:eastAsia="Nirmala UI" w:cs="Nirmala UI"/>
        </w:rPr>
        <w:t>দিক</w:t>
      </w:r>
      <w:r>
        <w:rPr>
          <w:rFonts w:ascii="Times New Roman" w:hAnsi="Times New Roman" w:eastAsia="Times New Roman" w:cs="Times New Roman"/>
        </w:rPr>
        <w:t xml:space="preserve"> </w:t>
      </w:r>
      <w:r>
        <w:rPr>
          <w:rFonts w:ascii="Nirmala UI" w:hAnsi="Nirmala UI" w:eastAsia="Nirmala UI" w:cs="Nirmala UI"/>
        </w:rPr>
        <w:t>হইতে</w:t>
      </w:r>
      <w:r>
        <w:rPr>
          <w:rFonts w:ascii="Times New Roman" w:hAnsi="Times New Roman" w:eastAsia="Times New Roman" w:cs="Times New Roman"/>
        </w:rPr>
        <w:t xml:space="preserve"> </w:t>
      </w:r>
      <w:r>
        <w:rPr>
          <w:rFonts w:ascii="Nirmala UI" w:hAnsi="Nirmala UI" w:eastAsia="Nirmala UI" w:cs="Nirmala UI"/>
        </w:rPr>
        <w:t>তোমাকে</w:t>
      </w:r>
      <w:r>
        <w:rPr>
          <w:rFonts w:ascii="Times New Roman" w:hAnsi="Times New Roman" w:eastAsia="Times New Roman" w:cs="Times New Roman"/>
        </w:rPr>
        <w:t xml:space="preserve"> </w:t>
      </w:r>
      <w:r>
        <w:rPr>
          <w:rFonts w:ascii="Nirmala UI" w:hAnsi="Nirmala UI" w:eastAsia="Nirmala UI" w:cs="Nirmala UI"/>
        </w:rPr>
        <w:t>অবরুদ্ধ</w:t>
      </w:r>
      <w:r>
        <w:rPr>
          <w:rFonts w:ascii="Times New Roman" w:hAnsi="Times New Roman" w:eastAsia="Times New Roman" w:cs="Times New Roman"/>
        </w:rPr>
        <w:t xml:space="preserve"> </w:t>
      </w:r>
      <w:r>
        <w:rPr>
          <w:rFonts w:ascii="Nirmala UI" w:hAnsi="Nirmala UI" w:eastAsia="Nirmala UI" w:cs="Nirmala UI"/>
        </w:rPr>
        <w:t>করিয়া</w:t>
      </w:r>
      <w:r>
        <w:rPr>
          <w:rFonts w:ascii="Times New Roman" w:hAnsi="Times New Roman" w:eastAsia="Times New Roman" w:cs="Times New Roman"/>
        </w:rPr>
        <w:t xml:space="preserve"> </w:t>
      </w:r>
      <w:r>
        <w:rPr>
          <w:rFonts w:ascii="Nirmala UI" w:hAnsi="Nirmala UI" w:eastAsia="Nirmala UI" w:cs="Nirmala UI"/>
        </w:rPr>
        <w:t>রাখিবে</w:t>
      </w:r>
      <w:r>
        <w:rPr>
          <w:rFonts w:ascii="Times New Roman" w:hAnsi="Times New Roman" w:eastAsia="Times New Roman" w:cs="Times New Roman"/>
        </w:rPr>
        <w:t xml:space="preserve">; </w:t>
      </w:r>
      <w:r>
        <w:rPr>
          <w:rFonts w:ascii="Nirmala UI" w:hAnsi="Nirmala UI" w:eastAsia="Nirmala UI" w:cs="Nirmala UI"/>
        </w:rPr>
        <w:t>এবং</w:t>
      </w:r>
      <w:r>
        <w:rPr>
          <w:rFonts w:ascii="Times New Roman" w:hAnsi="Times New Roman" w:eastAsia="Times New Roman" w:cs="Times New Roman"/>
        </w:rPr>
        <w:t xml:space="preserve"> </w:t>
      </w:r>
      <w:r>
        <w:rPr>
          <w:rFonts w:ascii="Nirmala UI" w:hAnsi="Nirmala UI" w:eastAsia="Nirmala UI" w:cs="Nirmala UI"/>
        </w:rPr>
        <w:t>তোমাকে</w:t>
      </w:r>
      <w:r>
        <w:rPr>
          <w:rFonts w:ascii="Times New Roman" w:hAnsi="Times New Roman" w:eastAsia="Times New Roman" w:cs="Times New Roman"/>
        </w:rPr>
        <w:t xml:space="preserve"> </w:t>
      </w:r>
      <w:r>
        <w:rPr>
          <w:rFonts w:ascii="Nirmala UI" w:hAnsi="Nirmala UI" w:eastAsia="Nirmala UI" w:cs="Nirmala UI"/>
        </w:rPr>
        <w:t>ও</w:t>
      </w:r>
      <w:r>
        <w:rPr>
          <w:rFonts w:ascii="Times New Roman" w:hAnsi="Times New Roman" w:eastAsia="Times New Roman" w:cs="Times New Roman"/>
        </w:rPr>
        <w:t xml:space="preserve"> </w:t>
      </w:r>
      <w:r>
        <w:rPr>
          <w:rFonts w:ascii="Nirmala UI" w:hAnsi="Nirmala UI" w:eastAsia="Nirmala UI" w:cs="Nirmala UI"/>
        </w:rPr>
        <w:t>তোমার</w:t>
      </w:r>
      <w:r>
        <w:rPr>
          <w:rFonts w:ascii="Times New Roman" w:hAnsi="Times New Roman" w:eastAsia="Times New Roman" w:cs="Times New Roman"/>
        </w:rPr>
        <w:t xml:space="preserve"> </w:t>
      </w:r>
      <w:r>
        <w:rPr>
          <w:rFonts w:ascii="Nirmala UI" w:hAnsi="Nirmala UI" w:eastAsia="Nirmala UI" w:cs="Nirmala UI"/>
        </w:rPr>
        <w:t>মধ্যে</w:t>
      </w:r>
      <w:r>
        <w:rPr>
          <w:rFonts w:ascii="Times New Roman" w:hAnsi="Times New Roman" w:eastAsia="Times New Roman" w:cs="Times New Roman"/>
        </w:rPr>
        <w:t xml:space="preserve"> </w:t>
      </w:r>
      <w:r>
        <w:rPr>
          <w:rFonts w:ascii="Nirmala UI" w:hAnsi="Nirmala UI" w:eastAsia="Nirmala UI" w:cs="Nirmala UI"/>
        </w:rPr>
        <w:t>অবস্থিত</w:t>
      </w:r>
      <w:r>
        <w:rPr>
          <w:rFonts w:ascii="Times New Roman" w:hAnsi="Times New Roman" w:eastAsia="Times New Roman" w:cs="Times New Roman"/>
        </w:rPr>
        <w:t xml:space="preserve"> </w:t>
      </w:r>
      <w:r>
        <w:rPr>
          <w:rFonts w:ascii="Nirmala UI" w:hAnsi="Nirmala UI" w:eastAsia="Nirmala UI" w:cs="Nirmala UI"/>
        </w:rPr>
        <w:t>সন্তানদের</w:t>
      </w:r>
      <w:r>
        <w:rPr>
          <w:rFonts w:ascii="Times New Roman" w:hAnsi="Times New Roman" w:eastAsia="Times New Roman" w:cs="Times New Roman"/>
        </w:rPr>
        <w:t xml:space="preserve"> </w:t>
      </w:r>
      <w:r>
        <w:rPr>
          <w:rFonts w:ascii="Nirmala UI" w:hAnsi="Nirmala UI" w:eastAsia="Nirmala UI" w:cs="Nirmala UI"/>
        </w:rPr>
        <w:t>ভূমিসাৎ</w:t>
      </w:r>
      <w:r>
        <w:rPr>
          <w:rFonts w:ascii="Times New Roman" w:hAnsi="Times New Roman" w:eastAsia="Times New Roman" w:cs="Times New Roman"/>
        </w:rPr>
        <w:t xml:space="preserve"> </w:t>
      </w:r>
      <w:r>
        <w:rPr>
          <w:rFonts w:ascii="Nirmala UI" w:hAnsi="Nirmala UI" w:eastAsia="Nirmala UI" w:cs="Nirmala UI"/>
        </w:rPr>
        <w:t>করিবে</w:t>
      </w:r>
      <w:r>
        <w:rPr>
          <w:rFonts w:ascii="Times New Roman" w:hAnsi="Times New Roman" w:eastAsia="Times New Roman" w:cs="Times New Roman"/>
        </w:rPr>
        <w:t xml:space="preserve">; </w:t>
      </w:r>
      <w:r>
        <w:rPr>
          <w:rFonts w:ascii="Nirmala UI" w:hAnsi="Nirmala UI" w:eastAsia="Nirmala UI" w:cs="Nirmala UI"/>
        </w:rPr>
        <w:t>এবং</w:t>
      </w:r>
      <w:r>
        <w:rPr>
          <w:rFonts w:ascii="Times New Roman" w:hAnsi="Times New Roman" w:eastAsia="Times New Roman" w:cs="Times New Roman"/>
        </w:rPr>
        <w:t xml:space="preserve"> </w:t>
      </w:r>
      <w:r>
        <w:rPr>
          <w:rFonts w:ascii="Nirmala UI" w:hAnsi="Nirmala UI" w:eastAsia="Nirmala UI" w:cs="Nirmala UI"/>
        </w:rPr>
        <w:t>তোমার</w:t>
      </w:r>
      <w:r>
        <w:rPr>
          <w:rFonts w:ascii="Times New Roman" w:hAnsi="Times New Roman" w:eastAsia="Times New Roman" w:cs="Times New Roman"/>
        </w:rPr>
        <w:t xml:space="preserve"> </w:t>
      </w:r>
      <w:r>
        <w:rPr>
          <w:rFonts w:ascii="Nirmala UI" w:hAnsi="Nirmala UI" w:eastAsia="Nirmala UI" w:cs="Nirmala UI"/>
        </w:rPr>
        <w:t>মধ্যে</w:t>
      </w:r>
      <w:r>
        <w:rPr>
          <w:rFonts w:ascii="Times New Roman" w:hAnsi="Times New Roman" w:eastAsia="Times New Roman" w:cs="Times New Roman"/>
        </w:rPr>
        <w:t xml:space="preserve"> </w:t>
      </w:r>
      <w:r>
        <w:rPr>
          <w:rFonts w:ascii="Nirmala UI" w:hAnsi="Nirmala UI" w:eastAsia="Nirmala UI" w:cs="Nirmala UI"/>
        </w:rPr>
        <w:t>এক</w:t>
      </w:r>
      <w:r>
        <w:rPr>
          <w:rFonts w:ascii="Times New Roman" w:hAnsi="Times New Roman" w:eastAsia="Times New Roman" w:cs="Times New Roman"/>
        </w:rPr>
        <w:t xml:space="preserve"> </w:t>
      </w:r>
      <w:r>
        <w:rPr>
          <w:rFonts w:ascii="Nirmala UI" w:hAnsi="Nirmala UI" w:eastAsia="Nirmala UI" w:cs="Nirmala UI"/>
        </w:rPr>
        <w:t>পাথরের</w:t>
      </w:r>
      <w:r>
        <w:rPr>
          <w:rFonts w:ascii="Times New Roman" w:hAnsi="Times New Roman" w:eastAsia="Times New Roman" w:cs="Times New Roman"/>
        </w:rPr>
        <w:t xml:space="preserve"> </w:t>
      </w:r>
      <w:r>
        <w:rPr>
          <w:rFonts w:ascii="Nirmala UI" w:hAnsi="Nirmala UI" w:eastAsia="Nirmala UI" w:cs="Nirmala UI"/>
        </w:rPr>
        <w:t>উপরে</w:t>
      </w:r>
      <w:r>
        <w:rPr>
          <w:rFonts w:ascii="Times New Roman" w:hAnsi="Times New Roman" w:eastAsia="Times New Roman" w:cs="Times New Roman"/>
        </w:rPr>
        <w:t xml:space="preserve"> </w:t>
      </w:r>
      <w:r>
        <w:rPr>
          <w:rFonts w:ascii="Nirmala UI" w:hAnsi="Nirmala UI" w:eastAsia="Nirmala UI" w:cs="Nirmala UI"/>
        </w:rPr>
        <w:t>আর</w:t>
      </w:r>
      <w:r>
        <w:rPr>
          <w:rFonts w:ascii="Times New Roman" w:hAnsi="Times New Roman" w:eastAsia="Times New Roman" w:cs="Times New Roman"/>
        </w:rPr>
        <w:t xml:space="preserve"> </w:t>
      </w:r>
      <w:r>
        <w:rPr>
          <w:rFonts w:ascii="Nirmala UI" w:hAnsi="Nirmala UI" w:eastAsia="Nirmala UI" w:cs="Nirmala UI"/>
        </w:rPr>
        <w:t>এক</w:t>
      </w:r>
      <w:r>
        <w:rPr>
          <w:rFonts w:ascii="Times New Roman" w:hAnsi="Times New Roman" w:eastAsia="Times New Roman" w:cs="Times New Roman"/>
        </w:rPr>
        <w:t xml:space="preserve"> </w:t>
      </w:r>
      <w:r>
        <w:rPr>
          <w:rFonts w:ascii="Nirmala UI" w:hAnsi="Nirmala UI" w:eastAsia="Nirmala UI" w:cs="Nirmala UI"/>
        </w:rPr>
        <w:t>পাথর</w:t>
      </w:r>
      <w:r>
        <w:rPr>
          <w:rFonts w:ascii="Times New Roman" w:hAnsi="Times New Roman" w:eastAsia="Times New Roman" w:cs="Times New Roman"/>
        </w:rPr>
        <w:t xml:space="preserve"> </w:t>
      </w:r>
      <w:r>
        <w:rPr>
          <w:rFonts w:ascii="Nirmala UI" w:hAnsi="Nirmala UI" w:eastAsia="Nirmala UI" w:cs="Nirmala UI"/>
        </w:rPr>
        <w:t>রাখিবে</w:t>
      </w:r>
      <w:r>
        <w:rPr>
          <w:rFonts w:ascii="Times New Roman" w:hAnsi="Times New Roman" w:eastAsia="Times New Roman" w:cs="Times New Roman"/>
        </w:rPr>
        <w:t xml:space="preserve"> </w:t>
      </w:r>
      <w:r>
        <w:rPr>
          <w:rFonts w:ascii="Nirmala UI" w:hAnsi="Nirmala UI" w:eastAsia="Nirmala UI" w:cs="Nirmala UI"/>
        </w:rPr>
        <w:t>না</w:t>
      </w:r>
      <w:r>
        <w:rPr>
          <w:rFonts w:ascii="Times New Roman" w:hAnsi="Times New Roman" w:eastAsia="Times New Roman" w:cs="Times New Roman"/>
        </w:rPr>
        <w:t xml:space="preserve">; </w:t>
      </w:r>
      <w:r>
        <w:rPr>
          <w:rFonts w:ascii="Nirmala UI" w:hAnsi="Nirmala UI" w:eastAsia="Nirmala UI" w:cs="Nirmala UI"/>
        </w:rPr>
        <w:t>কারণ</w:t>
      </w:r>
      <w:r>
        <w:rPr>
          <w:rFonts w:ascii="Times New Roman" w:hAnsi="Times New Roman" w:eastAsia="Times New Roman" w:cs="Times New Roman"/>
        </w:rPr>
        <w:t xml:space="preserve"> </w:t>
      </w:r>
      <w:r>
        <w:rPr>
          <w:rFonts w:ascii="Nirmala UI" w:hAnsi="Nirmala UI" w:eastAsia="Nirmala UI" w:cs="Nirmala UI"/>
        </w:rPr>
        <w:t>তুমি</w:t>
      </w:r>
      <w:r>
        <w:rPr>
          <w:rFonts w:ascii="Times New Roman" w:hAnsi="Times New Roman" w:eastAsia="Times New Roman" w:cs="Times New Roman"/>
        </w:rPr>
        <w:t xml:space="preserve"> </w:t>
      </w:r>
      <w:r>
        <w:rPr>
          <w:rFonts w:ascii="Nirmala UI" w:hAnsi="Nirmala UI" w:eastAsia="Nirmala UI" w:cs="Nirmala UI"/>
        </w:rPr>
        <w:t>তোমার</w:t>
      </w:r>
      <w:r>
        <w:rPr>
          <w:rFonts w:ascii="Times New Roman" w:hAnsi="Times New Roman" w:eastAsia="Times New Roman" w:cs="Times New Roman"/>
        </w:rPr>
        <w:t xml:space="preserve"> </w:t>
      </w:r>
      <w:r>
        <w:rPr>
          <w:rFonts w:ascii="Nirmala UI" w:hAnsi="Nirmala UI" w:eastAsia="Nirmala UI" w:cs="Nirmala UI"/>
        </w:rPr>
        <w:t>পরিদর্শনের</w:t>
      </w:r>
      <w:r>
        <w:rPr>
          <w:rFonts w:ascii="Times New Roman" w:hAnsi="Times New Roman" w:eastAsia="Times New Roman" w:cs="Times New Roman"/>
        </w:rPr>
        <w:t xml:space="preserve"> </w:t>
      </w:r>
      <w:r>
        <w:rPr>
          <w:rFonts w:ascii="Nirmala UI" w:hAnsi="Nirmala UI" w:eastAsia="Nirmala UI" w:cs="Nirmala UI"/>
        </w:rPr>
        <w:t>সময়</w:t>
      </w:r>
      <w:r>
        <w:rPr>
          <w:rFonts w:ascii="Times New Roman" w:hAnsi="Times New Roman" w:eastAsia="Times New Roman" w:cs="Times New Roman"/>
        </w:rPr>
        <w:t xml:space="preserve"> </w:t>
      </w:r>
      <w:r>
        <w:rPr>
          <w:rFonts w:ascii="Nirmala UI" w:hAnsi="Nirmala UI" w:eastAsia="Nirmala UI" w:cs="Nirmala UI"/>
        </w:rPr>
        <w:t>চিনিতে</w:t>
      </w:r>
      <w:r>
        <w:rPr>
          <w:rFonts w:ascii="Times New Roman" w:hAnsi="Times New Roman" w:eastAsia="Times New Roman" w:cs="Times New Roman"/>
        </w:rPr>
        <w:t xml:space="preserve"> </w:t>
      </w:r>
      <w:r>
        <w:rPr>
          <w:rFonts w:ascii="Nirmala UI" w:hAnsi="Nirmala UI" w:eastAsia="Nirmala UI" w:cs="Nirmala UI"/>
        </w:rPr>
        <w:t>পার</w:t>
      </w:r>
      <w:r>
        <w:rPr>
          <w:rFonts w:ascii="Times New Roman" w:hAnsi="Times New Roman" w:eastAsia="Times New Roman" w:cs="Times New Roman"/>
        </w:rPr>
        <w:t xml:space="preserve"> </w:t>
      </w:r>
      <w:r>
        <w:rPr>
          <w:rFonts w:ascii="Nirmala UI" w:hAnsi="Nirmala UI" w:eastAsia="Nirmala UI" w:cs="Nirmala UI"/>
        </w:rPr>
        <w:t>নাই।</w:t>
      </w:r>
      <w:r>
        <w:rPr>
          <w:rFonts w:ascii="Times New Roman" w:hAnsi="Times New Roman" w:eastAsia="Times New Roman" w:cs="Times New Roman"/>
        </w:rPr>
        <w:t xml:space="preserve"> </w:t>
      </w:r>
      <w:r>
        <w:rPr>
          <w:rFonts w:ascii="Nirmala UI" w:hAnsi="Nirmala UI" w:eastAsia="Nirmala UI" w:cs="Nirmala UI"/>
        </w:rPr>
        <w:t>লূক</w:t>
      </w:r>
      <w:r>
        <w:rPr>
          <w:rFonts w:ascii="Times New Roman" w:hAnsi="Times New Roman" w:eastAsia="Times New Roman" w:cs="Times New Roman"/>
        </w:rPr>
        <w:t xml:space="preserve"> 19:41–44</w:t>
      </w:r>
      <w:r>
        <w:rPr>
          <w:rFonts w:ascii="Nirmala UI" w:hAnsi="Nirmala UI" w:eastAsia="Nirmala UI" w:cs="Nirmala UI"/>
        </w:rPr>
        <w:t>।</w:t>
      </w:r>
    </w:p>
    <w:p>
      <w:pPr>
        <w:pStyle w:val="ArticleBody"/>
        <w:jc w:val="left"/>
      </w:pPr>
      <w:r>
        <w:rPr>
          <w:rFonts w:ascii="Times New Roman" w:hAnsi="Times New Roman" w:eastAsia="Times New Roman" w:cs="Times New Roman"/>
        </w:rPr>
        <w:t>Ka nako ya ketelo ya Modimo, ba bohlale le ba maoatla ba a aroganngwa ka go sa khutlê.</w:t>
      </w:r>
    </w:p>
    <w:p>
      <w:pPr>
        <w:pStyle w:val="ArticleScripture"/>
        <w:jc w:val="left"/>
      </w:pPr>
      <w:r>
        <w:rPr>
          <w:rFonts w:ascii="Times New Roman" w:hAnsi="Times New Roman" w:eastAsia="Times New Roman" w:cs="Times New Roman"/>
        </w:rPr>
        <w:t>“Re a tseba gore Maadventist a Letsatsi la Bosupa ao a sa ineeleng ka botlalo, a nang le tsebo ya nnete, empa a itlamileng le ba lefatshe, a tla tlogela tumelo ka botlalo, a mamela meya e timetsang. Sera se tla ba neela diteko ka thabo, e le ho ba etella pele hore ba lwantshane le batho ba Modimo. Empa bao e leng ba nnete le ba tiileng ba tla ba le tshireletso e matla le e nang le matla ho Modimo.” Manuscript Releases, volume 7, 186.</w:t>
      </w:r>
    </w:p>
    <w:p>
      <w:pPr>
        <w:pStyle w:val="ArticleBody"/>
        <w:jc w:val="left"/>
      </w:pPr>
      <w:r>
        <w:rPr>
          <w:rFonts w:ascii="Times New Roman" w:hAnsi="Times New Roman" w:eastAsia="Times New Roman" w:cs="Times New Roman"/>
        </w:rPr>
        <w:t>Waktu pelawatan mereka bermula pada 11 September 2001, sebagaimana dilambangkan oleh waktu pelawatan atas gereja-gereja Protestan pada 11 Ogos 1840, dan sebagaimana waktu pelawatan telah bermula bagi Israel purba ketika Roh Kudus turun pada pembaptisan Kristus.</w:t>
      </w:r>
    </w:p>
    <w:p>
      <w:pPr>
        <w:pStyle w:val="ArticleBody"/>
        <w:jc w:val="left"/>
      </w:pPr>
      <w:r>
        <w:rPr>
          <w:rFonts w:ascii="Times New Roman" w:hAnsi="Times New Roman" w:eastAsia="Times New Roman" w:cs="Times New Roman"/>
        </w:rPr>
        <w:t>Kuphikithiwa ka vhurangaphanḓa ku thoma musi United States yo ḓadza khaphu ya tshifhinga tshayo tsha u lingwa nga mulayo wa Swondaha une wa ḓa nga u ṱavhanya, une wa dovha wa vha tshifhinga musi kereke ya Adventist ya Laodikea yo ḓadza khaphu yayo. Khaṱhulo i thoma nga nnḓu ya Mudzimu, na khaphu ya tshifhinga tsha u lingwa ya dziṋanga mbili dzo tshinyalaho dza United States. Nṋanga yo tshinyalaho ya Bupurotesitanti ye ya vha yo no imelwa kale nga kereke ya Adventist ya Laodikea i mbo ḓi fhela; ngeno vhukando ha Filadelfia ha muruṅwa wa vhuraru hone ha mbo ḓi vha nṋanga ya ngoho ya Bupurotesitanti, na Yerusalema ya muya ine ya takulelwa nṱha sa luswayo. Nga tshenetsho tshifhinga Yerusalema i shanduka u bva kha kereke i lwayo ya vha kereke yo kunda.</w:t>
      </w:r>
    </w:p>
    <w:p>
      <w:pPr>
        <w:pStyle w:val="ArticleBody"/>
        <w:jc w:val="left"/>
      </w:pPr>
      <w:r>
        <w:rPr>
          <w:rFonts w:ascii="Times New Roman" w:hAnsi="Times New Roman" w:eastAsia="Times New Roman" w:cs="Times New Roman"/>
        </w:rPr>
        <w:t>Penghakiman eksekutif dimulai, seiring dengan waktu penghakiman-penghakiman kebinasaan Allah, yang juga merupakan suatu masa kemurahan bagi kawanan Allah yang lain yang masih berada di Babel. Hal itu dimulai ketika masa pelawatan Allah atas Adventisme Laodikia berakhir. Penghakiman eksekutif itu berlanjut kepada Ketujuh Malapetaka Terakhir, ketika penghakiman-penghakiman itu tidak lagi bercampur dengan kemurahan, lalu Yesus datang kembali.</w:t>
      </w:r>
    </w:p>
    <w:p>
      <w:pPr>
        <w:pStyle w:val="ArticleBody"/>
        <w:jc w:val="left"/>
      </w:pPr>
      <w:r>
        <w:rPr>
          <w:rFonts w:ascii="Times New Roman" w:hAnsi="Times New Roman" w:eastAsia="Times New Roman" w:cs="Times New Roman"/>
        </w:rPr>
        <w:t>Ha Jisu a boela, mileniamo (lilemo tse sekete) ea Tšenolo khaolo ea mashome a mabeli e bontša hore Satane o tlamiloe holim’a lefatše le sentsoeng, a le mong a e-na feela le mangeloi a marabele a ileng a nka karolo tlhaselong khahlanong le Molimo.</w:t>
      </w:r>
    </w:p>
    <w:p>
      <w:pPr>
        <w:pStyle w:val="ArticleScripture"/>
        <w:jc w:val="left"/>
      </w:pPr>
      <w:r>
        <w:rPr>
          <w:rFonts w:ascii="Leelawadee UI" w:hAnsi="Leelawadee UI" w:eastAsia="Leelawadee UI" w:cs="Leelawadee UI"/>
        </w:rPr>
        <w:t>ខ្ញុំបានឃើញទេវតាមួយចុះមកពីស្ថានសួគ៌</w:t>
      </w:r>
      <w:r>
        <w:rPr>
          <w:rFonts w:ascii="Times New Roman" w:hAnsi="Times New Roman" w:eastAsia="Times New Roman" w:cs="Times New Roman"/>
        </w:rPr>
        <w:t xml:space="preserve"> </w:t>
      </w:r>
      <w:r>
        <w:rPr>
          <w:rFonts w:ascii="Leelawadee UI" w:hAnsi="Leelawadee UI" w:eastAsia="Leelawadee UI" w:cs="Leelawadee UI"/>
        </w:rPr>
        <w:t>ដោយកាន់កូនសោរនៃអន្លង់គ្មានបាត</w:t>
      </w:r>
      <w:r>
        <w:rPr>
          <w:rFonts w:ascii="Times New Roman" w:hAnsi="Times New Roman" w:eastAsia="Times New Roman" w:cs="Times New Roman"/>
        </w:rPr>
        <w:t xml:space="preserve"> </w:t>
      </w:r>
      <w:r>
        <w:rPr>
          <w:rFonts w:ascii="Leelawadee UI" w:hAnsi="Leelawadee UI" w:eastAsia="Leelawadee UI" w:cs="Leelawadee UI"/>
        </w:rPr>
        <w:t>និងច្រវាក់ធំមួយនៅក្នុងដៃរបស់គាត់។</w:t>
      </w:r>
      <w:r>
        <w:rPr>
          <w:rFonts w:ascii="Times New Roman" w:hAnsi="Times New Roman" w:eastAsia="Times New Roman" w:cs="Times New Roman"/>
        </w:rPr>
        <w:t xml:space="preserve"> </w:t>
      </w:r>
      <w:r>
        <w:rPr>
          <w:rFonts w:ascii="Leelawadee UI" w:hAnsi="Leelawadee UI" w:eastAsia="Leelawadee UI" w:cs="Leelawadee UI"/>
        </w:rPr>
        <w:t>ហើយគាត់បានចាប់នាគ</w:t>
      </w:r>
      <w:r>
        <w:rPr>
          <w:rFonts w:ascii="Times New Roman" w:hAnsi="Times New Roman" w:eastAsia="Times New Roman" w:cs="Times New Roman"/>
        </w:rPr>
        <w:t xml:space="preserve"> </w:t>
      </w:r>
      <w:r>
        <w:rPr>
          <w:rFonts w:ascii="Leelawadee UI" w:hAnsi="Leelawadee UI" w:eastAsia="Leelawadee UI" w:cs="Leelawadee UI"/>
        </w:rPr>
        <w:t>គឺពស់ចាស់នោះ</w:t>
      </w:r>
      <w:r>
        <w:rPr>
          <w:rFonts w:ascii="Times New Roman" w:hAnsi="Times New Roman" w:eastAsia="Times New Roman" w:cs="Times New Roman"/>
        </w:rPr>
        <w:t xml:space="preserve"> </w:t>
      </w:r>
      <w:r>
        <w:rPr>
          <w:rFonts w:ascii="Leelawadee UI" w:hAnsi="Leelawadee UI" w:eastAsia="Leelawadee UI" w:cs="Leelawadee UI"/>
        </w:rPr>
        <w:t>ដែលជាមារកំណាច</w:t>
      </w:r>
      <w:r>
        <w:rPr>
          <w:rFonts w:ascii="Times New Roman" w:hAnsi="Times New Roman" w:eastAsia="Times New Roman" w:cs="Times New Roman"/>
        </w:rPr>
        <w:t xml:space="preserve"> </w:t>
      </w:r>
      <w:r>
        <w:rPr>
          <w:rFonts w:ascii="Leelawadee UI" w:hAnsi="Leelawadee UI" w:eastAsia="Leelawadee UI" w:cs="Leelawadee UI"/>
        </w:rPr>
        <w:t>និងសាតាំង</w:t>
      </w:r>
      <w:r>
        <w:rPr>
          <w:rFonts w:ascii="Times New Roman" w:hAnsi="Times New Roman" w:eastAsia="Times New Roman" w:cs="Times New Roman"/>
        </w:rPr>
        <w:t xml:space="preserve"> </w:t>
      </w:r>
      <w:r>
        <w:rPr>
          <w:rFonts w:ascii="Leelawadee UI" w:hAnsi="Leelawadee UI" w:eastAsia="Leelawadee UI" w:cs="Leelawadee UI"/>
        </w:rPr>
        <w:t>ហើយបានចងវាទុកអស់មួយពាន់ឆ្នាំ</w:t>
      </w:r>
      <w:r>
        <w:rPr>
          <w:rFonts w:ascii="Times New Roman" w:hAnsi="Times New Roman" w:eastAsia="Times New Roman" w:cs="Times New Roman"/>
        </w:rPr>
        <w:t xml:space="preserve"> </w:t>
      </w:r>
      <w:r>
        <w:rPr>
          <w:rFonts w:ascii="Leelawadee UI" w:hAnsi="Leelawadee UI" w:eastAsia="Leelawadee UI" w:cs="Leelawadee UI"/>
        </w:rPr>
        <w:t>ហើយបានបោះវាចូលទៅក្នុងអន្លង់គ្មានបាត</w:t>
      </w:r>
      <w:r>
        <w:rPr>
          <w:rFonts w:ascii="Times New Roman" w:hAnsi="Times New Roman" w:eastAsia="Times New Roman" w:cs="Times New Roman"/>
        </w:rPr>
        <w:t xml:space="preserve"> </w:t>
      </w:r>
      <w:r>
        <w:rPr>
          <w:rFonts w:ascii="Leelawadee UI" w:hAnsi="Leelawadee UI" w:eastAsia="Leelawadee UI" w:cs="Leelawadee UI"/>
        </w:rPr>
        <w:t>បិទវាទុក</w:t>
      </w:r>
      <w:r>
        <w:rPr>
          <w:rFonts w:ascii="Times New Roman" w:hAnsi="Times New Roman" w:eastAsia="Times New Roman" w:cs="Times New Roman"/>
        </w:rPr>
        <w:t xml:space="preserve"> </w:t>
      </w:r>
      <w:r>
        <w:rPr>
          <w:rFonts w:ascii="Leelawadee UI" w:hAnsi="Leelawadee UI" w:eastAsia="Leelawadee UI" w:cs="Leelawadee UI"/>
        </w:rPr>
        <w:t>និងដាក់ត្រាលើវា</w:t>
      </w:r>
      <w:r>
        <w:rPr>
          <w:rFonts w:ascii="Times New Roman" w:hAnsi="Times New Roman" w:eastAsia="Times New Roman" w:cs="Times New Roman"/>
        </w:rPr>
        <w:t xml:space="preserve"> </w:t>
      </w:r>
      <w:r>
        <w:rPr>
          <w:rFonts w:ascii="Leelawadee UI" w:hAnsi="Leelawadee UI" w:eastAsia="Leelawadee UI" w:cs="Leelawadee UI"/>
        </w:rPr>
        <w:t>ដើម្បីកុំឲ្យវាបញ្ឆោតបណ្ដាប្រជាជាតិនានាទៀត</w:t>
      </w:r>
      <w:r>
        <w:rPr>
          <w:rFonts w:ascii="Times New Roman" w:hAnsi="Times New Roman" w:eastAsia="Times New Roman" w:cs="Times New Roman"/>
        </w:rPr>
        <w:t xml:space="preserve"> </w:t>
      </w:r>
      <w:r>
        <w:rPr>
          <w:rFonts w:ascii="Leelawadee UI" w:hAnsi="Leelawadee UI" w:eastAsia="Leelawadee UI" w:cs="Leelawadee UI"/>
        </w:rPr>
        <w:t>រហូតដល់មួយពាន់ឆ្នាំនោះបានបំពេញសម្រេច</w:t>
      </w:r>
      <w:r>
        <w:rPr>
          <w:rFonts w:ascii="Times New Roman" w:hAnsi="Times New Roman" w:eastAsia="Times New Roman" w:cs="Times New Roman"/>
        </w:rPr>
        <w:t xml:space="preserve">; </w:t>
      </w:r>
      <w:r>
        <w:rPr>
          <w:rFonts w:ascii="Leelawadee UI" w:hAnsi="Leelawadee UI" w:eastAsia="Leelawadee UI" w:cs="Leelawadee UI"/>
        </w:rPr>
        <w:t>ហើយបន្ទាប់ពីនោះ</w:t>
      </w:r>
      <w:r>
        <w:rPr>
          <w:rFonts w:ascii="Times New Roman" w:hAnsi="Times New Roman" w:eastAsia="Times New Roman" w:cs="Times New Roman"/>
        </w:rPr>
        <w:t xml:space="preserve"> </w:t>
      </w:r>
      <w:r>
        <w:rPr>
          <w:rFonts w:ascii="Leelawadee UI" w:hAnsi="Leelawadee UI" w:eastAsia="Leelawadee UI" w:cs="Leelawadee UI"/>
        </w:rPr>
        <w:t>វាត្រូវតែត្រូវដោះលែងមួយរយៈខ្លី។</w:t>
      </w:r>
      <w:r>
        <w:rPr>
          <w:rFonts w:ascii="Times New Roman" w:hAnsi="Times New Roman" w:eastAsia="Times New Roman" w:cs="Times New Roman"/>
        </w:rPr>
        <w:t xml:space="preserve"> </w:t>
      </w:r>
      <w:r>
        <w:rPr>
          <w:rFonts w:ascii="Leelawadee UI" w:hAnsi="Leelawadee UI" w:eastAsia="Leelawadee UI" w:cs="Leelawadee UI"/>
        </w:rPr>
        <w:t>វិវរណៈ</w:t>
      </w:r>
      <w:r>
        <w:rPr>
          <w:rFonts w:ascii="Times New Roman" w:hAnsi="Times New Roman" w:eastAsia="Times New Roman" w:cs="Times New Roman"/>
        </w:rPr>
        <w:t xml:space="preserve"> 20:1–3</w:t>
      </w:r>
      <w:r>
        <w:rPr>
          <w:rFonts w:ascii="Leelawadee UI" w:hAnsi="Leelawadee UI" w:eastAsia="Leelawadee UI" w:cs="Leelawadee UI"/>
        </w:rPr>
        <w:t>។</w:t>
      </w:r>
    </w:p>
    <w:p>
      <w:pPr>
        <w:pStyle w:val="ArticleBody"/>
        <w:jc w:val="left"/>
      </w:pPr>
      <w:r>
        <w:rPr>
          <w:rFonts w:ascii="Times New Roman" w:hAnsi="Times New Roman" w:eastAsia="Times New Roman" w:cs="Times New Roman"/>
        </w:rPr>
        <w:t>Sepanjang seribu tahun itu orang-orang tebusan akan melaksanakan penghakiman penyelidikan atas orang-orang yang binasa yang masih tertidur di dalam kubur mereka sambil menantikan selesainya penghakiman masing-masing. Orang-orang tebusan akan meneliti kehidupan dan keadaan orang-orang yang binasa, termasuk Iblis dan malaikat-malaikatnya, untuk menentukan siapa yang layak menerima hukuman yang lebih berat pada akhir seribu tahun itu.</w:t>
      </w:r>
    </w:p>
    <w:p>
      <w:pPr>
        <w:pStyle w:val="ArticleScripture"/>
        <w:jc w:val="left"/>
      </w:pPr>
      <w:r>
        <w:rPr>
          <w:rFonts w:ascii="Times New Roman" w:hAnsi="Times New Roman" w:eastAsia="Times New Roman" w:cs="Times New Roman"/>
        </w:rPr>
        <w:t>Lalu aku melihat takhta-takhta, dan mereka duduk di atasnya, dan kepada mereka diberikan kuasa untuk menghakimi; dan aku melihat jiwa-jiwa mereka yang telah dipenggal karena kesaksian tentang Yesus dan karena firman Allah, dan yang tidak menyembah binatang itu maupun patungnya, dan yang tidak menerima tandanya pada dahi mereka atau pada tangan mereka; lalu mereka hidup kembali dan memerintah bersama Kristus selama seribu tahun. Wahyu 20:4.</w:t>
      </w:r>
    </w:p>
    <w:p>
      <w:pPr>
        <w:pStyle w:val="ArticleBody"/>
        <w:jc w:val="left"/>
      </w:pPr>
      <w:r>
        <w:rPr>
          <w:rFonts w:ascii="Nirmala UI" w:hAnsi="Nirmala UI" w:eastAsia="Nirmala UI" w:cs="Nirmala UI"/>
        </w:rPr>
        <w:t>නියත</w:t>
      </w:r>
      <w:r>
        <w:rPr>
          <w:rFonts w:ascii="Times New Roman" w:hAnsi="Times New Roman" w:eastAsia="Times New Roman" w:cs="Times New Roman"/>
        </w:rPr>
        <w:t xml:space="preserve"> </w:t>
      </w:r>
      <w:r>
        <w:rPr>
          <w:rFonts w:ascii="Nirmala UI" w:hAnsi="Nirmala UI" w:eastAsia="Nirmala UI" w:cs="Nirmala UI"/>
        </w:rPr>
        <w:t>වශයෙන්ම</w:t>
      </w:r>
      <w:r>
        <w:rPr>
          <w:rFonts w:ascii="Times New Roman" w:hAnsi="Times New Roman" w:eastAsia="Times New Roman" w:cs="Times New Roman"/>
        </w:rPr>
        <w:t xml:space="preserve">, </w:t>
      </w:r>
      <w:r>
        <w:rPr>
          <w:rFonts w:ascii="Nirmala UI" w:hAnsi="Nirmala UI" w:eastAsia="Nirmala UI" w:cs="Nirmala UI"/>
        </w:rPr>
        <w:t>සහස්</w:t>
      </w:r>
      <w:r>
        <w:rPr>
          <w:rFonts w:ascii="Times New Roman" w:hAnsi="Times New Roman" w:eastAsia="Times New Roman" w:cs="Times New Roman"/>
        </w:rPr>
        <w:t>‍</w:t>
      </w:r>
      <w:r>
        <w:rPr>
          <w:rFonts w:ascii="Nirmala UI" w:hAnsi="Nirmala UI" w:eastAsia="Nirmala UI" w:cs="Nirmala UI"/>
        </w:rPr>
        <w:t>රකාලය</w:t>
      </w:r>
      <w:r>
        <w:rPr>
          <w:rFonts w:ascii="Times New Roman" w:hAnsi="Times New Roman" w:eastAsia="Times New Roman" w:cs="Times New Roman"/>
        </w:rPr>
        <w:t xml:space="preserve"> </w:t>
      </w:r>
      <w:r>
        <w:rPr>
          <w:rFonts w:ascii="Nirmala UI" w:hAnsi="Nirmala UI" w:eastAsia="Nirmala UI" w:cs="Nirmala UI"/>
        </w:rPr>
        <w:t>තුළ</w:t>
      </w:r>
      <w:r>
        <w:rPr>
          <w:rFonts w:ascii="Times New Roman" w:hAnsi="Times New Roman" w:eastAsia="Times New Roman" w:cs="Times New Roman"/>
        </w:rPr>
        <w:t xml:space="preserve"> </w:t>
      </w:r>
      <w:r>
        <w:rPr>
          <w:rFonts w:ascii="Nirmala UI" w:hAnsi="Nirmala UI" w:eastAsia="Nirmala UI" w:cs="Nirmala UI"/>
        </w:rPr>
        <w:t>විමර්ශනාත්මක</w:t>
      </w:r>
      <w:r>
        <w:rPr>
          <w:rFonts w:ascii="Times New Roman" w:hAnsi="Times New Roman" w:eastAsia="Times New Roman" w:cs="Times New Roman"/>
        </w:rPr>
        <w:t xml:space="preserve"> </w:t>
      </w:r>
      <w:r>
        <w:rPr>
          <w:rFonts w:ascii="Nirmala UI" w:hAnsi="Nirmala UI" w:eastAsia="Nirmala UI" w:cs="Nirmala UI"/>
        </w:rPr>
        <w:t>විනිශ්චයක්</w:t>
      </w:r>
      <w:r>
        <w:rPr>
          <w:rFonts w:ascii="Times New Roman" w:hAnsi="Times New Roman" w:eastAsia="Times New Roman" w:cs="Times New Roman"/>
        </w:rPr>
        <w:t xml:space="preserve"> </w:t>
      </w:r>
      <w:r>
        <w:rPr>
          <w:rFonts w:ascii="Nirmala UI" w:hAnsi="Nirmala UI" w:eastAsia="Nirmala UI" w:cs="Nirmala UI"/>
        </w:rPr>
        <w:t>අන්තර්ගත</w:t>
      </w:r>
      <w:r>
        <w:rPr>
          <w:rFonts w:ascii="Times New Roman" w:hAnsi="Times New Roman" w:eastAsia="Times New Roman" w:cs="Times New Roman"/>
        </w:rPr>
        <w:t xml:space="preserve"> </w:t>
      </w:r>
      <w:r>
        <w:rPr>
          <w:rFonts w:ascii="Nirmala UI" w:hAnsi="Nirmala UI" w:eastAsia="Nirmala UI" w:cs="Nirmala UI"/>
        </w:rPr>
        <w:t>වන</w:t>
      </w:r>
      <w:r>
        <w:rPr>
          <w:rFonts w:ascii="Times New Roman" w:hAnsi="Times New Roman" w:eastAsia="Times New Roman" w:cs="Times New Roman"/>
        </w:rPr>
        <w:t xml:space="preserve"> </w:t>
      </w:r>
      <w:r>
        <w:rPr>
          <w:rFonts w:ascii="Nirmala UI" w:hAnsi="Nirmala UI" w:eastAsia="Nirmala UI" w:cs="Nirmala UI"/>
        </w:rPr>
        <w:t>අතර</w:t>
      </w:r>
      <w:r>
        <w:rPr>
          <w:rFonts w:ascii="Times New Roman" w:hAnsi="Times New Roman" w:eastAsia="Times New Roman" w:cs="Times New Roman"/>
        </w:rPr>
        <w:t xml:space="preserve">, </w:t>
      </w:r>
      <w:r>
        <w:rPr>
          <w:rFonts w:ascii="Nirmala UI" w:hAnsi="Nirmala UI" w:eastAsia="Nirmala UI" w:cs="Nirmala UI"/>
        </w:rPr>
        <w:t>එය</w:t>
      </w:r>
      <w:r>
        <w:rPr>
          <w:rFonts w:ascii="Times New Roman" w:hAnsi="Times New Roman" w:eastAsia="Times New Roman" w:cs="Times New Roman"/>
        </w:rPr>
        <w:t xml:space="preserve"> </w:t>
      </w:r>
      <w:r>
        <w:rPr>
          <w:rFonts w:ascii="Nirmala UI" w:hAnsi="Nirmala UI" w:eastAsia="Nirmala UI" w:cs="Nirmala UI"/>
        </w:rPr>
        <w:t>අවසන්</w:t>
      </w:r>
      <w:r>
        <w:rPr>
          <w:rFonts w:ascii="Times New Roman" w:hAnsi="Times New Roman" w:eastAsia="Times New Roman" w:cs="Times New Roman"/>
        </w:rPr>
        <w:t xml:space="preserve"> </w:t>
      </w:r>
      <w:r>
        <w:rPr>
          <w:rFonts w:ascii="Nirmala UI" w:hAnsi="Nirmala UI" w:eastAsia="Nirmala UI" w:cs="Nirmala UI"/>
        </w:rPr>
        <w:t>වූ</w:t>
      </w:r>
      <w:r>
        <w:rPr>
          <w:rFonts w:ascii="Times New Roman" w:hAnsi="Times New Roman" w:eastAsia="Times New Roman" w:cs="Times New Roman"/>
        </w:rPr>
        <w:t xml:space="preserve"> </w:t>
      </w:r>
      <w:r>
        <w:rPr>
          <w:rFonts w:ascii="Nirmala UI" w:hAnsi="Nirmala UI" w:eastAsia="Nirmala UI" w:cs="Nirmala UI"/>
        </w:rPr>
        <w:t>විට</w:t>
      </w:r>
      <w:r>
        <w:rPr>
          <w:rFonts w:ascii="Times New Roman" w:hAnsi="Times New Roman" w:eastAsia="Times New Roman" w:cs="Times New Roman"/>
        </w:rPr>
        <w:t xml:space="preserve"> </w:t>
      </w:r>
      <w:r>
        <w:rPr>
          <w:rFonts w:ascii="Nirmala UI" w:hAnsi="Nirmala UI" w:eastAsia="Nirmala UI" w:cs="Nirmala UI"/>
        </w:rPr>
        <w:t>දුෂ්ට</w:t>
      </w:r>
      <w:r>
        <w:rPr>
          <w:rFonts w:ascii="Times New Roman" w:hAnsi="Times New Roman" w:eastAsia="Times New Roman" w:cs="Times New Roman"/>
        </w:rPr>
        <w:t xml:space="preserve"> </w:t>
      </w:r>
      <w:r>
        <w:rPr>
          <w:rFonts w:ascii="Nirmala UI" w:hAnsi="Nirmala UI" w:eastAsia="Nirmala UI" w:cs="Nirmala UI"/>
        </w:rPr>
        <w:t>මළවුන්</w:t>
      </w:r>
      <w:r>
        <w:rPr>
          <w:rFonts w:ascii="Times New Roman" w:hAnsi="Times New Roman" w:eastAsia="Times New Roman" w:cs="Times New Roman"/>
        </w:rPr>
        <w:t xml:space="preserve"> </w:t>
      </w:r>
      <w:r>
        <w:rPr>
          <w:rFonts w:ascii="Nirmala UI" w:hAnsi="Nirmala UI" w:eastAsia="Nirmala UI" w:cs="Nirmala UI"/>
        </w:rPr>
        <w:t>නැගිටුවනු</w:t>
      </w:r>
      <w:r>
        <w:rPr>
          <w:rFonts w:ascii="Times New Roman" w:hAnsi="Times New Roman" w:eastAsia="Times New Roman" w:cs="Times New Roman"/>
        </w:rPr>
        <w:t xml:space="preserve"> </w:t>
      </w:r>
      <w:r>
        <w:rPr>
          <w:rFonts w:ascii="Nirmala UI" w:hAnsi="Nirmala UI" w:eastAsia="Nirmala UI" w:cs="Nirmala UI"/>
        </w:rPr>
        <w:t>ලබන</w:t>
      </w:r>
      <w:r>
        <w:rPr>
          <w:rFonts w:ascii="Times New Roman" w:hAnsi="Times New Roman" w:eastAsia="Times New Roman" w:cs="Times New Roman"/>
        </w:rPr>
        <w:t xml:space="preserve"> </w:t>
      </w:r>
      <w:r>
        <w:rPr>
          <w:rFonts w:ascii="Nirmala UI" w:hAnsi="Nirmala UI" w:eastAsia="Nirmala UI" w:cs="Nirmala UI"/>
        </w:rPr>
        <w:t>අවස්ථාවේ</w:t>
      </w:r>
      <w:r>
        <w:rPr>
          <w:rFonts w:ascii="Times New Roman" w:hAnsi="Times New Roman" w:eastAsia="Times New Roman" w:cs="Times New Roman"/>
        </w:rPr>
        <w:t xml:space="preserve"> </w:t>
      </w:r>
      <w:r>
        <w:rPr>
          <w:rFonts w:ascii="Nirmala UI" w:hAnsi="Nirmala UI" w:eastAsia="Nirmala UI" w:cs="Nirmala UI"/>
        </w:rPr>
        <w:t>අවසාන</w:t>
      </w:r>
      <w:r>
        <w:rPr>
          <w:rFonts w:ascii="Times New Roman" w:hAnsi="Times New Roman" w:eastAsia="Times New Roman" w:cs="Times New Roman"/>
        </w:rPr>
        <w:t xml:space="preserve"> </w:t>
      </w:r>
      <w:r>
        <w:rPr>
          <w:rFonts w:ascii="Nirmala UI" w:hAnsi="Nirmala UI" w:eastAsia="Nirmala UI" w:cs="Nirmala UI"/>
        </w:rPr>
        <w:t>ක්</w:t>
      </w:r>
      <w:r>
        <w:rPr>
          <w:rFonts w:ascii="Times New Roman" w:hAnsi="Times New Roman" w:eastAsia="Times New Roman" w:cs="Times New Roman"/>
        </w:rPr>
        <w:t>‍</w:t>
      </w:r>
      <w:r>
        <w:rPr>
          <w:rFonts w:ascii="Nirmala UI" w:hAnsi="Nirmala UI" w:eastAsia="Nirmala UI" w:cs="Nirmala UI"/>
        </w:rPr>
        <w:t>රියාත්මක</w:t>
      </w:r>
      <w:r>
        <w:rPr>
          <w:rFonts w:ascii="Times New Roman" w:hAnsi="Times New Roman" w:eastAsia="Times New Roman" w:cs="Times New Roman"/>
        </w:rPr>
        <w:t xml:space="preserve"> </w:t>
      </w:r>
      <w:r>
        <w:rPr>
          <w:rFonts w:ascii="Nirmala UI" w:hAnsi="Nirmala UI" w:eastAsia="Nirmala UI" w:cs="Nirmala UI"/>
        </w:rPr>
        <w:t>විනිශ්චය</w:t>
      </w:r>
      <w:r>
        <w:rPr>
          <w:rFonts w:ascii="Times New Roman" w:hAnsi="Times New Roman" w:eastAsia="Times New Roman" w:cs="Times New Roman"/>
        </w:rPr>
        <w:t xml:space="preserve"> </w:t>
      </w:r>
      <w:r>
        <w:rPr>
          <w:rFonts w:ascii="Nirmala UI" w:hAnsi="Nirmala UI" w:eastAsia="Nirmala UI" w:cs="Nirmala UI"/>
        </w:rPr>
        <w:t>ගෙන</w:t>
      </w:r>
      <w:r>
        <w:rPr>
          <w:rFonts w:ascii="Times New Roman" w:hAnsi="Times New Roman" w:eastAsia="Times New Roman" w:cs="Times New Roman"/>
        </w:rPr>
        <w:t xml:space="preserve"> </w:t>
      </w:r>
      <w:r>
        <w:rPr>
          <w:rFonts w:ascii="Nirmala UI" w:hAnsi="Nirmala UI" w:eastAsia="Nirmala UI" w:cs="Nirmala UI"/>
        </w:rPr>
        <w:t>එයි</w:t>
      </w:r>
      <w:r>
        <w:rPr>
          <w:rFonts w:ascii="Times New Roman" w:hAnsi="Times New Roman" w:eastAsia="Times New Roman" w:cs="Times New Roman"/>
        </w:rPr>
        <w:t xml:space="preserve">. </w:t>
      </w:r>
      <w:r>
        <w:rPr>
          <w:rFonts w:ascii="Nirmala UI" w:hAnsi="Nirmala UI" w:eastAsia="Nirmala UI" w:cs="Nirmala UI"/>
        </w:rPr>
        <w:t>එවිට</w:t>
      </w:r>
      <w:r>
        <w:rPr>
          <w:rFonts w:ascii="Times New Roman" w:hAnsi="Times New Roman" w:eastAsia="Times New Roman" w:cs="Times New Roman"/>
        </w:rPr>
        <w:t xml:space="preserve"> </w:t>
      </w:r>
      <w:r>
        <w:rPr>
          <w:rFonts w:ascii="Nirmala UI" w:hAnsi="Nirmala UI" w:eastAsia="Nirmala UI" w:cs="Nirmala UI"/>
        </w:rPr>
        <w:t>ඔවුන්</w:t>
      </w:r>
      <w:r>
        <w:rPr>
          <w:rFonts w:ascii="Times New Roman" w:hAnsi="Times New Roman" w:eastAsia="Times New Roman" w:cs="Times New Roman"/>
        </w:rPr>
        <w:t xml:space="preserve"> </w:t>
      </w:r>
      <w:r>
        <w:rPr>
          <w:rFonts w:ascii="Nirmala UI" w:hAnsi="Nirmala UI" w:eastAsia="Nirmala UI" w:cs="Nirmala UI"/>
        </w:rPr>
        <w:t>මත</w:t>
      </w:r>
      <w:r>
        <w:rPr>
          <w:rFonts w:ascii="Times New Roman" w:hAnsi="Times New Roman" w:eastAsia="Times New Roman" w:cs="Times New Roman"/>
        </w:rPr>
        <w:t xml:space="preserve"> </w:t>
      </w:r>
      <w:r>
        <w:rPr>
          <w:rFonts w:ascii="Nirmala UI" w:hAnsi="Nirmala UI" w:eastAsia="Nirmala UI" w:cs="Nirmala UI"/>
        </w:rPr>
        <w:t>සම්පූර්ණ</w:t>
      </w:r>
      <w:r>
        <w:rPr>
          <w:rFonts w:ascii="Times New Roman" w:hAnsi="Times New Roman" w:eastAsia="Times New Roman" w:cs="Times New Roman"/>
        </w:rPr>
        <w:t xml:space="preserve"> </w:t>
      </w:r>
      <w:r>
        <w:rPr>
          <w:rFonts w:ascii="Nirmala UI" w:hAnsi="Nirmala UI" w:eastAsia="Nirmala UI" w:cs="Nirmala UI"/>
        </w:rPr>
        <w:t>පාලනය</w:t>
      </w:r>
      <w:r>
        <w:rPr>
          <w:rFonts w:ascii="Times New Roman" w:hAnsi="Times New Roman" w:eastAsia="Times New Roman" w:cs="Times New Roman"/>
        </w:rPr>
        <w:t xml:space="preserve"> </w:t>
      </w:r>
      <w:r>
        <w:rPr>
          <w:rFonts w:ascii="Nirmala UI" w:hAnsi="Nirmala UI" w:eastAsia="Nirmala UI" w:cs="Nirmala UI"/>
        </w:rPr>
        <w:t>ලබාගන්නා</w:t>
      </w:r>
      <w:r>
        <w:rPr>
          <w:rFonts w:ascii="Times New Roman" w:hAnsi="Times New Roman" w:eastAsia="Times New Roman" w:cs="Times New Roman"/>
        </w:rPr>
        <w:t xml:space="preserve"> </w:t>
      </w:r>
      <w:r>
        <w:rPr>
          <w:rFonts w:ascii="Nirmala UI" w:hAnsi="Nirmala UI" w:eastAsia="Nirmala UI" w:cs="Nirmala UI"/>
        </w:rPr>
        <w:t>සාතන්</w:t>
      </w:r>
      <w:r>
        <w:rPr>
          <w:rFonts w:ascii="Times New Roman" w:hAnsi="Times New Roman" w:eastAsia="Times New Roman" w:cs="Times New Roman"/>
        </w:rPr>
        <w:t xml:space="preserve">, </w:t>
      </w:r>
      <w:r>
        <w:rPr>
          <w:rFonts w:ascii="Nirmala UI" w:hAnsi="Nirmala UI" w:eastAsia="Nirmala UI" w:cs="Nirmala UI"/>
        </w:rPr>
        <w:t>සහස්</w:t>
      </w:r>
      <w:r>
        <w:rPr>
          <w:rFonts w:ascii="Times New Roman" w:hAnsi="Times New Roman" w:eastAsia="Times New Roman" w:cs="Times New Roman"/>
        </w:rPr>
        <w:t>‍</w:t>
      </w:r>
      <w:r>
        <w:rPr>
          <w:rFonts w:ascii="Nirmala UI" w:hAnsi="Nirmala UI" w:eastAsia="Nirmala UI" w:cs="Nirmala UI"/>
        </w:rPr>
        <w:t>ර</w:t>
      </w:r>
      <w:r>
        <w:rPr>
          <w:rFonts w:ascii="Times New Roman" w:hAnsi="Times New Roman" w:eastAsia="Times New Roman" w:cs="Times New Roman"/>
        </w:rPr>
        <w:t xml:space="preserve"> </w:t>
      </w:r>
      <w:r>
        <w:rPr>
          <w:rFonts w:ascii="Nirmala UI" w:hAnsi="Nirmala UI" w:eastAsia="Nirmala UI" w:cs="Nirmala UI"/>
        </w:rPr>
        <w:t>වර්ෂ</w:t>
      </w:r>
      <w:r>
        <w:rPr>
          <w:rFonts w:ascii="Times New Roman" w:hAnsi="Times New Roman" w:eastAsia="Times New Roman" w:cs="Times New Roman"/>
        </w:rPr>
        <w:t xml:space="preserve"> </w:t>
      </w:r>
      <w:r>
        <w:rPr>
          <w:rFonts w:ascii="Nirmala UI" w:hAnsi="Nirmala UI" w:eastAsia="Nirmala UI" w:cs="Nirmala UI"/>
        </w:rPr>
        <w:t>අවසානයේ</w:t>
      </w:r>
      <w:r>
        <w:rPr>
          <w:rFonts w:ascii="Times New Roman" w:hAnsi="Times New Roman" w:eastAsia="Times New Roman" w:cs="Times New Roman"/>
        </w:rPr>
        <w:t xml:space="preserve"> </w:t>
      </w:r>
      <w:r>
        <w:rPr>
          <w:rFonts w:ascii="Nirmala UI" w:hAnsi="Nirmala UI" w:eastAsia="Nirmala UI" w:cs="Nirmala UI"/>
        </w:rPr>
        <w:t>ස්වර්ගයෙන්</w:t>
      </w:r>
      <w:r>
        <w:rPr>
          <w:rFonts w:ascii="Times New Roman" w:hAnsi="Times New Roman" w:eastAsia="Times New Roman" w:cs="Times New Roman"/>
        </w:rPr>
        <w:t xml:space="preserve"> </w:t>
      </w:r>
      <w:r>
        <w:rPr>
          <w:rFonts w:ascii="Nirmala UI" w:hAnsi="Nirmala UI" w:eastAsia="Nirmala UI" w:cs="Nirmala UI"/>
        </w:rPr>
        <w:t>බැස</w:t>
      </w:r>
      <w:r>
        <w:rPr>
          <w:rFonts w:ascii="Times New Roman" w:hAnsi="Times New Roman" w:eastAsia="Times New Roman" w:cs="Times New Roman"/>
        </w:rPr>
        <w:t xml:space="preserve"> </w:t>
      </w:r>
      <w:r>
        <w:rPr>
          <w:rFonts w:ascii="Nirmala UI" w:hAnsi="Nirmala UI" w:eastAsia="Nirmala UI" w:cs="Nirmala UI"/>
        </w:rPr>
        <w:t>එන</w:t>
      </w:r>
      <w:r>
        <w:rPr>
          <w:rFonts w:ascii="Times New Roman" w:hAnsi="Times New Roman" w:eastAsia="Times New Roman" w:cs="Times New Roman"/>
        </w:rPr>
        <w:t xml:space="preserve"> </w:t>
      </w:r>
      <w:r>
        <w:rPr>
          <w:rFonts w:ascii="Nirmala UI" w:hAnsi="Nirmala UI" w:eastAsia="Nirmala UI" w:cs="Nirmala UI"/>
        </w:rPr>
        <w:t>යෙරුසලමට</w:t>
      </w:r>
      <w:r>
        <w:rPr>
          <w:rFonts w:ascii="Times New Roman" w:hAnsi="Times New Roman" w:eastAsia="Times New Roman" w:cs="Times New Roman"/>
        </w:rPr>
        <w:t xml:space="preserve"> </w:t>
      </w:r>
      <w:r>
        <w:rPr>
          <w:rFonts w:ascii="Nirmala UI" w:hAnsi="Nirmala UI" w:eastAsia="Nirmala UI" w:cs="Nirmala UI"/>
        </w:rPr>
        <w:t>ප්</w:t>
      </w:r>
      <w:r>
        <w:rPr>
          <w:rFonts w:ascii="Times New Roman" w:hAnsi="Times New Roman" w:eastAsia="Times New Roman" w:cs="Times New Roman"/>
        </w:rPr>
        <w:t>‍</w:t>
      </w:r>
      <w:r>
        <w:rPr>
          <w:rFonts w:ascii="Nirmala UI" w:hAnsi="Nirmala UI" w:eastAsia="Nirmala UI" w:cs="Nirmala UI"/>
        </w:rPr>
        <w:t>රහාරය</w:t>
      </w:r>
      <w:r>
        <w:rPr>
          <w:rFonts w:ascii="Times New Roman" w:hAnsi="Times New Roman" w:eastAsia="Times New Roman" w:cs="Times New Roman"/>
        </w:rPr>
        <w:t xml:space="preserve"> </w:t>
      </w:r>
      <w:r>
        <w:rPr>
          <w:rFonts w:ascii="Nirmala UI" w:hAnsi="Nirmala UI" w:eastAsia="Nirmala UI" w:cs="Nirmala UI"/>
        </w:rPr>
        <w:t>එල්ල</w:t>
      </w:r>
      <w:r>
        <w:rPr>
          <w:rFonts w:ascii="Times New Roman" w:hAnsi="Times New Roman" w:eastAsia="Times New Roman" w:cs="Times New Roman"/>
        </w:rPr>
        <w:t xml:space="preserve"> </w:t>
      </w:r>
      <w:r>
        <w:rPr>
          <w:rFonts w:ascii="Nirmala UI" w:hAnsi="Nirmala UI" w:eastAsia="Nirmala UI" w:cs="Nirmala UI"/>
        </w:rPr>
        <w:t>කරන</w:t>
      </w:r>
      <w:r>
        <w:rPr>
          <w:rFonts w:ascii="Times New Roman" w:hAnsi="Times New Roman" w:eastAsia="Times New Roman" w:cs="Times New Roman"/>
        </w:rPr>
        <w:t xml:space="preserve"> </w:t>
      </w:r>
      <w:r>
        <w:rPr>
          <w:rFonts w:ascii="Nirmala UI" w:hAnsi="Nirmala UI" w:eastAsia="Nirmala UI" w:cs="Nirmala UI"/>
        </w:rPr>
        <w:t>ලෙස</w:t>
      </w:r>
      <w:r>
        <w:rPr>
          <w:rFonts w:ascii="Times New Roman" w:hAnsi="Times New Roman" w:eastAsia="Times New Roman" w:cs="Times New Roman"/>
        </w:rPr>
        <w:t xml:space="preserve"> </w:t>
      </w:r>
      <w:r>
        <w:rPr>
          <w:rFonts w:ascii="Nirmala UI" w:hAnsi="Nirmala UI" w:eastAsia="Nirmala UI" w:cs="Nirmala UI"/>
        </w:rPr>
        <w:t>දුෂ්ටයන්</w:t>
      </w:r>
      <w:r>
        <w:rPr>
          <w:rFonts w:ascii="Times New Roman" w:hAnsi="Times New Roman" w:eastAsia="Times New Roman" w:cs="Times New Roman"/>
        </w:rPr>
        <w:t xml:space="preserve"> </w:t>
      </w:r>
      <w:r>
        <w:rPr>
          <w:rFonts w:ascii="Nirmala UI" w:hAnsi="Nirmala UI" w:eastAsia="Nirmala UI" w:cs="Nirmala UI"/>
        </w:rPr>
        <w:t>විශ්වාසයට</w:t>
      </w:r>
      <w:r>
        <w:rPr>
          <w:rFonts w:ascii="Times New Roman" w:hAnsi="Times New Roman" w:eastAsia="Times New Roman" w:cs="Times New Roman"/>
        </w:rPr>
        <w:t xml:space="preserve"> </w:t>
      </w:r>
      <w:r>
        <w:rPr>
          <w:rFonts w:ascii="Nirmala UI" w:hAnsi="Nirmala UI" w:eastAsia="Nirmala UI" w:cs="Nirmala UI"/>
        </w:rPr>
        <w:t>පත්</w:t>
      </w:r>
      <w:r>
        <w:rPr>
          <w:rFonts w:ascii="Times New Roman" w:hAnsi="Times New Roman" w:eastAsia="Times New Roman" w:cs="Times New Roman"/>
        </w:rPr>
        <w:t xml:space="preserve"> </w:t>
      </w:r>
      <w:r>
        <w:rPr>
          <w:rFonts w:ascii="Nirmala UI" w:hAnsi="Nirmala UI" w:eastAsia="Nirmala UI" w:cs="Nirmala UI"/>
        </w:rPr>
        <w:t>කරයි</w:t>
      </w:r>
      <w:r>
        <w:rPr>
          <w:rFonts w:ascii="Times New Roman" w:hAnsi="Times New Roman" w:eastAsia="Times New Roman" w:cs="Times New Roman"/>
        </w:rPr>
        <w:t xml:space="preserve">. </w:t>
      </w:r>
      <w:r>
        <w:rPr>
          <w:rFonts w:ascii="Nirmala UI" w:hAnsi="Nirmala UI" w:eastAsia="Nirmala UI" w:cs="Nirmala UI"/>
        </w:rPr>
        <w:t>දුෂ්ටයන්</w:t>
      </w:r>
      <w:r>
        <w:rPr>
          <w:rFonts w:ascii="Times New Roman" w:hAnsi="Times New Roman" w:eastAsia="Times New Roman" w:cs="Times New Roman"/>
        </w:rPr>
        <w:t xml:space="preserve"> </w:t>
      </w:r>
      <w:r>
        <w:rPr>
          <w:rFonts w:ascii="Nirmala UI" w:hAnsi="Nirmala UI" w:eastAsia="Nirmala UI" w:cs="Nirmala UI"/>
        </w:rPr>
        <w:t>තම</w:t>
      </w:r>
      <w:r>
        <w:rPr>
          <w:rFonts w:ascii="Times New Roman" w:hAnsi="Times New Roman" w:eastAsia="Times New Roman" w:cs="Times New Roman"/>
        </w:rPr>
        <w:t xml:space="preserve"> </w:t>
      </w:r>
      <w:r>
        <w:rPr>
          <w:rFonts w:ascii="Nirmala UI" w:hAnsi="Nirmala UI" w:eastAsia="Nirmala UI" w:cs="Nirmala UI"/>
        </w:rPr>
        <w:t>ප්</w:t>
      </w:r>
      <w:r>
        <w:rPr>
          <w:rFonts w:ascii="Times New Roman" w:hAnsi="Times New Roman" w:eastAsia="Times New Roman" w:cs="Times New Roman"/>
        </w:rPr>
        <w:t>‍</w:t>
      </w:r>
      <w:r>
        <w:rPr>
          <w:rFonts w:ascii="Nirmala UI" w:hAnsi="Nirmala UI" w:eastAsia="Nirmala UI" w:cs="Nirmala UI"/>
        </w:rPr>
        <w:t>රහාරය</w:t>
      </w:r>
      <w:r>
        <w:rPr>
          <w:rFonts w:ascii="Times New Roman" w:hAnsi="Times New Roman" w:eastAsia="Times New Roman" w:cs="Times New Roman"/>
        </w:rPr>
        <w:t xml:space="preserve"> </w:t>
      </w:r>
      <w:r>
        <w:rPr>
          <w:rFonts w:ascii="Nirmala UI" w:hAnsi="Nirmala UI" w:eastAsia="Nirmala UI" w:cs="Nirmala UI"/>
        </w:rPr>
        <w:t>ආරම්භ</w:t>
      </w:r>
      <w:r>
        <w:rPr>
          <w:rFonts w:ascii="Times New Roman" w:hAnsi="Times New Roman" w:eastAsia="Times New Roman" w:cs="Times New Roman"/>
        </w:rPr>
        <w:t xml:space="preserve"> </w:t>
      </w:r>
      <w:r>
        <w:rPr>
          <w:rFonts w:ascii="Nirmala UI" w:hAnsi="Nirmala UI" w:eastAsia="Nirmala UI" w:cs="Nirmala UI"/>
        </w:rPr>
        <w:t>කරන</w:t>
      </w:r>
      <w:r>
        <w:rPr>
          <w:rFonts w:ascii="Times New Roman" w:hAnsi="Times New Roman" w:eastAsia="Times New Roman" w:cs="Times New Roman"/>
        </w:rPr>
        <w:t xml:space="preserve"> </w:t>
      </w:r>
      <w:r>
        <w:rPr>
          <w:rFonts w:ascii="Nirmala UI" w:hAnsi="Nirmala UI" w:eastAsia="Nirmala UI" w:cs="Nirmala UI"/>
        </w:rPr>
        <w:t>විට</w:t>
      </w:r>
      <w:r>
        <w:rPr>
          <w:rFonts w:ascii="Times New Roman" w:hAnsi="Times New Roman" w:eastAsia="Times New Roman" w:cs="Times New Roman"/>
        </w:rPr>
        <w:t xml:space="preserve">, </w:t>
      </w:r>
      <w:r>
        <w:rPr>
          <w:rFonts w:ascii="Nirmala UI" w:hAnsi="Nirmala UI" w:eastAsia="Nirmala UI" w:cs="Nirmala UI"/>
        </w:rPr>
        <w:t>ස්වර්ගයෙන්</w:t>
      </w:r>
      <w:r>
        <w:rPr>
          <w:rFonts w:ascii="Times New Roman" w:hAnsi="Times New Roman" w:eastAsia="Times New Roman" w:cs="Times New Roman"/>
        </w:rPr>
        <w:t xml:space="preserve"> </w:t>
      </w:r>
      <w:r>
        <w:rPr>
          <w:rFonts w:ascii="Nirmala UI" w:hAnsi="Nirmala UI" w:eastAsia="Nirmala UI" w:cs="Nirmala UI"/>
        </w:rPr>
        <w:t>ගිනි</w:t>
      </w:r>
      <w:r>
        <w:rPr>
          <w:rFonts w:ascii="Times New Roman" w:hAnsi="Times New Roman" w:eastAsia="Times New Roman" w:cs="Times New Roman"/>
        </w:rPr>
        <w:t xml:space="preserve"> </w:t>
      </w:r>
      <w:r>
        <w:rPr>
          <w:rFonts w:ascii="Nirmala UI" w:hAnsi="Nirmala UI" w:eastAsia="Nirmala UI" w:cs="Nirmala UI"/>
        </w:rPr>
        <w:t>බැස</w:t>
      </w:r>
      <w:r>
        <w:rPr>
          <w:rFonts w:ascii="Times New Roman" w:hAnsi="Times New Roman" w:eastAsia="Times New Roman" w:cs="Times New Roman"/>
        </w:rPr>
        <w:t xml:space="preserve"> </w:t>
      </w:r>
      <w:r>
        <w:rPr>
          <w:rFonts w:ascii="Nirmala UI" w:hAnsi="Nirmala UI" w:eastAsia="Nirmala UI" w:cs="Nirmala UI"/>
        </w:rPr>
        <w:t>එන</w:t>
      </w:r>
      <w:r>
        <w:rPr>
          <w:rFonts w:ascii="Times New Roman" w:hAnsi="Times New Roman" w:eastAsia="Times New Roman" w:cs="Times New Roman"/>
        </w:rPr>
        <w:t xml:space="preserve"> </w:t>
      </w:r>
      <w:r>
        <w:rPr>
          <w:rFonts w:ascii="Nirmala UI" w:hAnsi="Nirmala UI" w:eastAsia="Nirmala UI" w:cs="Nirmala UI"/>
        </w:rPr>
        <w:t>අතර</w:t>
      </w:r>
      <w:r>
        <w:rPr>
          <w:rFonts w:ascii="Times New Roman" w:hAnsi="Times New Roman" w:eastAsia="Times New Roman" w:cs="Times New Roman"/>
        </w:rPr>
        <w:t xml:space="preserve"> </w:t>
      </w:r>
      <w:r>
        <w:rPr>
          <w:rFonts w:ascii="Nirmala UI" w:hAnsi="Nirmala UI" w:eastAsia="Nirmala UI" w:cs="Nirmala UI"/>
        </w:rPr>
        <w:t>අවසාන</w:t>
      </w:r>
      <w:r>
        <w:rPr>
          <w:rFonts w:ascii="Times New Roman" w:hAnsi="Times New Roman" w:eastAsia="Times New Roman" w:cs="Times New Roman"/>
        </w:rPr>
        <w:t xml:space="preserve"> </w:t>
      </w:r>
      <w:r>
        <w:rPr>
          <w:rFonts w:ascii="Nirmala UI" w:hAnsi="Nirmala UI" w:eastAsia="Nirmala UI" w:cs="Nirmala UI"/>
        </w:rPr>
        <w:t>ක්</w:t>
      </w:r>
      <w:r>
        <w:rPr>
          <w:rFonts w:ascii="Times New Roman" w:hAnsi="Times New Roman" w:eastAsia="Times New Roman" w:cs="Times New Roman"/>
        </w:rPr>
        <w:t>‍</w:t>
      </w:r>
      <w:r>
        <w:rPr>
          <w:rFonts w:ascii="Nirmala UI" w:hAnsi="Nirmala UI" w:eastAsia="Nirmala UI" w:cs="Nirmala UI"/>
        </w:rPr>
        <w:t>රියාත්මක</w:t>
      </w:r>
      <w:r>
        <w:rPr>
          <w:rFonts w:ascii="Times New Roman" w:hAnsi="Times New Roman" w:eastAsia="Times New Roman" w:cs="Times New Roman"/>
        </w:rPr>
        <w:t xml:space="preserve"> </w:t>
      </w:r>
      <w:r>
        <w:rPr>
          <w:rFonts w:ascii="Nirmala UI" w:hAnsi="Nirmala UI" w:eastAsia="Nirmala UI" w:cs="Nirmala UI"/>
        </w:rPr>
        <w:t>විනිශ්චය</w:t>
      </w:r>
      <w:r>
        <w:rPr>
          <w:rFonts w:ascii="Times New Roman" w:hAnsi="Times New Roman" w:eastAsia="Times New Roman" w:cs="Times New Roman"/>
        </w:rPr>
        <w:t xml:space="preserve"> </w:t>
      </w:r>
      <w:r>
        <w:rPr>
          <w:rFonts w:ascii="Nirmala UI" w:hAnsi="Nirmala UI" w:eastAsia="Nirmala UI" w:cs="Nirmala UI"/>
        </w:rPr>
        <w:t>ඉටු</w:t>
      </w:r>
      <w:r>
        <w:rPr>
          <w:rFonts w:ascii="Times New Roman" w:hAnsi="Times New Roman" w:eastAsia="Times New Roman" w:cs="Times New Roman"/>
        </w:rPr>
        <w:t xml:space="preserve"> </w:t>
      </w:r>
      <w:r>
        <w:rPr>
          <w:rFonts w:ascii="Nirmala UI" w:hAnsi="Nirmala UI" w:eastAsia="Nirmala UI" w:cs="Nirmala UI"/>
        </w:rPr>
        <w:t>කරනු</w:t>
      </w:r>
      <w:r>
        <w:rPr>
          <w:rFonts w:ascii="Times New Roman" w:hAnsi="Times New Roman" w:eastAsia="Times New Roman" w:cs="Times New Roman"/>
        </w:rPr>
        <w:t xml:space="preserve"> </w:t>
      </w:r>
      <w:r>
        <w:rPr>
          <w:rFonts w:ascii="Nirmala UI" w:hAnsi="Nirmala UI" w:eastAsia="Nirmala UI" w:cs="Nirmala UI"/>
        </w:rPr>
        <w:t>ලබයි</w:t>
      </w:r>
      <w:r>
        <w:rPr>
          <w:rFonts w:ascii="Times New Roman" w:hAnsi="Times New Roman" w:eastAsia="Times New Roman" w:cs="Times New Roman"/>
        </w:rPr>
        <w:t>.</w:t>
      </w:r>
    </w:p>
    <w:p>
      <w:pPr>
        <w:pStyle w:val="ArticleScripture"/>
        <w:jc w:val="left"/>
      </w:pPr>
      <w:r>
        <w:rPr>
          <w:rFonts w:ascii="Myanmar Text" w:hAnsi="Myanmar Text" w:eastAsia="Myanmar Text" w:cs="Myanmar Text"/>
        </w:rPr>
        <w:t>ထို့ပြင်</w:t>
      </w:r>
      <w:r>
        <w:rPr>
          <w:rFonts w:ascii="Times New Roman" w:hAnsi="Times New Roman" w:eastAsia="Times New Roman" w:cs="Times New Roman"/>
        </w:rPr>
        <w:t xml:space="preserve"> </w:t>
      </w:r>
      <w:r>
        <w:rPr>
          <w:rFonts w:ascii="Myanmar Text" w:hAnsi="Myanmar Text" w:eastAsia="Myanmar Text" w:cs="Myanmar Text"/>
        </w:rPr>
        <w:t>အနှစ်တစ်ထောင်</w:t>
      </w:r>
      <w:r>
        <w:rPr>
          <w:rFonts w:ascii="Times New Roman" w:hAnsi="Times New Roman" w:eastAsia="Times New Roman" w:cs="Times New Roman"/>
        </w:rPr>
        <w:t xml:space="preserve"> </w:t>
      </w:r>
      <w:r>
        <w:rPr>
          <w:rFonts w:ascii="Myanmar Text" w:hAnsi="Myanmar Text" w:eastAsia="Myanmar Text" w:cs="Myanmar Text"/>
        </w:rPr>
        <w:t>ကုန်ဆုံးသည့်အခါ၊</w:t>
      </w:r>
      <w:r>
        <w:rPr>
          <w:rFonts w:ascii="Times New Roman" w:hAnsi="Times New Roman" w:eastAsia="Times New Roman" w:cs="Times New Roman"/>
        </w:rPr>
        <w:t xml:space="preserve"> </w:t>
      </w:r>
      <w:r>
        <w:rPr>
          <w:rFonts w:ascii="Myanmar Text" w:hAnsi="Myanmar Text" w:eastAsia="Myanmar Text" w:cs="Myanmar Text"/>
        </w:rPr>
        <w:t>စာတန်သည်</w:t>
      </w:r>
      <w:r>
        <w:rPr>
          <w:rFonts w:ascii="Times New Roman" w:hAnsi="Times New Roman" w:eastAsia="Times New Roman" w:cs="Times New Roman"/>
        </w:rPr>
        <w:t xml:space="preserve"> </w:t>
      </w:r>
      <w:r>
        <w:rPr>
          <w:rFonts w:ascii="Myanmar Text" w:hAnsi="Myanmar Text" w:eastAsia="Myanmar Text" w:cs="Myanmar Text"/>
        </w:rPr>
        <w:t>မိမိအကျဉ်းထောင်မှ</w:t>
      </w:r>
      <w:r>
        <w:rPr>
          <w:rFonts w:ascii="Times New Roman" w:hAnsi="Times New Roman" w:eastAsia="Times New Roman" w:cs="Times New Roman"/>
        </w:rPr>
        <w:t xml:space="preserve"> </w:t>
      </w:r>
      <w:r>
        <w:rPr>
          <w:rFonts w:ascii="Myanmar Text" w:hAnsi="Myanmar Text" w:eastAsia="Myanmar Text" w:cs="Myanmar Text"/>
        </w:rPr>
        <w:t>လွတ်မြောက်ရလိမ့်မည်။</w:t>
      </w:r>
      <w:r>
        <w:rPr>
          <w:rFonts w:ascii="Times New Roman" w:hAnsi="Times New Roman" w:eastAsia="Times New Roman" w:cs="Times New Roman"/>
        </w:rPr>
        <w:t xml:space="preserve"> </w:t>
      </w:r>
      <w:r>
        <w:rPr>
          <w:rFonts w:ascii="Myanmar Text" w:hAnsi="Myanmar Text" w:eastAsia="Myanmar Text" w:cs="Myanmar Text"/>
        </w:rPr>
        <w:t>ထို့နောက်</w:t>
      </w:r>
      <w:r>
        <w:rPr>
          <w:rFonts w:ascii="Times New Roman" w:hAnsi="Times New Roman" w:eastAsia="Times New Roman" w:cs="Times New Roman"/>
        </w:rPr>
        <w:t xml:space="preserve"> </w:t>
      </w:r>
      <w:r>
        <w:rPr>
          <w:rFonts w:ascii="Myanmar Text" w:hAnsi="Myanmar Text" w:eastAsia="Myanmar Text" w:cs="Myanmar Text"/>
        </w:rPr>
        <w:t>သူသည်</w:t>
      </w:r>
      <w:r>
        <w:rPr>
          <w:rFonts w:ascii="Times New Roman" w:hAnsi="Times New Roman" w:eastAsia="Times New Roman" w:cs="Times New Roman"/>
        </w:rPr>
        <w:t xml:space="preserve"> </w:t>
      </w:r>
      <w:r>
        <w:rPr>
          <w:rFonts w:ascii="Myanmar Text" w:hAnsi="Myanmar Text" w:eastAsia="Myanmar Text" w:cs="Myanmar Text"/>
        </w:rPr>
        <w:t>မြေကြီး၏</w:t>
      </w:r>
      <w:r>
        <w:rPr>
          <w:rFonts w:ascii="Times New Roman" w:hAnsi="Times New Roman" w:eastAsia="Times New Roman" w:cs="Times New Roman"/>
        </w:rPr>
        <w:t xml:space="preserve"> </w:t>
      </w:r>
      <w:r>
        <w:rPr>
          <w:rFonts w:ascii="Myanmar Text" w:hAnsi="Myanmar Text" w:eastAsia="Myanmar Text" w:cs="Myanmar Text"/>
        </w:rPr>
        <w:t>ထောင့်လေးထောင့်၌ရှိသော</w:t>
      </w:r>
      <w:r>
        <w:rPr>
          <w:rFonts w:ascii="Times New Roman" w:hAnsi="Times New Roman" w:eastAsia="Times New Roman" w:cs="Times New Roman"/>
        </w:rPr>
        <w:t xml:space="preserve"> </w:t>
      </w:r>
      <w:r>
        <w:rPr>
          <w:rFonts w:ascii="Myanmar Text" w:hAnsi="Myanmar Text" w:eastAsia="Myanmar Text" w:cs="Myanmar Text"/>
        </w:rPr>
        <w:t>လူမျိုးများဖြစ်သည့်</w:t>
      </w:r>
      <w:r>
        <w:rPr>
          <w:rFonts w:ascii="Times New Roman" w:hAnsi="Times New Roman" w:eastAsia="Times New Roman" w:cs="Times New Roman"/>
        </w:rPr>
        <w:t xml:space="preserve"> </w:t>
      </w:r>
      <w:r>
        <w:rPr>
          <w:rFonts w:ascii="Myanmar Text" w:hAnsi="Myanmar Text" w:eastAsia="Myanmar Text" w:cs="Myanmar Text"/>
        </w:rPr>
        <w:t>ဂေါဂနှင့်</w:t>
      </w:r>
      <w:r>
        <w:rPr>
          <w:rFonts w:ascii="Times New Roman" w:hAnsi="Times New Roman" w:eastAsia="Times New Roman" w:cs="Times New Roman"/>
        </w:rPr>
        <w:t xml:space="preserve"> </w:t>
      </w:r>
      <w:r>
        <w:rPr>
          <w:rFonts w:ascii="Myanmar Text" w:hAnsi="Myanmar Text" w:eastAsia="Myanmar Text" w:cs="Myanmar Text"/>
        </w:rPr>
        <w:t>မာဂေါဂတို့ကို</w:t>
      </w:r>
      <w:r>
        <w:rPr>
          <w:rFonts w:ascii="Times New Roman" w:hAnsi="Times New Roman" w:eastAsia="Times New Roman" w:cs="Times New Roman"/>
        </w:rPr>
        <w:t xml:space="preserve"> </w:t>
      </w:r>
      <w:r>
        <w:rPr>
          <w:rFonts w:ascii="Myanmar Text" w:hAnsi="Myanmar Text" w:eastAsia="Myanmar Text" w:cs="Myanmar Text"/>
        </w:rPr>
        <w:t>လှည့်ဖြားရန်</w:t>
      </w:r>
      <w:r>
        <w:rPr>
          <w:rFonts w:ascii="Times New Roman" w:hAnsi="Times New Roman" w:eastAsia="Times New Roman" w:cs="Times New Roman"/>
        </w:rPr>
        <w:t xml:space="preserve"> </w:t>
      </w:r>
      <w:r>
        <w:rPr>
          <w:rFonts w:ascii="Myanmar Text" w:hAnsi="Myanmar Text" w:eastAsia="Myanmar Text" w:cs="Myanmar Text"/>
        </w:rPr>
        <w:t>ထွက်သွား၍၊</w:t>
      </w:r>
      <w:r>
        <w:rPr>
          <w:rFonts w:ascii="Times New Roman" w:hAnsi="Times New Roman" w:eastAsia="Times New Roman" w:cs="Times New Roman"/>
        </w:rPr>
        <w:t xml:space="preserve"> </w:t>
      </w:r>
      <w:r>
        <w:rPr>
          <w:rFonts w:ascii="Myanmar Text" w:hAnsi="Myanmar Text" w:eastAsia="Myanmar Text" w:cs="Myanmar Text"/>
        </w:rPr>
        <w:t>သူတို့ကို</w:t>
      </w:r>
      <w:r>
        <w:rPr>
          <w:rFonts w:ascii="Times New Roman" w:hAnsi="Times New Roman" w:eastAsia="Times New Roman" w:cs="Times New Roman"/>
        </w:rPr>
        <w:t xml:space="preserve"> </w:t>
      </w:r>
      <w:r>
        <w:rPr>
          <w:rFonts w:ascii="Myanmar Text" w:hAnsi="Myanmar Text" w:eastAsia="Myanmar Text" w:cs="Myanmar Text"/>
        </w:rPr>
        <w:t>စစ်တိုက်ရန်</w:t>
      </w:r>
      <w:r>
        <w:rPr>
          <w:rFonts w:ascii="Times New Roman" w:hAnsi="Times New Roman" w:eastAsia="Times New Roman" w:cs="Times New Roman"/>
        </w:rPr>
        <w:t xml:space="preserve"> </w:t>
      </w:r>
      <w:r>
        <w:rPr>
          <w:rFonts w:ascii="Myanmar Text" w:hAnsi="Myanmar Text" w:eastAsia="Myanmar Text" w:cs="Myanmar Text"/>
        </w:rPr>
        <w:t>အတူတကွ</w:t>
      </w:r>
      <w:r>
        <w:rPr>
          <w:rFonts w:ascii="Times New Roman" w:hAnsi="Times New Roman" w:eastAsia="Times New Roman" w:cs="Times New Roman"/>
        </w:rPr>
        <w:t xml:space="preserve"> </w:t>
      </w:r>
      <w:r>
        <w:rPr>
          <w:rFonts w:ascii="Myanmar Text" w:hAnsi="Myanmar Text" w:eastAsia="Myanmar Text" w:cs="Myanmar Text"/>
        </w:rPr>
        <w:t>စုဝေးစေလိမ့်မည်။</w:t>
      </w:r>
      <w:r>
        <w:rPr>
          <w:rFonts w:ascii="Times New Roman" w:hAnsi="Times New Roman" w:eastAsia="Times New Roman" w:cs="Times New Roman"/>
        </w:rPr>
        <w:t xml:space="preserve"> </w:t>
      </w:r>
      <w:r>
        <w:rPr>
          <w:rFonts w:ascii="Myanmar Text" w:hAnsi="Myanmar Text" w:eastAsia="Myanmar Text" w:cs="Myanmar Text"/>
        </w:rPr>
        <w:t>သူတို့၏</w:t>
      </w:r>
      <w:r>
        <w:rPr>
          <w:rFonts w:ascii="Times New Roman" w:hAnsi="Times New Roman" w:eastAsia="Times New Roman" w:cs="Times New Roman"/>
        </w:rPr>
        <w:t xml:space="preserve"> </w:t>
      </w:r>
      <w:r>
        <w:rPr>
          <w:rFonts w:ascii="Myanmar Text" w:hAnsi="Myanmar Text" w:eastAsia="Myanmar Text" w:cs="Myanmar Text"/>
        </w:rPr>
        <w:t>အရေအတွက်မှာ</w:t>
      </w:r>
      <w:r>
        <w:rPr>
          <w:rFonts w:ascii="Times New Roman" w:hAnsi="Times New Roman" w:eastAsia="Times New Roman" w:cs="Times New Roman"/>
        </w:rPr>
        <w:t xml:space="preserve"> </w:t>
      </w:r>
      <w:r>
        <w:rPr>
          <w:rFonts w:ascii="Myanmar Text" w:hAnsi="Myanmar Text" w:eastAsia="Myanmar Text" w:cs="Myanmar Text"/>
        </w:rPr>
        <w:t>ပင်လယ်သဲကဲ့သို့</w:t>
      </w:r>
      <w:r>
        <w:rPr>
          <w:rFonts w:ascii="Times New Roman" w:hAnsi="Times New Roman" w:eastAsia="Times New Roman" w:cs="Times New Roman"/>
        </w:rPr>
        <w:t xml:space="preserve"> </w:t>
      </w:r>
      <w:r>
        <w:rPr>
          <w:rFonts w:ascii="Myanmar Text" w:hAnsi="Myanmar Text" w:eastAsia="Myanmar Text" w:cs="Myanmar Text"/>
        </w:rPr>
        <w:t>ဖြစ်၏။</w:t>
      </w:r>
      <w:r>
        <w:rPr>
          <w:rFonts w:ascii="Times New Roman" w:hAnsi="Times New Roman" w:eastAsia="Times New Roman" w:cs="Times New Roman"/>
        </w:rPr>
        <w:t xml:space="preserve"> </w:t>
      </w:r>
      <w:r>
        <w:rPr>
          <w:rFonts w:ascii="Myanmar Text" w:hAnsi="Myanmar Text" w:eastAsia="Myanmar Text" w:cs="Myanmar Text"/>
        </w:rPr>
        <w:t>ထိုသူတို့သည်</w:t>
      </w:r>
      <w:r>
        <w:rPr>
          <w:rFonts w:ascii="Times New Roman" w:hAnsi="Times New Roman" w:eastAsia="Times New Roman" w:cs="Times New Roman"/>
        </w:rPr>
        <w:t xml:space="preserve"> </w:t>
      </w:r>
      <w:r>
        <w:rPr>
          <w:rFonts w:ascii="Myanmar Text" w:hAnsi="Myanmar Text" w:eastAsia="Myanmar Text" w:cs="Myanmar Text"/>
        </w:rPr>
        <w:t>မြေကြီး၏</w:t>
      </w:r>
      <w:r>
        <w:rPr>
          <w:rFonts w:ascii="Times New Roman" w:hAnsi="Times New Roman" w:eastAsia="Times New Roman" w:cs="Times New Roman"/>
        </w:rPr>
        <w:t xml:space="preserve"> </w:t>
      </w:r>
      <w:r>
        <w:rPr>
          <w:rFonts w:ascii="Myanmar Text" w:hAnsi="Myanmar Text" w:eastAsia="Myanmar Text" w:cs="Myanmar Text"/>
        </w:rPr>
        <w:t>အကျယ်အဝန်းပေါ်သို့</w:t>
      </w:r>
      <w:r>
        <w:rPr>
          <w:rFonts w:ascii="Times New Roman" w:hAnsi="Times New Roman" w:eastAsia="Times New Roman" w:cs="Times New Roman"/>
        </w:rPr>
        <w:t xml:space="preserve"> </w:t>
      </w:r>
      <w:r>
        <w:rPr>
          <w:rFonts w:ascii="Myanmar Text" w:hAnsi="Myanmar Text" w:eastAsia="Myanmar Text" w:cs="Myanmar Text"/>
        </w:rPr>
        <w:t>တက်လာကြပြီး၊</w:t>
      </w:r>
      <w:r>
        <w:rPr>
          <w:rFonts w:ascii="Times New Roman" w:hAnsi="Times New Roman" w:eastAsia="Times New Roman" w:cs="Times New Roman"/>
        </w:rPr>
        <w:t xml:space="preserve"> </w:t>
      </w:r>
      <w:r>
        <w:rPr>
          <w:rFonts w:ascii="Myanmar Text" w:hAnsi="Myanmar Text" w:eastAsia="Myanmar Text" w:cs="Myanmar Text"/>
        </w:rPr>
        <w:t>သန့်ရှင်းသူတို့၏</w:t>
      </w:r>
      <w:r>
        <w:rPr>
          <w:rFonts w:ascii="Times New Roman" w:hAnsi="Times New Roman" w:eastAsia="Times New Roman" w:cs="Times New Roman"/>
        </w:rPr>
        <w:t xml:space="preserve"> </w:t>
      </w:r>
      <w:r>
        <w:rPr>
          <w:rFonts w:ascii="Myanmar Text" w:hAnsi="Myanmar Text" w:eastAsia="Myanmar Text" w:cs="Myanmar Text"/>
        </w:rPr>
        <w:t>စခန်းနှင့်</w:t>
      </w:r>
      <w:r>
        <w:rPr>
          <w:rFonts w:ascii="Times New Roman" w:hAnsi="Times New Roman" w:eastAsia="Times New Roman" w:cs="Times New Roman"/>
        </w:rPr>
        <w:t xml:space="preserve"> </w:t>
      </w:r>
      <w:r>
        <w:rPr>
          <w:rFonts w:ascii="Myanmar Text" w:hAnsi="Myanmar Text" w:eastAsia="Myanmar Text" w:cs="Myanmar Text"/>
        </w:rPr>
        <w:t>ချစ်မြတ်နိုးရာမြို့ကို</w:t>
      </w:r>
      <w:r>
        <w:rPr>
          <w:rFonts w:ascii="Times New Roman" w:hAnsi="Times New Roman" w:eastAsia="Times New Roman" w:cs="Times New Roman"/>
        </w:rPr>
        <w:t xml:space="preserve"> </w:t>
      </w:r>
      <w:r>
        <w:rPr>
          <w:rFonts w:ascii="Myanmar Text" w:hAnsi="Myanmar Text" w:eastAsia="Myanmar Text" w:cs="Myanmar Text"/>
        </w:rPr>
        <w:t>ဝန်းရံကြ၏။</w:t>
      </w:r>
      <w:r>
        <w:rPr>
          <w:rFonts w:ascii="Times New Roman" w:hAnsi="Times New Roman" w:eastAsia="Times New Roman" w:cs="Times New Roman"/>
        </w:rPr>
        <w:t xml:space="preserve"> </w:t>
      </w:r>
      <w:r>
        <w:rPr>
          <w:rFonts w:ascii="Myanmar Text" w:hAnsi="Myanmar Text" w:eastAsia="Myanmar Text" w:cs="Myanmar Text"/>
        </w:rPr>
        <w:t>ထိုအခါ</w:t>
      </w:r>
      <w:r>
        <w:rPr>
          <w:rFonts w:ascii="Times New Roman" w:hAnsi="Times New Roman" w:eastAsia="Times New Roman" w:cs="Times New Roman"/>
        </w:rPr>
        <w:t xml:space="preserve"> </w:t>
      </w:r>
      <w:r>
        <w:rPr>
          <w:rFonts w:ascii="Myanmar Text" w:hAnsi="Myanmar Text" w:eastAsia="Myanmar Text" w:cs="Myanmar Text"/>
        </w:rPr>
        <w:t>ကောင်းကင်မှ</w:t>
      </w:r>
      <w:r>
        <w:rPr>
          <w:rFonts w:ascii="Times New Roman" w:hAnsi="Times New Roman" w:eastAsia="Times New Roman" w:cs="Times New Roman"/>
        </w:rPr>
        <w:t xml:space="preserve"> </w:t>
      </w:r>
      <w:r>
        <w:rPr>
          <w:rFonts w:ascii="Myanmar Text" w:hAnsi="Myanmar Text" w:eastAsia="Myanmar Text" w:cs="Myanmar Text"/>
        </w:rPr>
        <w:t>ဘုရားသခင်ထံက</w:t>
      </w:r>
      <w:r>
        <w:rPr>
          <w:rFonts w:ascii="Times New Roman" w:hAnsi="Times New Roman" w:eastAsia="Times New Roman" w:cs="Times New Roman"/>
        </w:rPr>
        <w:t xml:space="preserve"> </w:t>
      </w:r>
      <w:r>
        <w:rPr>
          <w:rFonts w:ascii="Myanmar Text" w:hAnsi="Myanmar Text" w:eastAsia="Myanmar Text" w:cs="Myanmar Text"/>
        </w:rPr>
        <w:t>မီးသည်</w:t>
      </w:r>
      <w:r>
        <w:rPr>
          <w:rFonts w:ascii="Times New Roman" w:hAnsi="Times New Roman" w:eastAsia="Times New Roman" w:cs="Times New Roman"/>
        </w:rPr>
        <w:t xml:space="preserve"> </w:t>
      </w:r>
      <w:r>
        <w:rPr>
          <w:rFonts w:ascii="Myanmar Text" w:hAnsi="Myanmar Text" w:eastAsia="Myanmar Text" w:cs="Myanmar Text"/>
        </w:rPr>
        <w:t>ဆင်းသက်လာ၍</w:t>
      </w:r>
      <w:r>
        <w:rPr>
          <w:rFonts w:ascii="Times New Roman" w:hAnsi="Times New Roman" w:eastAsia="Times New Roman" w:cs="Times New Roman"/>
        </w:rPr>
        <w:t xml:space="preserve"> </w:t>
      </w:r>
      <w:r>
        <w:rPr>
          <w:rFonts w:ascii="Myanmar Text" w:hAnsi="Myanmar Text" w:eastAsia="Myanmar Text" w:cs="Myanmar Text"/>
        </w:rPr>
        <w:t>သူတို့ကို</w:t>
      </w:r>
      <w:r>
        <w:rPr>
          <w:rFonts w:ascii="Times New Roman" w:hAnsi="Times New Roman" w:eastAsia="Times New Roman" w:cs="Times New Roman"/>
        </w:rPr>
        <w:t xml:space="preserve"> </w:t>
      </w:r>
      <w:r>
        <w:rPr>
          <w:rFonts w:ascii="Myanmar Text" w:hAnsi="Myanmar Text" w:eastAsia="Myanmar Text" w:cs="Myanmar Text"/>
        </w:rPr>
        <w:t>လောင်ကျွမ်းဖျက်ဆီးလေ၏။</w:t>
      </w:r>
      <w:r>
        <w:rPr>
          <w:rFonts w:ascii="Times New Roman" w:hAnsi="Times New Roman" w:eastAsia="Times New Roman" w:cs="Times New Roman"/>
        </w:rPr>
        <w:t xml:space="preserve"> </w:t>
      </w:r>
      <w:r>
        <w:rPr>
          <w:rFonts w:ascii="Myanmar Text" w:hAnsi="Myanmar Text" w:eastAsia="Myanmar Text" w:cs="Myanmar Text"/>
        </w:rPr>
        <w:t>ဗျာဒိတ်</w:t>
      </w:r>
      <w:r>
        <w:rPr>
          <w:rFonts w:ascii="Times New Roman" w:hAnsi="Times New Roman" w:eastAsia="Times New Roman" w:cs="Times New Roman"/>
        </w:rPr>
        <w:t xml:space="preserve"> 20:7–9</w:t>
      </w:r>
      <w:r>
        <w:rPr>
          <w:rFonts w:ascii="Myanmar Text" w:hAnsi="Myanmar Text" w:eastAsia="Myanmar Text" w:cs="Myanmar Text"/>
        </w:rPr>
        <w:t>။</w:t>
      </w:r>
    </w:p>
    <w:p>
      <w:pPr>
        <w:pStyle w:val="ArticleBody"/>
        <w:jc w:val="left"/>
      </w:pPr>
      <w:r>
        <w:rPr>
          <w:rFonts w:ascii="Times New Roman" w:hAnsi="Times New Roman" w:eastAsia="Times New Roman" w:cs="Times New Roman"/>
        </w:rPr>
        <w:t>Nangona tšhomišo ya makga a mararo ya Eliya le moromiwa yo a lokišetšago tsela gore Moromiwa wa Kgwerano a tle ka tšhoganetšo tempeleng ya Gagwe di amana kgauswi, phapano ya mošomo wa tšona e ka lemogwa ka gore Eliya kudukudu o hlaola mošomo wa moromiwa, le mokgatlo wo o amanago le molaetša wa moromiwa, wo o phethagatšwago nakong ya kahlolo ya phethagatšo yeo e thomago molaong wa Lamorena wa kgauswi le go tla. Moromiwa yo a lokišetšago tsela bakeng sa Moromiwa wa Kgwerano kudukudu o hlaola mošomo wo o phethagatšwago nakong ya kahlolo ya nyakišišo. Adventisime ya Laodikia ga e tsebe nako ya go etelwa ga yona, yeo e emelago nako ye e itšego ya kahlolo.</w:t>
      </w:r>
    </w:p>
    <w:p>
      <w:pPr>
        <w:pStyle w:val="ArticleBody"/>
        <w:jc w:val="left"/>
      </w:pPr>
      <w:r>
        <w:rPr>
          <w:rFonts w:ascii="Leelawadee UI" w:hAnsi="Leelawadee UI" w:eastAsia="Leelawadee UI" w:cs="Leelawadee UI"/>
        </w:rPr>
        <w:t>ពួកគេក៏មិនយល់សារនៃ</w:t>
      </w:r>
      <w:r>
        <w:rPr>
          <w:rFonts w:ascii="Times New Roman" w:hAnsi="Times New Roman" w:eastAsia="Times New Roman" w:cs="Times New Roman"/>
        </w:rPr>
        <w:t xml:space="preserve"> «</w:t>
      </w:r>
      <w:r>
        <w:rPr>
          <w:rFonts w:ascii="Leelawadee UI" w:hAnsi="Leelawadee UI" w:eastAsia="Leelawadee UI" w:cs="Leelawadee UI"/>
        </w:rPr>
        <w:t>សេចក្តីពិតសម្រាប់ពេលបច្ចុប្បន្ន</w:t>
      </w:r>
      <w:r>
        <w:rPr>
          <w:rFonts w:ascii="Times New Roman" w:hAnsi="Times New Roman" w:eastAsia="Times New Roman" w:cs="Times New Roman"/>
        </w:rPr>
        <w:t xml:space="preserve">» </w:t>
      </w:r>
      <w:r>
        <w:rPr>
          <w:rFonts w:ascii="Leelawadee UI" w:hAnsi="Leelawadee UI" w:eastAsia="Leelawadee UI" w:cs="Leelawadee UI"/>
        </w:rPr>
        <w:t>ដែលត្រូវបានប្រកាសក្នុងអំឡុងពេលនៃការយាងមកសួរសុខទុក្ខរបស់ពួកគេដែរ។</w:t>
      </w:r>
      <w:r>
        <w:rPr>
          <w:rFonts w:ascii="Times New Roman" w:hAnsi="Times New Roman" w:eastAsia="Times New Roman" w:cs="Times New Roman"/>
        </w:rPr>
        <w:t xml:space="preserve"> </w:t>
      </w:r>
      <w:r>
        <w:rPr>
          <w:rFonts w:ascii="Leelawadee UI" w:hAnsi="Leelawadee UI" w:eastAsia="Leelawadee UI" w:cs="Leelawadee UI"/>
        </w:rPr>
        <w:t>ពួកគេត្រូវបានទាមទារឲ្យស្គាល់ទាំងការជំនុំជម្រះ</w:t>
      </w:r>
      <w:r>
        <w:rPr>
          <w:rFonts w:ascii="Times New Roman" w:hAnsi="Times New Roman" w:eastAsia="Times New Roman" w:cs="Times New Roman"/>
        </w:rPr>
        <w:t xml:space="preserve"> </w:t>
      </w:r>
      <w:r>
        <w:rPr>
          <w:rFonts w:ascii="Leelawadee UI" w:hAnsi="Leelawadee UI" w:eastAsia="Leelawadee UI" w:cs="Leelawadee UI"/>
        </w:rPr>
        <w:t>និងសារនៃថ្ងៃទាំងនោះ។</w:t>
      </w:r>
      <w:r>
        <w:rPr>
          <w:rFonts w:ascii="Times New Roman" w:hAnsi="Times New Roman" w:eastAsia="Times New Roman" w:cs="Times New Roman"/>
        </w:rPr>
        <w:t xml:space="preserve"> </w:t>
      </w:r>
      <w:r>
        <w:rPr>
          <w:rFonts w:ascii="Leelawadee UI" w:hAnsi="Leelawadee UI" w:eastAsia="Leelawadee UI" w:cs="Leelawadee UI"/>
        </w:rPr>
        <w:t>ពួកគេក៏ត្រូវបានទាមទារឲ្យស្គាល់អ្នកនាំសារនៃសម័យកាលនោះផងដែរ។</w:t>
      </w:r>
      <w:r>
        <w:rPr>
          <w:rFonts w:ascii="Times New Roman" w:hAnsi="Times New Roman" w:eastAsia="Times New Roman" w:cs="Times New Roman"/>
        </w:rPr>
        <w:t xml:space="preserve"> </w:t>
      </w:r>
      <w:r>
        <w:rPr>
          <w:rFonts w:ascii="Leelawadee UI" w:hAnsi="Leelawadee UI" w:eastAsia="Leelawadee UI" w:cs="Leelawadee UI"/>
        </w:rPr>
        <w:t>ក្នុងភាពខ្វាក់ភ្នែកបែបឡាវឌីសេរបស់ពួកគេ</w:t>
      </w:r>
      <w:r>
        <w:rPr>
          <w:rFonts w:ascii="Times New Roman" w:hAnsi="Times New Roman" w:eastAsia="Times New Roman" w:cs="Times New Roman"/>
        </w:rPr>
        <w:t xml:space="preserve"> </w:t>
      </w:r>
      <w:r>
        <w:rPr>
          <w:rFonts w:ascii="Leelawadee UI" w:hAnsi="Leelawadee UI" w:eastAsia="Leelawadee UI" w:cs="Leelawadee UI"/>
        </w:rPr>
        <w:t>ពួកគេប្រឆាំងនឹងសារនៃម៉ោងនោះ</w:t>
      </w:r>
      <w:r>
        <w:rPr>
          <w:rFonts w:ascii="Times New Roman" w:hAnsi="Times New Roman" w:eastAsia="Times New Roman" w:cs="Times New Roman"/>
        </w:rPr>
        <w:t xml:space="preserve"> </w:t>
      </w:r>
      <w:r>
        <w:rPr>
          <w:rFonts w:ascii="Leelawadee UI" w:hAnsi="Leelawadee UI" w:eastAsia="Leelawadee UI" w:cs="Leelawadee UI"/>
        </w:rPr>
        <w:t>បដិសេធពេលនៃការយាងមកសួរសុខទុក្ខរបស់ពួកគេដោយសារមួយថា</w:t>
      </w:r>
      <w:r>
        <w:rPr>
          <w:rFonts w:ascii="Times New Roman" w:hAnsi="Times New Roman" w:eastAsia="Times New Roman" w:cs="Times New Roman"/>
        </w:rPr>
        <w:t xml:space="preserve"> «</w:t>
      </w:r>
      <w:r>
        <w:rPr>
          <w:rFonts w:ascii="Leelawadee UI" w:hAnsi="Leelawadee UI" w:eastAsia="Leelawadee UI" w:cs="Leelawadee UI"/>
        </w:rPr>
        <w:t>សន្តិភាព</w:t>
      </w:r>
      <w:r>
        <w:rPr>
          <w:rFonts w:ascii="Times New Roman" w:hAnsi="Times New Roman" w:eastAsia="Times New Roman" w:cs="Times New Roman"/>
        </w:rPr>
        <w:t xml:space="preserve"> </w:t>
      </w:r>
      <w:r>
        <w:rPr>
          <w:rFonts w:ascii="Leelawadee UI" w:hAnsi="Leelawadee UI" w:eastAsia="Leelawadee UI" w:cs="Leelawadee UI"/>
        </w:rPr>
        <w:t>និងសុវត្ថិភាព</w:t>
      </w:r>
      <w:r>
        <w:rPr>
          <w:rFonts w:ascii="Times New Roman" w:hAnsi="Times New Roman" w:eastAsia="Times New Roman" w:cs="Times New Roman"/>
        </w:rPr>
        <w:t xml:space="preserve">» </w:t>
      </w:r>
      <w:r>
        <w:rPr>
          <w:rFonts w:ascii="Leelawadee UI" w:hAnsi="Leelawadee UI" w:eastAsia="Leelawadee UI" w:cs="Leelawadee UI"/>
        </w:rPr>
        <w:t>ហើយមិនប្រាកដច្បាស់ថា</w:t>
      </w:r>
      <w:r>
        <w:rPr>
          <w:rFonts w:ascii="Times New Roman" w:hAnsi="Times New Roman" w:eastAsia="Times New Roman" w:cs="Times New Roman"/>
        </w:rPr>
        <w:t xml:space="preserve"> </w:t>
      </w:r>
      <w:r>
        <w:rPr>
          <w:rFonts w:ascii="Leelawadee UI" w:hAnsi="Leelawadee UI" w:eastAsia="Leelawadee UI" w:cs="Leelawadee UI"/>
        </w:rPr>
        <w:t>នរណាជាអ្នកនាំសារដែលបានជ្រើសតាំងសម្រាប់សម័យកាលនោះឡើយ។</w:t>
      </w:r>
      <w:r>
        <w:rPr>
          <w:rFonts w:ascii="Times New Roman" w:hAnsi="Times New Roman" w:eastAsia="Times New Roman" w:cs="Times New Roman"/>
        </w:rPr>
        <w:t xml:space="preserve"> </w:t>
      </w:r>
      <w:r>
        <w:rPr>
          <w:rFonts w:ascii="Leelawadee UI" w:hAnsi="Leelawadee UI" w:eastAsia="Leelawadee UI" w:cs="Leelawadee UI"/>
        </w:rPr>
        <w:t>សេចក្តីពិតនេះត្រូវបានកំណត់សម្គាល់យ៉ាងច្បាស់នៅក្នុងទីបន្ទាល់របស់អេលីយ៉ាទីពីរ</w:t>
      </w:r>
      <w:r>
        <w:rPr>
          <w:rFonts w:ascii="Times New Roman" w:hAnsi="Times New Roman" w:eastAsia="Times New Roman" w:cs="Times New Roman"/>
        </w:rPr>
        <w:t xml:space="preserve"> </w:t>
      </w:r>
      <w:r>
        <w:rPr>
          <w:rFonts w:ascii="Leelawadee UI" w:hAnsi="Leelawadee UI" w:eastAsia="Leelawadee UI" w:cs="Leelawadee UI"/>
        </w:rPr>
        <w:t>គឺយ៉ូហាន</w:t>
      </w:r>
      <w:r>
        <w:rPr>
          <w:rFonts w:ascii="Times New Roman" w:hAnsi="Times New Roman" w:eastAsia="Times New Roman" w:cs="Times New Roman"/>
        </w:rPr>
        <w:t xml:space="preserve"> </w:t>
      </w:r>
      <w:r>
        <w:rPr>
          <w:rFonts w:ascii="Leelawadee UI" w:hAnsi="Leelawadee UI" w:eastAsia="Leelawadee UI" w:cs="Leelawadee UI"/>
        </w:rPr>
        <w:t>បាទីស្ទ។</w:t>
      </w:r>
    </w:p>
    <w:p>
      <w:pPr>
        <w:pStyle w:val="ArticleBody"/>
        <w:jc w:val="left"/>
      </w:pPr>
      <w:r>
        <w:rPr>
          <w:rFonts w:ascii="Times New Roman" w:hAnsi="Times New Roman" w:eastAsia="Times New Roman" w:cs="Times New Roman"/>
        </w:rPr>
        <w:t>Bajuda ba neng ba itse gore boporofeti bo ne bo supa morongwa yo o tlang, mme Jesu ka boene o ne a ruta ka tlhamalalo gore Johane e ne e le ene morongwa yo o neng a tshwanetse go tla.</w:t>
      </w:r>
    </w:p>
    <w:p>
      <w:pPr>
        <w:pStyle w:val="ArticleScripture"/>
        <w:jc w:val="left"/>
      </w:pPr>
      <w:r>
        <w:rPr>
          <w:rFonts w:ascii="Times New Roman" w:hAnsi="Times New Roman" w:eastAsia="Times New Roman" w:cs="Times New Roman"/>
        </w:rPr>
        <w:t>Hobane baporofeta bohle le molao ba porofetile ho fihlela Johanne. ’Me haeba le ka e amohela, enoa ke Elia ea neng a lokela ho tla. Ea nang le litsebe tsa ho utloa, a utloe. Mattheu 11:13–15.</w:t>
      </w:r>
    </w:p>
    <w:p>
      <w:pPr>
        <w:pStyle w:val="ArticleBody"/>
        <w:jc w:val="left"/>
      </w:pPr>
      <w:r>
        <w:rPr>
          <w:rFonts w:ascii="Leelawadee UI" w:hAnsi="Leelawadee UI" w:eastAsia="Leelawadee UI" w:cs="Leelawadee UI"/>
        </w:rPr>
        <w:t>នៅចុងបំផុតនៃរយៈពេលនៃការយាងមកពិនិត្យរបស់ពួកគេ</w:t>
      </w:r>
      <w:r>
        <w:rPr>
          <w:rFonts w:ascii="Times New Roman" w:hAnsi="Times New Roman" w:eastAsia="Times New Roman" w:cs="Times New Roman"/>
        </w:rPr>
        <w:t xml:space="preserve"> (</w:t>
      </w:r>
      <w:r>
        <w:rPr>
          <w:rFonts w:ascii="Leelawadee UI" w:hAnsi="Leelawadee UI" w:eastAsia="Leelawadee UI" w:cs="Leelawadee UI"/>
        </w:rPr>
        <w:t>គឺជាពេលវេលាមួយក្នុងប្រវត្តិរបស់ព្រះគ្រីស្ទ</w:t>
      </w:r>
      <w:r>
        <w:rPr>
          <w:rFonts w:ascii="Times New Roman" w:hAnsi="Times New Roman" w:eastAsia="Times New Roman" w:cs="Times New Roman"/>
        </w:rPr>
        <w:t xml:space="preserve"> </w:t>
      </w:r>
      <w:r>
        <w:rPr>
          <w:rFonts w:ascii="Leelawadee UI" w:hAnsi="Leelawadee UI" w:eastAsia="Leelawadee UI" w:cs="Leelawadee UI"/>
        </w:rPr>
        <w:t>ដែលជាគំរូបង្ហាញអំពីច្បាប់ថ្ងៃអាទិត្យដែលនឹងមកដល់ឆាប់ៗ</w:t>
      </w:r>
      <w:r>
        <w:rPr>
          <w:rFonts w:ascii="Times New Roman" w:hAnsi="Times New Roman" w:eastAsia="Times New Roman" w:cs="Times New Roman"/>
        </w:rPr>
        <w:t xml:space="preserve">) </w:t>
      </w:r>
      <w:r>
        <w:rPr>
          <w:rFonts w:ascii="Leelawadee UI" w:hAnsi="Leelawadee UI" w:eastAsia="Leelawadee UI" w:cs="Leelawadee UI"/>
        </w:rPr>
        <w:t>ខណៈដែលព្រះគ្រីស្ទត្រូវបានព្យួរនៅលើឈើឆ្កាង</w:t>
      </w:r>
      <w:r>
        <w:rPr>
          <w:rFonts w:ascii="Times New Roman" w:hAnsi="Times New Roman" w:eastAsia="Times New Roman" w:cs="Times New Roman"/>
        </w:rPr>
        <w:t xml:space="preserve"> </w:t>
      </w:r>
      <w:r>
        <w:rPr>
          <w:rFonts w:ascii="Leelawadee UI" w:hAnsi="Leelawadee UI" w:eastAsia="Leelawadee UI" w:cs="Leelawadee UI"/>
        </w:rPr>
        <w:t>ពួកយូដាបានសន្និដ្ឋានថា</w:t>
      </w:r>
      <w:r>
        <w:rPr>
          <w:rFonts w:ascii="Times New Roman" w:hAnsi="Times New Roman" w:eastAsia="Times New Roman" w:cs="Times New Roman"/>
        </w:rPr>
        <w:t xml:space="preserve"> </w:t>
      </w:r>
      <w:r>
        <w:rPr>
          <w:rFonts w:ascii="Leelawadee UI" w:hAnsi="Leelawadee UI" w:eastAsia="Leelawadee UI" w:cs="Leelawadee UI"/>
        </w:rPr>
        <w:t>តើអេលីយ៉ានឹងមកសង្គ្រោះព្រះយេស៊ូវនៅពេលនោះឬទេ។</w:t>
      </w:r>
      <w:r>
        <w:rPr>
          <w:rFonts w:ascii="Times New Roman" w:hAnsi="Times New Roman" w:eastAsia="Times New Roman" w:cs="Times New Roman"/>
        </w:rPr>
        <w:t xml:space="preserve"> </w:t>
      </w:r>
      <w:r>
        <w:rPr>
          <w:rFonts w:ascii="Leelawadee UI" w:hAnsi="Leelawadee UI" w:eastAsia="Leelawadee UI" w:cs="Leelawadee UI"/>
        </w:rPr>
        <w:t>ប្រសិនបើពួកគេមិនបានស្គាល់អ្នកនាំសារ</w:t>
      </w:r>
      <w:r>
        <w:rPr>
          <w:rFonts w:ascii="Times New Roman" w:hAnsi="Times New Roman" w:eastAsia="Times New Roman" w:cs="Times New Roman"/>
        </w:rPr>
        <w:t xml:space="preserve"> </w:t>
      </w:r>
      <w:r>
        <w:rPr>
          <w:rFonts w:ascii="Leelawadee UI" w:hAnsi="Leelawadee UI" w:eastAsia="Leelawadee UI" w:cs="Leelawadee UI"/>
        </w:rPr>
        <w:t>ដែលត្រូវរៀបចំផ្លូវសម្រាប់ព្រះរាជទូតនៃសេចក្តីសញ្ញា</w:t>
      </w:r>
      <w:r>
        <w:rPr>
          <w:rFonts w:ascii="Times New Roman" w:hAnsi="Times New Roman" w:eastAsia="Times New Roman" w:cs="Times New Roman"/>
        </w:rPr>
        <w:t xml:space="preserve"> </w:t>
      </w:r>
      <w:r>
        <w:rPr>
          <w:rFonts w:ascii="Leelawadee UI" w:hAnsi="Leelawadee UI" w:eastAsia="Leelawadee UI" w:cs="Leelawadee UI"/>
        </w:rPr>
        <w:t>ដែលនៅពេលនោះកំពុងបញ្ជាក់សេចក្តីសញ្ញាដោយព្រះលោហិតរបស់ទ្រង់ផ្ទាល់</w:t>
      </w:r>
      <w:r>
        <w:rPr>
          <w:rFonts w:ascii="Times New Roman" w:hAnsi="Times New Roman" w:eastAsia="Times New Roman" w:cs="Times New Roman"/>
        </w:rPr>
        <w:t xml:space="preserve"> </w:t>
      </w:r>
      <w:r>
        <w:rPr>
          <w:rFonts w:ascii="Leelawadee UI" w:hAnsi="Leelawadee UI" w:eastAsia="Leelawadee UI" w:cs="Leelawadee UI"/>
        </w:rPr>
        <w:t>នោះពួកគេក៏មិនអាចស្គាល់ព្រះមេស្ស៊ីរបស់ពួកគេដែរ។</w:t>
      </w:r>
      <w:r>
        <w:rPr>
          <w:rFonts w:ascii="Times New Roman" w:hAnsi="Times New Roman" w:eastAsia="Times New Roman" w:cs="Times New Roman"/>
        </w:rPr>
        <w:t xml:space="preserve"> </w:t>
      </w:r>
      <w:r>
        <w:rPr>
          <w:rFonts w:ascii="Leelawadee UI" w:hAnsi="Leelawadee UI" w:eastAsia="Leelawadee UI" w:cs="Leelawadee UI"/>
        </w:rPr>
        <w:t>អាដវែនទីសមបែបឡាវឌីសេនៅថ្ងៃចុងក្រោយ</w:t>
      </w:r>
      <w:r>
        <w:rPr>
          <w:rFonts w:ascii="Times New Roman" w:hAnsi="Times New Roman" w:eastAsia="Times New Roman" w:cs="Times New Roman"/>
        </w:rPr>
        <w:t xml:space="preserve"> </w:t>
      </w:r>
      <w:r>
        <w:rPr>
          <w:rFonts w:ascii="Leelawadee UI" w:hAnsi="Leelawadee UI" w:eastAsia="Leelawadee UI" w:cs="Leelawadee UI"/>
        </w:rPr>
        <w:t>ត្រូវបានទាមទារឲ្យស្គាល់សេចក្តីជំនុំជម្រះរបស់ពួកគេ</w:t>
      </w:r>
      <w:r>
        <w:rPr>
          <w:rFonts w:ascii="Times New Roman" w:hAnsi="Times New Roman" w:eastAsia="Times New Roman" w:cs="Times New Roman"/>
        </w:rPr>
        <w:t xml:space="preserve"> </w:t>
      </w:r>
      <w:r>
        <w:rPr>
          <w:rFonts w:ascii="Leelawadee UI" w:hAnsi="Leelawadee UI" w:eastAsia="Leelawadee UI" w:cs="Leelawadee UI"/>
        </w:rPr>
        <w:t>ដែលជាពេលវេលានៃការយាងមកពិនិត្យរបស់ពួកគេ។</w:t>
      </w:r>
      <w:r>
        <w:rPr>
          <w:rFonts w:ascii="Times New Roman" w:hAnsi="Times New Roman" w:eastAsia="Times New Roman" w:cs="Times New Roman"/>
        </w:rPr>
        <w:t xml:space="preserve"> </w:t>
      </w:r>
      <w:r>
        <w:rPr>
          <w:rFonts w:ascii="Leelawadee UI" w:hAnsi="Leelawadee UI" w:eastAsia="Leelawadee UI" w:cs="Leelawadee UI"/>
        </w:rPr>
        <w:t>ពួកគេត្រូវបានទាមទារឲ្យស្គាល់សារនៃរយៈពេលនោះ</w:t>
      </w:r>
      <w:r>
        <w:rPr>
          <w:rFonts w:ascii="Times New Roman" w:hAnsi="Times New Roman" w:eastAsia="Times New Roman" w:cs="Times New Roman"/>
        </w:rPr>
        <w:t xml:space="preserve"> </w:t>
      </w:r>
      <w:r>
        <w:rPr>
          <w:rFonts w:ascii="Leelawadee UI" w:hAnsi="Leelawadee UI" w:eastAsia="Leelawadee UI" w:cs="Leelawadee UI"/>
        </w:rPr>
        <w:t>ហើយពួកគេក៏ត្រូវបានទាមទារឲ្យស្គាល់អ្នកនាំសារដែលត្រូវបានជ្រើសរើសសម្រាប់ពេលវេលានោះផងដែរ។</w:t>
      </w:r>
      <w:r>
        <w:rPr>
          <w:rFonts w:ascii="Times New Roman" w:hAnsi="Times New Roman" w:eastAsia="Times New Roman" w:cs="Times New Roman"/>
        </w:rPr>
        <w:t xml:space="preserve"> </w:t>
      </w:r>
      <w:r>
        <w:rPr>
          <w:rFonts w:ascii="Leelawadee UI" w:hAnsi="Leelawadee UI" w:eastAsia="Leelawadee UI" w:cs="Leelawadee UI"/>
        </w:rPr>
        <w:t>ការបះបោរនៃឆ្នាំ</w:t>
      </w:r>
      <w:r>
        <w:rPr>
          <w:rFonts w:ascii="Times New Roman" w:hAnsi="Times New Roman" w:eastAsia="Times New Roman" w:cs="Times New Roman"/>
        </w:rPr>
        <w:t xml:space="preserve"> 1888 </w:t>
      </w:r>
      <w:r>
        <w:rPr>
          <w:rFonts w:ascii="Leelawadee UI" w:hAnsi="Leelawadee UI" w:eastAsia="Leelawadee UI" w:cs="Leelawadee UI"/>
        </w:rPr>
        <w:t>ត្រូវបានតំណាងដោយថ្ងៃទី</w:t>
      </w:r>
      <w:r>
        <w:rPr>
          <w:rFonts w:ascii="Times New Roman" w:hAnsi="Times New Roman" w:eastAsia="Times New Roman" w:cs="Times New Roman"/>
        </w:rPr>
        <w:t xml:space="preserve"> 11 </w:t>
      </w:r>
      <w:r>
        <w:rPr>
          <w:rFonts w:ascii="Leelawadee UI" w:hAnsi="Leelawadee UI" w:eastAsia="Leelawadee UI" w:cs="Leelawadee UI"/>
        </w:rPr>
        <w:t>ខែកញ្ញា</w:t>
      </w:r>
      <w:r>
        <w:rPr>
          <w:rFonts w:ascii="Times New Roman" w:hAnsi="Times New Roman" w:eastAsia="Times New Roman" w:cs="Times New Roman"/>
        </w:rPr>
        <w:t xml:space="preserve"> </w:t>
      </w:r>
      <w:r>
        <w:rPr>
          <w:rFonts w:ascii="Leelawadee UI" w:hAnsi="Leelawadee UI" w:eastAsia="Leelawadee UI" w:cs="Leelawadee UI"/>
        </w:rPr>
        <w:t>ឆ្នាំ</w:t>
      </w:r>
      <w:r>
        <w:rPr>
          <w:rFonts w:ascii="Times New Roman" w:hAnsi="Times New Roman" w:eastAsia="Times New Roman" w:cs="Times New Roman"/>
        </w:rPr>
        <w:t xml:space="preserve"> 2001 </w:t>
      </w:r>
      <w:r>
        <w:rPr>
          <w:rFonts w:ascii="Leelawadee UI" w:hAnsi="Leelawadee UI" w:eastAsia="Leelawadee UI" w:cs="Leelawadee UI"/>
        </w:rPr>
        <w:t>នៅពេលដែលទេវតានៃវិវរណៈ</w:t>
      </w:r>
      <w:r>
        <w:rPr>
          <w:rFonts w:ascii="Times New Roman" w:hAnsi="Times New Roman" w:eastAsia="Times New Roman" w:cs="Times New Roman"/>
        </w:rPr>
        <w:t xml:space="preserve"> </w:t>
      </w:r>
      <w:r>
        <w:rPr>
          <w:rFonts w:ascii="Leelawadee UI" w:hAnsi="Leelawadee UI" w:eastAsia="Leelawadee UI" w:cs="Leelawadee UI"/>
        </w:rPr>
        <w:t>ជំពូក</w:t>
      </w:r>
      <w:r>
        <w:rPr>
          <w:rFonts w:ascii="Times New Roman" w:hAnsi="Times New Roman" w:eastAsia="Times New Roman" w:cs="Times New Roman"/>
        </w:rPr>
        <w:t xml:space="preserve"> 18 </w:t>
      </w:r>
      <w:r>
        <w:rPr>
          <w:rFonts w:ascii="Leelawadee UI" w:hAnsi="Leelawadee UI" w:eastAsia="Leelawadee UI" w:cs="Leelawadee UI"/>
        </w:rPr>
        <w:t>បានចុះមក។</w:t>
      </w:r>
      <w:r>
        <w:rPr>
          <w:rFonts w:ascii="Times New Roman" w:hAnsi="Times New Roman" w:eastAsia="Times New Roman" w:cs="Times New Roman"/>
        </w:rPr>
        <w:t xml:space="preserve"> </w:t>
      </w:r>
      <w:r>
        <w:rPr>
          <w:rFonts w:ascii="Leelawadee UI" w:hAnsi="Leelawadee UI" w:eastAsia="Leelawadee UI" w:cs="Leelawadee UI"/>
        </w:rPr>
        <w:t>ពួកបះបោរនៃឆ្នាំ</w:t>
      </w:r>
      <w:r>
        <w:rPr>
          <w:rFonts w:ascii="Times New Roman" w:hAnsi="Times New Roman" w:eastAsia="Times New Roman" w:cs="Times New Roman"/>
        </w:rPr>
        <w:t xml:space="preserve"> 1888 </w:t>
      </w:r>
      <w:r>
        <w:rPr>
          <w:rFonts w:ascii="Leelawadee UI" w:hAnsi="Leelawadee UI" w:eastAsia="Leelawadee UI" w:cs="Leelawadee UI"/>
        </w:rPr>
        <w:t>បានបដិសេធមិនព្រមទទួលស្គាល់អ្នកនាំសារដែលត្រូវបានជ្រើសរើសនៃប្រវត្តិសាស្ត្រនោះ</w:t>
      </w:r>
      <w:r>
        <w:rPr>
          <w:rFonts w:ascii="Times New Roman" w:hAnsi="Times New Roman" w:eastAsia="Times New Roman" w:cs="Times New Roman"/>
        </w:rPr>
        <w:t xml:space="preserve"> </w:t>
      </w:r>
      <w:r>
        <w:rPr>
          <w:rFonts w:ascii="Leelawadee UI" w:hAnsi="Leelawadee UI" w:eastAsia="Leelawadee UI" w:cs="Leelawadee UI"/>
        </w:rPr>
        <w:t>ដែលកំពុងធ្វើជាគំរូបង្ហាញអំពីថ្ងៃចុងក្រោយ។</w:t>
      </w:r>
    </w:p>
    <w:p>
      <w:pPr>
        <w:pStyle w:val="ArticleBody"/>
        <w:jc w:val="left"/>
      </w:pPr>
      <w:r>
        <w:rPr>
          <w:rFonts w:ascii="Times New Roman" w:hAnsi="Times New Roman" w:eastAsia="Times New Roman" w:cs="Times New Roman"/>
        </w:rPr>
        <w:t>Nkhombo yekutanga yaidela kufundza loku esihlokweni lesilandzelako.</w:t>
      </w:r>
    </w:p>
    <w:p>
      <w:pPr>
        <w:pStyle w:val="ArticleScripture"/>
        <w:jc w:val="left"/>
      </w:pPr>
      <w:r>
        <w:rPr>
          <w:rFonts w:ascii="Times New Roman" w:hAnsi="Times New Roman" w:eastAsia="Times New Roman" w:cs="Times New Roman"/>
        </w:rPr>
        <w:t>Ka, ne Morena Modimo wa Iseraele o buile le nna jaana: Tsaya senwelo sa beine ya bogale jono mo seatleng sa me, mme o nosetse ditšhaba tsotlhe tse ke go romang kwa go tsone gore di nwe sone. Mme di tla nwa, di bo di thetheekele, di bo di tsenwe ke botsenwa, ka ntlha ya tšhaka e ke tla e romang mo gare ga tsone. Foo ka tsaya senwelo mo seatleng sa Morena, mme ka nosa ditšhaba tsotlhe tse Morena a neng a nthomile kwa go tsone; e leng, Jerusalema, le metse ya Juda, le dikgosi tsa yone, le dikgosana tsa yone, gore ke di dire kgakgamatso, le sekgakgamatso, le setshego, le phutso; jaaka go ntse gompieno; Faro kgosi ya Egepeto, le batlhanka ba gagwe, le dikgosana tsa gagwe, le batho botlhe ba gagwe; le merafe yotlhe e e tlhakaneng, le dikgosi tsotlhe tsa lefatshe la Use, le dikgosi tsotlhe tsa lefatshe la Bafilisitia, le Ashikelone, le Asa, le Ekerone, le masalela a Asidodo, Edomo, le Moabe, le bana ba Amone, le dikgosi tsotlhe tsa Ture, le dikgosi tsotlhe tsa Sidone, le dikgosi tsa ditlhaketlhake tse di kwa moseja ga lewatle, Dedane, le Tema, le Buze, le botlhe ba ba kwa dikhutlong tse di kgakala, le dikgosi tsotlhe tsa Arabia, le dikgosi tsotlhe tsa merafe e e tlhakaneng e e nnang mo nageng ya sekaka, le dikgosi tsotlhe tsa Simiri, le dikgosi tsotlhe tsa Elame, le dikgosi tsotlhe tsa Bameda, le dikgosi tsotlhe tsa bokone, tse di kgakala le tse di gaufi, nngwe le nngwe le mongwe ka mongwe, le magosi otlhe a lefatshe a a mo godimo ga sefatlhego sa lefatshe; mme kgosi ya Sheshake e tla nwa morago ga bone. Ke gone o tla raya bone o re, Morena wa masomosomo, Modimo wa Iseraele, o bua jaana: Nwang, mme lo tagwe, mme lo hlatse, mme lo we, mme lo se ka lwa tlhola lo tsoga, ka ntlha ya tšhaka e ke tla e romang mo gare ga lona. Mme go tla diragala fa ba gana go tsaya senwelo mo seatleng sa gago gore ba nwe, foo o tla raya bone o re, Morena wa masomosomo o bua jaana: Ruri lo tla nwa. Gonne bonang, ke simolola go tlisa bosula mo motseng o o bidiwang ka leina la me, mme a lona ruri lo tla falola kotlo? Ga lo kitla lo falola kotlo; gonne ke tla bitsa tšhaka gore e tle mo godimo ga banni botlhe ba lefatshe, go bua Morena wa masomosomo. Ke gone porofeta kgatlhanong le bone mafoko ano otlhe, mme o ba reye o re, Morena o tla kua kwa godimo, mme o tla ntsha lentswe la gagwe kwa bonnong jwa gagwe jo boitshepo; o tla kua ka thata mo godimo ga bonno jwa gagwe; o tla goa jaaka ba ba gatakang morara, kgatlhanong le banni botlhe ba lefatshe. Modumo o tla fitlha le kwa dintlheng tsa lefatshe; gonne Morena o na le kgang le ditšhaba, o tla sekisa nama yotlhe; baikepi o tla ba neela tšhaka, go bua Morena. Morena wa masomosomo o bua jaana: Bonang, bosula bo tla tswa mo setšhabeng go ya mo setšhabeng, mme setsuatsue se segolo se tla tsosiwa kwa mabopong a lefatshe. Mme babolaiwa ba Morena ba tla nna mo letsatsing leo go tswa kwa ntlheng nngwe ya lefatshe go fitlha kwa ntlheng e nngwe ya lefatshe; ga ba kitla ba hutsafalelwa, le gone ga ba kitla ba phuthiwa, le gone ga ba kitla ba fitlhiwa; ba tla nna boloko mo godimo ga lefatshe. Jeremia 25:15–33.</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Buku Daniel - Nombor Sembilan Puluh Lapan</dc:title>
  <dc:subject>Aplikasi Rangkap Tiga Elijah dan Penghakiman pada Hari-hari Terakhir: Memahami Fase Investigatif dan Eksekutif</dc:subject>
  <dc:creator>Jeff Pippenger</dc:creator>
  <cp:keywords/>
  <dc:description>Generated by ArticleDigger from daniel\98_daniel.json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