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Nomoro Tharo</w:t>
      </w:r>
    </w:p>
    <w:p>
      <w:pPr>
        <w:pStyle w:val="ArticleSubtitle"/>
        <w:jc w:val="left"/>
      </w:pPr>
      <w:r>
        <w:rPr>
          <w:rFonts w:ascii="Arial" w:hAnsi="Arial" w:eastAsia="Arial" w:cs="Arial"/>
        </w:rPr>
        <w:t>Penglihatan dan Waktu yang Telah Ditetapkan: Suatu Paralel Kenabian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2025-02-28</w:t>
      </w:r>
    </w:p>
    <w:p>
      <w:pPr>
        <w:pStyle w:val="ArticleBody"/>
        <w:jc w:val="left"/>
      </w:pPr>
      <w:r>
        <w:rPr>
          <w:rFonts w:ascii="Times New Roman" w:hAnsi="Times New Roman" w:eastAsia="Times New Roman" w:cs="Times New Roman"/>
        </w:rPr>
        <w:t>Tandîg le ten virgins chuang chuang chuangchuang chuangin, one hundred and forty-four thousand-te history-ah a thu awm angin a dik takin a lo repeat a ni. Habakkuk bung hnihna chuan, tawngkam a sawi ber chu a târ lang a, a tawpnaah thu a sawi tûr vision chu a hrilhfiah avângin.</w:t>
      </w:r>
    </w:p>
    <w:p>
      <w:pPr>
        <w:pStyle w:val="ArticleScripture"/>
        <w:jc w:val="left"/>
      </w:pPr>
      <w:r>
        <w:rPr>
          <w:rFonts w:ascii="Times New Roman" w:hAnsi="Times New Roman" w:eastAsia="Times New Roman" w:cs="Times New Roman"/>
        </w:rPr>
        <w:t>Ndzi ta yima eka xidlodlo xa mina, ndzi tinyika ndhawu ehenhla ka xihondzo, ndzi ta rindza leswaku ndzi vona leswi a nga ta swi vula eka mina, ni leswi ndzi nga ta swi hlamula loko ndzi tshinyiwe. Kutani Yehovha a ndzi hlamula, a ku: Tsala xivono, u xi endla xi va erivaleni ematafuleni, leswaku la xi hlayaka a tsutsuma. Hikuva xivono xa ha ri xa nkarhi lowu vekiweke, kambe emakumu xi ta vulavula, a xi nga hembi: hambiloko xi hlwela, xi rindzele; hikuva kunene xi ta ta, a xi nge hlweli. Vonani, moya wa yena lowu tikukumuxaka a wu lulamanga endzeni ka yena; kambe lowo lulama u ta hanya hi ripfumelo ra yena. Habakuki 2:1–4.</w:t>
      </w:r>
    </w:p>
    <w:p>
      <w:pPr>
        <w:pStyle w:val="ArticleBody"/>
        <w:jc w:val="left"/>
      </w:pPr>
      <w:r>
        <w:rPr>
          <w:rFonts w:ascii="Times New Roman" w:hAnsi="Times New Roman" w:eastAsia="Times New Roman" w:cs="Times New Roman"/>
        </w:rPr>
        <w:t>Temane ya masome mabedi le supa ya Daniele kgaolo ya lesome le motso o mongwe le yone e supa “nako e e laoletsweng.”</w:t>
      </w:r>
    </w:p>
    <w:p>
      <w:pPr>
        <w:pStyle w:val="ArticleScripture"/>
        <w:jc w:val="left"/>
      </w:pPr>
      <w:r>
        <w:rPr>
          <w:rFonts w:ascii="Times New Roman" w:hAnsi="Times New Roman" w:eastAsia="Times New Roman" w:cs="Times New Roman"/>
        </w:rPr>
        <w:t>Mme dikgosi tse pedi tseno dipelo tsa tsone di tla nna go dira bosula, mme di tla bua maaka fa tafoleng e le nngwe; mme ga go kitla go atlega, gonne bokhutlo bo sa ntse bo tla tla ka nako e e beilweng. Daniele 11:27.</w:t>
      </w:r>
    </w:p>
    <w:p>
      <w:pPr>
        <w:pStyle w:val="ArticleBody"/>
        <w:jc w:val="left"/>
      </w:pPr>
      <w:r>
        <w:rPr>
          <w:rFonts w:ascii="Times New Roman" w:hAnsi="Times New Roman" w:eastAsia="Times New Roman" w:cs="Times New Roman"/>
        </w:rPr>
        <w:t>“</w:t>
      </w:r>
      <w:r>
        <w:rPr>
          <w:rFonts w:ascii="Myanmar Text" w:hAnsi="Myanmar Text" w:eastAsia="Myanmar Text" w:cs="Myanmar Text"/>
        </w:rPr>
        <w:t>ရူပါရုံ</w:t>
      </w:r>
      <w:r>
        <w:rPr>
          <w:rFonts w:ascii="Times New Roman" w:hAnsi="Times New Roman" w:eastAsia="Times New Roman" w:cs="Times New Roman"/>
        </w:rPr>
        <w:t xml:space="preserve">” </w:t>
      </w:r>
      <w:r>
        <w:rPr>
          <w:rFonts w:ascii="Myanmar Text" w:hAnsi="Myanmar Text" w:eastAsia="Myanmar Text" w:cs="Myanmar Text"/>
        </w:rPr>
        <w:t>ဟူသည်</w:t>
      </w:r>
      <w:r>
        <w:rPr>
          <w:rFonts w:ascii="Times New Roman" w:hAnsi="Times New Roman" w:eastAsia="Times New Roman" w:cs="Times New Roman"/>
        </w:rPr>
        <w:t xml:space="preserve"> </w:t>
      </w:r>
      <w:r>
        <w:rPr>
          <w:rFonts w:ascii="Myanmar Text" w:hAnsi="Myanmar Text" w:eastAsia="Myanmar Text" w:cs="Myanmar Text"/>
        </w:rPr>
        <w:t>ရောမမှ</w:t>
      </w:r>
      <w:r>
        <w:rPr>
          <w:rFonts w:ascii="Times New Roman" w:hAnsi="Times New Roman" w:eastAsia="Times New Roman" w:cs="Times New Roman"/>
        </w:rPr>
        <w:t xml:space="preserve"> </w:t>
      </w:r>
      <w:r>
        <w:rPr>
          <w:rFonts w:ascii="Myanmar Text" w:hAnsi="Myanmar Text" w:eastAsia="Myanmar Text" w:cs="Myanmar Text"/>
        </w:rPr>
        <w:t>တည်စေသောအရာဖြစ်၍</w:t>
      </w:r>
      <w:r>
        <w:rPr>
          <w:rFonts w:ascii="Times New Roman" w:hAnsi="Times New Roman" w:eastAsia="Times New Roman" w:cs="Times New Roman"/>
        </w:rPr>
        <w:t xml:space="preserve"> “</w:t>
      </w:r>
      <w:r>
        <w:rPr>
          <w:rFonts w:ascii="Myanmar Text" w:hAnsi="Myanmar Text" w:eastAsia="Myanmar Text" w:cs="Myanmar Text"/>
        </w:rPr>
        <w:t>သတ်မှတ်ထားသောကာလ</w:t>
      </w:r>
      <w:r>
        <w:rPr>
          <w:rFonts w:ascii="Times New Roman" w:hAnsi="Times New Roman" w:eastAsia="Times New Roman" w:cs="Times New Roman"/>
        </w:rPr>
        <w:t xml:space="preserve">” </w:t>
      </w:r>
      <w:r>
        <w:rPr>
          <w:rFonts w:ascii="Myanmar Text" w:hAnsi="Myanmar Text" w:eastAsia="Myanmar Text" w:cs="Myanmar Text"/>
        </w:rPr>
        <w:t>အတွက်ဖြစ်သည်။</w:t>
      </w:r>
      <w:r>
        <w:rPr>
          <w:rFonts w:ascii="Times New Roman" w:hAnsi="Times New Roman" w:eastAsia="Times New Roman" w:cs="Times New Roman"/>
        </w:rPr>
        <w:t xml:space="preserve"> </w:t>
      </w:r>
      <w:r>
        <w:rPr>
          <w:rFonts w:ascii="Myanmar Text" w:hAnsi="Myanmar Text" w:eastAsia="Myanmar Text" w:cs="Myanmar Text"/>
        </w:rPr>
        <w:t>ထို့ပြင်</w:t>
      </w:r>
      <w:r>
        <w:rPr>
          <w:rFonts w:ascii="Times New Roman" w:hAnsi="Times New Roman" w:eastAsia="Times New Roman" w:cs="Times New Roman"/>
        </w:rPr>
        <w:t xml:space="preserve"> </w:t>
      </w:r>
      <w:r>
        <w:rPr>
          <w:rFonts w:ascii="Myanmar Text" w:hAnsi="Myanmar Text" w:eastAsia="Myanmar Text" w:cs="Myanmar Text"/>
        </w:rPr>
        <w:t>မကောင်းမှုကိုပြုရန်</w:t>
      </w:r>
      <w:r>
        <w:rPr>
          <w:rFonts w:ascii="Times New Roman" w:hAnsi="Times New Roman" w:eastAsia="Times New Roman" w:cs="Times New Roman"/>
        </w:rPr>
        <w:t xml:space="preserve"> </w:t>
      </w:r>
      <w:r>
        <w:rPr>
          <w:rFonts w:ascii="Myanmar Text" w:hAnsi="Myanmar Text" w:eastAsia="Myanmar Text" w:cs="Myanmar Text"/>
        </w:rPr>
        <w:t>စိတ်နှလုံးထား၍</w:t>
      </w:r>
      <w:r>
        <w:rPr>
          <w:rFonts w:ascii="Times New Roman" w:hAnsi="Times New Roman" w:eastAsia="Times New Roman" w:cs="Times New Roman"/>
        </w:rPr>
        <w:t xml:space="preserve"> </w:t>
      </w:r>
      <w:r>
        <w:rPr>
          <w:rFonts w:ascii="Myanmar Text" w:hAnsi="Myanmar Text" w:eastAsia="Myanmar Text" w:cs="Myanmar Text"/>
        </w:rPr>
        <w:t>စားပွဲတစ်လုံးတည်း၌</w:t>
      </w:r>
      <w:r>
        <w:rPr>
          <w:rFonts w:ascii="Times New Roman" w:hAnsi="Times New Roman" w:eastAsia="Times New Roman" w:cs="Times New Roman"/>
        </w:rPr>
        <w:t xml:space="preserve"> </w:t>
      </w:r>
      <w:r>
        <w:rPr>
          <w:rFonts w:ascii="Myanmar Text" w:hAnsi="Myanmar Text" w:eastAsia="Myanmar Text" w:cs="Myanmar Text"/>
        </w:rPr>
        <w:t>မုသာစကားပြောဆိုသော</w:t>
      </w:r>
      <w:r>
        <w:rPr>
          <w:rFonts w:ascii="Times New Roman" w:hAnsi="Times New Roman" w:eastAsia="Times New Roman" w:cs="Times New Roman"/>
        </w:rPr>
        <w:t xml:space="preserve"> </w:t>
      </w:r>
      <w:r>
        <w:rPr>
          <w:rFonts w:ascii="Myanmar Text" w:hAnsi="Myanmar Text" w:eastAsia="Myanmar Text" w:cs="Myanmar Text"/>
        </w:rPr>
        <w:t>ဘုရင်နှစ်ပါးသည်</w:t>
      </w:r>
      <w:r>
        <w:rPr>
          <w:rFonts w:ascii="Times New Roman" w:hAnsi="Times New Roman" w:eastAsia="Times New Roman" w:cs="Times New Roman"/>
        </w:rPr>
        <w:t xml:space="preserve"> </w:t>
      </w:r>
      <w:r>
        <w:rPr>
          <w:rFonts w:ascii="Myanmar Text" w:hAnsi="Myanmar Text" w:eastAsia="Myanmar Text" w:cs="Myanmar Text"/>
        </w:rPr>
        <w:t>ရူပါရုံ</w:t>
      </w:r>
      <w:r>
        <w:rPr>
          <w:rFonts w:ascii="Times New Roman" w:hAnsi="Times New Roman" w:eastAsia="Times New Roman" w:cs="Times New Roman"/>
        </w:rPr>
        <w:t xml:space="preserve"> “</w:t>
      </w:r>
      <w:r>
        <w:rPr>
          <w:rFonts w:ascii="Myanmar Text" w:hAnsi="Myanmar Text" w:eastAsia="Myanmar Text" w:cs="Myanmar Text"/>
        </w:rPr>
        <w:t>စကားပြော</w:t>
      </w:r>
      <w:r>
        <w:rPr>
          <w:rFonts w:ascii="Times New Roman" w:hAnsi="Times New Roman" w:eastAsia="Times New Roman" w:cs="Times New Roman"/>
        </w:rPr>
        <w:t xml:space="preserve">” </w:t>
      </w:r>
      <w:r>
        <w:rPr>
          <w:rFonts w:ascii="Myanmar Text" w:hAnsi="Myanmar Text" w:eastAsia="Myanmar Text" w:cs="Myanmar Text"/>
        </w:rPr>
        <w:t>မည့်အချိန်မတိုင်မီ</w:t>
      </w:r>
      <w:r>
        <w:rPr>
          <w:rFonts w:ascii="Times New Roman" w:hAnsi="Times New Roman" w:eastAsia="Times New Roman" w:cs="Times New Roman"/>
        </w:rPr>
        <w:t xml:space="preserve"> </w:t>
      </w:r>
      <w:r>
        <w:rPr>
          <w:rFonts w:ascii="Myanmar Text" w:hAnsi="Myanmar Text" w:eastAsia="Myanmar Text" w:cs="Myanmar Text"/>
        </w:rPr>
        <w:t>ရောက်ရှိလာသော</w:t>
      </w:r>
      <w:r>
        <w:rPr>
          <w:rFonts w:ascii="Times New Roman" w:hAnsi="Times New Roman" w:eastAsia="Times New Roman" w:cs="Times New Roman"/>
        </w:rPr>
        <w:t xml:space="preserve"> </w:t>
      </w:r>
      <w:r>
        <w:rPr>
          <w:rFonts w:ascii="Myanmar Text" w:hAnsi="Myanmar Text" w:eastAsia="Myanmar Text" w:cs="Myanmar Text"/>
        </w:rPr>
        <w:t>ပရောဖက်ပြုအမှတ်အသားတစ်ရပ်ကို</w:t>
      </w:r>
      <w:r>
        <w:rPr>
          <w:rFonts w:ascii="Times New Roman" w:hAnsi="Times New Roman" w:eastAsia="Times New Roman" w:cs="Times New Roman"/>
        </w:rPr>
        <w:t xml:space="preserve"> </w:t>
      </w:r>
      <w:r>
        <w:rPr>
          <w:rFonts w:ascii="Myanmar Text" w:hAnsi="Myanmar Text" w:eastAsia="Myanmar Text" w:cs="Myanmar Text"/>
        </w:rPr>
        <w:t>ဖော်ပြကြသည်။</w:t>
      </w:r>
      <w:r>
        <w:rPr>
          <w:rFonts w:ascii="Times New Roman" w:hAnsi="Times New Roman" w:eastAsia="Times New Roman" w:cs="Times New Roman"/>
        </w:rPr>
        <w:t xml:space="preserve"> </w:t>
      </w:r>
      <w:r>
        <w:rPr>
          <w:rFonts w:ascii="Myanmar Text" w:hAnsi="Myanmar Text" w:eastAsia="Myanmar Text" w:cs="Myanmar Text"/>
        </w:rPr>
        <w:t>သတ်မှတ်ထားသောအချိန်မတိုင်မီ</w:t>
      </w:r>
      <w:r>
        <w:rPr>
          <w:rFonts w:ascii="Times New Roman" w:hAnsi="Times New Roman" w:eastAsia="Times New Roman" w:cs="Times New Roman"/>
        </w:rPr>
        <w:t xml:space="preserve"> </w:t>
      </w:r>
      <w:r>
        <w:rPr>
          <w:rFonts w:ascii="Myanmar Text" w:hAnsi="Myanmar Text" w:eastAsia="Myanmar Text" w:cs="Myanmar Text"/>
        </w:rPr>
        <w:t>ဘုရင်နှစ်ပါးသည်</w:t>
      </w:r>
      <w:r>
        <w:rPr>
          <w:rFonts w:ascii="Times New Roman" w:hAnsi="Times New Roman" w:eastAsia="Times New Roman" w:cs="Times New Roman"/>
        </w:rPr>
        <w:t xml:space="preserve"> “</w:t>
      </w:r>
      <w:r>
        <w:rPr>
          <w:rFonts w:ascii="Myanmar Text" w:hAnsi="Myanmar Text" w:eastAsia="Myanmar Text" w:cs="Myanmar Text"/>
        </w:rPr>
        <w:t>မုသာစကား</w:t>
      </w:r>
      <w:r>
        <w:rPr>
          <w:rFonts w:ascii="Times New Roman" w:hAnsi="Times New Roman" w:eastAsia="Times New Roman" w:cs="Times New Roman"/>
        </w:rPr>
        <w:t xml:space="preserve">” </w:t>
      </w:r>
      <w:r>
        <w:rPr>
          <w:rFonts w:ascii="Myanmar Text" w:hAnsi="Myanmar Text" w:eastAsia="Myanmar Text" w:cs="Myanmar Text"/>
        </w:rPr>
        <w:t>ပြောဆိုကြသော်လည်း၊</w:t>
      </w:r>
      <w:r>
        <w:rPr>
          <w:rFonts w:ascii="Times New Roman" w:hAnsi="Times New Roman" w:eastAsia="Times New Roman" w:cs="Times New Roman"/>
        </w:rPr>
        <w:t xml:space="preserve"> </w:t>
      </w:r>
      <w:r>
        <w:rPr>
          <w:rFonts w:ascii="Myanmar Text" w:hAnsi="Myanmar Text" w:eastAsia="Myanmar Text" w:cs="Myanmar Text"/>
        </w:rPr>
        <w:t>သတ်မှတ်ထားသောကာလ၌</w:t>
      </w:r>
      <w:r>
        <w:rPr>
          <w:rFonts w:ascii="Times New Roman" w:hAnsi="Times New Roman" w:eastAsia="Times New Roman" w:cs="Times New Roman"/>
        </w:rPr>
        <w:t xml:space="preserve"> </w:t>
      </w:r>
      <w:r>
        <w:rPr>
          <w:rFonts w:ascii="Myanmar Text" w:hAnsi="Myanmar Text" w:eastAsia="Myanmar Text" w:cs="Myanmar Text"/>
        </w:rPr>
        <w:t>ရူပါရုံသည်</w:t>
      </w:r>
      <w:r>
        <w:rPr>
          <w:rFonts w:ascii="Times New Roman" w:hAnsi="Times New Roman" w:eastAsia="Times New Roman" w:cs="Times New Roman"/>
        </w:rPr>
        <w:t xml:space="preserve"> </w:t>
      </w:r>
      <w:r>
        <w:rPr>
          <w:rFonts w:ascii="Myanmar Text" w:hAnsi="Myanmar Text" w:eastAsia="Myanmar Text" w:cs="Myanmar Text"/>
        </w:rPr>
        <w:t>စကားပြောသောအခါ</w:t>
      </w:r>
      <w:r>
        <w:rPr>
          <w:rFonts w:ascii="Times New Roman" w:hAnsi="Times New Roman" w:eastAsia="Times New Roman" w:cs="Times New Roman"/>
        </w:rPr>
        <w:t xml:space="preserve"> </w:t>
      </w:r>
      <w:r>
        <w:rPr>
          <w:rFonts w:ascii="Myanmar Text" w:hAnsi="Myanmar Text" w:eastAsia="Myanmar Text" w:cs="Myanmar Text"/>
        </w:rPr>
        <w:t>မုသာမပြောပေ။</w:t>
      </w:r>
      <w:r>
        <w:rPr>
          <w:rFonts w:ascii="Times New Roman" w:hAnsi="Times New Roman" w:eastAsia="Times New Roman" w:cs="Times New Roman"/>
        </w:rPr>
        <w:t xml:space="preserve"> </w:t>
      </w:r>
      <w:r>
        <w:rPr>
          <w:rFonts w:ascii="Myanmar Text" w:hAnsi="Myanmar Text" w:eastAsia="Myanmar Text" w:cs="Myanmar Text"/>
        </w:rPr>
        <w:t>သတ်မှတ်ထားသောကာလမှာ</w:t>
      </w:r>
      <w:r>
        <w:rPr>
          <w:rFonts w:ascii="Times New Roman" w:hAnsi="Times New Roman" w:eastAsia="Times New Roman" w:cs="Times New Roman"/>
        </w:rPr>
        <w:t xml:space="preserve"> </w:t>
      </w:r>
      <w:r>
        <w:rPr>
          <w:rFonts w:ascii="Myanmar Text" w:hAnsi="Myanmar Text" w:eastAsia="Myanmar Text" w:cs="Myanmar Text"/>
        </w:rPr>
        <w:t>အမေရိကန်ပြည်ထောင်စုရှိ</w:t>
      </w:r>
      <w:r>
        <w:rPr>
          <w:rFonts w:ascii="Times New Roman" w:hAnsi="Times New Roman" w:eastAsia="Times New Roman" w:cs="Times New Roman"/>
        </w:rPr>
        <w:t xml:space="preserve"> </w:t>
      </w:r>
      <w:r>
        <w:rPr>
          <w:rFonts w:ascii="Myanmar Text" w:hAnsi="Myanmar Text" w:eastAsia="Myanmar Text" w:cs="Myanmar Text"/>
        </w:rPr>
        <w:t>တနင်္ဂနွေဥပဒေဖြစ်ပြီး၊</w:t>
      </w:r>
      <w:r>
        <w:rPr>
          <w:rFonts w:ascii="Times New Roman" w:hAnsi="Times New Roman" w:eastAsia="Times New Roman" w:cs="Times New Roman"/>
        </w:rPr>
        <w:t xml:space="preserve"> </w:t>
      </w:r>
      <w:r>
        <w:rPr>
          <w:rFonts w:ascii="Myanmar Text" w:hAnsi="Myanmar Text" w:eastAsia="Myanmar Text" w:cs="Myanmar Text"/>
        </w:rPr>
        <w:t>စားပွဲ၌</w:t>
      </w:r>
      <w:r>
        <w:rPr>
          <w:rFonts w:ascii="Times New Roman" w:hAnsi="Times New Roman" w:eastAsia="Times New Roman" w:cs="Times New Roman"/>
        </w:rPr>
        <w:t xml:space="preserve"> </w:t>
      </w:r>
      <w:r>
        <w:rPr>
          <w:rFonts w:ascii="Myanmar Text" w:hAnsi="Myanmar Text" w:eastAsia="Myanmar Text" w:cs="Myanmar Text"/>
        </w:rPr>
        <w:t>တွေ့ဆုံခြင်းသည်</w:t>
      </w:r>
      <w:r>
        <w:rPr>
          <w:rFonts w:ascii="Times New Roman" w:hAnsi="Times New Roman" w:eastAsia="Times New Roman" w:cs="Times New Roman"/>
        </w:rPr>
        <w:t xml:space="preserve"> </w:t>
      </w:r>
      <w:r>
        <w:rPr>
          <w:rFonts w:ascii="Myanmar Text" w:hAnsi="Myanmar Text" w:eastAsia="Myanmar Text" w:cs="Myanmar Text"/>
        </w:rPr>
        <w:t>ပရောဖက်ပြုကာလတစ်ရပ်၏</w:t>
      </w:r>
      <w:r>
        <w:rPr>
          <w:rFonts w:ascii="Times New Roman" w:hAnsi="Times New Roman" w:eastAsia="Times New Roman" w:cs="Times New Roman"/>
        </w:rPr>
        <w:t xml:space="preserve"> </w:t>
      </w:r>
      <w:r>
        <w:rPr>
          <w:rFonts w:ascii="Myanmar Text" w:hAnsi="Myanmar Text" w:eastAsia="Myanmar Text" w:cs="Myanmar Text"/>
        </w:rPr>
        <w:t>အစပြုခြင်းကို</w:t>
      </w:r>
      <w:r>
        <w:rPr>
          <w:rFonts w:ascii="Times New Roman" w:hAnsi="Times New Roman" w:eastAsia="Times New Roman" w:cs="Times New Roman"/>
        </w:rPr>
        <w:t xml:space="preserve"> </w:t>
      </w:r>
      <w:r>
        <w:rPr>
          <w:rFonts w:ascii="Myanmar Text" w:hAnsi="Myanmar Text" w:eastAsia="Myanmar Text" w:cs="Myanmar Text"/>
        </w:rPr>
        <w:t>မှတ်သားပေးသည်။</w:t>
      </w:r>
      <w:r>
        <w:rPr>
          <w:rFonts w:ascii="Times New Roman" w:hAnsi="Times New Roman" w:eastAsia="Times New Roman" w:cs="Times New Roman"/>
        </w:rPr>
        <w:t xml:space="preserve"> “</w:t>
      </w:r>
      <w:r>
        <w:rPr>
          <w:rFonts w:ascii="Myanmar Text" w:hAnsi="Myanmar Text" w:eastAsia="Myanmar Text" w:cs="Myanmar Text"/>
        </w:rPr>
        <w:t>ရူပါရုံ</w:t>
      </w:r>
      <w:r>
        <w:rPr>
          <w:rFonts w:ascii="Times New Roman" w:hAnsi="Times New Roman" w:eastAsia="Times New Roman" w:cs="Times New Roman"/>
        </w:rPr>
        <w:t xml:space="preserve">”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တနင်္ဂနွေဥပဒေ၌</w:t>
      </w:r>
      <w:r>
        <w:rPr>
          <w:rFonts w:ascii="Times New Roman" w:hAnsi="Times New Roman" w:eastAsia="Times New Roman" w:cs="Times New Roman"/>
        </w:rPr>
        <w:t xml:space="preserve"> </w:t>
      </w:r>
      <w:r>
        <w:rPr>
          <w:rFonts w:ascii="Myanmar Text" w:hAnsi="Myanmar Text" w:eastAsia="Myanmar Text" w:cs="Myanmar Text"/>
        </w:rPr>
        <w:t>သမိုင်းအတွင်း</w:t>
      </w:r>
      <w:r>
        <w:rPr>
          <w:rFonts w:ascii="Times New Roman" w:hAnsi="Times New Roman" w:eastAsia="Times New Roman" w:cs="Times New Roman"/>
        </w:rPr>
        <w:t xml:space="preserve"> </w:t>
      </w:r>
      <w:r>
        <w:rPr>
          <w:rFonts w:ascii="Myanmar Text" w:hAnsi="Myanmar Text" w:eastAsia="Myanmar Text" w:cs="Myanmar Text"/>
        </w:rPr>
        <w:t>ပြည့်စုံလာသော်လည်း၊</w:t>
      </w:r>
      <w:r>
        <w:rPr>
          <w:rFonts w:ascii="Times New Roman" w:hAnsi="Times New Roman" w:eastAsia="Times New Roman" w:cs="Times New Roman"/>
        </w:rPr>
        <w:t xml:space="preserve"> </w:t>
      </w:r>
      <w:r>
        <w:rPr>
          <w:rFonts w:ascii="Myanmar Text" w:hAnsi="Myanmar Text" w:eastAsia="Myanmar Text" w:cs="Myanmar Text"/>
        </w:rPr>
        <w:t>တနင်္ဂနွေဥပဒေ</w:t>
      </w:r>
      <w:r>
        <w:rPr>
          <w:rFonts w:ascii="Times New Roman" w:hAnsi="Times New Roman" w:eastAsia="Times New Roman" w:cs="Times New Roman"/>
        </w:rPr>
        <w:t xml:space="preserve"> </w:t>
      </w:r>
      <w:r>
        <w:rPr>
          <w:rFonts w:ascii="Myanmar Text" w:hAnsi="Myanmar Text" w:eastAsia="Myanmar Text" w:cs="Myanmar Text"/>
        </w:rPr>
        <w:t>မတိုင်မီကပင်</w:t>
      </w:r>
      <w:r>
        <w:rPr>
          <w:rFonts w:ascii="Times New Roman" w:hAnsi="Times New Roman" w:eastAsia="Times New Roman" w:cs="Times New Roman"/>
        </w:rPr>
        <w:t xml:space="preserve"> </w:t>
      </w:r>
      <w:r>
        <w:rPr>
          <w:rFonts w:ascii="Myanmar Text" w:hAnsi="Myanmar Text" w:eastAsia="Myanmar Text" w:cs="Myanmar Text"/>
        </w:rPr>
        <w:t>၎င်းကို</w:t>
      </w:r>
      <w:r>
        <w:rPr>
          <w:rFonts w:ascii="Times New Roman" w:hAnsi="Times New Roman" w:eastAsia="Times New Roman" w:cs="Times New Roman"/>
        </w:rPr>
        <w:t xml:space="preserve"> </w:t>
      </w:r>
      <w:r>
        <w:rPr>
          <w:rFonts w:ascii="Myanmar Text" w:hAnsi="Myanmar Text" w:eastAsia="Myanmar Text" w:cs="Myanmar Text"/>
        </w:rPr>
        <w:t>တည်စေထားသည်။</w:t>
      </w:r>
      <w:r>
        <w:rPr>
          <w:rFonts w:ascii="Times New Roman" w:hAnsi="Times New Roman" w:eastAsia="Times New Roman" w:cs="Times New Roman"/>
        </w:rPr>
        <w:t xml:space="preserve"> </w:t>
      </w:r>
      <w:r>
        <w:rPr>
          <w:rFonts w:ascii="Myanmar Text" w:hAnsi="Myanmar Text" w:eastAsia="Myanmar Text" w:cs="Myanmar Text"/>
        </w:rPr>
        <w:t>ယင်းအချက်မှာ</w:t>
      </w:r>
      <w:r>
        <w:rPr>
          <w:rFonts w:ascii="Times New Roman" w:hAnsi="Times New Roman" w:eastAsia="Times New Roman" w:cs="Times New Roman"/>
        </w:rPr>
        <w:t xml:space="preserve"> </w:t>
      </w:r>
      <w:r>
        <w:rPr>
          <w:rFonts w:ascii="Myanmar Text" w:hAnsi="Myanmar Text" w:eastAsia="Myanmar Text" w:cs="Myanmar Text"/>
        </w:rPr>
        <w:t>သစ္စာရှိသူတို့အား</w:t>
      </w:r>
      <w:r>
        <w:rPr>
          <w:rFonts w:ascii="Times New Roman" w:hAnsi="Times New Roman" w:eastAsia="Times New Roman" w:cs="Times New Roman"/>
        </w:rPr>
        <w:t xml:space="preserve"> </w:t>
      </w:r>
      <w:r>
        <w:rPr>
          <w:rFonts w:ascii="Myanmar Text" w:hAnsi="Myanmar Text" w:eastAsia="Myanmar Text" w:cs="Myanmar Text"/>
        </w:rPr>
        <w:t>ရူပါရုံကို</w:t>
      </w:r>
      <w:r>
        <w:rPr>
          <w:rFonts w:ascii="Times New Roman" w:hAnsi="Times New Roman" w:eastAsia="Times New Roman" w:cs="Times New Roman"/>
        </w:rPr>
        <w:t xml:space="preserve"> </w:t>
      </w:r>
      <w:r>
        <w:rPr>
          <w:rFonts w:ascii="Myanmar Text" w:hAnsi="Myanmar Text" w:eastAsia="Myanmar Text" w:cs="Myanmar Text"/>
        </w:rPr>
        <w:t>စောင့်ဆိုင်းရန်</w:t>
      </w:r>
      <w:r>
        <w:rPr>
          <w:rFonts w:ascii="Times New Roman" w:hAnsi="Times New Roman" w:eastAsia="Times New Roman" w:cs="Times New Roman"/>
        </w:rPr>
        <w:t xml:space="preserve"> </w:t>
      </w:r>
      <w:r>
        <w:rPr>
          <w:rFonts w:ascii="Myanmar Text" w:hAnsi="Myanmar Text" w:eastAsia="Myanmar Text" w:cs="Myanmar Text"/>
        </w:rPr>
        <w:t>ပြောကြားထားပြီး၊</w:t>
      </w:r>
      <w:r>
        <w:rPr>
          <w:rFonts w:ascii="Times New Roman" w:hAnsi="Times New Roman" w:eastAsia="Times New Roman" w:cs="Times New Roman"/>
        </w:rPr>
        <w:t xml:space="preserve"> </w:t>
      </w:r>
      <w:r>
        <w:rPr>
          <w:rFonts w:ascii="Myanmar Text" w:hAnsi="Myanmar Text" w:eastAsia="Myanmar Text" w:cs="Myanmar Text"/>
        </w:rPr>
        <w:t>ရူပါရုံကို</w:t>
      </w:r>
      <w:r>
        <w:rPr>
          <w:rFonts w:ascii="Times New Roman" w:hAnsi="Times New Roman" w:eastAsia="Times New Roman" w:cs="Times New Roman"/>
        </w:rPr>
        <w:t xml:space="preserve"> </w:t>
      </w:r>
      <w:r>
        <w:rPr>
          <w:rFonts w:ascii="Myanmar Text" w:hAnsi="Myanmar Text" w:eastAsia="Myanmar Text" w:cs="Myanmar Text"/>
        </w:rPr>
        <w:t>ထုတ်ပြန်ကြေညာရန်လည်း</w:t>
      </w:r>
      <w:r>
        <w:rPr>
          <w:rFonts w:ascii="Times New Roman" w:hAnsi="Times New Roman" w:eastAsia="Times New Roman" w:cs="Times New Roman"/>
        </w:rPr>
        <w:t xml:space="preserve"> </w:t>
      </w:r>
      <w:r>
        <w:rPr>
          <w:rFonts w:ascii="Myanmar Text" w:hAnsi="Myanmar Text" w:eastAsia="Myanmar Text" w:cs="Myanmar Text"/>
        </w:rPr>
        <w:t>ပြောကြားထားသောကြောင့်</w:t>
      </w:r>
      <w:r>
        <w:rPr>
          <w:rFonts w:ascii="Times New Roman" w:hAnsi="Times New Roman" w:eastAsia="Times New Roman" w:cs="Times New Roman"/>
        </w:rPr>
        <w:t xml:space="preserve"> </w:t>
      </w:r>
      <w:r>
        <w:rPr>
          <w:rFonts w:ascii="Myanmar Text" w:hAnsi="Myanmar Text" w:eastAsia="Myanmar Text" w:cs="Myanmar Text"/>
        </w:rPr>
        <w:t>ထင်ရှားသည်။</w:t>
      </w:r>
      <w:r>
        <w:rPr>
          <w:rFonts w:ascii="Times New Roman" w:hAnsi="Times New Roman" w:eastAsia="Times New Roman" w:cs="Times New Roman"/>
        </w:rPr>
        <w:t xml:space="preserve"> </w:t>
      </w:r>
      <w:r>
        <w:rPr>
          <w:rFonts w:ascii="Myanmar Text" w:hAnsi="Myanmar Text" w:eastAsia="Myanmar Text" w:cs="Myanmar Text"/>
        </w:rPr>
        <w:t>ရူပါရုံသည်</w:t>
      </w:r>
      <w:r>
        <w:rPr>
          <w:rFonts w:ascii="Times New Roman" w:hAnsi="Times New Roman" w:eastAsia="Times New Roman" w:cs="Times New Roman"/>
        </w:rPr>
        <w:t xml:space="preserve"> </w:t>
      </w:r>
      <w:r>
        <w:rPr>
          <w:rFonts w:ascii="Myanmar Text" w:hAnsi="Myanmar Text" w:eastAsia="Myanmar Text" w:cs="Myanmar Text"/>
        </w:rPr>
        <w:t>မတိုင်မီကပင်</w:t>
      </w:r>
      <w:r>
        <w:rPr>
          <w:rFonts w:ascii="Times New Roman" w:hAnsi="Times New Roman" w:eastAsia="Times New Roman" w:cs="Times New Roman"/>
        </w:rPr>
        <w:t xml:space="preserve"> </w:t>
      </w:r>
      <w:r>
        <w:rPr>
          <w:rFonts w:ascii="Myanmar Text" w:hAnsi="Myanmar Text" w:eastAsia="Myanmar Text" w:cs="Myanmar Text"/>
        </w:rPr>
        <w:t>တည်ထားခြင်း</w:t>
      </w:r>
      <w:r>
        <w:rPr>
          <w:rFonts w:ascii="Times New Roman" w:hAnsi="Times New Roman" w:eastAsia="Times New Roman" w:cs="Times New Roman"/>
        </w:rPr>
        <w:t xml:space="preserve"> </w:t>
      </w:r>
      <w:r>
        <w:rPr>
          <w:rFonts w:ascii="Myanmar Text" w:hAnsi="Myanmar Text" w:eastAsia="Myanmar Text" w:cs="Myanmar Text"/>
        </w:rPr>
        <w:t>မရှိခဲ့လျှင်၊</w:t>
      </w:r>
      <w:r>
        <w:rPr>
          <w:rFonts w:ascii="Times New Roman" w:hAnsi="Times New Roman" w:eastAsia="Times New Roman" w:cs="Times New Roman"/>
        </w:rPr>
        <w:t xml:space="preserve"> </w:t>
      </w:r>
      <w:r>
        <w:rPr>
          <w:rFonts w:ascii="Myanmar Text" w:hAnsi="Myanmar Text" w:eastAsia="Myanmar Text" w:cs="Myanmar Text"/>
        </w:rPr>
        <w:t>၎င်း၏</w:t>
      </w:r>
      <w:r>
        <w:rPr>
          <w:rFonts w:ascii="Times New Roman" w:hAnsi="Times New Roman" w:eastAsia="Times New Roman" w:cs="Times New Roman"/>
        </w:rPr>
        <w:t xml:space="preserve"> </w:t>
      </w:r>
      <w:r>
        <w:rPr>
          <w:rFonts w:ascii="Myanmar Text" w:hAnsi="Myanmar Text" w:eastAsia="Myanmar Text" w:cs="Myanmar Text"/>
        </w:rPr>
        <w:t>ပြည့်စုံခြင်းမတိုင်မီ</w:t>
      </w:r>
      <w:r>
        <w:rPr>
          <w:rFonts w:ascii="Times New Roman" w:hAnsi="Times New Roman" w:eastAsia="Times New Roman" w:cs="Times New Roman"/>
        </w:rPr>
        <w:t xml:space="preserve"> </w:t>
      </w:r>
      <w:r>
        <w:rPr>
          <w:rFonts w:ascii="Myanmar Text" w:hAnsi="Myanmar Text" w:eastAsia="Myanmar Text" w:cs="Myanmar Text"/>
        </w:rPr>
        <w:t>ထိုရူပါရုံကို</w:t>
      </w:r>
      <w:r>
        <w:rPr>
          <w:rFonts w:ascii="Times New Roman" w:hAnsi="Times New Roman" w:eastAsia="Times New Roman" w:cs="Times New Roman"/>
        </w:rPr>
        <w:t xml:space="preserve"> </w:t>
      </w:r>
      <w:r>
        <w:rPr>
          <w:rFonts w:ascii="Myanmar Text" w:hAnsi="Myanmar Text" w:eastAsia="Myanmar Text" w:cs="Myanmar Text"/>
        </w:rPr>
        <w:t>သူတို့</w:t>
      </w:r>
      <w:r>
        <w:rPr>
          <w:rFonts w:ascii="Times New Roman" w:hAnsi="Times New Roman" w:eastAsia="Times New Roman" w:cs="Times New Roman"/>
        </w:rPr>
        <w:t xml:space="preserve"> </w:t>
      </w:r>
      <w:r>
        <w:rPr>
          <w:rFonts w:ascii="Myanmar Text" w:hAnsi="Myanmar Text" w:eastAsia="Myanmar Text" w:cs="Myanmar Text"/>
        </w:rPr>
        <w:t>ထုတ်ပြန်ကြေညာနိုင်မည်</w:t>
      </w:r>
      <w:r>
        <w:rPr>
          <w:rFonts w:ascii="Times New Roman" w:hAnsi="Times New Roman" w:eastAsia="Times New Roman" w:cs="Times New Roman"/>
        </w:rPr>
        <w:t xml:space="preserve"> </w:t>
      </w:r>
      <w:r>
        <w:rPr>
          <w:rFonts w:ascii="Myanmar Text" w:hAnsi="Myanmar Text" w:eastAsia="Myanmar Text" w:cs="Myanmar Text"/>
        </w:rPr>
        <w:t>မဟုတ်ချေ။</w:t>
      </w:r>
    </w:p>
    <w:p>
      <w:pPr>
        <w:pStyle w:val="ArticleBody"/>
        <w:jc w:val="left"/>
      </w:pPr>
      <w:r>
        <w:rPr>
          <w:rFonts w:ascii="Times New Roman" w:hAnsi="Times New Roman" w:eastAsia="Times New Roman" w:cs="Times New Roman"/>
        </w:rPr>
        <w:t>Jeremia mewakili mereka yang “menantikan” penglihatan itu:</w:t>
      </w:r>
    </w:p>
    <w:p>
      <w:pPr>
        <w:pStyle w:val="ArticleScripture"/>
        <w:jc w:val="left"/>
      </w:pPr>
      <w:r>
        <w:rPr>
          <w:rFonts w:ascii="Times New Roman" w:hAnsi="Times New Roman" w:eastAsia="Times New Roman" w:cs="Times New Roman"/>
        </w:rPr>
        <w:t>Tuhan, Engkau mengetahui: ingatlah akan aku, dan perhatikanlah aku, dan balaskanlah bagiku terhadap mereka yang menganiaya aku; janganlah Engkau mengambil aku dalam panjang sabar-Mu: ketahuilah bahwa oleh karena Engkau aku telah menanggung cela. Firman-Mu didapati, lalu aku memakannya; dan firman-Mu menjadi bagiku sukacita dan kegirangan hatiku: sebab aku disebut dengan nama-Mu, ya Tuhan, Allah semesta alam. Aku tidak duduk dalam perkumpulan para pencemooh, dan tidak bersukaria; aku duduk seorang diri oleh karena tangan-Mu: sebab Engkau telah memenuhi aku dengan geram. Mengapakah kesakitanku tetap ada, dan lukaku tidak tersembuhkan, yang enggan disembuhkan? Masakan Engkau sungguh-sungguh menjadi bagiku seperti penipu, dan seperti air yang mengecewakan? Sebab itu beginilah firman Tuhan, Jika engkau berbalik, maka Aku akan membawa engkau kembali, dan engkau akan berdiri di hadapan-Ku: dan jika engkau mengeluarkan yang berharga dari yang hina, engkau akan menjadi seperti mulut-Ku: biarlah mereka kembali kepadamu; tetapi janganlah engkau kembali kepada mereka. Dan Aku akan menjadikan engkau bagi bangsa ini tembok tembaga yang berkubu: dan mereka akan berperang melawan engkau, tetapi mereka tidak akan mengalahkan engkau: sebab Aku menyertai engkau untuk menyelamatkan engkau dan untuk melepaskan engkau, demikianlah firman Tuhan. Dan Aku akan melepaskan engkau dari tangan orang-orang fasik, dan Aku akan menebus engkau dari tangan orang-orang yang kejam. Yeremia 15:15–21.</w:t>
      </w:r>
    </w:p>
    <w:p>
      <w:pPr>
        <w:pStyle w:val="ArticleBody"/>
        <w:jc w:val="left"/>
      </w:pPr>
      <w:r>
        <w:rPr>
          <w:rFonts w:ascii="Times New Roman" w:hAnsi="Times New Roman" w:eastAsia="Times New Roman" w:cs="Times New Roman"/>
        </w:rPr>
        <w:t>Undang-undang Ahad di Amerika Syarikat ialah tempat di mana lambang “mengingati” ditandai. Di situlah Sabat, yang sentiasa harus diingati, menjadi isu ujian terakhir. Di situlah perempuan sundal Tirus, yang telah dilupakan, diingati kembali. Di situlah Allah mengingati dosa-dosa Babel dan menjatuhkan hukuman berganda ke atasnya.</w:t>
      </w:r>
    </w:p>
    <w:p>
      <w:pPr>
        <w:pStyle w:val="ArticleBody"/>
        <w:jc w:val="left"/>
      </w:pPr>
      <w:r>
        <w:rPr>
          <w:rFonts w:ascii="Leelawadee UI" w:hAnsi="Leelawadee UI" w:eastAsia="Leelawadee UI" w:cs="Leelawadee UI"/>
        </w:rPr>
        <w:t>គោលសញ្ញាដែលការនិយាយស្ថិតនៅ</w:t>
      </w:r>
      <w:r>
        <w:rPr>
          <w:rFonts w:ascii="Times New Roman" w:hAnsi="Times New Roman" w:eastAsia="Times New Roman" w:cs="Times New Roman"/>
        </w:rPr>
        <w:t xml:space="preserve"> </w:t>
      </w:r>
      <w:r>
        <w:rPr>
          <w:rFonts w:ascii="Leelawadee UI" w:hAnsi="Leelawadee UI" w:eastAsia="Leelawadee UI" w:cs="Leelawadee UI"/>
        </w:rPr>
        <w:t>គឺជាច្បាប់ថ្ងៃអាទិត្យនៅសហរដ្ឋអាមេរិក</w:t>
      </w:r>
      <w:r>
        <w:rPr>
          <w:rFonts w:ascii="Times New Roman" w:hAnsi="Times New Roman" w:eastAsia="Times New Roman" w:cs="Times New Roman"/>
        </w:rPr>
        <w:t xml:space="preserve"> </w:t>
      </w:r>
      <w:r>
        <w:rPr>
          <w:rFonts w:ascii="Leelawadee UI" w:hAnsi="Leelawadee UI" w:eastAsia="Leelawadee UI" w:cs="Leelawadee UI"/>
        </w:rPr>
        <w:t>ព្រោះនៅទីនោះ</w:t>
      </w:r>
      <w:r>
        <w:rPr>
          <w:rFonts w:ascii="Times New Roman" w:hAnsi="Times New Roman" w:eastAsia="Times New Roman" w:cs="Times New Roman"/>
        </w:rPr>
        <w:t xml:space="preserve"> </w:t>
      </w:r>
      <w:r>
        <w:rPr>
          <w:rFonts w:ascii="Leelawadee UI" w:hAnsi="Leelawadee UI" w:eastAsia="Leelawadee UI" w:cs="Leelawadee UI"/>
        </w:rPr>
        <w:t>សត្វលោកីយ៍នៃផែនដី</w:t>
      </w:r>
      <w:r>
        <w:rPr>
          <w:rFonts w:ascii="Times New Roman" w:hAnsi="Times New Roman" w:eastAsia="Times New Roman" w:cs="Times New Roman"/>
        </w:rPr>
        <w:t xml:space="preserve"> «</w:t>
      </w:r>
      <w:r>
        <w:rPr>
          <w:rFonts w:ascii="Leelawadee UI" w:hAnsi="Leelawadee UI" w:eastAsia="Leelawadee UI" w:cs="Leelawadee UI"/>
        </w:rPr>
        <w:t>និយាយ</w:t>
      </w:r>
      <w:r>
        <w:rPr>
          <w:rFonts w:ascii="Times New Roman" w:hAnsi="Times New Roman" w:eastAsia="Times New Roman" w:cs="Times New Roman"/>
        </w:rPr>
        <w:t xml:space="preserve">» </w:t>
      </w:r>
      <w:r>
        <w:rPr>
          <w:rFonts w:ascii="Leelawadee UI" w:hAnsi="Leelawadee UI" w:eastAsia="Leelawadee UI" w:cs="Leelawadee UI"/>
        </w:rPr>
        <w:t>ដូចជានាគ។</w:t>
      </w:r>
      <w:r>
        <w:rPr>
          <w:rFonts w:ascii="Times New Roman" w:hAnsi="Times New Roman" w:eastAsia="Times New Roman" w:cs="Times New Roman"/>
        </w:rPr>
        <w:t xml:space="preserve"> </w:t>
      </w:r>
      <w:r>
        <w:rPr>
          <w:rFonts w:ascii="Leelawadee UI" w:hAnsi="Leelawadee UI" w:eastAsia="Leelawadee UI" w:cs="Leelawadee UI"/>
        </w:rPr>
        <w:t>នៅគោលសញ្ញាដដែលនោះ</w:t>
      </w:r>
      <w:r>
        <w:rPr>
          <w:rFonts w:ascii="Times New Roman" w:hAnsi="Times New Roman" w:eastAsia="Times New Roman" w:cs="Times New Roman"/>
        </w:rPr>
        <w:t xml:space="preserve"> </w:t>
      </w:r>
      <w:r>
        <w:rPr>
          <w:rFonts w:ascii="Leelawadee UI" w:hAnsi="Leelawadee UI" w:eastAsia="Leelawadee UI" w:cs="Leelawadee UI"/>
        </w:rPr>
        <w:t>សត្វលានៅក្នុងខ្សែព្យាករណ៍របស់បាឡាមក៏</w:t>
      </w:r>
      <w:r>
        <w:rPr>
          <w:rFonts w:ascii="Times New Roman" w:hAnsi="Times New Roman" w:eastAsia="Times New Roman" w:cs="Times New Roman"/>
        </w:rPr>
        <w:t xml:space="preserve"> «</w:t>
      </w:r>
      <w:r>
        <w:rPr>
          <w:rFonts w:ascii="Leelawadee UI" w:hAnsi="Leelawadee UI" w:eastAsia="Leelawadee UI" w:cs="Leelawadee UI"/>
        </w:rPr>
        <w:t>និយាយ</w:t>
      </w:r>
      <w:r>
        <w:rPr>
          <w:rFonts w:ascii="Times New Roman" w:hAnsi="Times New Roman" w:eastAsia="Times New Roman" w:cs="Times New Roman"/>
        </w:rPr>
        <w:t xml:space="preserve">» </w:t>
      </w:r>
      <w:r>
        <w:rPr>
          <w:rFonts w:ascii="Leelawadee UI" w:hAnsi="Leelawadee UI" w:eastAsia="Leelawadee UI" w:cs="Leelawadee UI"/>
        </w:rPr>
        <w:t>ផងដែរ។</w:t>
      </w:r>
      <w:r>
        <w:rPr>
          <w:rFonts w:ascii="Times New Roman" w:hAnsi="Times New Roman" w:eastAsia="Times New Roman" w:cs="Times New Roman"/>
        </w:rPr>
        <w:t xml:space="preserve"> </w:t>
      </w:r>
      <w:r>
        <w:rPr>
          <w:rFonts w:ascii="Leelawadee UI" w:hAnsi="Leelawadee UI" w:eastAsia="Leelawadee UI" w:cs="Leelawadee UI"/>
        </w:rPr>
        <w:t>នៅពេលយ៉ូហាន</w:t>
      </w:r>
      <w:r>
        <w:rPr>
          <w:rFonts w:ascii="Times New Roman" w:hAnsi="Times New Roman" w:eastAsia="Times New Roman" w:cs="Times New Roman"/>
        </w:rPr>
        <w:t xml:space="preserve"> </w:t>
      </w:r>
      <w:r>
        <w:rPr>
          <w:rFonts w:ascii="Leelawadee UI" w:hAnsi="Leelawadee UI" w:eastAsia="Leelawadee UI" w:cs="Leelawadee UI"/>
        </w:rPr>
        <w:t>បាទីស្ទ</w:t>
      </w:r>
      <w:r>
        <w:rPr>
          <w:rFonts w:ascii="Times New Roman" w:hAnsi="Times New Roman" w:eastAsia="Times New Roman" w:cs="Times New Roman"/>
        </w:rPr>
        <w:t xml:space="preserve"> </w:t>
      </w:r>
      <w:r>
        <w:rPr>
          <w:rFonts w:ascii="Leelawadee UI" w:hAnsi="Leelawadee UI" w:eastAsia="Leelawadee UI" w:cs="Leelawadee UI"/>
        </w:rPr>
        <w:t>បានប្រសូត</w:t>
      </w:r>
      <w:r>
        <w:rPr>
          <w:rFonts w:ascii="Times New Roman" w:hAnsi="Times New Roman" w:eastAsia="Times New Roman" w:cs="Times New Roman"/>
        </w:rPr>
        <w:t xml:space="preserve"> </w:t>
      </w:r>
      <w:r>
        <w:rPr>
          <w:rFonts w:ascii="Leelawadee UI" w:hAnsi="Leelawadee UI" w:eastAsia="Leelawadee UI" w:cs="Leelawadee UI"/>
        </w:rPr>
        <w:t>បិតារបស់គាត់</w:t>
      </w:r>
      <w:r>
        <w:rPr>
          <w:rFonts w:ascii="Times New Roman" w:hAnsi="Times New Roman" w:eastAsia="Times New Roman" w:cs="Times New Roman"/>
        </w:rPr>
        <w:t xml:space="preserve"> </w:t>
      </w:r>
      <w:r>
        <w:rPr>
          <w:rFonts w:ascii="Leelawadee UI" w:hAnsi="Leelawadee UI" w:eastAsia="Leelawadee UI" w:cs="Leelawadee UI"/>
        </w:rPr>
        <w:t>គឺសាការីយ៉ាស</w:t>
      </w:r>
      <w:r>
        <w:rPr>
          <w:rFonts w:ascii="Times New Roman" w:hAnsi="Times New Roman" w:eastAsia="Times New Roman" w:cs="Times New Roman"/>
        </w:rPr>
        <w:t xml:space="preserve"> </w:t>
      </w:r>
      <w:r>
        <w:rPr>
          <w:rFonts w:ascii="Leelawadee UI" w:hAnsi="Leelawadee UI" w:eastAsia="Leelawadee UI" w:cs="Leelawadee UI"/>
        </w:rPr>
        <w:t>ដែលត្រូវបានព្រះទប់ស្កាត់មិនឲ្យនិយាយ</w:t>
      </w:r>
      <w:r>
        <w:rPr>
          <w:rFonts w:ascii="Times New Roman" w:hAnsi="Times New Roman" w:eastAsia="Times New Roman" w:cs="Times New Roman"/>
        </w:rPr>
        <w:t xml:space="preserve"> </w:t>
      </w:r>
      <w:r>
        <w:rPr>
          <w:rFonts w:ascii="Leelawadee UI" w:hAnsi="Leelawadee UI" w:eastAsia="Leelawadee UI" w:cs="Leelawadee UI"/>
        </w:rPr>
        <w:t>ក៏</w:t>
      </w:r>
      <w:r>
        <w:rPr>
          <w:rFonts w:ascii="Times New Roman" w:hAnsi="Times New Roman" w:eastAsia="Times New Roman" w:cs="Times New Roman"/>
        </w:rPr>
        <w:t xml:space="preserve"> «</w:t>
      </w:r>
      <w:r>
        <w:rPr>
          <w:rFonts w:ascii="Leelawadee UI" w:hAnsi="Leelawadee UI" w:eastAsia="Leelawadee UI" w:cs="Leelawadee UI"/>
        </w:rPr>
        <w:t>និយាយ</w:t>
      </w:r>
      <w:r>
        <w:rPr>
          <w:rFonts w:ascii="Times New Roman" w:hAnsi="Times New Roman" w:eastAsia="Times New Roman" w:cs="Times New Roman"/>
        </w:rPr>
        <w:t xml:space="preserve">» </w:t>
      </w:r>
      <w:r>
        <w:rPr>
          <w:rFonts w:ascii="Leelawadee UI" w:hAnsi="Leelawadee UI" w:eastAsia="Leelawadee UI" w:cs="Leelawadee UI"/>
        </w:rPr>
        <w:t>ផងដែរ។</w:t>
      </w:r>
    </w:p>
    <w:p>
      <w:pPr>
        <w:pStyle w:val="ArticleScripture"/>
        <w:jc w:val="left"/>
      </w:pPr>
      <w:r>
        <w:rPr>
          <w:rFonts w:ascii="Leelawadee UI" w:hAnsi="Leelawadee UI" w:eastAsia="Leelawadee UI" w:cs="Leelawadee UI"/>
        </w:rPr>
        <w:t>ហើយក៏កើតមានឡើងថា</w:t>
      </w:r>
      <w:r>
        <w:rPr>
          <w:rFonts w:ascii="Times New Roman" w:hAnsi="Times New Roman" w:eastAsia="Times New Roman" w:cs="Times New Roman"/>
        </w:rPr>
        <w:t xml:space="preserve"> </w:t>
      </w:r>
      <w:r>
        <w:rPr>
          <w:rFonts w:ascii="Leelawadee UI" w:hAnsi="Leelawadee UI" w:eastAsia="Leelawadee UI" w:cs="Leelawadee UI"/>
        </w:rPr>
        <w:t>នៅថ្ងៃទីប្រាំបី</w:t>
      </w:r>
      <w:r>
        <w:rPr>
          <w:rFonts w:ascii="Times New Roman" w:hAnsi="Times New Roman" w:eastAsia="Times New Roman" w:cs="Times New Roman"/>
        </w:rPr>
        <w:t xml:space="preserve"> </w:t>
      </w:r>
      <w:r>
        <w:rPr>
          <w:rFonts w:ascii="Leelawadee UI" w:hAnsi="Leelawadee UI" w:eastAsia="Leelawadee UI" w:cs="Leelawadee UI"/>
        </w:rPr>
        <w:t>ពួកគេបានមកដើម្បីកាត់ស្បែកកុមារនោះ</w:t>
      </w:r>
      <w:r>
        <w:rPr>
          <w:rFonts w:ascii="Times New Roman" w:hAnsi="Times New Roman" w:eastAsia="Times New Roman" w:cs="Times New Roman"/>
        </w:rPr>
        <w:t xml:space="preserve"> </w:t>
      </w:r>
      <w:r>
        <w:rPr>
          <w:rFonts w:ascii="Leelawadee UI" w:hAnsi="Leelawadee UI" w:eastAsia="Leelawadee UI" w:cs="Leelawadee UI"/>
        </w:rPr>
        <w:t>ហើយពួកគេបានហៅគាត់ថា</w:t>
      </w:r>
      <w:r>
        <w:rPr>
          <w:rFonts w:ascii="Times New Roman" w:hAnsi="Times New Roman" w:eastAsia="Times New Roman" w:cs="Times New Roman"/>
        </w:rPr>
        <w:t xml:space="preserve"> </w:t>
      </w:r>
      <w:r>
        <w:rPr>
          <w:rFonts w:ascii="Leelawadee UI" w:hAnsi="Leelawadee UI" w:eastAsia="Leelawadee UI" w:cs="Leelawadee UI"/>
        </w:rPr>
        <w:t>សាការី</w:t>
      </w:r>
      <w:r>
        <w:rPr>
          <w:rFonts w:ascii="Times New Roman" w:hAnsi="Times New Roman" w:eastAsia="Times New Roman" w:cs="Times New Roman"/>
        </w:rPr>
        <w:t xml:space="preserve"> </w:t>
      </w:r>
      <w:r>
        <w:rPr>
          <w:rFonts w:ascii="Leelawadee UI" w:hAnsi="Leelawadee UI" w:eastAsia="Leelawadee UI" w:cs="Leelawadee UI"/>
        </w:rPr>
        <w:t>តាមឈ្មោះឪពុករបស់គាត់។</w:t>
      </w:r>
      <w:r>
        <w:rPr>
          <w:rFonts w:ascii="Times New Roman" w:hAnsi="Times New Roman" w:eastAsia="Times New Roman" w:cs="Times New Roman"/>
        </w:rPr>
        <w:t xml:space="preserve"> </w:t>
      </w:r>
      <w:r>
        <w:rPr>
          <w:rFonts w:ascii="Leelawadee UI" w:hAnsi="Leelawadee UI" w:eastAsia="Leelawadee UI" w:cs="Leelawadee UI"/>
        </w:rPr>
        <w:t>ប៉ុន្តែម្តាយរបស់គាត់ឆ្លើយឡើងថា</w:t>
      </w:r>
      <w:r>
        <w:rPr>
          <w:rFonts w:ascii="Times New Roman" w:hAnsi="Times New Roman" w:eastAsia="Times New Roman" w:cs="Times New Roman"/>
        </w:rPr>
        <w:t xml:space="preserve"> </w:t>
      </w:r>
      <w:r>
        <w:rPr>
          <w:rFonts w:ascii="Leelawadee UI" w:hAnsi="Leelawadee UI" w:eastAsia="Leelawadee UI" w:cs="Leelawadee UI"/>
        </w:rPr>
        <w:t>ទេ</w:t>
      </w:r>
      <w:r>
        <w:rPr>
          <w:rFonts w:ascii="Times New Roman" w:hAnsi="Times New Roman" w:eastAsia="Times New Roman" w:cs="Times New Roman"/>
        </w:rPr>
        <w:t xml:space="preserve"> </w:t>
      </w:r>
      <w:r>
        <w:rPr>
          <w:rFonts w:ascii="Leelawadee UI" w:hAnsi="Leelawadee UI" w:eastAsia="Leelawadee UI" w:cs="Leelawadee UI"/>
        </w:rPr>
        <w:t>មិនដូច្នោះឡើយ</w:t>
      </w:r>
      <w:r>
        <w:rPr>
          <w:rFonts w:ascii="Times New Roman" w:hAnsi="Times New Roman" w:eastAsia="Times New Roman" w:cs="Times New Roman"/>
        </w:rPr>
        <w:t xml:space="preserve">; </w:t>
      </w:r>
      <w:r>
        <w:rPr>
          <w:rFonts w:ascii="Leelawadee UI" w:hAnsi="Leelawadee UI" w:eastAsia="Leelawadee UI" w:cs="Leelawadee UI"/>
        </w:rPr>
        <w:t>គាត់ត្រូវបានហៅថា</w:t>
      </w:r>
      <w:r>
        <w:rPr>
          <w:rFonts w:ascii="Times New Roman" w:hAnsi="Times New Roman" w:eastAsia="Times New Roman" w:cs="Times New Roman"/>
        </w:rPr>
        <w:t xml:space="preserve"> </w:t>
      </w:r>
      <w:r>
        <w:rPr>
          <w:rFonts w:ascii="Leelawadee UI" w:hAnsi="Leelawadee UI" w:eastAsia="Leelawadee UI" w:cs="Leelawadee UI"/>
        </w:rPr>
        <w:t>យ៉ូហាន។</w:t>
      </w:r>
      <w:r>
        <w:rPr>
          <w:rFonts w:ascii="Times New Roman" w:hAnsi="Times New Roman" w:eastAsia="Times New Roman" w:cs="Times New Roman"/>
        </w:rPr>
        <w:t xml:space="preserve"> </w:t>
      </w:r>
      <w:r>
        <w:rPr>
          <w:rFonts w:ascii="Leelawadee UI" w:hAnsi="Leelawadee UI" w:eastAsia="Leelawadee UI" w:cs="Leelawadee UI"/>
        </w:rPr>
        <w:t>ហើយពួកគេបាននិយាយទៅនាងថា</w:t>
      </w:r>
      <w:r>
        <w:rPr>
          <w:rFonts w:ascii="Times New Roman" w:hAnsi="Times New Roman" w:eastAsia="Times New Roman" w:cs="Times New Roman"/>
        </w:rPr>
        <w:t xml:space="preserve"> </w:t>
      </w:r>
      <w:r>
        <w:rPr>
          <w:rFonts w:ascii="Leelawadee UI" w:hAnsi="Leelawadee UI" w:eastAsia="Leelawadee UI" w:cs="Leelawadee UI"/>
        </w:rPr>
        <w:t>ក្នុងចំណោមញាតិសន្តានរបស់នាង</w:t>
      </w:r>
      <w:r>
        <w:rPr>
          <w:rFonts w:ascii="Times New Roman" w:hAnsi="Times New Roman" w:eastAsia="Times New Roman" w:cs="Times New Roman"/>
        </w:rPr>
        <w:t xml:space="preserve"> </w:t>
      </w:r>
      <w:r>
        <w:rPr>
          <w:rFonts w:ascii="Leelawadee UI" w:hAnsi="Leelawadee UI" w:eastAsia="Leelawadee UI" w:cs="Leelawadee UI"/>
        </w:rPr>
        <w:t>គ្មាននរណាម្នាក់ដែលមានឈ្មោះនេះឡើយ។</w:t>
      </w:r>
      <w:r>
        <w:rPr>
          <w:rFonts w:ascii="Times New Roman" w:hAnsi="Times New Roman" w:eastAsia="Times New Roman" w:cs="Times New Roman"/>
        </w:rPr>
        <w:t xml:space="preserve"> </w:t>
      </w:r>
      <w:r>
        <w:rPr>
          <w:rFonts w:ascii="Leelawadee UI" w:hAnsi="Leelawadee UI" w:eastAsia="Leelawadee UI" w:cs="Leelawadee UI"/>
        </w:rPr>
        <w:t>ហើយពួកគេបានធ្វើសញ្ញាសួរឪពុករបស់គាត់ថា</w:t>
      </w:r>
      <w:r>
        <w:rPr>
          <w:rFonts w:ascii="Times New Roman" w:hAnsi="Times New Roman" w:eastAsia="Times New Roman" w:cs="Times New Roman"/>
        </w:rPr>
        <w:t xml:space="preserve"> </w:t>
      </w:r>
      <w:r>
        <w:rPr>
          <w:rFonts w:ascii="Leelawadee UI" w:hAnsi="Leelawadee UI" w:eastAsia="Leelawadee UI" w:cs="Leelawadee UI"/>
        </w:rPr>
        <w:t>លោកចង់ឲ្យហៅកុមារនោះថាអ្វី។</w:t>
      </w:r>
      <w:r>
        <w:rPr>
          <w:rFonts w:ascii="Times New Roman" w:hAnsi="Times New Roman" w:eastAsia="Times New Roman" w:cs="Times New Roman"/>
        </w:rPr>
        <w:t xml:space="preserve"> </w:t>
      </w:r>
      <w:r>
        <w:rPr>
          <w:rFonts w:ascii="Leelawadee UI" w:hAnsi="Leelawadee UI" w:eastAsia="Leelawadee UI" w:cs="Leelawadee UI"/>
        </w:rPr>
        <w:t>លោកក៏សុំផ្ទាំងសរសេរមួយ</w:t>
      </w:r>
      <w:r>
        <w:rPr>
          <w:rFonts w:ascii="Times New Roman" w:hAnsi="Times New Roman" w:eastAsia="Times New Roman" w:cs="Times New Roman"/>
        </w:rPr>
        <w:t xml:space="preserve"> </w:t>
      </w:r>
      <w:r>
        <w:rPr>
          <w:rFonts w:ascii="Leelawadee UI" w:hAnsi="Leelawadee UI" w:eastAsia="Leelawadee UI" w:cs="Leelawadee UI"/>
        </w:rPr>
        <w:t>ហើយសរសេរថា</w:t>
      </w:r>
      <w:r>
        <w:rPr>
          <w:rFonts w:ascii="Times New Roman" w:hAnsi="Times New Roman" w:eastAsia="Times New Roman" w:cs="Times New Roman"/>
        </w:rPr>
        <w:t xml:space="preserve"> </w:t>
      </w:r>
      <w:r>
        <w:rPr>
          <w:rFonts w:ascii="Leelawadee UI" w:hAnsi="Leelawadee UI" w:eastAsia="Leelawadee UI" w:cs="Leelawadee UI"/>
        </w:rPr>
        <w:t>ឈ្មោះរបស់គាត់គឺ</w:t>
      </w:r>
      <w:r>
        <w:rPr>
          <w:rFonts w:ascii="Times New Roman" w:hAnsi="Times New Roman" w:eastAsia="Times New Roman" w:cs="Times New Roman"/>
        </w:rPr>
        <w:t xml:space="preserve"> </w:t>
      </w:r>
      <w:r>
        <w:rPr>
          <w:rFonts w:ascii="Leelawadee UI" w:hAnsi="Leelawadee UI" w:eastAsia="Leelawadee UI" w:cs="Leelawadee UI"/>
        </w:rPr>
        <w:t>យ៉ូហាន។</w:t>
      </w:r>
      <w:r>
        <w:rPr>
          <w:rFonts w:ascii="Times New Roman" w:hAnsi="Times New Roman" w:eastAsia="Times New Roman" w:cs="Times New Roman"/>
        </w:rPr>
        <w:t xml:space="preserve"> </w:t>
      </w:r>
      <w:r>
        <w:rPr>
          <w:rFonts w:ascii="Leelawadee UI" w:hAnsi="Leelawadee UI" w:eastAsia="Leelawadee UI" w:cs="Leelawadee UI"/>
        </w:rPr>
        <w:t>ហើយពួកគេទាំងអស់គ្នាក៏អស្ចារ្យចិត្តយ៉ាងខ្លាំង។</w:t>
      </w:r>
      <w:r>
        <w:rPr>
          <w:rFonts w:ascii="Times New Roman" w:hAnsi="Times New Roman" w:eastAsia="Times New Roman" w:cs="Times New Roman"/>
        </w:rPr>
        <w:t xml:space="preserve"> </w:t>
      </w:r>
      <w:r>
        <w:rPr>
          <w:rFonts w:ascii="Leelawadee UI" w:hAnsi="Leelawadee UI" w:eastAsia="Leelawadee UI" w:cs="Leelawadee UI"/>
        </w:rPr>
        <w:t>ភ្លាមៗនោះ</w:t>
      </w:r>
      <w:r>
        <w:rPr>
          <w:rFonts w:ascii="Times New Roman" w:hAnsi="Times New Roman" w:eastAsia="Times New Roman" w:cs="Times New Roman"/>
        </w:rPr>
        <w:t xml:space="preserve"> </w:t>
      </w:r>
      <w:r>
        <w:rPr>
          <w:rFonts w:ascii="Leelawadee UI" w:hAnsi="Leelawadee UI" w:eastAsia="Leelawadee UI" w:cs="Leelawadee UI"/>
        </w:rPr>
        <w:t>មាត់របស់លោកក៏បានបើកឡើង</w:t>
      </w:r>
      <w:r>
        <w:rPr>
          <w:rFonts w:ascii="Times New Roman" w:hAnsi="Times New Roman" w:eastAsia="Times New Roman" w:cs="Times New Roman"/>
        </w:rPr>
        <w:t xml:space="preserve"> </w:t>
      </w:r>
      <w:r>
        <w:rPr>
          <w:rFonts w:ascii="Leelawadee UI" w:hAnsi="Leelawadee UI" w:eastAsia="Leelawadee UI" w:cs="Leelawadee UI"/>
        </w:rPr>
        <w:t>ហើយអណ្ដាតរបស់លោកក៏បានរួចស្រាល</w:t>
      </w:r>
      <w:r>
        <w:rPr>
          <w:rFonts w:ascii="Times New Roman" w:hAnsi="Times New Roman" w:eastAsia="Times New Roman" w:cs="Times New Roman"/>
        </w:rPr>
        <w:t xml:space="preserve"> </w:t>
      </w:r>
      <w:r>
        <w:rPr>
          <w:rFonts w:ascii="Leelawadee UI" w:hAnsi="Leelawadee UI" w:eastAsia="Leelawadee UI" w:cs="Leelawadee UI"/>
        </w:rPr>
        <w:t>ហើយលោកបាននិយាយ</w:t>
      </w:r>
      <w:r>
        <w:rPr>
          <w:rFonts w:ascii="Times New Roman" w:hAnsi="Times New Roman" w:eastAsia="Times New Roman" w:cs="Times New Roman"/>
        </w:rPr>
        <w:t xml:space="preserve"> </w:t>
      </w:r>
      <w:r>
        <w:rPr>
          <w:rFonts w:ascii="Leelawadee UI" w:hAnsi="Leelawadee UI" w:eastAsia="Leelawadee UI" w:cs="Leelawadee UI"/>
        </w:rPr>
        <w:t>និងសរសើរតម្កើងព្រះ។</w:t>
      </w:r>
      <w:r>
        <w:rPr>
          <w:rFonts w:ascii="Times New Roman" w:hAnsi="Times New Roman" w:eastAsia="Times New Roman" w:cs="Times New Roman"/>
        </w:rPr>
        <w:t xml:space="preserve"> </w:t>
      </w:r>
      <w:r>
        <w:rPr>
          <w:rFonts w:ascii="Leelawadee UI" w:hAnsi="Leelawadee UI" w:eastAsia="Leelawadee UI" w:cs="Leelawadee UI"/>
        </w:rPr>
        <w:t>លូកា</w:t>
      </w:r>
      <w:r>
        <w:rPr>
          <w:rFonts w:ascii="Times New Roman" w:hAnsi="Times New Roman" w:eastAsia="Times New Roman" w:cs="Times New Roman"/>
        </w:rPr>
        <w:t xml:space="preserve"> 1:59–64</w:t>
      </w:r>
      <w:r>
        <w:rPr>
          <w:rFonts w:ascii="Leelawadee UI" w:hAnsi="Leelawadee UI" w:eastAsia="Leelawadee UI" w:cs="Leelawadee UI"/>
        </w:rPr>
        <w:t>។</w:t>
      </w:r>
    </w:p>
    <w:p>
      <w:pPr>
        <w:pStyle w:val="ArticleBody"/>
        <w:jc w:val="left"/>
      </w:pPr>
      <w:r>
        <w:rPr>
          <w:rFonts w:ascii="Times New Roman" w:hAnsi="Times New Roman" w:eastAsia="Times New Roman" w:cs="Times New Roman"/>
        </w:rPr>
        <w:t>Moao wa Sontaga kwa USA, liso la bolaya la bopapa le a alafala, mme e nna bogosi jwa borobedi jo bo tswang mo go a supa, fa USA, yo moporesidente wa yone e leng Donald Trump, e leng moporesidente wa borobedi yo o tswang mo go a supa. Mo nakong eo gape, ba ba dikete tsotlhe di le lekgolo le masome a manè le bonè ba tsholediwa jaaka folaga. Ba ba dikete tsotlhe di le lekgolo le masome a manè le bonè ke kereke ya borobedi e e tswang mo go a supa. Mo molaong wa Sontaga palo ya borobedi e a tshwaiwa, mme e ne e le ka letsatsi la borobedi fa Johane a ne a rupa, mme Sakaria a bua. Sakaria go raya gore Modimo o “gopotse.” Molao wa Sontaga ke moiketsiso wa Sabata ya boammaaruri e e neng e tshwanetse go “gopolwa.” Mo molaong wa Sontaga seaka sa Ture se a “gopolwa.” Ke mo molaong wa Sontaga fa Modimo a “gopola” maleo a Babelona mme a menaganya katlholo ya gagwe gabedi.</w:t>
      </w:r>
    </w:p>
    <w:p>
      <w:pPr>
        <w:pStyle w:val="ArticleBody"/>
        <w:jc w:val="left"/>
      </w:pPr>
      <w:r>
        <w:rPr>
          <w:rFonts w:ascii="Times New Roman" w:hAnsi="Times New Roman" w:eastAsia="Times New Roman" w:cs="Times New Roman"/>
        </w:rPr>
        <w:t>Yeremiah mewakili mereka yang mengalami kekecewaan yang pertama dan yang menantikan penglihatan yang bertangguh. Ia mewakili umat setia yang menjadi mulut Tuhan pada waktu yang telah ditetapkan, ketika penglihatan itu berbicara dan tidak berdusta. Penglihatan yang berbicara pada waktu yang telah ditetapkan itu didahului oleh dua raja yang saling mengatakan dusta di satu meja. Peristiwa itu mendahului hukum hari Minggu dan karena itu terjadi dalam sejarah Panium sebagaimana dikemukakan dalam ayat tiga belas hingga lima belas, yang merupakan masa yang sama ketika “perampok-perampok bangsamu” menegakkan “penglihatan” itu.</w:t>
      </w:r>
    </w:p>
    <w:p>
      <w:pPr>
        <w:pStyle w:val="ArticleScripture"/>
        <w:jc w:val="left"/>
      </w:pPr>
      <w:r>
        <w:rPr>
          <w:rFonts w:ascii="Times New Roman" w:hAnsi="Times New Roman" w:eastAsia="Times New Roman" w:cs="Times New Roman"/>
        </w:rPr>
        <w:t>Pada masa-masa itu, banyak orang akan bangkit melawan raja negeri selatan; juga para perampok dari bangsamu akan meninggikan diri untuk menegakkan penglihatan itu; tetapi mereka akan jatuh. Daniel 11:14.</w:t>
      </w:r>
    </w:p>
    <w:p>
      <w:pPr>
        <w:pStyle w:val="ArticleBody"/>
        <w:jc w:val="left"/>
      </w:pPr>
      <w:r>
        <w:rPr>
          <w:rFonts w:ascii="Times New Roman" w:hAnsi="Times New Roman" w:eastAsia="Times New Roman" w:cs="Times New Roman"/>
        </w:rPr>
        <w:t>“Perompak” itu ialah Rom, dan Rom pada hari-hari terakhir ialah Katolik. Paus menegakkan penglihatan itu, dan ia melakukannya dalam tempoh tepat sebelum undang-undang Ahad. Ia melakukannya dengan campur tangan dalam pertempuran Panium, di mana Trump mengatasi Putin. Pertempuran itu berlaku pada tahun 200 SM, tahun yang sama ketika Rom pagan memasuki sejarah nubuatan. Pompey yang Agung menakluk Yerusalem pada tahun 63 SM. Peristiwa ini berlaku semasa kempennya di Timur, ketika ia campur tangan dalam perang saudara antara saudara-saudara Hasmonea, Hyrcanus II dan Aristobulus II. Pompey memihak kepada Hyrcanus II, mengepung Yerusalem, dan akhirnya menawan kota itu selepas pengepungan selama tiga bulan. Hal ini menandai berakhirnya kemerdekaan Yudea dan bermulanya penguasaan Rom atas wilayah itu, yang kemudiannya menjadi sebuah provinsi di bawah pemerintahan Rom.</w:t>
      </w:r>
    </w:p>
    <w:p>
      <w:pPr>
        <w:pStyle w:val="ArticleBody"/>
        <w:jc w:val="left"/>
      </w:pPr>
      <w:r>
        <w:rPr>
          <w:rFonts w:ascii="Times New Roman" w:hAnsi="Times New Roman" w:eastAsia="Times New Roman" w:cs="Times New Roman"/>
        </w:rPr>
        <w:t>Sebelum undang-undang Ahad, paus mencelah ke dalam sejarah yang berkaitan dengan pertempuran Panium. Apabila dia memasuki sejarah nubuatan, kemunculannya meneguhkan penglihatan itu; penglihatan yang masih akan “berkata-kata” pada “waktu yang telah ditetapkan” bagi undang-undang Ahad di USA. “Penglihatan” yang berlambat-lambat itu ialah ramalan yang gagal, yang menandai permulaan masa berlambat-lambat dalam perumpamaan sepuluh anak dara. Hal itu juga menandai kedatangan malaikat kedua daripada tiga malaikat dalam Wahyu empat belas. Suatu ramalan yang gagal yang membawa masuk suatu tempoh penantian, dan suatu dorongan untuk “menunggu” penggenapannya, walaupun ia berlambat-lambat.</w:t>
      </w:r>
    </w:p>
    <w:p>
      <w:pPr>
        <w:pStyle w:val="ArticleBody"/>
        <w:jc w:val="left"/>
      </w:pPr>
      <w:r>
        <w:rPr>
          <w:rFonts w:ascii="Times New Roman" w:hAnsi="Times New Roman" w:eastAsia="Times New Roman" w:cs="Times New Roman"/>
        </w:rPr>
        <w:t>Dalam sejarah Millerite, masa penangguhan berakhir pada perhimpunan perkhemahan Exeter dari 12 hingga 17 Ogos 1844. Suatu kekecewaan yang ditimbulkan oleh ramalan yang gagal, yang membuka suatu tempoh penantian yang dirancang untuk memuktamadkan tabiat dalam dua golongan anak dara, diikuti oleh penjelasan tentang ramalan yang sebelumnya telah gagal itu. Penjelasan di Exeter mengenal pasti perincian yang berkaitan dengan penglihatan itu ketika penglihatan tersebut digenapi. Ciri-ciri yang sama dapat diperhatikan dalam Matius pasal enam belas, ketika Kristus membawa murid-murid-Nya ke Kaisarea Filipi. Sejak saat itu dan seterusnya, Kristus secara langsung mengajarkan kepada murid-murid apa yang akan berlaku di salib.</w:t>
      </w:r>
    </w:p>
    <w:p>
      <w:pPr>
        <w:pStyle w:val="ArticleScripture"/>
        <w:jc w:val="left"/>
      </w:pPr>
      <w:r>
        <w:rPr>
          <w:rFonts w:ascii="Times New Roman" w:hAnsi="Times New Roman" w:eastAsia="Times New Roman" w:cs="Times New Roman"/>
        </w:rPr>
        <w:t>Ho tloga mo nakong yeo go ya pele Jesu a thoma go bontšha barutiwa ba gagwe gore o swanetše go ya Jerusalema, le go tlaišega ka dilo tše dintši go tšwa go bagolo le baprista ba bagolo le bangwaledi, le go bolawa, gomme a tsošwe gape ka letšatši la boraro. Mateo 16:21.</w:t>
      </w:r>
    </w:p>
    <w:p>
      <w:pPr>
        <w:pStyle w:val="ArticleBody"/>
        <w:jc w:val="left"/>
      </w:pPr>
      <w:r>
        <w:rPr>
          <w:rFonts w:ascii="Times New Roman" w:hAnsi="Times New Roman" w:eastAsia="Times New Roman" w:cs="Times New Roman"/>
        </w:rPr>
        <w:t>Perlu diperhatikan bahawa ayat yang baru sahaja dipetik itu terletak di antara pengenalpastian Yesus bahawa Petrus telah dipimpin oleh Roh Kudus dalam pengakuannya bahawa Yesus ialah Kristus, Anak Allah yang hidup. Kemudian, apabila Kristus mula mengajar mereka tentang salib yang akan datang, Petrus menentang mesej itu dan Kristus menyebut Petrus sebagai Iblis. Mesej yang dimeteraibukakan apabila penglihatan itu ditegakkan menghasilkan dua golongan penyembah, yang kedua-duanya diwakili oleh Petrus.</w:t>
      </w:r>
    </w:p>
    <w:p>
      <w:pPr>
        <w:pStyle w:val="ArticleBody"/>
        <w:jc w:val="left"/>
      </w:pPr>
      <w:r>
        <w:rPr>
          <w:rFonts w:ascii="Times New Roman" w:hAnsi="Times New Roman" w:eastAsia="Times New Roman" w:cs="Times New Roman"/>
        </w:rPr>
        <w:t>Kesarea Filipi ialah Panium, dan kedua-duanya membawa kepada masa yang telah ditetapkan bagi salib dalam garis Kristus, 22 Oktober 1844 dalam sejarah Millerit, dan undang-undang Ahad pada hari ini. Panium, Kesarea Filipi, dan perhimpunan khemah Exeter ialah penanda jalan nubuatan yang sama. Pada penanda jalan inilah penglihatan ditegakkan melalui pengenalan paus ke dalam naratif. Penegakan penglihatan itu mendahului masa yang telah ditetapkan, kerana Kesarea Filipi mendahului salib, perhimpunan khemah Exeter mendahului 22 Oktober 1844, dan Panium pada tahun 200 SM mendahului penaklukan Yerusalem oleh Pompey pada tahun 63 SM. Pada suatu ketika sebelum undang-undang Ahad di Amerika Syarikat, paus, yang ialah perempuan sundal Tirus, akan masuk secara terbuka ke dalam sejarah nubuatan. Apabila hal itu berlaku, penglihatan itu ditegakkan.</w:t>
      </w:r>
    </w:p>
    <w:p>
      <w:pPr>
        <w:pStyle w:val="ArticleBody"/>
        <w:jc w:val="left"/>
      </w:pPr>
      <w:r>
        <w:rPr>
          <w:rFonts w:ascii="Times New Roman" w:hAnsi="Times New Roman" w:eastAsia="Times New Roman" w:cs="Times New Roman"/>
        </w:rPr>
        <w:t>Pono e tiisitšwe ntweng ya boraro ya baemedi ya kgaolo ya lesome le nngwe. Ntwa ya ntlha ya baemedi e tshwantsha ntwa ya bofelo ya baemedi, ka jalo ntwa ya bofelo ya baemedi e tla nna le dinonofo tsotlhe tsa boporofeti tse di tshwanang le tsa ya ntlha. Kgosi ya borwa, e e emetsweng mo leineng Vladimir, le le rayang mmusi wa setšhaba, e swept away ka kgolagano magareng ga mopapa le moporesidente wa USA. Mopapa wa bofelo e tla nna wa borobedi yo o tswang mo go ba supa, mo go diragatseng Tshenolo lesome le bosupa, mme moporesidente wa bofelo e tla nna wa borobedi yo o tswang mo go ba supa, fela jalo le folaga ya ba dikete di le lekgolo le masome a manè le bonè.</w:t>
      </w:r>
    </w:p>
    <w:p>
      <w:pPr>
        <w:pStyle w:val="ArticleBody"/>
        <w:jc w:val="left"/>
      </w:pPr>
      <w:r>
        <w:rPr>
          <w:rFonts w:ascii="Times New Roman" w:hAnsi="Times New Roman" w:eastAsia="Times New Roman" w:cs="Times New Roman"/>
        </w:rPr>
        <w:t>Dit begin was die verhouding tussen die pous en die president ’n “geheime verbond,” en die verbond van die agtste en laaste president met die pous sal ook “geheim” wees, want in hierdie tydperk word die hoer van Tirus profeties “vergeet.” Die verbond tussen Reagan en Pous Johannes Paulus II was geheim, maar terselfdertyd het die pous die mees herkenbare gesig op aarde geword. Wat “vergeet” word aangaande die hoer van Tirus wat hoereer met al die konings van die aarde, is ’n bepaalde eienskap van die pousdom wat al haar sondes in een kategorie van opstand saamvat. Daardie eienskap is die Rooms-Katolieke Kerk se aanspraak op “onfeilbaarheid.” Hierdie feit is so belangrik om raak te sien dat ek hierdie artikel nou sal afsluit met ’n hoofstuk van Suster White. Ons sal hierdie gedagtelyne in die volgende artikel voortsit, maar terwyl u die volgende hoofstuk uit The Great Controversy lees, moet u onthou dat byna elkeen van Trump se kabinetslede Rooms-Katoliek is, met ’n vermenging van Pinksterisme en ’n voortdurende invloed van Franklin Graham, wat onlangs opgeroep het tot openbare gebede vir die antichris van Bybelprofesie.</w:t>
      </w:r>
    </w:p>
    <w:p>
      <w:pPr>
        <w:pStyle w:val="ArticleHeading"/>
        <w:jc w:val="left"/>
      </w:pPr>
      <w:r>
        <w:rPr>
          <w:rFonts w:ascii="Arial" w:hAnsi="Arial" w:eastAsia="Arial" w:cs="Arial"/>
        </w:rPr>
        <w:t>“</w:t>
      </w:r>
      <w:r>
        <w:rPr>
          <w:rFonts w:ascii="Javanese Text" w:hAnsi="Javanese Text" w:eastAsia="Javanese Text" w:cs="Javanese Text"/>
        </w:rPr>
        <w:t>ꦏꦼꦧꦼꦧꦱꦤ꧀</w:t>
      </w:r>
      <w:r>
        <w:rPr>
          <w:rFonts w:ascii="Arial" w:hAnsi="Arial" w:eastAsia="Arial" w:cs="Arial"/>
        </w:rPr>
        <w:t xml:space="preserve"> </w:t>
      </w:r>
      <w:r>
        <w:rPr>
          <w:rFonts w:ascii="Javanese Text" w:hAnsi="Javanese Text" w:eastAsia="Javanese Text" w:cs="Javanese Text"/>
        </w:rPr>
        <w:t>ꦲꦠꦶꦤꦸꦫꦤꦶ</w:t>
      </w:r>
      <w:r>
        <w:rPr>
          <w:rFonts w:ascii="Arial" w:hAnsi="Arial" w:eastAsia="Arial" w:cs="Arial"/>
        </w:rPr>
        <w:t xml:space="preserve"> </w:t>
      </w:r>
      <w:r>
        <w:rPr>
          <w:rFonts w:ascii="Javanese Text" w:hAnsi="Javanese Text" w:eastAsia="Javanese Text" w:cs="Javanese Text"/>
        </w:rPr>
        <w:t>ꦲꦤ꧀ꦕꦩ꧀</w:t>
      </w:r>
      <w:r>
        <w:rPr>
          <w:rFonts w:ascii="Arial" w:hAnsi="Arial" w:eastAsia="Arial" w:cs="Arial"/>
        </w:rPr>
        <w:t>”</w:t>
      </w:r>
    </w:p>
    <w:p>
      <w:pPr>
        <w:pStyle w:val="ArticleScripture"/>
        <w:jc w:val="left"/>
      </w:pPr>
      <w:r>
        <w:rPr>
          <w:rFonts w:ascii="Times New Roman" w:hAnsi="Times New Roman" w:eastAsia="Times New Roman" w:cs="Times New Roman"/>
        </w:rPr>
        <w:t>“Romanism kini dipandang oleh pihak Protestan dengan jauh lebih berkenan berbanding pada tahun-tahun yang lalu. Di negeri-negeri yang mana Katolik tidak berada dalam kedudukan yang dominan, dan para penganut kepausan mengambil haluan berdamai untuk memperoleh pengaruh, makin bertambah sikap tidak peduli terhadap doktrin-doktrin yang memisahkan gereja-gereja Reformasi daripada hierarki kepausan; pendapat semakin tersebar bahawa, setelah difikirkan semula, kita sebenarnya tidaklah begitu jauh berbeza dalam perkara-perkara yang asasi sebagaimana yang telah disangkakan, dan bahawa sedikit tolak ansur dari pihak kita akan membawa kita kepada persefahaman yang lebih baik dengan Roma. Pernah ada suatu masa apabila pihak Protestan meletakkan nilai yang tinggi pada kebebasan hati nurani yang telah dibeli dengan harga yang begitu mahal. Mereka mengajar anak-anak mereka supaya membenci kepausan dan berpegang bahawa mencari keselarasan dengan Roma adalah suatu ketidaksetiaan kepada Allah. Tetapi, betapa jauhnya berbeza sentimen yang sekarang diungkapkan!”</w:t>
      </w:r>
    </w:p>
    <w:p>
      <w:pPr>
        <w:pStyle w:val="ArticleScripture"/>
        <w:jc w:val="left"/>
      </w:pPr>
      <w:r>
        <w:rPr>
          <w:rFonts w:ascii="Times New Roman" w:hAnsi="Times New Roman" w:eastAsia="Times New Roman" w:cs="Times New Roman"/>
        </w:rPr>
        <w:t>“Ba ba sirekpong wɔn a wɔgyina papa no akyi ka se wɔagu asɔre no din fi, na Protestant wiase no mpɛn pii pɛ sɛ wogye saa asɛm no tom. Bebree ka se ɛnyɛ atɛntrenee sɛ wobebu nnɛ yi asɔre no atɛn afa akyiwade ne nkwaseasɛm a ɛhyɛɛ ne tumidi agyina so wɔ mfirihyia a na nimdeɛ nni hɔ na sum kabii akata so no so. Wɔde ne atirimɔdensɛm a ɛyɛ hu no to bere no mu abɔsensɛm no so, na wɔsrɛ se nnɛyi anibuei amammerɛ no nkɛntɛnso asesa n’adwene ne ne pɛsɛmenkominya.”</w:t>
      </w:r>
    </w:p>
    <w:p>
      <w:pPr>
        <w:pStyle w:val="ArticleScripture"/>
        <w:jc w:val="left"/>
      </w:pPr>
      <w:r>
        <w:rPr>
          <w:rFonts w:ascii="Times New Roman" w:hAnsi="Times New Roman" w:eastAsia="Times New Roman" w:cs="Times New Roman"/>
        </w:rPr>
        <w:t>“Adakah orang-orang ini telah melupakan tuntutan ketidakbersalahan yang telah dikemukakan selama lapan ratus tahun oleh kuasa yang angkuh ini? Jauh daripada dilepaskan, tuntutan ini telah ditegaskan pada abad kesembilan belas dengan kepastian yang lebih besar daripada sebelumnya. Memandangkan Roma menegaskan bahawa ‘gereja tidak pernah tersilap; dan juga tidak akan, menurut Kitab Suci, pernah tersilap’ (John L. von Mosheim, Institutes of Ecclesiastical History, book 3, century II, part 2, chapter 2, section 9, note 17), bagaimanakah ia dapat menanggalkan prinsip-prinsip yang telah mengawal haluannya pada zaman-zaman lampau?”</w:t>
      </w:r>
    </w:p>
    <w:p>
      <w:pPr>
        <w:pStyle w:val="ArticleScripture"/>
        <w:jc w:val="left"/>
      </w:pPr>
      <w:r>
        <w:rPr>
          <w:rFonts w:ascii="Times New Roman" w:hAnsi="Times New Roman" w:eastAsia="Times New Roman" w:cs="Times New Roman"/>
        </w:rPr>
        <w:t>“Ғаба чуулган өөрийн алдаагүй гэх нэхэмжлэлээсээ хэзээ ч татгалзахгүй. Өөрийн сургаал номлолыг нь няцаадаг хүмүүсийг хавчин мөшгөхдөө үйлдсэн бүхнээ тэр зөв гэж үздэг; тэгвэл боломж тохиовол тэр мөн адил үйлдлүүдийг дахин давтахгүй гэж үү? Өдгөө иргэний засгийн газруудын тавьж буй хязгаарлалтууд арилж, Ром урьдын хүч чадалдаа дахин сэргээн тогтоогдвол, түүний дарангуйлал ба хавчлага удалгүй дахин сэргэх болно.</w:t>
      </w:r>
    </w:p>
    <w:p>
      <w:pPr>
        <w:pStyle w:val="ArticleScripture"/>
        <w:jc w:val="left"/>
      </w:pPr>
      <w:r>
        <w:rPr>
          <w:rFonts w:ascii="Times New Roman" w:hAnsi="Times New Roman" w:eastAsia="Times New Roman" w:cs="Times New Roman"/>
        </w:rPr>
        <w:t>“Peo mongwe yo o itsiweng thata o bua jaana ka boemo jwa baruti ba maemo a a kwa godimo ba bopapa malebana le kgololesego ya segakolodi, le ka dikotsi tse segolobogolo di sokelang United States ka ntlha ya katlego ya pholisi ya jone: ‘Go na le ba bantsi ba ba ratang go raya gore poifo nngwe le nngwe ya Roman Catholicism kwa United States e bakwa ke go tlhoka go amogela ba bangwe kgotsa bongwana. Batho ba ba ntseng jalo ga ba bone sepe mo semelong le mo boemong jwa Romanism se se ganetsanang le ditheo tsa rona tse di gololesegileng, kgotsa ga ba bone sepe se se tshosang mo kgolong ya yone. A re, he, simololeng ka go bapisa dingwe tsa melaometheo ya motheo ya puso ya rona le ya Kereke ya Katoliki.’”</w:t>
      </w:r>
    </w:p>
    <w:p>
      <w:pPr>
        <w:pStyle w:val="ArticleScripture"/>
        <w:jc w:val="left"/>
      </w:pPr>
      <w:r>
        <w:rPr>
          <w:rFonts w:ascii="Times New Roman" w:hAnsi="Times New Roman" w:eastAsia="Times New Roman" w:cs="Times New Roman"/>
        </w:rPr>
        <w:t>“</w:t>
      </w:r>
      <w:r>
        <w:rPr>
          <w:rFonts w:ascii="Nirmala UI" w:hAnsi="Nirmala UI" w:eastAsia="Nirmala UI" w:cs="Nirmala UI"/>
        </w:rPr>
        <w:t>यू॰एस॰निंगथौगी</w:t>
      </w:r>
      <w:r>
        <w:rPr>
          <w:rFonts w:ascii="Times New Roman" w:hAnsi="Times New Roman" w:eastAsia="Times New Roman" w:cs="Times New Roman"/>
        </w:rPr>
        <w:t xml:space="preserve"> </w:t>
      </w:r>
      <w:r>
        <w:rPr>
          <w:rFonts w:ascii="Nirmala UI" w:hAnsi="Nirmala UI" w:eastAsia="Nirmala UI" w:cs="Nirmala UI"/>
        </w:rPr>
        <w:t>संविधानना</w:t>
      </w:r>
      <w:r>
        <w:rPr>
          <w:rFonts w:ascii="Times New Roman" w:hAnsi="Times New Roman" w:eastAsia="Times New Roman" w:cs="Times New Roman"/>
        </w:rPr>
        <w:t xml:space="preserve"> </w:t>
      </w:r>
      <w:r>
        <w:rPr>
          <w:rFonts w:ascii="Nirmala UI" w:hAnsi="Nirmala UI" w:eastAsia="Nirmala UI" w:cs="Nirmala UI"/>
        </w:rPr>
        <w:t>चित्तगी</w:t>
      </w:r>
      <w:r>
        <w:rPr>
          <w:rFonts w:ascii="Times New Roman" w:hAnsi="Times New Roman" w:eastAsia="Times New Roman" w:cs="Times New Roman"/>
        </w:rPr>
        <w:t xml:space="preserve"> </w:t>
      </w:r>
      <w:r>
        <w:rPr>
          <w:rFonts w:ascii="Nirmala UI" w:hAnsi="Nirmala UI" w:eastAsia="Nirmala UI" w:cs="Nirmala UI"/>
        </w:rPr>
        <w:t>स्वातन्त्र्य</w:t>
      </w:r>
      <w:r>
        <w:rPr>
          <w:rFonts w:ascii="Times New Roman" w:hAnsi="Times New Roman" w:eastAsia="Times New Roman" w:cs="Times New Roman"/>
        </w:rPr>
        <w:t xml:space="preserve"> </w:t>
      </w:r>
      <w:r>
        <w:rPr>
          <w:rFonts w:ascii="Nirmala UI" w:hAnsi="Nirmala UI" w:eastAsia="Nirmala UI" w:cs="Nirmala UI"/>
        </w:rPr>
        <w:t>गारंटी</w:t>
      </w:r>
      <w:r>
        <w:rPr>
          <w:rFonts w:ascii="Times New Roman" w:hAnsi="Times New Roman" w:eastAsia="Times New Roman" w:cs="Times New Roman"/>
        </w:rPr>
        <w:t xml:space="preserve"> </w:t>
      </w:r>
      <w:r>
        <w:rPr>
          <w:rFonts w:ascii="Nirmala UI" w:hAnsi="Nirmala UI" w:eastAsia="Nirmala UI" w:cs="Nirmala UI"/>
        </w:rPr>
        <w:t>तौई।</w:t>
      </w:r>
      <w:r>
        <w:rPr>
          <w:rFonts w:ascii="Times New Roman" w:hAnsi="Times New Roman" w:eastAsia="Times New Roman" w:cs="Times New Roman"/>
        </w:rPr>
        <w:t xml:space="preserve"> </w:t>
      </w:r>
      <w:r>
        <w:rPr>
          <w:rFonts w:ascii="Nirmala UI" w:hAnsi="Nirmala UI" w:eastAsia="Nirmala UI" w:cs="Nirmala UI"/>
        </w:rPr>
        <w:t>मसीदगी</w:t>
      </w:r>
      <w:r>
        <w:rPr>
          <w:rFonts w:ascii="Times New Roman" w:hAnsi="Times New Roman" w:eastAsia="Times New Roman" w:cs="Times New Roman"/>
        </w:rPr>
        <w:t xml:space="preserve"> </w:t>
      </w:r>
      <w:r>
        <w:rPr>
          <w:rFonts w:ascii="Nirmala UI" w:hAnsi="Nirmala UI" w:eastAsia="Nirmala UI" w:cs="Nirmala UI"/>
        </w:rPr>
        <w:t>हेन्ना</w:t>
      </w:r>
      <w:r>
        <w:rPr>
          <w:rFonts w:ascii="Times New Roman" w:hAnsi="Times New Roman" w:eastAsia="Times New Roman" w:cs="Times New Roman"/>
        </w:rPr>
        <w:t xml:space="preserve"> </w:t>
      </w:r>
      <w:r>
        <w:rPr>
          <w:rFonts w:ascii="Nirmala UI" w:hAnsi="Nirmala UI" w:eastAsia="Nirmala UI" w:cs="Nirmala UI"/>
        </w:rPr>
        <w:t>नुंशिबा</w:t>
      </w:r>
      <w:r>
        <w:rPr>
          <w:rFonts w:ascii="Times New Roman" w:hAnsi="Times New Roman" w:eastAsia="Times New Roman" w:cs="Times New Roman"/>
        </w:rPr>
        <w:t xml:space="preserve"> </w:t>
      </w:r>
      <w:r>
        <w:rPr>
          <w:rFonts w:ascii="Nirmala UI" w:hAnsi="Nirmala UI" w:eastAsia="Nirmala UI" w:cs="Nirmala UI"/>
        </w:rPr>
        <w:t>अमसुंग</w:t>
      </w:r>
      <w:r>
        <w:rPr>
          <w:rFonts w:ascii="Times New Roman" w:hAnsi="Times New Roman" w:eastAsia="Times New Roman" w:cs="Times New Roman"/>
        </w:rPr>
        <w:t xml:space="preserve"> </w:t>
      </w:r>
      <w:r>
        <w:rPr>
          <w:rFonts w:ascii="Nirmala UI" w:hAnsi="Nirmala UI" w:eastAsia="Nirmala UI" w:cs="Nirmala UI"/>
        </w:rPr>
        <w:t>हेन्ना</w:t>
      </w:r>
      <w:r>
        <w:rPr>
          <w:rFonts w:ascii="Times New Roman" w:hAnsi="Times New Roman" w:eastAsia="Times New Roman" w:cs="Times New Roman"/>
        </w:rPr>
        <w:t xml:space="preserve"> </w:t>
      </w:r>
      <w:r>
        <w:rPr>
          <w:rFonts w:ascii="Nirmala UI" w:hAnsi="Nirmala UI" w:eastAsia="Nirmala UI" w:cs="Nirmala UI"/>
        </w:rPr>
        <w:t>मखा</w:t>
      </w:r>
      <w:r>
        <w:rPr>
          <w:rFonts w:ascii="Times New Roman" w:hAnsi="Times New Roman" w:eastAsia="Times New Roman" w:cs="Times New Roman"/>
        </w:rPr>
        <w:t>-</w:t>
      </w:r>
      <w:r>
        <w:rPr>
          <w:rFonts w:ascii="Nirmala UI" w:hAnsi="Nirmala UI" w:eastAsia="Nirmala UI" w:cs="Nirmala UI"/>
        </w:rPr>
        <w:t>थाङबदबा</w:t>
      </w:r>
      <w:r>
        <w:rPr>
          <w:rFonts w:ascii="Times New Roman" w:hAnsi="Times New Roman" w:eastAsia="Times New Roman" w:cs="Times New Roman"/>
        </w:rPr>
        <w:t xml:space="preserve"> </w:t>
      </w:r>
      <w:r>
        <w:rPr>
          <w:rFonts w:ascii="Nirmala UI" w:hAnsi="Nirmala UI" w:eastAsia="Nirmala UI" w:cs="Nirmala UI"/>
        </w:rPr>
        <w:t>कणानो</w:t>
      </w:r>
      <w:r>
        <w:rPr>
          <w:rFonts w:ascii="Times New Roman" w:hAnsi="Times New Roman" w:eastAsia="Times New Roman" w:cs="Times New Roman"/>
        </w:rPr>
        <w:t xml:space="preserve"> </w:t>
      </w:r>
      <w:r>
        <w:rPr>
          <w:rFonts w:ascii="Nirmala UI" w:hAnsi="Nirmala UI" w:eastAsia="Nirmala UI" w:cs="Nirmala UI"/>
        </w:rPr>
        <w:t>अदै</w:t>
      </w:r>
      <w:r>
        <w:rPr>
          <w:rFonts w:ascii="Times New Roman" w:hAnsi="Times New Roman" w:eastAsia="Times New Roman" w:cs="Times New Roman"/>
        </w:rPr>
        <w:t xml:space="preserve"> </w:t>
      </w:r>
      <w:r>
        <w:rPr>
          <w:rFonts w:ascii="Nirmala UI" w:hAnsi="Nirmala UI" w:eastAsia="Nirmala UI" w:cs="Nirmala UI"/>
        </w:rPr>
        <w:t>ओइदे।</w:t>
      </w:r>
      <w:r>
        <w:rPr>
          <w:rFonts w:ascii="Times New Roman" w:hAnsi="Times New Roman" w:eastAsia="Times New Roman" w:cs="Times New Roman"/>
        </w:rPr>
        <w:t xml:space="preserve"> Pope Pius IX-</w:t>
      </w:r>
      <w:r>
        <w:rPr>
          <w:rFonts w:ascii="Nirmala UI" w:hAnsi="Nirmala UI" w:eastAsia="Nirmala UI" w:cs="Nirmala UI"/>
        </w:rPr>
        <w:t>ना</w:t>
      </w:r>
      <w:r>
        <w:rPr>
          <w:rFonts w:ascii="Times New Roman" w:hAnsi="Times New Roman" w:eastAsia="Times New Roman" w:cs="Times New Roman"/>
        </w:rPr>
        <w:t>, August 15, 1854-</w:t>
      </w:r>
      <w:r>
        <w:rPr>
          <w:rFonts w:ascii="Nirmala UI" w:hAnsi="Nirmala UI" w:eastAsia="Nirmala UI" w:cs="Nirmala UI"/>
        </w:rPr>
        <w:t>गी</w:t>
      </w:r>
      <w:r>
        <w:rPr>
          <w:rFonts w:ascii="Times New Roman" w:hAnsi="Times New Roman" w:eastAsia="Times New Roman" w:cs="Times New Roman"/>
        </w:rPr>
        <w:t xml:space="preserve"> </w:t>
      </w:r>
      <w:r>
        <w:rPr>
          <w:rFonts w:ascii="Nirmala UI" w:hAnsi="Nirmala UI" w:eastAsia="Nirmala UI" w:cs="Nirmala UI"/>
        </w:rPr>
        <w:t>महाक्की</w:t>
      </w:r>
      <w:r>
        <w:rPr>
          <w:rFonts w:ascii="Times New Roman" w:hAnsi="Times New Roman" w:eastAsia="Times New Roman" w:cs="Times New Roman"/>
        </w:rPr>
        <w:t xml:space="preserve"> Encyclical Letter-</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मखा</w:t>
      </w:r>
      <w:r>
        <w:rPr>
          <w:rFonts w:ascii="Times New Roman" w:hAnsi="Times New Roman" w:eastAsia="Times New Roman" w:cs="Times New Roman"/>
        </w:rPr>
        <w:t xml:space="preserve"> </w:t>
      </w:r>
      <w:r>
        <w:rPr>
          <w:rFonts w:ascii="Nirmala UI" w:hAnsi="Nirmala UI" w:eastAsia="Nirmala UI" w:cs="Nirmala UI"/>
        </w:rPr>
        <w:t>তाना</w:t>
      </w:r>
      <w:r>
        <w:rPr>
          <w:rFonts w:ascii="Times New Roman" w:hAnsi="Times New Roman" w:eastAsia="Times New Roman" w:cs="Times New Roman"/>
        </w:rPr>
        <w:t xml:space="preserve"> </w:t>
      </w:r>
      <w:r>
        <w:rPr>
          <w:rFonts w:ascii="Nirmala UI" w:hAnsi="Nirmala UI" w:eastAsia="Nirmala UI" w:cs="Nirmala UI"/>
        </w:rPr>
        <w:t>हैখि</w:t>
      </w:r>
      <w:r>
        <w:rPr>
          <w:rFonts w:ascii="Times New Roman" w:hAnsi="Times New Roman" w:eastAsia="Times New Roman" w:cs="Times New Roman"/>
        </w:rPr>
        <w:t>: ‘</w:t>
      </w:r>
      <w:r>
        <w:rPr>
          <w:rFonts w:ascii="Nirmala UI" w:hAnsi="Nirmala UI" w:eastAsia="Nirmala UI" w:cs="Nirmala UI"/>
        </w:rPr>
        <w:t>चित्तगी</w:t>
      </w:r>
      <w:r>
        <w:rPr>
          <w:rFonts w:ascii="Times New Roman" w:hAnsi="Times New Roman" w:eastAsia="Times New Roman" w:cs="Times New Roman"/>
        </w:rPr>
        <w:t xml:space="preserve"> </w:t>
      </w:r>
      <w:r>
        <w:rPr>
          <w:rFonts w:ascii="Nirmala UI" w:hAnsi="Nirmala UI" w:eastAsia="Nirmala UI" w:cs="Nirmala UI"/>
        </w:rPr>
        <w:t>स्वातन्त्र्यगी</w:t>
      </w:r>
      <w:r>
        <w:rPr>
          <w:rFonts w:ascii="Times New Roman" w:hAnsi="Times New Roman" w:eastAsia="Times New Roman" w:cs="Times New Roman"/>
        </w:rPr>
        <w:t xml:space="preserve"> </w:t>
      </w:r>
      <w:r>
        <w:rPr>
          <w:rFonts w:ascii="Nirmala UI" w:hAnsi="Nirmala UI" w:eastAsia="Nirmala UI" w:cs="Nirmala UI"/>
        </w:rPr>
        <w:t>मथक्तगी</w:t>
      </w:r>
      <w:r>
        <w:rPr>
          <w:rFonts w:ascii="Times New Roman" w:hAnsi="Times New Roman" w:eastAsia="Times New Roman" w:cs="Times New Roman"/>
        </w:rPr>
        <w:t xml:space="preserve"> </w:t>
      </w:r>
      <w:r>
        <w:rPr>
          <w:rFonts w:ascii="Nirmala UI" w:hAnsi="Nirmala UI" w:eastAsia="Nirmala UI" w:cs="Nirmala UI"/>
        </w:rPr>
        <w:t>रक्षण</w:t>
      </w:r>
      <w:r>
        <w:rPr>
          <w:rFonts w:ascii="Times New Roman" w:hAnsi="Times New Roman" w:eastAsia="Times New Roman" w:cs="Times New Roman"/>
        </w:rPr>
        <w:t xml:space="preserve"> </w:t>
      </w:r>
      <w:r>
        <w:rPr>
          <w:rFonts w:ascii="Nirmala UI" w:hAnsi="Nirmala UI" w:eastAsia="Nirmala UI" w:cs="Nirmala UI"/>
        </w:rPr>
        <w:t>तौनबा</w:t>
      </w:r>
      <w:r>
        <w:rPr>
          <w:rFonts w:ascii="Times New Roman" w:hAnsi="Times New Roman" w:eastAsia="Times New Roman" w:cs="Times New Roman"/>
        </w:rPr>
        <w:t xml:space="preserve"> “absurd and erroneous doctrines” </w:t>
      </w:r>
      <w:r>
        <w:rPr>
          <w:rFonts w:ascii="Nirmala UI" w:hAnsi="Nirmala UI" w:eastAsia="Nirmala UI" w:cs="Nirmala UI"/>
        </w:rPr>
        <w:t>नत्रगा</w:t>
      </w:r>
      <w:r>
        <w:rPr>
          <w:rFonts w:ascii="Times New Roman" w:hAnsi="Times New Roman" w:eastAsia="Times New Roman" w:cs="Times New Roman"/>
        </w:rPr>
        <w:t xml:space="preserve"> “ravings” </w:t>
      </w:r>
      <w:r>
        <w:rPr>
          <w:rFonts w:ascii="Nirmala UI" w:hAnsi="Nirmala UI" w:eastAsia="Nirmala UI" w:cs="Nirmala UI"/>
        </w:rPr>
        <w:t>हायबा</w:t>
      </w:r>
      <w:r>
        <w:rPr>
          <w:rFonts w:ascii="Times New Roman" w:hAnsi="Times New Roman" w:eastAsia="Times New Roman" w:cs="Times New Roman"/>
        </w:rPr>
        <w:t xml:space="preserve"> </w:t>
      </w:r>
      <w:r>
        <w:rPr>
          <w:rFonts w:ascii="Nirmala UI" w:hAnsi="Nirmala UI" w:eastAsia="Nirmala UI" w:cs="Nirmala UI"/>
        </w:rPr>
        <w:t>सिंगसी</w:t>
      </w:r>
      <w:r>
        <w:rPr>
          <w:rFonts w:ascii="Times New Roman" w:hAnsi="Times New Roman" w:eastAsia="Times New Roman" w:cs="Times New Roman"/>
        </w:rPr>
        <w:t xml:space="preserve"> </w:t>
      </w:r>
      <w:r>
        <w:rPr>
          <w:rFonts w:ascii="Nirmala UI" w:hAnsi="Nirmala UI" w:eastAsia="Nirmala UI" w:cs="Nirmala UI"/>
        </w:rPr>
        <w:t>मसी</w:t>
      </w:r>
      <w:r>
        <w:rPr>
          <w:rFonts w:ascii="Times New Roman" w:hAnsi="Times New Roman" w:eastAsia="Times New Roman" w:cs="Times New Roman"/>
        </w:rPr>
        <w:t xml:space="preserve"> </w:t>
      </w:r>
      <w:r>
        <w:rPr>
          <w:rFonts w:ascii="Nirmala UI" w:hAnsi="Nirmala UI" w:eastAsia="Nirmala UI" w:cs="Nirmala UI"/>
        </w:rPr>
        <w:t>असी</w:t>
      </w:r>
      <w:r>
        <w:rPr>
          <w:rFonts w:ascii="Times New Roman" w:hAnsi="Times New Roman" w:eastAsia="Times New Roman" w:cs="Times New Roman"/>
        </w:rPr>
        <w:t xml:space="preserve"> </w:t>
      </w:r>
      <w:r>
        <w:rPr>
          <w:rFonts w:ascii="Nirmala UI" w:hAnsi="Nirmala UI" w:eastAsia="Nirmala UI" w:cs="Nirmala UI"/>
        </w:rPr>
        <w:t>याम्ना</w:t>
      </w:r>
      <w:r>
        <w:rPr>
          <w:rFonts w:ascii="Times New Roman" w:hAnsi="Times New Roman" w:eastAsia="Times New Roman" w:cs="Times New Roman"/>
        </w:rPr>
        <w:t xml:space="preserve"> </w:t>
      </w:r>
      <w:r>
        <w:rPr>
          <w:rFonts w:ascii="Nirmala UI" w:hAnsi="Nirmala UI" w:eastAsia="Nirmala UI" w:cs="Nirmala UI"/>
        </w:rPr>
        <w:t>মরি</w:t>
      </w:r>
      <w:r>
        <w:rPr>
          <w:rFonts w:ascii="Times New Roman" w:hAnsi="Times New Roman" w:eastAsia="Times New Roman" w:cs="Times New Roman"/>
        </w:rPr>
        <w:t xml:space="preserve"> </w:t>
      </w:r>
      <w:r>
        <w:rPr>
          <w:rFonts w:ascii="Nirmala UI" w:hAnsi="Nirmala UI" w:eastAsia="Nirmala UI" w:cs="Nirmala UI"/>
        </w:rPr>
        <w:t>लैनबा</w:t>
      </w:r>
      <w:r>
        <w:rPr>
          <w:rFonts w:ascii="Times New Roman" w:hAnsi="Times New Roman" w:eastAsia="Times New Roman" w:cs="Times New Roman"/>
        </w:rPr>
        <w:t xml:space="preserve"> </w:t>
      </w:r>
      <w:r>
        <w:rPr>
          <w:rFonts w:ascii="Nirmala UI" w:hAnsi="Nirmala UI" w:eastAsia="Nirmala UI" w:cs="Nirmala UI"/>
        </w:rPr>
        <w:t>अशुद्धी</w:t>
      </w:r>
      <w:r>
        <w:rPr>
          <w:rFonts w:ascii="Times New Roman" w:hAnsi="Times New Roman" w:eastAsia="Times New Roman" w:cs="Times New Roman"/>
        </w:rPr>
        <w:t xml:space="preserve"> </w:t>
      </w:r>
      <w:r>
        <w:rPr>
          <w:rFonts w:ascii="Nirmala UI" w:hAnsi="Nirmala UI" w:eastAsia="Nirmala UI" w:cs="Nirmala UI"/>
        </w:rPr>
        <w:t>अमनि</w:t>
      </w:r>
      <w:r>
        <w:rPr>
          <w:rFonts w:ascii="Times New Roman" w:hAnsi="Times New Roman" w:eastAsia="Times New Roman" w:cs="Times New Roman"/>
        </w:rPr>
        <w:t>—</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अमदगी</w:t>
      </w:r>
      <w:r>
        <w:rPr>
          <w:rFonts w:ascii="Times New Roman" w:hAnsi="Times New Roman" w:eastAsia="Times New Roman" w:cs="Times New Roman"/>
        </w:rPr>
        <w:t xml:space="preserve"> </w:t>
      </w:r>
      <w:r>
        <w:rPr>
          <w:rFonts w:ascii="Nirmala UI" w:hAnsi="Nirmala UI" w:eastAsia="Nirmala UI" w:cs="Nirmala UI"/>
        </w:rPr>
        <w:t>मखोय</w:t>
      </w:r>
      <w:r>
        <w:rPr>
          <w:rFonts w:ascii="Times New Roman" w:hAnsi="Times New Roman" w:eastAsia="Times New Roman" w:cs="Times New Roman"/>
        </w:rPr>
        <w:t xml:space="preserve"> </w:t>
      </w:r>
      <w:r>
        <w:rPr>
          <w:rFonts w:ascii="Nirmala UI" w:hAnsi="Nirmala UI" w:eastAsia="Nirmala UI" w:cs="Nirmala UI"/>
        </w:rPr>
        <w:t>पुम্নमकता</w:t>
      </w:r>
      <w:r>
        <w:rPr>
          <w:rFonts w:ascii="Times New Roman" w:hAnsi="Times New Roman" w:eastAsia="Times New Roman" w:cs="Times New Roman"/>
        </w:rPr>
        <w:t xml:space="preserve"> </w:t>
      </w:r>
      <w:r>
        <w:rPr>
          <w:rFonts w:ascii="Nirmala UI" w:hAnsi="Nirmala UI" w:eastAsia="Nirmala UI" w:cs="Nirmala UI"/>
        </w:rPr>
        <w:t>ख्वैदगी</w:t>
      </w:r>
      <w:r>
        <w:rPr>
          <w:rFonts w:ascii="Times New Roman" w:hAnsi="Times New Roman" w:eastAsia="Times New Roman" w:cs="Times New Roman"/>
        </w:rPr>
        <w:t xml:space="preserve"> </w:t>
      </w:r>
      <w:r>
        <w:rPr>
          <w:rFonts w:ascii="Nirmala UI" w:hAnsi="Nirmala UI" w:eastAsia="Nirmala UI" w:cs="Nirmala UI"/>
        </w:rPr>
        <w:t>खुदोङचाबा</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महामारी</w:t>
      </w:r>
      <w:r>
        <w:rPr>
          <w:rFonts w:ascii="Times New Roman" w:hAnsi="Times New Roman" w:eastAsia="Times New Roman" w:cs="Times New Roman"/>
        </w:rPr>
        <w:t xml:space="preserve"> </w:t>
      </w:r>
      <w:r>
        <w:rPr>
          <w:rFonts w:ascii="Nirmala UI" w:hAnsi="Nirmala UI" w:eastAsia="Nirmala UI" w:cs="Nirmala UI"/>
        </w:rPr>
        <w:t>अमनि।</w:t>
      </w:r>
      <w:r>
        <w:rPr>
          <w:rFonts w:ascii="Times New Roman" w:hAnsi="Times New Roman" w:eastAsia="Times New Roman" w:cs="Times New Roman"/>
        </w:rPr>
        <w:t xml:space="preserve">’ </w:t>
      </w:r>
      <w:r>
        <w:rPr>
          <w:rFonts w:ascii="Nirmala UI" w:hAnsi="Nirmala UI" w:eastAsia="Nirmala UI" w:cs="Nirmala UI"/>
        </w:rPr>
        <w:t>मसीगुम্নा</w:t>
      </w:r>
      <w:r>
        <w:rPr>
          <w:rFonts w:ascii="Times New Roman" w:hAnsi="Times New Roman" w:eastAsia="Times New Roman" w:cs="Times New Roman"/>
        </w:rPr>
        <w:t xml:space="preserve">, </w:t>
      </w:r>
      <w:r>
        <w:rPr>
          <w:rFonts w:ascii="Nirmala UI" w:hAnsi="Nirmala UI" w:eastAsia="Nirmala UI" w:cs="Nirmala UI"/>
        </w:rPr>
        <w:t>মখोয়</w:t>
      </w:r>
      <w:r>
        <w:rPr>
          <w:rFonts w:ascii="Times New Roman" w:hAnsi="Times New Roman" w:eastAsia="Times New Roman" w:cs="Times New Roman"/>
        </w:rPr>
        <w:t xml:space="preserve"> </w:t>
      </w:r>
      <w:r>
        <w:rPr>
          <w:rFonts w:ascii="Nirmala UI" w:hAnsi="Nirmala UI" w:eastAsia="Nirmala UI" w:cs="Nirmala UI"/>
        </w:rPr>
        <w:t>अদুগी</w:t>
      </w:r>
      <w:r>
        <w:rPr>
          <w:rFonts w:ascii="Times New Roman" w:hAnsi="Times New Roman" w:eastAsia="Times New Roman" w:cs="Times New Roman"/>
        </w:rPr>
        <w:t xml:space="preserve"> Pope-</w:t>
      </w:r>
      <w:r>
        <w:rPr>
          <w:rFonts w:ascii="Nirmala UI" w:hAnsi="Nirmala UI" w:eastAsia="Nirmala UI" w:cs="Nirmala UI"/>
        </w:rPr>
        <w:t>नাই</w:t>
      </w:r>
      <w:r>
        <w:rPr>
          <w:rFonts w:ascii="Times New Roman" w:hAnsi="Times New Roman" w:eastAsia="Times New Roman" w:cs="Times New Roman"/>
        </w:rPr>
        <w:t xml:space="preserve"> December 8, 1864-</w:t>
      </w:r>
      <w:r>
        <w:rPr>
          <w:rFonts w:ascii="Nirmala UI" w:hAnsi="Nirmala UI" w:eastAsia="Nirmala UI" w:cs="Nirmala UI"/>
        </w:rPr>
        <w:t>गी</w:t>
      </w:r>
      <w:r>
        <w:rPr>
          <w:rFonts w:ascii="Times New Roman" w:hAnsi="Times New Roman" w:eastAsia="Times New Roman" w:cs="Times New Roman"/>
        </w:rPr>
        <w:t xml:space="preserve"> </w:t>
      </w:r>
      <w:r>
        <w:rPr>
          <w:rFonts w:ascii="Nirmala UI" w:hAnsi="Nirmala UI" w:eastAsia="Nirmala UI" w:cs="Nirmala UI"/>
        </w:rPr>
        <w:t>মহাক्की</w:t>
      </w:r>
      <w:r>
        <w:rPr>
          <w:rFonts w:ascii="Times New Roman" w:hAnsi="Times New Roman" w:eastAsia="Times New Roman" w:cs="Times New Roman"/>
        </w:rPr>
        <w:t xml:space="preserve"> Encyclical Letter-</w:t>
      </w:r>
      <w:r>
        <w:rPr>
          <w:rFonts w:ascii="Nirmala UI" w:hAnsi="Nirmala UI" w:eastAsia="Nirmala UI" w:cs="Nirmala UI"/>
        </w:rPr>
        <w:t>दा</w:t>
      </w:r>
      <w:r>
        <w:rPr>
          <w:rFonts w:ascii="Times New Roman" w:hAnsi="Times New Roman" w:eastAsia="Times New Roman" w:cs="Times New Roman"/>
        </w:rPr>
        <w:t>, ‘</w:t>
      </w:r>
      <w:r>
        <w:rPr>
          <w:rFonts w:ascii="Nirmala UI" w:hAnsi="Nirmala UI" w:eastAsia="Nirmala UI" w:cs="Nirmala UI"/>
        </w:rPr>
        <w:t>चित्तगी</w:t>
      </w:r>
      <w:r>
        <w:rPr>
          <w:rFonts w:ascii="Times New Roman" w:hAnsi="Times New Roman" w:eastAsia="Times New Roman" w:cs="Times New Roman"/>
        </w:rPr>
        <w:t xml:space="preserve"> </w:t>
      </w:r>
      <w:r>
        <w:rPr>
          <w:rFonts w:ascii="Nirmala UI" w:hAnsi="Nirmala UI" w:eastAsia="Nirmala UI" w:cs="Nirmala UI"/>
        </w:rPr>
        <w:t>स्वातन्त्र्य</w:t>
      </w:r>
      <w:r>
        <w:rPr>
          <w:rFonts w:ascii="Times New Roman" w:hAnsi="Times New Roman" w:eastAsia="Times New Roman" w:cs="Times New Roman"/>
        </w:rPr>
        <w:t xml:space="preserve"> </w:t>
      </w:r>
      <w:r>
        <w:rPr>
          <w:rFonts w:ascii="Nirmala UI" w:hAnsi="Nirmala UI" w:eastAsia="Nirmala UI" w:cs="Nirmala UI"/>
        </w:rPr>
        <w:t>अमसुंग</w:t>
      </w:r>
      <w:r>
        <w:rPr>
          <w:rFonts w:ascii="Times New Roman" w:hAnsi="Times New Roman" w:eastAsia="Times New Roman" w:cs="Times New Roman"/>
        </w:rPr>
        <w:t xml:space="preserve"> </w:t>
      </w:r>
      <w:r>
        <w:rPr>
          <w:rFonts w:ascii="Nirmala UI" w:hAnsi="Nirmala UI" w:eastAsia="Nirmala UI" w:cs="Nirmala UI"/>
        </w:rPr>
        <w:t>धार्मिक</w:t>
      </w:r>
      <w:r>
        <w:rPr>
          <w:rFonts w:ascii="Times New Roman" w:hAnsi="Times New Roman" w:eastAsia="Times New Roman" w:cs="Times New Roman"/>
        </w:rPr>
        <w:t xml:space="preserve"> </w:t>
      </w:r>
      <w:r>
        <w:rPr>
          <w:rFonts w:ascii="Nirmala UI" w:hAnsi="Nirmala UI" w:eastAsia="Nirmala UI" w:cs="Nirmala UI"/>
        </w:rPr>
        <w:t>উপাসনागी</w:t>
      </w:r>
      <w:r>
        <w:rPr>
          <w:rFonts w:ascii="Times New Roman" w:hAnsi="Times New Roman" w:eastAsia="Times New Roman" w:cs="Times New Roman"/>
        </w:rPr>
        <w:t xml:space="preserve"> </w:t>
      </w:r>
      <w:r>
        <w:rPr>
          <w:rFonts w:ascii="Nirmala UI" w:hAnsi="Nirmala UI" w:eastAsia="Nirmala UI" w:cs="Nirmala UI"/>
        </w:rPr>
        <w:t>स्वातन्त्र्य</w:t>
      </w:r>
      <w:r>
        <w:rPr>
          <w:rFonts w:ascii="Times New Roman" w:hAnsi="Times New Roman" w:eastAsia="Times New Roman" w:cs="Times New Roman"/>
        </w:rPr>
        <w:t xml:space="preserve"> </w:t>
      </w:r>
      <w:r>
        <w:rPr>
          <w:rFonts w:ascii="Nirmala UI" w:hAnsi="Nirmala UI" w:eastAsia="Nirmala UI" w:cs="Nirmala UI"/>
        </w:rPr>
        <w:t>फोंदोकपা</w:t>
      </w:r>
      <w:r>
        <w:rPr>
          <w:rFonts w:ascii="Times New Roman" w:hAnsi="Times New Roman" w:eastAsia="Times New Roman" w:cs="Times New Roman"/>
        </w:rPr>
        <w:t xml:space="preserve"> </w:t>
      </w:r>
      <w:r>
        <w:rPr>
          <w:rFonts w:ascii="Nirmala UI" w:hAnsi="Nirmala UI" w:eastAsia="Nirmala UI" w:cs="Nirmala UI"/>
        </w:rPr>
        <w:t>सिंग</w:t>
      </w:r>
      <w:r>
        <w:rPr>
          <w:rFonts w:ascii="Times New Roman" w:hAnsi="Times New Roman" w:eastAsia="Times New Roman" w:cs="Times New Roman"/>
        </w:rPr>
        <w:t xml:space="preserve">’ </w:t>
      </w:r>
      <w:r>
        <w:rPr>
          <w:rFonts w:ascii="Nirmala UI" w:hAnsi="Nirmala UI" w:eastAsia="Nirmala UI" w:cs="Nirmala UI"/>
        </w:rPr>
        <w:t>बু</w:t>
      </w:r>
      <w:r>
        <w:rPr>
          <w:rFonts w:ascii="Times New Roman" w:hAnsi="Times New Roman" w:eastAsia="Times New Roman" w:cs="Times New Roman"/>
        </w:rPr>
        <w:t xml:space="preserve"> </w:t>
      </w:r>
      <w:r>
        <w:rPr>
          <w:rFonts w:ascii="Nirmala UI" w:hAnsi="Nirmala UI" w:eastAsia="Nirmala UI" w:cs="Nirmala UI"/>
        </w:rPr>
        <w:t>অ্যানাথেমा</w:t>
      </w:r>
      <w:r>
        <w:rPr>
          <w:rFonts w:ascii="Times New Roman" w:hAnsi="Times New Roman" w:eastAsia="Times New Roman" w:cs="Times New Roman"/>
        </w:rPr>
        <w:t xml:space="preserve"> </w:t>
      </w:r>
      <w:r>
        <w:rPr>
          <w:rFonts w:ascii="Nirmala UI" w:hAnsi="Nirmala UI" w:eastAsia="Nirmala UI" w:cs="Nirmala UI"/>
        </w:rPr>
        <w:t>তৌখि</w:t>
      </w:r>
      <w:r>
        <w:rPr>
          <w:rFonts w:ascii="Times New Roman" w:hAnsi="Times New Roman" w:eastAsia="Times New Roman" w:cs="Times New Roman"/>
        </w:rPr>
        <w:t xml:space="preserve">, </w:t>
      </w:r>
      <w:r>
        <w:rPr>
          <w:rFonts w:ascii="Nirmala UI" w:hAnsi="Nirmala UI" w:eastAsia="Nirmala UI" w:cs="Nirmala UI"/>
        </w:rPr>
        <w:t>अदুগা</w:t>
      </w:r>
      <w:r>
        <w:rPr>
          <w:rFonts w:ascii="Times New Roman" w:hAnsi="Times New Roman" w:eastAsia="Times New Roman" w:cs="Times New Roman"/>
        </w:rPr>
        <w:t xml:space="preserve"> ‘</w:t>
      </w:r>
      <w:r>
        <w:rPr>
          <w:rFonts w:ascii="Nirmala UI" w:hAnsi="Nirmala UI" w:eastAsia="Nirmala UI" w:cs="Nirmala UI"/>
        </w:rPr>
        <w:t>चर्चনা</w:t>
      </w:r>
      <w:r>
        <w:rPr>
          <w:rFonts w:ascii="Times New Roman" w:hAnsi="Times New Roman" w:eastAsia="Times New Roman" w:cs="Times New Roman"/>
        </w:rPr>
        <w:t xml:space="preserve"> </w:t>
      </w:r>
      <w:r>
        <w:rPr>
          <w:rFonts w:ascii="Nirmala UI" w:hAnsi="Nirmala UI" w:eastAsia="Nirmala UI" w:cs="Nirmala UI"/>
        </w:rPr>
        <w:t>বল</w:t>
      </w:r>
      <w:r>
        <w:rPr>
          <w:rFonts w:ascii="Times New Roman" w:hAnsi="Times New Roman" w:eastAsia="Times New Roman" w:cs="Times New Roman"/>
        </w:rPr>
        <w:t xml:space="preserve"> </w:t>
      </w:r>
      <w:r>
        <w:rPr>
          <w:rFonts w:ascii="Nirmala UI" w:hAnsi="Nirmala UI" w:eastAsia="Nirmala UI" w:cs="Nirmala UI"/>
        </w:rPr>
        <w:t>শিজিন্নরোई</w:t>
      </w:r>
      <w:r>
        <w:rPr>
          <w:rFonts w:ascii="Times New Roman" w:hAnsi="Times New Roman" w:eastAsia="Times New Roman" w:cs="Times New Roman"/>
        </w:rPr>
        <w:t xml:space="preserve">’ </w:t>
      </w:r>
      <w:r>
        <w:rPr>
          <w:rFonts w:ascii="Nirmala UI" w:hAnsi="Nirmala UI" w:eastAsia="Nirmala UI" w:cs="Nirmala UI"/>
        </w:rPr>
        <w:t>হায়না</w:t>
      </w:r>
      <w:r>
        <w:rPr>
          <w:rFonts w:ascii="Times New Roman" w:hAnsi="Times New Roman" w:eastAsia="Times New Roman" w:cs="Times New Roman"/>
        </w:rPr>
        <w:t xml:space="preserve"> </w:t>
      </w:r>
      <w:r>
        <w:rPr>
          <w:rFonts w:ascii="Nirmala UI" w:hAnsi="Nirmala UI" w:eastAsia="Nirmala UI" w:cs="Nirmala UI"/>
        </w:rPr>
        <w:t>थম্বা</w:t>
      </w:r>
      <w:r>
        <w:rPr>
          <w:rFonts w:ascii="Times New Roman" w:hAnsi="Times New Roman" w:eastAsia="Times New Roman" w:cs="Times New Roman"/>
        </w:rPr>
        <w:t xml:space="preserve"> </w:t>
      </w:r>
      <w:r>
        <w:rPr>
          <w:rFonts w:ascii="Nirmala UI" w:hAnsi="Nirmala UI" w:eastAsia="Nirmala UI" w:cs="Nirmala UI"/>
        </w:rPr>
        <w:t>पুম्नमকসু</w:t>
      </w:r>
      <w:r>
        <w:rPr>
          <w:rFonts w:ascii="Times New Roman" w:hAnsi="Times New Roman" w:eastAsia="Times New Roman" w:cs="Times New Roman"/>
        </w:rPr>
        <w:t xml:space="preserve"> </w:t>
      </w:r>
      <w:r>
        <w:rPr>
          <w:rFonts w:ascii="Nirmala UI" w:hAnsi="Nirmala UI" w:eastAsia="Nirmala UI" w:cs="Nirmala UI"/>
        </w:rPr>
        <w:t>মখা</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दोषী</w:t>
      </w:r>
      <w:r>
        <w:rPr>
          <w:rFonts w:ascii="Times New Roman" w:hAnsi="Times New Roman" w:eastAsia="Times New Roman" w:cs="Times New Roman"/>
        </w:rPr>
        <w:t xml:space="preserve"> </w:t>
      </w:r>
      <w:r>
        <w:rPr>
          <w:rFonts w:ascii="Nirmala UI" w:hAnsi="Nirmala UI" w:eastAsia="Nirmala UI" w:cs="Nirmala UI"/>
        </w:rPr>
        <w:t>ওইবা</w:t>
      </w:r>
      <w:r>
        <w:rPr>
          <w:rFonts w:ascii="Times New Roman" w:hAnsi="Times New Roman" w:eastAsia="Times New Roman" w:cs="Times New Roman"/>
        </w:rPr>
        <w:t xml:space="preserve"> </w:t>
      </w:r>
      <w:r>
        <w:rPr>
          <w:rFonts w:ascii="Nirmala UI" w:hAnsi="Nirmala UI" w:eastAsia="Nirmala UI" w:cs="Nirmala UI"/>
        </w:rPr>
        <w:t>ফोंদोकখि।</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“‘Bunyi nada khusus Roma di Amerika Syarikat tidak membayangkan perubahan hati. Dia bertoleransi apabila dia tidak berdaya. Kata Uskup O’Connor: ‘Kebebasan beragama hanya ditanggung sehingga yang sebaliknya dapat dilaksanakan tanpa bahaya kepada dunia Katolik.’… Uskup Agung St. Louis pernah berkata: ‘Bidah dan kekufuran ialah jenayah; dan di negara-negara Kristian, seperti di Itali dan Sepanyol, misalnya, di mana seluruh rakyat ialah orang Katolik, dan di mana agama Katolik merupakan bahagian yang hakiki daripada undang-undang negeri, hal-hal itu dihukum sebagaimana jenayah-jenayah yang lain.’…”</w:t>
      </w:r>
    </w:p>
    <w:p>
      <w:pPr>
        <w:pStyle w:val="ArticleScripture"/>
        <w:jc w:val="left"/>
      </w:pPr>
      <w:r>
        <w:rPr>
          <w:rFonts w:ascii="Times New Roman" w:hAnsi="Times New Roman" w:eastAsia="Times New Roman" w:cs="Times New Roman"/>
        </w:rPr>
        <w:t>“‘</w:t>
      </w:r>
      <w:r>
        <w:rPr>
          <w:rFonts w:ascii="Nirmala UI" w:hAnsi="Nirmala UI" w:eastAsia="Nirmala UI" w:cs="Nirmala UI"/>
        </w:rPr>
        <w:t>ꯀꯦꯊꯣꯂꯤꯛ</w:t>
      </w:r>
      <w:r>
        <w:rPr>
          <w:rFonts w:ascii="Times New Roman" w:hAnsi="Times New Roman" w:eastAsia="Times New Roman" w:cs="Times New Roman"/>
        </w:rPr>
        <w:t xml:space="preserve"> </w:t>
      </w:r>
      <w:r>
        <w:rPr>
          <w:rFonts w:ascii="Nirmala UI" w:hAnsi="Nirmala UI" w:eastAsia="Nirmala UI" w:cs="Nirmala UI"/>
        </w:rPr>
        <w:t>ꯆꯔꯆꯇꯒꯤ</w:t>
      </w:r>
      <w:r>
        <w:rPr>
          <w:rFonts w:ascii="Times New Roman" w:hAnsi="Times New Roman" w:eastAsia="Times New Roman" w:cs="Times New Roman"/>
        </w:rPr>
        <w:t xml:space="preserve"> </w:t>
      </w:r>
      <w:r>
        <w:rPr>
          <w:rFonts w:ascii="Nirmala UI" w:hAnsi="Nirmala UI" w:eastAsia="Nirmala UI" w:cs="Nirmala UI"/>
        </w:rPr>
        <w:t>ꯀꯔꯗꯤꯅꯦꯜ</w:t>
      </w:r>
      <w:r>
        <w:rPr>
          <w:rFonts w:ascii="Times New Roman" w:hAnsi="Times New Roman" w:eastAsia="Times New Roman" w:cs="Times New Roman"/>
        </w:rPr>
        <w:t xml:space="preserve">, </w:t>
      </w:r>
      <w:r>
        <w:rPr>
          <w:rFonts w:ascii="Nirmala UI" w:hAnsi="Nirmala UI" w:eastAsia="Nirmala UI" w:cs="Nirmala UI"/>
        </w:rPr>
        <w:t>ꯑꯥꯔꯆꯕꯤꯁꯑꯞ</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ꯕꯤꯁꯑꯞ</w:t>
      </w:r>
      <w:r>
        <w:rPr>
          <w:rFonts w:ascii="Times New Roman" w:hAnsi="Times New Roman" w:eastAsia="Times New Roman" w:cs="Times New Roman"/>
        </w:rPr>
        <w:t xml:space="preserve"> </w:t>
      </w:r>
      <w:r>
        <w:rPr>
          <w:rFonts w:ascii="Nirmala UI" w:hAnsi="Nirmala UI" w:eastAsia="Nirmala UI" w:cs="Nirmala UI"/>
        </w:rPr>
        <w:t>ꯄꯨꯝꯅꯃꯛꯅ</w:t>
      </w:r>
      <w:r>
        <w:rPr>
          <w:rFonts w:ascii="Times New Roman" w:hAnsi="Times New Roman" w:eastAsia="Times New Roman" w:cs="Times New Roman"/>
        </w:rPr>
        <w:t xml:space="preserve"> </w:t>
      </w:r>
      <w:r>
        <w:rPr>
          <w:rFonts w:ascii="Nirmala UI" w:hAnsi="Nirmala UI" w:eastAsia="Nirmala UI" w:cs="Nirmala UI"/>
        </w:rPr>
        <w:t>ꯄꯣꯞꯇꯥ</w:t>
      </w:r>
      <w:r>
        <w:rPr>
          <w:rFonts w:ascii="Times New Roman" w:hAnsi="Times New Roman" w:eastAsia="Times New Roman" w:cs="Times New Roman"/>
        </w:rPr>
        <w:t xml:space="preserve"> </w:t>
      </w:r>
      <w:r>
        <w:rPr>
          <w:rFonts w:ascii="Nirmala UI" w:hAnsi="Nirmala UI" w:eastAsia="Nirmala UI" w:cs="Nirmala UI"/>
        </w:rPr>
        <w:t>ꯂꯥꯏꯅꯤꯡ</w:t>
      </w:r>
      <w:r>
        <w:rPr>
          <w:rFonts w:ascii="Times New Roman" w:hAnsi="Times New Roman" w:eastAsia="Times New Roman" w:cs="Times New Roman"/>
        </w:rPr>
        <w:t>-</w:t>
      </w:r>
      <w:r>
        <w:rPr>
          <w:rFonts w:ascii="Nirmala UI" w:hAnsi="Nirmala UI" w:eastAsia="Nirmala UI" w:cs="Nirmala UI"/>
        </w:rPr>
        <w:t>ꯂꯥꯏꯁꯨꯛꯄꯥꯒꯤ</w:t>
      </w:r>
      <w:r>
        <w:rPr>
          <w:rFonts w:ascii="Times New Roman" w:hAnsi="Times New Roman" w:eastAsia="Times New Roman" w:cs="Times New Roman"/>
        </w:rPr>
        <w:t xml:space="preserve"> </w:t>
      </w:r>
      <w:r>
        <w:rPr>
          <w:rFonts w:ascii="Nirmala UI" w:hAnsi="Nirmala UI" w:eastAsia="Nirmala UI" w:cs="Nirmala UI"/>
        </w:rPr>
        <w:t>ꯁꯣꯔꯥꯔ</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ꯂꯧꯋꯤ</w:t>
      </w:r>
      <w:r>
        <w:rPr>
          <w:rFonts w:ascii="Times New Roman" w:hAnsi="Times New Roman" w:eastAsia="Times New Roman" w:cs="Times New Roman"/>
        </w:rPr>
        <w:t xml:space="preserve">, </w:t>
      </w: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ꯃꯅꯨꯡꯗ</w:t>
      </w:r>
      <w:r>
        <w:rPr>
          <w:rFonts w:ascii="Times New Roman" w:hAnsi="Times New Roman" w:eastAsia="Times New Roman" w:cs="Times New Roman"/>
        </w:rPr>
        <w:t xml:space="preserve"> </w:t>
      </w:r>
      <w:r>
        <w:rPr>
          <w:rFonts w:ascii="Nirmala UI" w:hAnsi="Nirmala UI" w:eastAsia="Nirmala UI" w:cs="Nirmala UI"/>
        </w:rPr>
        <w:t>ꯃꯈꯥꯒꯤ</w:t>
      </w:r>
      <w:r>
        <w:rPr>
          <w:rFonts w:ascii="Times New Roman" w:hAnsi="Times New Roman" w:eastAsia="Times New Roman" w:cs="Times New Roman"/>
        </w:rPr>
        <w:t xml:space="preserve"> </w:t>
      </w:r>
      <w:r>
        <w:rPr>
          <w:rFonts w:ascii="Nirmala UI" w:hAnsi="Nirmala UI" w:eastAsia="Nirmala UI" w:cs="Nirmala UI"/>
        </w:rPr>
        <w:t>ꯋꯥꯔꯣꯜꯁꯤꯡ</w:t>
      </w:r>
      <w:r>
        <w:rPr>
          <w:rFonts w:ascii="Times New Roman" w:hAnsi="Times New Roman" w:eastAsia="Times New Roman" w:cs="Times New Roman"/>
        </w:rPr>
        <w:t xml:space="preserve"> </w:t>
      </w:r>
      <w:r>
        <w:rPr>
          <w:rFonts w:ascii="Nirmala UI" w:hAnsi="Nirmala UI" w:eastAsia="Nirmala UI" w:cs="Nirmala UI"/>
        </w:rPr>
        <w:t>ꯌꯥꯎꯏ</w:t>
      </w:r>
      <w:r>
        <w:rPr>
          <w:rFonts w:ascii="Times New Roman" w:hAnsi="Times New Roman" w:eastAsia="Times New Roman" w:cs="Times New Roman"/>
        </w:rPr>
        <w:t>: ‘</w:t>
      </w:r>
      <w:r>
        <w:rPr>
          <w:rFonts w:ascii="Nirmala UI" w:hAnsi="Nirmala UI" w:eastAsia="Nirmala UI" w:cs="Nirmala UI"/>
        </w:rPr>
        <w:t>ꯑꯩꯈꯣꯏꯒꯤ</w:t>
      </w:r>
      <w:r>
        <w:rPr>
          <w:rFonts w:ascii="Times New Roman" w:hAnsi="Times New Roman" w:eastAsia="Times New Roman" w:cs="Times New Roman"/>
        </w:rPr>
        <w:t xml:space="preserve">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ꯃꯥꯄꯨ</w:t>
      </w:r>
      <w:r>
        <w:rPr>
          <w:rFonts w:ascii="Times New Roman" w:hAnsi="Times New Roman" w:eastAsia="Times New Roman" w:cs="Times New Roman"/>
        </w:rPr>
        <w:t xml:space="preserve"> (</w:t>
      </w:r>
      <w:r>
        <w:rPr>
          <w:rFonts w:ascii="Nirmala UI" w:hAnsi="Nirmala UI" w:eastAsia="Nirmala UI" w:cs="Nirmala UI"/>
        </w:rPr>
        <w:t>ꯄꯣꯞ</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ꯃꯃꯥꯡꯗ</w:t>
      </w:r>
      <w:r>
        <w:rPr>
          <w:rFonts w:ascii="Times New Roman" w:hAnsi="Times New Roman" w:eastAsia="Times New Roman" w:cs="Times New Roman"/>
        </w:rPr>
        <w:t xml:space="preserve"> </w:t>
      </w:r>
      <w:r>
        <w:rPr>
          <w:rFonts w:ascii="Nirmala UI" w:hAnsi="Nirmala UI" w:eastAsia="Nirmala UI" w:cs="Nirmala UI"/>
        </w:rPr>
        <w:t>ꯍꯥꯏꯔꯤꯕ</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ꯃꯐꯝ</w:t>
      </w:r>
      <w:r>
        <w:rPr>
          <w:rFonts w:ascii="Times New Roman" w:hAnsi="Times New Roman" w:eastAsia="Times New Roman" w:cs="Times New Roman"/>
        </w:rPr>
        <w:t xml:space="preserve"> </w:t>
      </w:r>
      <w:r>
        <w:rPr>
          <w:rFonts w:ascii="Nirmala UI" w:hAnsi="Nirmala UI" w:eastAsia="Nirmala UI" w:cs="Nirmala UI"/>
        </w:rPr>
        <w:t>ꯁꯤꯕ</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ꯃꯍꯩ</w:t>
      </w:r>
      <w:r>
        <w:rPr>
          <w:rFonts w:ascii="Times New Roman" w:hAnsi="Times New Roman" w:eastAsia="Times New Roman" w:cs="Times New Roman"/>
        </w:rPr>
        <w:t xml:space="preserve"> </w:t>
      </w:r>
      <w:r>
        <w:rPr>
          <w:rFonts w:ascii="Nirmala UI" w:hAnsi="Nirmala UI" w:eastAsia="Nirmala UI" w:cs="Nirmala UI"/>
        </w:rPr>
        <w:t>ꯃꯥꯉꯅꯗꯕ</w:t>
      </w:r>
      <w:r>
        <w:rPr>
          <w:rFonts w:ascii="Times New Roman" w:hAnsi="Times New Roman" w:eastAsia="Times New Roman" w:cs="Times New Roman"/>
        </w:rPr>
        <w:t xml:space="preserve"> </w:t>
      </w:r>
      <w:r>
        <w:rPr>
          <w:rFonts w:ascii="Nirmala UI" w:hAnsi="Nirmala UI" w:eastAsia="Nirmala UI" w:cs="Nirmala UI"/>
        </w:rPr>
        <w:t>ꯍꯦꯔꯦꯇꯤꯛꯁ</w:t>
      </w:r>
      <w:r>
        <w:rPr>
          <w:rFonts w:ascii="Times New Roman" w:hAnsi="Times New Roman" w:eastAsia="Times New Roman" w:cs="Times New Roman"/>
        </w:rPr>
        <w:t xml:space="preserve">, </w:t>
      </w:r>
      <w:r>
        <w:rPr>
          <w:rFonts w:ascii="Nirmala UI" w:hAnsi="Nirmala UI" w:eastAsia="Nirmala UI" w:cs="Nirmala UI"/>
        </w:rPr>
        <w:t>ꯁꯀꯤꯖꯃꯦꯇꯤꯛꯁ</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ꯔꯤꯕꯦꯜꯁꯤꯡꯕꯨ</w:t>
      </w:r>
      <w:r>
        <w:rPr>
          <w:rFonts w:ascii="Times New Roman" w:hAnsi="Times New Roman" w:eastAsia="Times New Roman" w:cs="Times New Roman"/>
        </w:rPr>
        <w:t xml:space="preserve">, </w:t>
      </w:r>
      <w:r>
        <w:rPr>
          <w:rFonts w:ascii="Nirmala UI" w:hAnsi="Nirmala UI" w:eastAsia="Nirmala UI" w:cs="Nirmala UI"/>
        </w:rPr>
        <w:t>ꯑꯩꯅ</w:t>
      </w:r>
      <w:r>
        <w:rPr>
          <w:rFonts w:ascii="Times New Roman" w:hAnsi="Times New Roman" w:eastAsia="Times New Roman" w:cs="Times New Roman"/>
        </w:rPr>
        <w:t xml:space="preserve"> </w:t>
      </w:r>
      <w:r>
        <w:rPr>
          <w:rFonts w:ascii="Nirmala UI" w:hAnsi="Nirmala UI" w:eastAsia="Nirmala UI" w:cs="Nirmala UI"/>
        </w:rPr>
        <w:t>ꯑꯩꯒꯤ</w:t>
      </w:r>
      <w:r>
        <w:rPr>
          <w:rFonts w:ascii="Times New Roman" w:hAnsi="Times New Roman" w:eastAsia="Times New Roman" w:cs="Times New Roman"/>
        </w:rPr>
        <w:t xml:space="preserve"> </w:t>
      </w:r>
      <w:r>
        <w:rPr>
          <w:rFonts w:ascii="Nirmala UI" w:hAnsi="Nirmala UI" w:eastAsia="Nirmala UI" w:cs="Nirmala UI"/>
        </w:rPr>
        <w:t>ꯉꯥꯡꯂꯕ</w:t>
      </w:r>
      <w:r>
        <w:rPr>
          <w:rFonts w:ascii="Times New Roman" w:hAnsi="Times New Roman" w:eastAsia="Times New Roman" w:cs="Times New Roman"/>
        </w:rPr>
        <w:t xml:space="preserve"> </w:t>
      </w:r>
      <w:r>
        <w:rPr>
          <w:rFonts w:ascii="Nirmala UI" w:hAnsi="Nirmala UI" w:eastAsia="Nirmala UI" w:cs="Nirmala UI"/>
        </w:rPr>
        <w:t>ꯃꯊꯥꯛ</w:t>
      </w:r>
      <w:r>
        <w:rPr>
          <w:rFonts w:ascii="Times New Roman" w:hAnsi="Times New Roman" w:eastAsia="Times New Roman" w:cs="Times New Roman"/>
        </w:rPr>
        <w:t xml:space="preserve"> </w:t>
      </w:r>
      <w:r>
        <w:rPr>
          <w:rFonts w:ascii="Nirmala UI" w:hAnsi="Nirmala UI" w:eastAsia="Nirmala UI" w:cs="Nirmala UI"/>
        </w:rPr>
        <w:t>ꯄꯨꯝꯅꯃꯛꯇ</w:t>
      </w:r>
      <w:r>
        <w:rPr>
          <w:rFonts w:ascii="Times New Roman" w:hAnsi="Times New Roman" w:eastAsia="Times New Roman" w:cs="Times New Roman"/>
        </w:rPr>
        <w:t xml:space="preserve"> </w:t>
      </w:r>
      <w:r>
        <w:rPr>
          <w:rFonts w:ascii="Nirmala UI" w:hAnsi="Nirmala UI" w:eastAsia="Nirmala UI" w:cs="Nirmala UI"/>
        </w:rPr>
        <w:t>ꯄꯦꯔꯁꯤꯀ꯭ꯌꯨꯠ</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ꯑꯣꯄꯣꯖ</w:t>
      </w:r>
      <w:r>
        <w:rPr>
          <w:rFonts w:ascii="Times New Roman" w:hAnsi="Times New Roman" w:eastAsia="Times New Roman" w:cs="Times New Roman"/>
        </w:rPr>
        <w:t xml:space="preserve"> </w:t>
      </w:r>
      <w:r>
        <w:rPr>
          <w:rFonts w:ascii="Nirmala UI" w:hAnsi="Nirmala UI" w:eastAsia="Nirmala UI" w:cs="Nirmala UI"/>
        </w:rPr>
        <w:t>ꯇꯧꯒꯅꯤ।</w:t>
      </w:r>
      <w:r>
        <w:rPr>
          <w:rFonts w:ascii="Times New Roman" w:hAnsi="Times New Roman" w:eastAsia="Times New Roman" w:cs="Times New Roman"/>
        </w:rPr>
        <w:t>’—Josiah Strong, Our Country, ch. 5, pars. 2–4.</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မှန်ကန်သောအချက်မှာ</w:t>
      </w:r>
      <w:r>
        <w:rPr>
          <w:rFonts w:ascii="Times New Roman" w:hAnsi="Times New Roman" w:eastAsia="Times New Roman" w:cs="Times New Roman"/>
        </w:rPr>
        <w:t xml:space="preserve"> </w:t>
      </w:r>
      <w:r>
        <w:rPr>
          <w:rFonts w:ascii="Myanmar Text" w:hAnsi="Myanmar Text" w:eastAsia="Myanmar Text" w:cs="Myanmar Text"/>
        </w:rPr>
        <w:t>ရိုမန်ကက်သလစ်အသင်းတော်အတွင်း၌</w:t>
      </w:r>
      <w:r>
        <w:rPr>
          <w:rFonts w:ascii="Times New Roman" w:hAnsi="Times New Roman" w:eastAsia="Times New Roman" w:cs="Times New Roman"/>
        </w:rPr>
        <w:t xml:space="preserve"> </w:t>
      </w:r>
      <w:r>
        <w:rPr>
          <w:rFonts w:ascii="Myanmar Text" w:hAnsi="Myanmar Text" w:eastAsia="Myanmar Text" w:cs="Myanmar Text"/>
        </w:rPr>
        <w:t>စစ်မှန်သော</w:t>
      </w:r>
      <w:r>
        <w:rPr>
          <w:rFonts w:ascii="Times New Roman" w:hAnsi="Times New Roman" w:eastAsia="Times New Roman" w:cs="Times New Roman"/>
        </w:rPr>
        <w:t xml:space="preserve"> </w:t>
      </w:r>
      <w:r>
        <w:rPr>
          <w:rFonts w:ascii="Myanmar Text" w:hAnsi="Myanmar Text" w:eastAsia="Myanmar Text" w:cs="Myanmar Text"/>
        </w:rPr>
        <w:t>ခရစ်ယာန်များ</w:t>
      </w:r>
      <w:r>
        <w:rPr>
          <w:rFonts w:ascii="Times New Roman" w:hAnsi="Times New Roman" w:eastAsia="Times New Roman" w:cs="Times New Roman"/>
        </w:rPr>
        <w:t xml:space="preserve"> </w:t>
      </w:r>
      <w:r>
        <w:rPr>
          <w:rFonts w:ascii="Myanmar Text" w:hAnsi="Myanmar Text" w:eastAsia="Myanmar Text" w:cs="Myanmar Text"/>
        </w:rPr>
        <w:t>ရှိကြသည်ဟူသောအရာဖြစ်သည်။</w:t>
      </w:r>
      <w:r>
        <w:rPr>
          <w:rFonts w:ascii="Times New Roman" w:hAnsi="Times New Roman" w:eastAsia="Times New Roman" w:cs="Times New Roman"/>
        </w:rPr>
        <w:t xml:space="preserve"> </w:t>
      </w:r>
      <w:r>
        <w:rPr>
          <w:rFonts w:ascii="Myanmar Text" w:hAnsi="Myanmar Text" w:eastAsia="Myanmar Text" w:cs="Myanmar Text"/>
        </w:rPr>
        <w:t>ထိုအသင်းတော်၌</w:t>
      </w:r>
      <w:r>
        <w:rPr>
          <w:rFonts w:ascii="Times New Roman" w:hAnsi="Times New Roman" w:eastAsia="Times New Roman" w:cs="Times New Roman"/>
        </w:rPr>
        <w:t xml:space="preserve"> </w:t>
      </w:r>
      <w:r>
        <w:rPr>
          <w:rFonts w:ascii="Myanmar Text" w:hAnsi="Myanmar Text" w:eastAsia="Myanmar Text" w:cs="Myanmar Text"/>
        </w:rPr>
        <w:t>လူထောင်ပေါင်းများစွာသည်</w:t>
      </w:r>
      <w:r>
        <w:rPr>
          <w:rFonts w:ascii="Times New Roman" w:hAnsi="Times New Roman" w:eastAsia="Times New Roman" w:cs="Times New Roman"/>
        </w:rPr>
        <w:t xml:space="preserve"> </w:t>
      </w:r>
      <w:r>
        <w:rPr>
          <w:rFonts w:ascii="Myanmar Text" w:hAnsi="Myanmar Text" w:eastAsia="Myanmar Text" w:cs="Myanmar Text"/>
        </w:rPr>
        <w:t>မိမိတို့၌ရှိသည့်</w:t>
      </w:r>
      <w:r>
        <w:rPr>
          <w:rFonts w:ascii="Times New Roman" w:hAnsi="Times New Roman" w:eastAsia="Times New Roman" w:cs="Times New Roman"/>
        </w:rPr>
        <w:t xml:space="preserve"> </w:t>
      </w:r>
      <w:r>
        <w:rPr>
          <w:rFonts w:ascii="Myanmar Text" w:hAnsi="Myanmar Text" w:eastAsia="Myanmar Text" w:cs="Myanmar Text"/>
        </w:rPr>
        <w:t>အကောင်းဆုံးအလင်းတော်အတိုင်း</w:t>
      </w:r>
      <w:r>
        <w:rPr>
          <w:rFonts w:ascii="Times New Roman" w:hAnsi="Times New Roman" w:eastAsia="Times New Roman" w:cs="Times New Roman"/>
        </w:rPr>
        <w:t xml:space="preserve"> </w:t>
      </w:r>
      <w:r>
        <w:rPr>
          <w:rFonts w:ascii="Myanmar Text" w:hAnsi="Myanmar Text" w:eastAsia="Myanmar Text" w:cs="Myanmar Text"/>
        </w:rPr>
        <w:t>ဘုရားသခင်ကို</w:t>
      </w:r>
      <w:r>
        <w:rPr>
          <w:rFonts w:ascii="Times New Roman" w:hAnsi="Times New Roman" w:eastAsia="Times New Roman" w:cs="Times New Roman"/>
        </w:rPr>
        <w:t xml:space="preserve"> </w:t>
      </w:r>
      <w:r>
        <w:rPr>
          <w:rFonts w:ascii="Myanmar Text" w:hAnsi="Myanmar Text" w:eastAsia="Myanmar Text" w:cs="Myanmar Text"/>
        </w:rPr>
        <w:t>အစေခံလျက်ရှိကြသည်။</w:t>
      </w:r>
      <w:r>
        <w:rPr>
          <w:rFonts w:ascii="Times New Roman" w:hAnsi="Times New Roman" w:eastAsia="Times New Roman" w:cs="Times New Roman"/>
        </w:rPr>
        <w:t xml:space="preserve"> </w:t>
      </w:r>
      <w:r>
        <w:rPr>
          <w:rFonts w:ascii="Myanmar Text" w:hAnsi="Myanmar Text" w:eastAsia="Myanmar Text" w:cs="Myanmar Text"/>
        </w:rPr>
        <w:t>သူ၏</w:t>
      </w:r>
      <w:r>
        <w:rPr>
          <w:rFonts w:ascii="Times New Roman" w:hAnsi="Times New Roman" w:eastAsia="Times New Roman" w:cs="Times New Roman"/>
        </w:rPr>
        <w:t xml:space="preserve"> </w:t>
      </w:r>
      <w:r>
        <w:rPr>
          <w:rFonts w:ascii="Myanmar Text" w:hAnsi="Myanmar Text" w:eastAsia="Myanmar Text" w:cs="Myanmar Text"/>
        </w:rPr>
        <w:t>နှုတ်ကပတ်တော်ကို</w:t>
      </w:r>
      <w:r>
        <w:rPr>
          <w:rFonts w:ascii="Times New Roman" w:hAnsi="Times New Roman" w:eastAsia="Times New Roman" w:cs="Times New Roman"/>
        </w:rPr>
        <w:t xml:space="preserve"> </w:t>
      </w:r>
      <w:r>
        <w:rPr>
          <w:rFonts w:ascii="Myanmar Text" w:hAnsi="Myanmar Text" w:eastAsia="Myanmar Text" w:cs="Myanmar Text"/>
        </w:rPr>
        <w:t>ရယူဖတ်ရှုခွင့်</w:t>
      </w:r>
      <w:r>
        <w:rPr>
          <w:rFonts w:ascii="Times New Roman" w:hAnsi="Times New Roman" w:eastAsia="Times New Roman" w:cs="Times New Roman"/>
        </w:rPr>
        <w:t xml:space="preserve"> </w:t>
      </w:r>
      <w:r>
        <w:rPr>
          <w:rFonts w:ascii="Myanmar Text" w:hAnsi="Myanmar Text" w:eastAsia="Myanmar Text" w:cs="Myanmar Text"/>
        </w:rPr>
        <w:t>မပေးထားကြသဖြင့်၊</w:t>
      </w:r>
      <w:r>
        <w:rPr>
          <w:rFonts w:ascii="Times New Roman" w:hAnsi="Times New Roman" w:eastAsia="Times New Roman" w:cs="Times New Roman"/>
        </w:rPr>
        <w:t xml:space="preserve"> </w:t>
      </w:r>
      <w:r>
        <w:rPr>
          <w:rFonts w:ascii="Myanmar Text" w:hAnsi="Myanmar Text" w:eastAsia="Myanmar Text" w:cs="Myanmar Text"/>
        </w:rPr>
        <w:t>အမှန်တရားကို</w:t>
      </w:r>
      <w:r>
        <w:rPr>
          <w:rFonts w:ascii="Times New Roman" w:hAnsi="Times New Roman" w:eastAsia="Times New Roman" w:cs="Times New Roman"/>
        </w:rPr>
        <w:t xml:space="preserve"> </w:t>
      </w:r>
      <w:r>
        <w:rPr>
          <w:rFonts w:ascii="Myanmar Text" w:hAnsi="Myanmar Text" w:eastAsia="Myanmar Text" w:cs="Myanmar Text"/>
        </w:rPr>
        <w:t>သူတို့</w:t>
      </w:r>
      <w:r>
        <w:rPr>
          <w:rFonts w:ascii="Times New Roman" w:hAnsi="Times New Roman" w:eastAsia="Times New Roman" w:cs="Times New Roman"/>
        </w:rPr>
        <w:t xml:space="preserve"> </w:t>
      </w:r>
      <w:r>
        <w:rPr>
          <w:rFonts w:ascii="Myanmar Text" w:hAnsi="Myanmar Text" w:eastAsia="Myanmar Text" w:cs="Myanmar Text"/>
        </w:rPr>
        <w:t>မခွဲခြားသိမြင်ကြ။</w:t>
      </w:r>
      <w:r>
        <w:rPr>
          <w:rFonts w:ascii="Times New Roman" w:hAnsi="Times New Roman" w:eastAsia="Times New Roman" w:cs="Times New Roman"/>
        </w:rPr>
        <w:t xml:space="preserve"> </w:t>
      </w:r>
      <w:r>
        <w:rPr>
          <w:rFonts w:ascii="Myanmar Text" w:hAnsi="Myanmar Text" w:eastAsia="Myanmar Text" w:cs="Myanmar Text"/>
        </w:rPr>
        <w:t>အသက်ရှင်သော</w:t>
      </w:r>
      <w:r>
        <w:rPr>
          <w:rFonts w:ascii="Times New Roman" w:hAnsi="Times New Roman" w:eastAsia="Times New Roman" w:cs="Times New Roman"/>
        </w:rPr>
        <w:t xml:space="preserve"> </w:t>
      </w:r>
      <w:r>
        <w:rPr>
          <w:rFonts w:ascii="Myanmar Text" w:hAnsi="Myanmar Text" w:eastAsia="Myanmar Text" w:cs="Myanmar Text"/>
        </w:rPr>
        <w:t>နှလုံးသား၏</w:t>
      </w:r>
      <w:r>
        <w:rPr>
          <w:rFonts w:ascii="Times New Roman" w:hAnsi="Times New Roman" w:eastAsia="Times New Roman" w:cs="Times New Roman"/>
        </w:rPr>
        <w:t xml:space="preserve"> </w:t>
      </w:r>
      <w:r>
        <w:rPr>
          <w:rFonts w:ascii="Myanmar Text" w:hAnsi="Myanmar Text" w:eastAsia="Myanmar Text" w:cs="Myanmar Text"/>
        </w:rPr>
        <w:t>အမှုတော်ဆောင်မှုနှင့်</w:t>
      </w:r>
      <w:r>
        <w:rPr>
          <w:rFonts w:ascii="Times New Roman" w:hAnsi="Times New Roman" w:eastAsia="Times New Roman" w:cs="Times New Roman"/>
        </w:rPr>
        <w:t xml:space="preserve"> </w:t>
      </w:r>
      <w:r>
        <w:rPr>
          <w:rFonts w:ascii="Myanmar Text" w:hAnsi="Myanmar Text" w:eastAsia="Myanmar Text" w:cs="Myanmar Text"/>
        </w:rPr>
        <w:t>ပုံသဏ္ဌာန်များ၊</w:t>
      </w:r>
      <w:r>
        <w:rPr>
          <w:rFonts w:ascii="Times New Roman" w:hAnsi="Times New Roman" w:eastAsia="Times New Roman" w:cs="Times New Roman"/>
        </w:rPr>
        <w:t xml:space="preserve"> </w:t>
      </w:r>
      <w:r>
        <w:rPr>
          <w:rFonts w:ascii="Myanmar Text" w:hAnsi="Myanmar Text" w:eastAsia="Myanmar Text" w:cs="Myanmar Text"/>
        </w:rPr>
        <w:t>အခမ်းအနားများကိုသာ</w:t>
      </w:r>
      <w:r>
        <w:rPr>
          <w:rFonts w:ascii="Times New Roman" w:hAnsi="Times New Roman" w:eastAsia="Times New Roman" w:cs="Times New Roman"/>
        </w:rPr>
        <w:t xml:space="preserve"> </w:t>
      </w:r>
      <w:r>
        <w:rPr>
          <w:rFonts w:ascii="Myanmar Text" w:hAnsi="Myanmar Text" w:eastAsia="Myanmar Text" w:cs="Myanmar Text"/>
        </w:rPr>
        <w:t>လည်ပတ်ကျင့်သုံးခြင်းတို့အကြားရှိ</w:t>
      </w:r>
      <w:r>
        <w:rPr>
          <w:rFonts w:ascii="Times New Roman" w:hAnsi="Times New Roman" w:eastAsia="Times New Roman" w:cs="Times New Roman"/>
        </w:rPr>
        <w:t xml:space="preserve"> </w:t>
      </w:r>
      <w:r>
        <w:rPr>
          <w:rFonts w:ascii="Myanmar Text" w:hAnsi="Myanmar Text" w:eastAsia="Myanmar Text" w:cs="Myanmar Text"/>
        </w:rPr>
        <w:t>ကွာခြားမှုကို</w:t>
      </w:r>
      <w:r>
        <w:rPr>
          <w:rFonts w:ascii="Times New Roman" w:hAnsi="Times New Roman" w:eastAsia="Times New Roman" w:cs="Times New Roman"/>
        </w:rPr>
        <w:t xml:space="preserve"> </w:t>
      </w:r>
      <w:r>
        <w:rPr>
          <w:rFonts w:ascii="Myanmar Text" w:hAnsi="Myanmar Text" w:eastAsia="Myanmar Text" w:cs="Myanmar Text"/>
        </w:rPr>
        <w:t>သူတို့</w:t>
      </w:r>
      <w:r>
        <w:rPr>
          <w:rFonts w:ascii="Times New Roman" w:hAnsi="Times New Roman" w:eastAsia="Times New Roman" w:cs="Times New Roman"/>
        </w:rPr>
        <w:t xml:space="preserve"> </w:t>
      </w:r>
      <w:r>
        <w:rPr>
          <w:rFonts w:ascii="Myanmar Text" w:hAnsi="Myanmar Text" w:eastAsia="Myanmar Text" w:cs="Myanmar Text"/>
        </w:rPr>
        <w:t>မည်သည့်အခါမျှ</w:t>
      </w:r>
      <w:r>
        <w:rPr>
          <w:rFonts w:ascii="Times New Roman" w:hAnsi="Times New Roman" w:eastAsia="Times New Roman" w:cs="Times New Roman"/>
        </w:rPr>
        <w:t xml:space="preserve"> </w:t>
      </w:r>
      <w:r>
        <w:rPr>
          <w:rFonts w:ascii="Myanmar Text" w:hAnsi="Myanmar Text" w:eastAsia="Myanmar Text" w:cs="Myanmar Text"/>
        </w:rPr>
        <w:t>မမြင်ဖူးကြ။</w:t>
      </w:r>
      <w:r>
        <w:rPr>
          <w:rFonts w:ascii="Times New Roman" w:hAnsi="Times New Roman" w:eastAsia="Times New Roman" w:cs="Times New Roman"/>
        </w:rPr>
        <w:t xml:space="preserve"> </w:t>
      </w:r>
      <w:r>
        <w:rPr>
          <w:rFonts w:ascii="Myanmar Text" w:hAnsi="Myanmar Text" w:eastAsia="Myanmar Text" w:cs="Myanmar Text"/>
        </w:rPr>
        <w:t>လှည့်ဖြားတတ်၍</w:t>
      </w:r>
      <w:r>
        <w:rPr>
          <w:rFonts w:ascii="Times New Roman" w:hAnsi="Times New Roman" w:eastAsia="Times New Roman" w:cs="Times New Roman"/>
        </w:rPr>
        <w:t xml:space="preserve"> </w:t>
      </w:r>
      <w:r>
        <w:rPr>
          <w:rFonts w:ascii="Myanmar Text" w:hAnsi="Myanmar Text" w:eastAsia="Myanmar Text" w:cs="Myanmar Text"/>
        </w:rPr>
        <w:t>စိတ်ကျေနပ်မှုမပေးနိုင်သော</w:t>
      </w:r>
      <w:r>
        <w:rPr>
          <w:rFonts w:ascii="Times New Roman" w:hAnsi="Times New Roman" w:eastAsia="Times New Roman" w:cs="Times New Roman"/>
        </w:rPr>
        <w:t xml:space="preserve"> </w:t>
      </w:r>
      <w:r>
        <w:rPr>
          <w:rFonts w:ascii="Myanmar Text" w:hAnsi="Myanmar Text" w:eastAsia="Myanmar Text" w:cs="Myanmar Text"/>
        </w:rPr>
        <w:t>ယုံကြည်မှုတစ်ရပ်အတွင်း</w:t>
      </w:r>
      <w:r>
        <w:rPr>
          <w:rFonts w:ascii="Times New Roman" w:hAnsi="Times New Roman" w:eastAsia="Times New Roman" w:cs="Times New Roman"/>
        </w:rPr>
        <w:t xml:space="preserve"> </w:t>
      </w:r>
      <w:r>
        <w:rPr>
          <w:rFonts w:ascii="Myanmar Text" w:hAnsi="Myanmar Text" w:eastAsia="Myanmar Text" w:cs="Myanmar Text"/>
        </w:rPr>
        <w:t>ပညာပေးသင်ကြားခံထားရသော</w:t>
      </w:r>
      <w:r>
        <w:rPr>
          <w:rFonts w:ascii="Times New Roman" w:hAnsi="Times New Roman" w:eastAsia="Times New Roman" w:cs="Times New Roman"/>
        </w:rPr>
        <w:t xml:space="preserve"> </w:t>
      </w:r>
      <w:r>
        <w:rPr>
          <w:rFonts w:ascii="Myanmar Text" w:hAnsi="Myanmar Text" w:eastAsia="Myanmar Text" w:cs="Myanmar Text"/>
        </w:rPr>
        <w:t>ဤဝိညာဉ်များအပေါ်</w:t>
      </w:r>
      <w:r>
        <w:rPr>
          <w:rFonts w:ascii="Times New Roman" w:hAnsi="Times New Roman" w:eastAsia="Times New Roman" w:cs="Times New Roman"/>
        </w:rPr>
        <w:t xml:space="preserve"> </w:t>
      </w:r>
      <w:r>
        <w:rPr>
          <w:rFonts w:ascii="Myanmar Text" w:hAnsi="Myanmar Text" w:eastAsia="Myanmar Text" w:cs="Myanmar Text"/>
        </w:rPr>
        <w:t>ဘုရားသခင်သည်</w:t>
      </w:r>
      <w:r>
        <w:rPr>
          <w:rFonts w:ascii="Times New Roman" w:hAnsi="Times New Roman" w:eastAsia="Times New Roman" w:cs="Times New Roman"/>
        </w:rPr>
        <w:t xml:space="preserve"> </w:t>
      </w:r>
      <w:r>
        <w:rPr>
          <w:rFonts w:ascii="Myanmar Text" w:hAnsi="Myanmar Text" w:eastAsia="Myanmar Text" w:cs="Myanmar Text"/>
        </w:rPr>
        <w:t>ကရုဏာနှင့်</w:t>
      </w:r>
      <w:r>
        <w:rPr>
          <w:rFonts w:ascii="Times New Roman" w:hAnsi="Times New Roman" w:eastAsia="Times New Roman" w:cs="Times New Roman"/>
        </w:rPr>
        <w:t xml:space="preserve"> </w:t>
      </w:r>
      <w:r>
        <w:rPr>
          <w:rFonts w:ascii="Myanmar Text" w:hAnsi="Myanmar Text" w:eastAsia="Myanmar Text" w:cs="Myanmar Text"/>
        </w:rPr>
        <w:t>ပြည့်သော</w:t>
      </w:r>
      <w:r>
        <w:rPr>
          <w:rFonts w:ascii="Times New Roman" w:hAnsi="Times New Roman" w:eastAsia="Times New Roman" w:cs="Times New Roman"/>
        </w:rPr>
        <w:t xml:space="preserve"> </w:t>
      </w:r>
      <w:r>
        <w:rPr>
          <w:rFonts w:ascii="Myanmar Text" w:hAnsi="Myanmar Text" w:eastAsia="Myanmar Text" w:cs="Myanmar Text"/>
        </w:rPr>
        <w:t>နူးညံ့သိမ်မွေ့ခြင်းဖြင့်</w:t>
      </w:r>
      <w:r>
        <w:rPr>
          <w:rFonts w:ascii="Times New Roman" w:hAnsi="Times New Roman" w:eastAsia="Times New Roman" w:cs="Times New Roman"/>
        </w:rPr>
        <w:t xml:space="preserve"> </w:t>
      </w:r>
      <w:r>
        <w:rPr>
          <w:rFonts w:ascii="Myanmar Text" w:hAnsi="Myanmar Text" w:eastAsia="Myanmar Text" w:cs="Myanmar Text"/>
        </w:rPr>
        <w:t>ကြည့်ရှုတော်မူသည်။</w:t>
      </w:r>
      <w:r>
        <w:rPr>
          <w:rFonts w:ascii="Times New Roman" w:hAnsi="Times New Roman" w:eastAsia="Times New Roman" w:cs="Times New Roman"/>
        </w:rPr>
        <w:t xml:space="preserve"> </w:t>
      </w:r>
      <w:r>
        <w:rPr>
          <w:rFonts w:ascii="Myanmar Text" w:hAnsi="Myanmar Text" w:eastAsia="Myanmar Text" w:cs="Myanmar Text"/>
        </w:rPr>
        <w:t>သူတို့ကို</w:t>
      </w:r>
      <w:r>
        <w:rPr>
          <w:rFonts w:ascii="Times New Roman" w:hAnsi="Times New Roman" w:eastAsia="Times New Roman" w:cs="Times New Roman"/>
        </w:rPr>
        <w:t xml:space="preserve"> </w:t>
      </w:r>
      <w:r>
        <w:rPr>
          <w:rFonts w:ascii="Myanmar Text" w:hAnsi="Myanmar Text" w:eastAsia="Myanmar Text" w:cs="Myanmar Text"/>
        </w:rPr>
        <w:t>ဝန်းရံလျက်ရှိသော</w:t>
      </w:r>
      <w:r>
        <w:rPr>
          <w:rFonts w:ascii="Times New Roman" w:hAnsi="Times New Roman" w:eastAsia="Times New Roman" w:cs="Times New Roman"/>
        </w:rPr>
        <w:t xml:space="preserve"> </w:t>
      </w:r>
      <w:r>
        <w:rPr>
          <w:rFonts w:ascii="Myanmar Text" w:hAnsi="Myanmar Text" w:eastAsia="Myanmar Text" w:cs="Myanmar Text"/>
        </w:rPr>
        <w:t>ထူထဲသိပ်သည်းသည့်</w:t>
      </w:r>
      <w:r>
        <w:rPr>
          <w:rFonts w:ascii="Times New Roman" w:hAnsi="Times New Roman" w:eastAsia="Times New Roman" w:cs="Times New Roman"/>
        </w:rPr>
        <w:t xml:space="preserve"> </w:t>
      </w:r>
      <w:r>
        <w:rPr>
          <w:rFonts w:ascii="Myanmar Text" w:hAnsi="Myanmar Text" w:eastAsia="Myanmar Text" w:cs="Myanmar Text"/>
        </w:rPr>
        <w:t>အမှောင်ထုအတွင်းသို့</w:t>
      </w:r>
      <w:r>
        <w:rPr>
          <w:rFonts w:ascii="Times New Roman" w:hAnsi="Times New Roman" w:eastAsia="Times New Roman" w:cs="Times New Roman"/>
        </w:rPr>
        <w:t xml:space="preserve"> </w:t>
      </w:r>
      <w:r>
        <w:rPr>
          <w:rFonts w:ascii="Myanmar Text" w:hAnsi="Myanmar Text" w:eastAsia="Myanmar Text" w:cs="Myanmar Text"/>
        </w:rPr>
        <w:t>အလင်းရောင်ခြည်များ</w:t>
      </w:r>
      <w:r>
        <w:rPr>
          <w:rFonts w:ascii="Times New Roman" w:hAnsi="Times New Roman" w:eastAsia="Times New Roman" w:cs="Times New Roman"/>
        </w:rPr>
        <w:t xml:space="preserve"> </w:t>
      </w:r>
      <w:r>
        <w:rPr>
          <w:rFonts w:ascii="Myanmar Text" w:hAnsi="Myanmar Text" w:eastAsia="Myanmar Text" w:cs="Myanmar Text"/>
        </w:rPr>
        <w:t>ထိုးဖောက်ဝင်ရောက်စေတော်မူလိမ့်မည်။</w:t>
      </w:r>
      <w:r>
        <w:rPr>
          <w:rFonts w:ascii="Times New Roman" w:hAnsi="Times New Roman" w:eastAsia="Times New Roman" w:cs="Times New Roman"/>
        </w:rPr>
        <w:t xml:space="preserve"> </w:t>
      </w:r>
      <w:r>
        <w:rPr>
          <w:rFonts w:ascii="Myanmar Text" w:hAnsi="Myanmar Text" w:eastAsia="Myanmar Text" w:cs="Myanmar Text"/>
        </w:rPr>
        <w:t>ယေရှု၌</w:t>
      </w:r>
      <w:r>
        <w:rPr>
          <w:rFonts w:ascii="Times New Roman" w:hAnsi="Times New Roman" w:eastAsia="Times New Roman" w:cs="Times New Roman"/>
        </w:rPr>
        <w:t xml:space="preserve"> </w:t>
      </w:r>
      <w:r>
        <w:rPr>
          <w:rFonts w:ascii="Myanmar Text" w:hAnsi="Myanmar Text" w:eastAsia="Myanmar Text" w:cs="Myanmar Text"/>
        </w:rPr>
        <w:t>ရှိသကဲ့သို့သော</w:t>
      </w:r>
      <w:r>
        <w:rPr>
          <w:rFonts w:ascii="Times New Roman" w:hAnsi="Times New Roman" w:eastAsia="Times New Roman" w:cs="Times New Roman"/>
        </w:rPr>
        <w:t xml:space="preserve"> </w:t>
      </w:r>
      <w:r>
        <w:rPr>
          <w:rFonts w:ascii="Myanmar Text" w:hAnsi="Myanmar Text" w:eastAsia="Myanmar Text" w:cs="Myanmar Text"/>
        </w:rPr>
        <w:t>အမှန်တရားကို</w:t>
      </w:r>
      <w:r>
        <w:rPr>
          <w:rFonts w:ascii="Times New Roman" w:hAnsi="Times New Roman" w:eastAsia="Times New Roman" w:cs="Times New Roman"/>
        </w:rPr>
        <w:t xml:space="preserve"> </w:t>
      </w:r>
      <w:r>
        <w:rPr>
          <w:rFonts w:ascii="Myanmar Text" w:hAnsi="Myanmar Text" w:eastAsia="Myanmar Text" w:cs="Myanmar Text"/>
        </w:rPr>
        <w:t>သူတို့အား</w:t>
      </w:r>
      <w:r>
        <w:rPr>
          <w:rFonts w:ascii="Times New Roman" w:hAnsi="Times New Roman" w:eastAsia="Times New Roman" w:cs="Times New Roman"/>
        </w:rPr>
        <w:t xml:space="preserve"> </w:t>
      </w:r>
      <w:r>
        <w:rPr>
          <w:rFonts w:ascii="Myanmar Text" w:hAnsi="Myanmar Text" w:eastAsia="Myanmar Text" w:cs="Myanmar Text"/>
        </w:rPr>
        <w:t>ဖော်ပြတော်မူလိမ့်မည်။</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လူများစွာသည်</w:t>
      </w:r>
      <w:r>
        <w:rPr>
          <w:rFonts w:ascii="Times New Roman" w:hAnsi="Times New Roman" w:eastAsia="Times New Roman" w:cs="Times New Roman"/>
        </w:rPr>
        <w:t xml:space="preserve"> </w:t>
      </w:r>
      <w:r>
        <w:rPr>
          <w:rFonts w:ascii="Myanmar Text" w:hAnsi="Myanmar Text" w:eastAsia="Myanmar Text" w:cs="Myanmar Text"/>
        </w:rPr>
        <w:t>ကိုယ်တော်၏လူမျိုးနှင့်အတူ</w:t>
      </w:r>
      <w:r>
        <w:rPr>
          <w:rFonts w:ascii="Times New Roman" w:hAnsi="Times New Roman" w:eastAsia="Times New Roman" w:cs="Times New Roman"/>
        </w:rPr>
        <w:t xml:space="preserve"> </w:t>
      </w:r>
      <w:r>
        <w:rPr>
          <w:rFonts w:ascii="Myanmar Text" w:hAnsi="Myanmar Text" w:eastAsia="Myanmar Text" w:cs="Myanmar Text"/>
        </w:rPr>
        <w:t>မိမိတို့၏</w:t>
      </w:r>
      <w:r>
        <w:rPr>
          <w:rFonts w:ascii="Times New Roman" w:hAnsi="Times New Roman" w:eastAsia="Times New Roman" w:cs="Times New Roman"/>
        </w:rPr>
        <w:t xml:space="preserve"> </w:t>
      </w:r>
      <w:r>
        <w:rPr>
          <w:rFonts w:ascii="Myanmar Text" w:hAnsi="Myanmar Text" w:eastAsia="Myanmar Text" w:cs="Myanmar Text"/>
        </w:rPr>
        <w:t>ရပ်တည်ချက်ကို</w:t>
      </w:r>
      <w:r>
        <w:rPr>
          <w:rFonts w:ascii="Times New Roman" w:hAnsi="Times New Roman" w:eastAsia="Times New Roman" w:cs="Times New Roman"/>
        </w:rPr>
        <w:t xml:space="preserve"> </w:t>
      </w:r>
      <w:r>
        <w:rPr>
          <w:rFonts w:ascii="Myanmar Text" w:hAnsi="Myanmar Text" w:eastAsia="Myanmar Text" w:cs="Myanmar Text"/>
        </w:rPr>
        <w:t>ယူကြဦးလိမ့်မည်။</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“Tih Roma Katolik bilang isang sistema ay hindi higit na kaayon ng ebanghelyo ni Cristo ngayon kaysa sa alinmang naunang panahon sa kaniyang kasaysayan. Ang mga simbahang Protestante ay nasa malaking kadiliman, kung hindi ay mahihiwatigan nila ang mga tanda ng mga panahon. Ang Simbahang Romano ay malawak ang naaabot sa kaniyang mga panukala at mga paraan ng paggawa. Ginagamit niya ang bawat paraan upang palawakin ang kaniyang impluwensiya at dagdagan ang kaniyang kapangyarihan bilang paghahanda sa isang mabangis at matatag na tunggalian upang mabawi ang pamamahala sa sanlibutan, muling maitatag ang pag-uusig, at pawalang-bisa ang lahat ng nagawa ng Protestantismo. Ang Katolisismo ay sumusulong sa bawat panig. Tingnan ang dumaraming bilang ng kaniyang mga simbahan at mga kapilya sa mga bansang Protestante. Tingnan ang kasikatan ng kaniyang mga kolehiyo at mga seminaryo sa Amerika, na malawak na tinatangkilik ng mga Protestante. Tingnan ang paglago ng ritualismo sa Inglatera at ang madalas na pagpanig sa hanay ng mga Katoliko. Ang mga bagay na ito ay dapat gumising sa pagkabahala ng lahat ng nagpapahalaga sa dalisay na mga simulain ng ebanghelyo.</w:t>
      </w:r>
    </w:p>
    <w:p>
      <w:pPr>
        <w:pStyle w:val="ArticleScripture"/>
        <w:jc w:val="left"/>
      </w:pPr>
      <w:r>
        <w:rPr>
          <w:rFonts w:ascii="Times New Roman" w:hAnsi="Times New Roman" w:eastAsia="Times New Roman" w:cs="Times New Roman"/>
        </w:rPr>
        <w:t>“Ba-Protestanta ba sentse ba tseneletse bopapa matsoho mme ba bo nyenyefatsa ka qenehelo; ba entse dikamano tsa boikobelo le diphaello tseo le bona ba-Papista ba makalang ho di bona mme ba sa kgone ho di utlwisisa. Batho ba kwala mahlo a bona mabapi le semelo sa nnete sa Roma le dikotsi tse lokelang ho tshohelwa ho tswa bophahamong ba yona. Batho ba tshwanetse ho tsoswa hore ba hanyetse kgatelopele ya sera sena se kotsi ka ho fetisisa tokolohong ya setjhaba le ya bodumedi.”</w:t>
      </w:r>
    </w:p>
    <w:p>
      <w:pPr>
        <w:pStyle w:val="ArticleScripture"/>
        <w:jc w:val="left"/>
      </w:pPr>
      <w:r>
        <w:rPr>
          <w:rFonts w:ascii="Times New Roman" w:hAnsi="Times New Roman" w:eastAsia="Times New Roman" w:cs="Times New Roman"/>
        </w:rPr>
        <w:t>“</w:t>
      </w:r>
      <w:r>
        <w:rPr>
          <w:rFonts w:ascii="Nirmala UI" w:hAnsi="Nirmala UI" w:eastAsia="Nirmala UI" w:cs="Nirmala UI"/>
        </w:rPr>
        <w:t>ꯄ꯭ꯔꯣꯇꯦꯁꯇꯦꯟꯇ</w:t>
      </w:r>
      <w:r>
        <w:rPr>
          <w:rFonts w:ascii="Times New Roman" w:hAnsi="Times New Roman" w:eastAsia="Times New Roman" w:cs="Times New Roman"/>
        </w:rPr>
        <w:t xml:space="preserve"> </w:t>
      </w:r>
      <w:r>
        <w:rPr>
          <w:rFonts w:ascii="Nirmala UI" w:hAnsi="Nirmala UI" w:eastAsia="Nirmala UI" w:cs="Nirmala UI"/>
        </w:rPr>
        <w:t>ꯃꯌꯥꯝꯅ</w:t>
      </w:r>
      <w:r>
        <w:rPr>
          <w:rFonts w:ascii="Times New Roman" w:hAnsi="Times New Roman" w:eastAsia="Times New Roman" w:cs="Times New Roman"/>
        </w:rPr>
        <w:t xml:space="preserve"> </w:t>
      </w:r>
      <w:r>
        <w:rPr>
          <w:rFonts w:ascii="Nirmala UI" w:hAnsi="Nirmala UI" w:eastAsia="Nirmala UI" w:cs="Nirmala UI"/>
        </w:rPr>
        <w:t>ꯀꯦꯊꯣꯂꯤꯛ</w:t>
      </w:r>
      <w:r>
        <w:rPr>
          <w:rFonts w:ascii="Times New Roman" w:hAnsi="Times New Roman" w:eastAsia="Times New Roman" w:cs="Times New Roman"/>
        </w:rPr>
        <w:t xml:space="preserve"> </w:t>
      </w:r>
      <w:r>
        <w:rPr>
          <w:rFonts w:ascii="Nirmala UI" w:hAnsi="Nirmala UI" w:eastAsia="Nirmala UI" w:cs="Nirmala UI"/>
        </w:rPr>
        <w:t>ꯂꯥꯏꯔꯤꯛ</w:t>
      </w:r>
      <w:r>
        <w:rPr>
          <w:rFonts w:ascii="Times New Roman" w:hAnsi="Times New Roman" w:eastAsia="Times New Roman" w:cs="Times New Roman"/>
        </w:rPr>
        <w:t>-</w:t>
      </w:r>
      <w:r>
        <w:rPr>
          <w:rFonts w:ascii="Nirmala UI" w:hAnsi="Nirmala UI" w:eastAsia="Nirmala UI" w:cs="Nirmala UI"/>
        </w:rPr>
        <w:t>ꯂꯩꯆꯠ</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ꯑꯐꯕ</w:t>
      </w:r>
      <w:r>
        <w:rPr>
          <w:rFonts w:ascii="Times New Roman" w:hAnsi="Times New Roman" w:eastAsia="Times New Roman" w:cs="Times New Roman"/>
        </w:rPr>
        <w:t xml:space="preserve"> </w:t>
      </w:r>
      <w:r>
        <w:rPr>
          <w:rFonts w:ascii="Nirmala UI" w:hAnsi="Nirmala UI" w:eastAsia="Nirmala UI" w:cs="Nirmala UI"/>
        </w:rPr>
        <w:t>ꯅꯠꯇ꯭ꯔꯒ</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ꯈꯨꯔꯨꯝꯖꯔꯤꯕ</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ꯀꯔꯝꯅꯕ</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ꯑꯔꯊ</w:t>
      </w:r>
      <w:r>
        <w:rPr>
          <w:rFonts w:ascii="Times New Roman" w:hAnsi="Times New Roman" w:eastAsia="Times New Roman" w:cs="Times New Roman"/>
        </w:rPr>
        <w:t xml:space="preserve"> </w:t>
      </w:r>
      <w:r>
        <w:rPr>
          <w:rFonts w:ascii="Nirmala UI" w:hAnsi="Nirmala UI" w:eastAsia="Nirmala UI" w:cs="Nirmala UI"/>
        </w:rPr>
        <w:t>ꯂꯩꯇꯕ</w:t>
      </w:r>
      <w:r>
        <w:rPr>
          <w:rFonts w:ascii="Times New Roman" w:hAnsi="Times New Roman" w:eastAsia="Times New Roman" w:cs="Times New Roman"/>
        </w:rPr>
        <w:t xml:space="preserve"> </w:t>
      </w:r>
      <w:r>
        <w:rPr>
          <w:rFonts w:ascii="Nirmala UI" w:hAnsi="Nirmala UI" w:eastAsia="Nirmala UI" w:cs="Nirmala UI"/>
        </w:rPr>
        <w:t>ꯅꯤꯟꯊꯤꯅꯕ</w:t>
      </w:r>
      <w:r>
        <w:rPr>
          <w:rFonts w:ascii="Times New Roman" w:hAnsi="Times New Roman" w:eastAsia="Times New Roman" w:cs="Times New Roman"/>
        </w:rPr>
        <w:t xml:space="preserve"> </w:t>
      </w:r>
      <w:r>
        <w:rPr>
          <w:rFonts w:ascii="Nirmala UI" w:hAnsi="Nirmala UI" w:eastAsia="Nirmala UI" w:cs="Nirmala UI"/>
        </w:rPr>
        <w:t>ꯊꯥꯎꯔꯝꯁꯤꯡꯒꯤ</w:t>
      </w:r>
      <w:r>
        <w:rPr>
          <w:rFonts w:ascii="Times New Roman" w:hAnsi="Times New Roman" w:eastAsia="Times New Roman" w:cs="Times New Roman"/>
        </w:rPr>
        <w:t xml:space="preserve"> </w:t>
      </w:r>
      <w:r>
        <w:rPr>
          <w:rFonts w:ascii="Nirmala UI" w:hAnsi="Nirmala UI" w:eastAsia="Nirmala UI" w:cs="Nirmala UI"/>
        </w:rPr>
        <w:t>ꯑꯍꯣꯟꯕ</w:t>
      </w:r>
      <w:r>
        <w:rPr>
          <w:rFonts w:ascii="Times New Roman" w:hAnsi="Times New Roman" w:eastAsia="Times New Roman" w:cs="Times New Roman"/>
        </w:rPr>
        <w:t xml:space="preserve"> </w:t>
      </w:r>
      <w:r>
        <w:rPr>
          <w:rFonts w:ascii="Nirmala UI" w:hAnsi="Nirmala UI" w:eastAsia="Nirmala UI" w:cs="Nirmala UI"/>
        </w:rPr>
        <w:t>ꯑꯃꯅꯤ</w:t>
      </w:r>
      <w:r>
        <w:rPr>
          <w:rFonts w:ascii="Times New Roman" w:hAnsi="Times New Roman" w:eastAsia="Times New Roman" w:cs="Times New Roman"/>
        </w:rPr>
        <w:t xml:space="preserve"> </w:t>
      </w:r>
      <w:r>
        <w:rPr>
          <w:rFonts w:ascii="Nirmala UI" w:hAnsi="Nirmala UI" w:eastAsia="Nirmala UI" w:cs="Nirmala UI"/>
        </w:rPr>
        <w:t>ꯍꯥꯏꯅ</w:t>
      </w:r>
      <w:r>
        <w:rPr>
          <w:rFonts w:ascii="Times New Roman" w:hAnsi="Times New Roman" w:eastAsia="Times New Roman" w:cs="Times New Roman"/>
        </w:rPr>
        <w:t xml:space="preserve"> </w:t>
      </w:r>
      <w:r>
        <w:rPr>
          <w:rFonts w:ascii="Nirmala UI" w:hAnsi="Nirmala UI" w:eastAsia="Nirmala UI" w:cs="Nirmala UI"/>
        </w:rPr>
        <w:t>ꯊꯥꯖꯩ꯫</w:t>
      </w:r>
      <w:r>
        <w:rPr>
          <w:rFonts w:ascii="Times New Roman" w:hAnsi="Times New Roman" w:eastAsia="Times New Roman" w:cs="Times New Roman"/>
        </w:rPr>
        <w:t xml:space="preserve"> </w:t>
      </w:r>
      <w:r>
        <w:rPr>
          <w:rFonts w:ascii="Nirmala UI" w:hAnsi="Nirmala UI" w:eastAsia="Nirmala UI" w:cs="Nirmala UI"/>
        </w:rPr>
        <w:t>ꯃꯐꯝ</w:t>
      </w:r>
      <w:r>
        <w:rPr>
          <w:rFonts w:ascii="Times New Roman" w:hAnsi="Times New Roman" w:eastAsia="Times New Roman" w:cs="Times New Roman"/>
        </w:rPr>
        <w:t xml:space="preserve"> </w:t>
      </w:r>
      <w:r>
        <w:rPr>
          <w:rFonts w:ascii="Nirmala UI" w:hAnsi="Nirmala UI" w:eastAsia="Nirmala UI" w:cs="Nirmala UI"/>
        </w:rPr>
        <w:t>ꯑꯁꯤꯗ</w:t>
      </w:r>
      <w:r>
        <w:rPr>
          <w:rFonts w:ascii="Times New Roman" w:hAnsi="Times New Roman" w:eastAsia="Times New Roman" w:cs="Times New Roman"/>
        </w:rPr>
        <w:t xml:space="preserve"> </w:t>
      </w:r>
      <w:r>
        <w:rPr>
          <w:rFonts w:ascii="Nirmala UI" w:hAnsi="Nirmala UI" w:eastAsia="Nirmala UI" w:cs="Nirmala UI"/>
        </w:rPr>
        <w:t>ꯃꯈꯣꯏꯅ</w:t>
      </w:r>
      <w:r>
        <w:rPr>
          <w:rFonts w:ascii="Times New Roman" w:hAnsi="Times New Roman" w:eastAsia="Times New Roman" w:cs="Times New Roman"/>
        </w:rPr>
        <w:t xml:space="preserve"> </w:t>
      </w:r>
      <w:r>
        <w:rPr>
          <w:rFonts w:ascii="Nirmala UI" w:hAnsi="Nirmala UI" w:eastAsia="Nirmala UI" w:cs="Nirmala UI"/>
        </w:rPr>
        <w:t>ꯃꯣꯎ</w:t>
      </w:r>
      <w:r>
        <w:rPr>
          <w:rFonts w:ascii="Times New Roman" w:hAnsi="Times New Roman" w:eastAsia="Times New Roman" w:cs="Times New Roman"/>
        </w:rPr>
        <w:t xml:space="preserve"> </w:t>
      </w:r>
      <w:r>
        <w:rPr>
          <w:rFonts w:ascii="Nirmala UI" w:hAnsi="Nirmala UI" w:eastAsia="Nirmala UI" w:cs="Nirmala UI"/>
        </w:rPr>
        <w:t>ꯁꯥꯖꯩ꯫</w:t>
      </w:r>
      <w:r>
        <w:rPr>
          <w:rFonts w:ascii="Times New Roman" w:hAnsi="Times New Roman" w:eastAsia="Times New Roman" w:cs="Times New Roman"/>
        </w:rPr>
        <w:t xml:space="preserve"> </w:t>
      </w:r>
      <w:r>
        <w:rPr>
          <w:rFonts w:ascii="Nirmala UI" w:hAnsi="Nirmala UI" w:eastAsia="Nirmala UI" w:cs="Nirmala UI"/>
        </w:rPr>
        <w:t>ꯔꯣꯃꯟꯁꯤꯝ</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ꯃꯥꯌꯥꯕ</w:t>
      </w:r>
      <w:r>
        <w:rPr>
          <w:rFonts w:ascii="Times New Roman" w:hAnsi="Times New Roman" w:eastAsia="Times New Roman" w:cs="Times New Roman"/>
        </w:rPr>
        <w:t xml:space="preserve"> </w:t>
      </w:r>
      <w:r>
        <w:rPr>
          <w:rFonts w:ascii="Nirmala UI" w:hAnsi="Nirmala UI" w:eastAsia="Nirmala UI" w:cs="Nirmala UI"/>
        </w:rPr>
        <w:t>ꯎꯠꯅꯕꯗ</w:t>
      </w:r>
      <w:r>
        <w:rPr>
          <w:rFonts w:ascii="Times New Roman" w:hAnsi="Times New Roman" w:eastAsia="Times New Roman" w:cs="Times New Roman"/>
        </w:rPr>
        <w:t xml:space="preserve"> </w:t>
      </w:r>
      <w:r>
        <w:rPr>
          <w:rFonts w:ascii="Nirmala UI" w:hAnsi="Nirmala UI" w:eastAsia="Nirmala UI" w:cs="Nirmala UI"/>
        </w:rPr>
        <w:t>ꯌꯨꯝꯐꯝ</w:t>
      </w:r>
      <w:r>
        <w:rPr>
          <w:rFonts w:ascii="Times New Roman" w:hAnsi="Times New Roman" w:eastAsia="Times New Roman" w:cs="Times New Roman"/>
        </w:rPr>
        <w:t xml:space="preserve"> </w:t>
      </w:r>
      <w:r>
        <w:rPr>
          <w:rFonts w:ascii="Nirmala UI" w:hAnsi="Nirmala UI" w:eastAsia="Nirmala UI" w:cs="Nirmala UI"/>
        </w:rPr>
        <w:t>ꯑꯣꯏꯔꯕ</w:t>
      </w:r>
      <w:r>
        <w:rPr>
          <w:rFonts w:ascii="Times New Roman" w:hAnsi="Times New Roman" w:eastAsia="Times New Roman" w:cs="Times New Roman"/>
        </w:rPr>
        <w:t xml:space="preserve"> </w:t>
      </w:r>
      <w:r>
        <w:rPr>
          <w:rFonts w:ascii="Nirmala UI" w:hAnsi="Nirmala UI" w:eastAsia="Nirmala UI" w:cs="Nirmala UI"/>
        </w:rPr>
        <w:t>ꯑꯣꯏꯅꯁꯨ</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ꯑꯃꯍꯟ</w:t>
      </w:r>
      <w:r>
        <w:rPr>
          <w:rFonts w:ascii="Times New Roman" w:hAnsi="Times New Roman" w:eastAsia="Times New Roman" w:cs="Times New Roman"/>
        </w:rPr>
        <w:t xml:space="preserve"> </w:t>
      </w:r>
      <w:r>
        <w:rPr>
          <w:rFonts w:ascii="Nirmala UI" w:hAnsi="Nirmala UI" w:eastAsia="Nirmala UI" w:cs="Nirmala UI"/>
        </w:rPr>
        <w:t>ꯑꯔꯦꯝꯕ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ꯍꯦꯟꯗꯣꯛ</w:t>
      </w:r>
      <w:r>
        <w:rPr>
          <w:rFonts w:ascii="Times New Roman" w:hAnsi="Times New Roman" w:eastAsia="Times New Roman" w:cs="Times New Roman"/>
        </w:rPr>
        <w:t>-</w:t>
      </w:r>
      <w:r>
        <w:rPr>
          <w:rFonts w:ascii="Nirmala UI" w:hAnsi="Nirmala UI" w:eastAsia="Nirmala UI" w:cs="Nirmala UI"/>
        </w:rPr>
        <w:t>ꯍꯦꯟꯁꯤꯟꯕ</w:t>
      </w:r>
      <w:r>
        <w:rPr>
          <w:rFonts w:ascii="Times New Roman" w:hAnsi="Times New Roman" w:eastAsia="Times New Roman" w:cs="Times New Roman"/>
        </w:rPr>
        <w:t xml:space="preserve"> </w:t>
      </w:r>
      <w:r>
        <w:rPr>
          <w:rFonts w:ascii="Nirmala UI" w:hAnsi="Nirmala UI" w:eastAsia="Nirmala UI" w:cs="Nirmala UI"/>
        </w:rPr>
        <w:t>ꯈꯨꯗꯣꯡꯆꯥꯕ</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ꯅꯠꯇꯦ꯫</w:t>
      </w:r>
      <w:r>
        <w:rPr>
          <w:rFonts w:ascii="Times New Roman" w:hAnsi="Times New Roman" w:eastAsia="Times New Roman" w:cs="Times New Roman"/>
        </w:rPr>
        <w:t xml:space="preserve"> </w:t>
      </w:r>
      <w:r>
        <w:rPr>
          <w:rFonts w:ascii="Nirmala UI" w:hAnsi="Nirmala UI" w:eastAsia="Nirmala UI" w:cs="Nirmala UI"/>
        </w:rPr>
        <w:t>ꯔꯣꯃꯟ</w:t>
      </w:r>
      <w:r>
        <w:rPr>
          <w:rFonts w:ascii="Times New Roman" w:hAnsi="Times New Roman" w:eastAsia="Times New Roman" w:cs="Times New Roman"/>
        </w:rPr>
        <w:t xml:space="preserve"> </w:t>
      </w:r>
      <w:r>
        <w:rPr>
          <w:rFonts w:ascii="Nirmala UI" w:hAnsi="Nirmala UI" w:eastAsia="Nirmala UI" w:cs="Nirmala UI"/>
        </w:rPr>
        <w:t>ꯆꯔꯆꯀꯤ</w:t>
      </w:r>
      <w:r>
        <w:rPr>
          <w:rFonts w:ascii="Times New Roman" w:hAnsi="Times New Roman" w:eastAsia="Times New Roman" w:cs="Times New Roman"/>
        </w:rPr>
        <w:t xml:space="preserve"> </w:t>
      </w:r>
      <w:r>
        <w:rPr>
          <w:rFonts w:ascii="Nirmala UI" w:hAnsi="Nirmala UI" w:eastAsia="Nirmala UI" w:cs="Nirmala UI"/>
        </w:rPr>
        <w:t>ꯂꯥꯏꯔꯦꯜ</w:t>
      </w:r>
      <w:r>
        <w:rPr>
          <w:rFonts w:ascii="Times New Roman" w:hAnsi="Times New Roman" w:eastAsia="Times New Roman" w:cs="Times New Roman"/>
        </w:rPr>
        <w:t xml:space="preserve"> </w:t>
      </w:r>
      <w:r>
        <w:rPr>
          <w:rFonts w:ascii="Nirmala UI" w:hAnsi="Nirmala UI" w:eastAsia="Nirmala UI" w:cs="Nirmala UI"/>
        </w:rPr>
        <w:t>ꯊꯥꯕꯒꯤ</w:t>
      </w:r>
      <w:r>
        <w:rPr>
          <w:rFonts w:ascii="Times New Roman" w:hAnsi="Times New Roman" w:eastAsia="Times New Roman" w:cs="Times New Roman"/>
        </w:rPr>
        <w:t xml:space="preserve"> </w:t>
      </w:r>
      <w:r>
        <w:rPr>
          <w:rFonts w:ascii="Nirmala UI" w:hAnsi="Nirmala UI" w:eastAsia="Nirmala UI" w:cs="Nirmala UI"/>
        </w:rPr>
        <w:t>ꯁꯔꯨꯛ</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ꯌꯥꯝꯅ</w:t>
      </w:r>
      <w:r>
        <w:rPr>
          <w:rFonts w:ascii="Times New Roman" w:hAnsi="Times New Roman" w:eastAsia="Times New Roman" w:cs="Times New Roman"/>
        </w:rPr>
        <w:t xml:space="preserve"> </w:t>
      </w:r>
      <w:r>
        <w:rPr>
          <w:rFonts w:ascii="Nirmala UI" w:hAnsi="Nirmala UI" w:eastAsia="Nirmala UI" w:cs="Nirmala UI"/>
        </w:rPr>
        <w:t>ꯑꯉꯥꯡꯕ</w:t>
      </w:r>
      <w:r>
        <w:rPr>
          <w:rFonts w:ascii="Times New Roman" w:hAnsi="Times New Roman" w:eastAsia="Times New Roman" w:cs="Times New Roman"/>
        </w:rPr>
        <w:t xml:space="preserve"> </w:t>
      </w:r>
      <w:r>
        <w:rPr>
          <w:rFonts w:ascii="Nirmala UI" w:hAnsi="Nirmala UI" w:eastAsia="Nirmala UI" w:cs="Nirmala UI"/>
        </w:rPr>
        <w:t>ꯆꯥꯎꯔꯥꯁꯤꯡꯕ</w:t>
      </w:r>
      <w:r>
        <w:rPr>
          <w:rFonts w:ascii="Times New Roman" w:hAnsi="Times New Roman" w:eastAsia="Times New Roman" w:cs="Times New Roman"/>
        </w:rPr>
        <w:t xml:space="preserve"> </w:t>
      </w:r>
      <w:r>
        <w:rPr>
          <w:rFonts w:ascii="Nirmala UI" w:hAnsi="Nirmala UI" w:eastAsia="Nirmala UI" w:cs="Nirmala UI"/>
        </w:rPr>
        <w:t>ꯊꯥꯎꯔꯝ</w:t>
      </w:r>
      <w:r>
        <w:rPr>
          <w:rFonts w:ascii="Times New Roman" w:hAnsi="Times New Roman" w:eastAsia="Times New Roman" w:cs="Times New Roman"/>
        </w:rPr>
        <w:t xml:space="preserve"> </w:t>
      </w:r>
      <w:r>
        <w:rPr>
          <w:rFonts w:ascii="Nirmala UI" w:hAnsi="Nirmala UI" w:eastAsia="Nirmala UI" w:cs="Nirmala UI"/>
        </w:rPr>
        <w:t>ꯑꯃꯅꯤ꯫</w:t>
      </w:r>
      <w:r>
        <w:rPr>
          <w:rFonts w:ascii="Times New Roman" w:hAnsi="Times New Roman" w:eastAsia="Times New Roman" w:cs="Times New Roman"/>
        </w:rPr>
        <w:t xml:space="preserve"> </w:t>
      </w: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ꯃꯐꯩꯄꯥꯏ</w:t>
      </w:r>
      <w:r>
        <w:rPr>
          <w:rFonts w:ascii="Times New Roman" w:hAnsi="Times New Roman" w:eastAsia="Times New Roman" w:cs="Times New Roman"/>
        </w:rPr>
        <w:t xml:space="preserve"> </w:t>
      </w:r>
      <w:r>
        <w:rPr>
          <w:rFonts w:ascii="Nirmala UI" w:hAnsi="Nirmala UI" w:eastAsia="Nirmala UI" w:cs="Nirmala UI"/>
        </w:rPr>
        <w:t>ꯎꯟꯖꯥꯜ</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ꯑꯆꯨꯝ</w:t>
      </w:r>
      <w:r>
        <w:rPr>
          <w:rFonts w:ascii="Times New Roman" w:hAnsi="Times New Roman" w:eastAsia="Times New Roman" w:cs="Times New Roman"/>
        </w:rPr>
        <w:t>-</w:t>
      </w:r>
      <w:r>
        <w:rPr>
          <w:rFonts w:ascii="Nirmala UI" w:hAnsi="Nirmala UI" w:eastAsia="Nirmala UI" w:cs="Nirmala UI"/>
        </w:rPr>
        <w:t>ꯁꯣꯠꯄ</w:t>
      </w:r>
      <w:r>
        <w:rPr>
          <w:rFonts w:ascii="Times New Roman" w:hAnsi="Times New Roman" w:eastAsia="Times New Roman" w:cs="Times New Roman"/>
        </w:rPr>
        <w:t xml:space="preserve"> </w:t>
      </w:r>
      <w:r>
        <w:rPr>
          <w:rFonts w:ascii="Nirmala UI" w:hAnsi="Nirmala UI" w:eastAsia="Nirmala UI" w:cs="Nirmala UI"/>
        </w:rPr>
        <w:t>ꯊꯥꯎꯔꯝꯁꯤꯡꯅ</w:t>
      </w:r>
      <w:r>
        <w:rPr>
          <w:rFonts w:ascii="Times New Roman" w:hAnsi="Times New Roman" w:eastAsia="Times New Roman" w:cs="Times New Roman"/>
        </w:rPr>
        <w:t xml:space="preserve"> </w:t>
      </w:r>
      <w:r>
        <w:rPr>
          <w:rFonts w:ascii="Nirmala UI" w:hAnsi="Nirmala UI" w:eastAsia="Nirmala UI" w:cs="Nirmala UI"/>
        </w:rPr>
        <w:t>ꯃꯤꯌꯣꯏꯕꯒꯤ</w:t>
      </w:r>
      <w:r>
        <w:rPr>
          <w:rFonts w:ascii="Times New Roman" w:hAnsi="Times New Roman" w:eastAsia="Times New Roman" w:cs="Times New Roman"/>
        </w:rPr>
        <w:t xml:space="preserve"> </w:t>
      </w:r>
      <w:r>
        <w:rPr>
          <w:rFonts w:ascii="Nirmala UI" w:hAnsi="Nirmala UI" w:eastAsia="Nirmala UI" w:cs="Nirmala UI"/>
        </w:rPr>
        <w:t>ꯁꯦꯟꯁꯤꯁꯤꯡ</w:t>
      </w:r>
      <w:r>
        <w:rPr>
          <w:rFonts w:ascii="Times New Roman" w:hAnsi="Times New Roman" w:eastAsia="Times New Roman" w:cs="Times New Roman"/>
        </w:rPr>
        <w:t xml:space="preserve"> </w:t>
      </w:r>
      <w:r>
        <w:rPr>
          <w:rFonts w:ascii="Nirmala UI" w:hAnsi="Nirmala UI" w:eastAsia="Nirmala UI" w:cs="Nirmala UI"/>
        </w:rPr>
        <w:t>ꯃꯥꯌꯅ</w:t>
      </w:r>
      <w:r>
        <w:rPr>
          <w:rFonts w:ascii="Times New Roman" w:hAnsi="Times New Roman" w:eastAsia="Times New Roman" w:cs="Times New Roman"/>
        </w:rPr>
        <w:t xml:space="preserve"> </w:t>
      </w:r>
      <w:r>
        <w:rPr>
          <w:rFonts w:ascii="Nirmala UI" w:hAnsi="Nirmala UI" w:eastAsia="Nirmala UI" w:cs="Nirmala UI"/>
        </w:rPr>
        <w:t>ꯊꯥꯎꯔꯛꯏ</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ꯔꯤꯖꯟ</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ꯀꯟꯁꯦꯟꯁꯀꯤ</w:t>
      </w:r>
      <w:r>
        <w:rPr>
          <w:rFonts w:ascii="Times New Roman" w:hAnsi="Times New Roman" w:eastAsia="Times New Roman" w:cs="Times New Roman"/>
        </w:rPr>
        <w:t xml:space="preserve"> </w:t>
      </w:r>
      <w:r>
        <w:rPr>
          <w:rFonts w:ascii="Nirmala UI" w:hAnsi="Nirmala UI" w:eastAsia="Nirmala UI" w:cs="Nirmala UI"/>
        </w:rPr>
        <w:t>ꯈꯣꯡꯖꯦꯜ</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ꯇꯣꯡꯍꯜꯂꯤ꯫</w:t>
      </w:r>
      <w:r>
        <w:rPr>
          <w:rFonts w:ascii="Times New Roman" w:hAnsi="Times New Roman" w:eastAsia="Times New Roman" w:cs="Times New Roman"/>
        </w:rPr>
        <w:t xml:space="preserve"> </w:t>
      </w:r>
      <w:r>
        <w:rPr>
          <w:rFonts w:ascii="Nirmala UI" w:hAnsi="Nirmala UI" w:eastAsia="Nirmala UI" w:cs="Nirmala UI"/>
        </w:rPr>
        <w:t>ꯃꯤꯇꯀꯤ</w:t>
      </w:r>
      <w:r>
        <w:rPr>
          <w:rFonts w:ascii="Times New Roman" w:hAnsi="Times New Roman" w:eastAsia="Times New Roman" w:cs="Times New Roman"/>
        </w:rPr>
        <w:t xml:space="preserve"> </w:t>
      </w:r>
      <w:r>
        <w:rPr>
          <w:rFonts w:ascii="Nirmala UI" w:hAnsi="Nirmala UI" w:eastAsia="Nirmala UI" w:cs="Nirmala UI"/>
        </w:rPr>
        <w:t>ꯃꯃꯥꯡ</w:t>
      </w:r>
      <w:r>
        <w:rPr>
          <w:rFonts w:ascii="Times New Roman" w:hAnsi="Times New Roman" w:eastAsia="Times New Roman" w:cs="Times New Roman"/>
        </w:rPr>
        <w:t xml:space="preserve"> </w:t>
      </w:r>
      <w:r>
        <w:rPr>
          <w:rFonts w:ascii="Nirmala UI" w:hAnsi="Nirmala UI" w:eastAsia="Nirmala UI" w:cs="Nirmala UI"/>
        </w:rPr>
        <w:t>ꯆꯥꯔꯝꯂꯤ꯫</w:t>
      </w:r>
      <w:r>
        <w:rPr>
          <w:rFonts w:ascii="Times New Roman" w:hAnsi="Times New Roman" w:eastAsia="Times New Roman" w:cs="Times New Roman"/>
        </w:rPr>
        <w:t xml:space="preserve"> </w:t>
      </w:r>
      <w:r>
        <w:rPr>
          <w:rFonts w:ascii="Nirmala UI" w:hAnsi="Nirmala UI" w:eastAsia="Nirmala UI" w:cs="Nirmala UI"/>
        </w:rPr>
        <w:t>ꯑꯉꯥꯡꯕ</w:t>
      </w:r>
      <w:r>
        <w:rPr>
          <w:rFonts w:ascii="Times New Roman" w:hAnsi="Times New Roman" w:eastAsia="Times New Roman" w:cs="Times New Roman"/>
        </w:rPr>
        <w:t xml:space="preserve"> </w:t>
      </w:r>
      <w:r>
        <w:rPr>
          <w:rFonts w:ascii="Nirmala UI" w:hAnsi="Nirmala UI" w:eastAsia="Nirmala UI" w:cs="Nirmala UI"/>
        </w:rPr>
        <w:t>ꯀꯩꯊꯦꯜꯁꯤꯡ</w:t>
      </w:r>
      <w:r>
        <w:rPr>
          <w:rFonts w:ascii="Times New Roman" w:hAnsi="Times New Roman" w:eastAsia="Times New Roman" w:cs="Times New Roman"/>
        </w:rPr>
        <w:t xml:space="preserve">, </w:t>
      </w:r>
      <w:r>
        <w:rPr>
          <w:rFonts w:ascii="Nirmala UI" w:hAnsi="Nirmala UI" w:eastAsia="Nirmala UI" w:cs="Nirmala UI"/>
        </w:rPr>
        <w:t>ꯑꯃꯨꯛ</w:t>
      </w:r>
      <w:r>
        <w:rPr>
          <w:rFonts w:ascii="Times New Roman" w:hAnsi="Times New Roman" w:eastAsia="Times New Roman" w:cs="Times New Roman"/>
        </w:rPr>
        <w:t xml:space="preserve"> </w:t>
      </w:r>
      <w:r>
        <w:rPr>
          <w:rFonts w:ascii="Nirmala UI" w:hAnsi="Nirmala UI" w:eastAsia="Nirmala UI" w:cs="Nirmala UI"/>
        </w:rPr>
        <w:t>ꯑꯉꯥꯡꯕ</w:t>
      </w:r>
      <w:r>
        <w:rPr>
          <w:rFonts w:ascii="Times New Roman" w:hAnsi="Times New Roman" w:eastAsia="Times New Roman" w:cs="Times New Roman"/>
        </w:rPr>
        <w:t xml:space="preserve"> </w:t>
      </w:r>
      <w:r>
        <w:rPr>
          <w:rFonts w:ascii="Nirmala UI" w:hAnsi="Nirmala UI" w:eastAsia="Nirmala UI" w:cs="Nirmala UI"/>
        </w:rPr>
        <w:t>ꯄ꯭ꯔꯣꯁꯦꯁꯟꯁꯤꯡ</w:t>
      </w:r>
      <w:r>
        <w:rPr>
          <w:rFonts w:ascii="Times New Roman" w:hAnsi="Times New Roman" w:eastAsia="Times New Roman" w:cs="Times New Roman"/>
        </w:rPr>
        <w:t xml:space="preserve">, </w:t>
      </w:r>
      <w:r>
        <w:rPr>
          <w:rFonts w:ascii="Nirmala UI" w:hAnsi="Nirmala UI" w:eastAsia="Nirmala UI" w:cs="Nirmala UI"/>
        </w:rPr>
        <w:t>ꯁꯥꯅꯥ</w:t>
      </w:r>
      <w:r>
        <w:rPr>
          <w:rFonts w:ascii="Times New Roman" w:hAnsi="Times New Roman" w:eastAsia="Times New Roman" w:cs="Times New Roman"/>
        </w:rPr>
        <w:t xml:space="preserve"> </w:t>
      </w:r>
      <w:r>
        <w:rPr>
          <w:rFonts w:ascii="Nirmala UI" w:hAnsi="Nirmala UI" w:eastAsia="Nirmala UI" w:cs="Nirmala UI"/>
        </w:rPr>
        <w:t>ꯑꯜꯇꯔꯁꯤꯡ</w:t>
      </w:r>
      <w:r>
        <w:rPr>
          <w:rFonts w:ascii="Times New Roman" w:hAnsi="Times New Roman" w:eastAsia="Times New Roman" w:cs="Times New Roman"/>
        </w:rPr>
        <w:t xml:space="preserve">, </w:t>
      </w:r>
      <w:r>
        <w:rPr>
          <w:rFonts w:ascii="Nirmala UI" w:hAnsi="Nirmala UI" w:eastAsia="Nirmala UI" w:cs="Nirmala UI"/>
        </w:rPr>
        <w:t>ꯃꯅꯤ</w:t>
      </w:r>
      <w:r>
        <w:rPr>
          <w:rFonts w:ascii="Times New Roman" w:hAnsi="Times New Roman" w:eastAsia="Times New Roman" w:cs="Times New Roman"/>
        </w:rPr>
        <w:t>-</w:t>
      </w:r>
      <w:r>
        <w:rPr>
          <w:rFonts w:ascii="Nirmala UI" w:hAnsi="Nirmala UI" w:eastAsia="Nirmala UI" w:cs="Nirmala UI"/>
        </w:rPr>
        <w:t>ꯃꯥꯅꯥꯎ</w:t>
      </w:r>
      <w:r>
        <w:rPr>
          <w:rFonts w:ascii="Times New Roman" w:hAnsi="Times New Roman" w:eastAsia="Times New Roman" w:cs="Times New Roman"/>
        </w:rPr>
        <w:t xml:space="preserve"> </w:t>
      </w:r>
      <w:r>
        <w:rPr>
          <w:rFonts w:ascii="Nirmala UI" w:hAnsi="Nirmala UI" w:eastAsia="Nirmala UI" w:cs="Nirmala UI"/>
        </w:rPr>
        <w:t>ꯊꯦꯝꯕ</w:t>
      </w:r>
      <w:r>
        <w:rPr>
          <w:rFonts w:ascii="Times New Roman" w:hAnsi="Times New Roman" w:eastAsia="Times New Roman" w:cs="Times New Roman"/>
        </w:rPr>
        <w:t xml:space="preserve"> </w:t>
      </w:r>
      <w:r>
        <w:rPr>
          <w:rFonts w:ascii="Nirmala UI" w:hAnsi="Nirmala UI" w:eastAsia="Nirmala UI" w:cs="Nirmala UI"/>
        </w:rPr>
        <w:t>ꯁ꯭ꯔꯥꯏꯟꯁꯤꯡ</w:t>
      </w:r>
      <w:r>
        <w:rPr>
          <w:rFonts w:ascii="Times New Roman" w:hAnsi="Times New Roman" w:eastAsia="Times New Roman" w:cs="Times New Roman"/>
        </w:rPr>
        <w:t xml:space="preserve">, </w:t>
      </w:r>
      <w:r>
        <w:rPr>
          <w:rFonts w:ascii="Nirmala UI" w:hAnsi="Nirmala UI" w:eastAsia="Nirmala UI" w:cs="Nirmala UI"/>
        </w:rPr>
        <w:t>ꯈ꯭ꯋꯥꯏꯗꯒꯤ</w:t>
      </w:r>
      <w:r>
        <w:rPr>
          <w:rFonts w:ascii="Times New Roman" w:hAnsi="Times New Roman" w:eastAsia="Times New Roman" w:cs="Times New Roman"/>
        </w:rPr>
        <w:t xml:space="preserve"> </w:t>
      </w:r>
      <w:r>
        <w:rPr>
          <w:rFonts w:ascii="Nirmala UI" w:hAnsi="Nirmala UI" w:eastAsia="Nirmala UI" w:cs="Nirmala UI"/>
        </w:rPr>
        <w:t>ꯐꯖꯕ</w:t>
      </w:r>
      <w:r>
        <w:rPr>
          <w:rFonts w:ascii="Times New Roman" w:hAnsi="Times New Roman" w:eastAsia="Times New Roman" w:cs="Times New Roman"/>
        </w:rPr>
        <w:t xml:space="preserve"> </w:t>
      </w:r>
      <w:r>
        <w:rPr>
          <w:rFonts w:ascii="Nirmala UI" w:hAnsi="Nirmala UI" w:eastAsia="Nirmala UI" w:cs="Nirmala UI"/>
        </w:rPr>
        <w:t>ꯄꯦꯟꯇꯤꯡꯁꯤꯡ</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ꯑꯇꯤꯌꯥ</w:t>
      </w:r>
      <w:r>
        <w:rPr>
          <w:rFonts w:ascii="Times New Roman" w:hAnsi="Times New Roman" w:eastAsia="Times New Roman" w:cs="Times New Roman"/>
        </w:rPr>
        <w:t xml:space="preserve"> </w:t>
      </w:r>
      <w:r>
        <w:rPr>
          <w:rFonts w:ascii="Nirmala UI" w:hAnsi="Nirmala UI" w:eastAsia="Nirmala UI" w:cs="Nirmala UI"/>
        </w:rPr>
        <w:t>ꯄꯨꯟꯁꯤꯠꯄ</w:t>
      </w:r>
      <w:r>
        <w:rPr>
          <w:rFonts w:ascii="Times New Roman" w:hAnsi="Times New Roman" w:eastAsia="Times New Roman" w:cs="Times New Roman"/>
        </w:rPr>
        <w:t xml:space="preserve"> </w:t>
      </w:r>
      <w:r>
        <w:rPr>
          <w:rFonts w:ascii="Nirmala UI" w:hAnsi="Nirmala UI" w:eastAsia="Nirmala UI" w:cs="Nirmala UI"/>
        </w:rPr>
        <w:t>ꯁ꯭ꯀꯜꯄꯆꯔꯁꯤꯡꯅ</w:t>
      </w:r>
      <w:r>
        <w:rPr>
          <w:rFonts w:ascii="Times New Roman" w:hAnsi="Times New Roman" w:eastAsia="Times New Roman" w:cs="Times New Roman"/>
        </w:rPr>
        <w:t xml:space="preserve"> </w:t>
      </w:r>
      <w:r>
        <w:rPr>
          <w:rFonts w:ascii="Nirmala UI" w:hAnsi="Nirmala UI" w:eastAsia="Nirmala UI" w:cs="Nirmala UI"/>
        </w:rPr>
        <w:t>ꯐꯖꯕꯒꯤ</w:t>
      </w:r>
      <w:r>
        <w:rPr>
          <w:rFonts w:ascii="Times New Roman" w:hAnsi="Times New Roman" w:eastAsia="Times New Roman" w:cs="Times New Roman"/>
        </w:rPr>
        <w:t xml:space="preserve"> </w:t>
      </w:r>
      <w:r>
        <w:rPr>
          <w:rFonts w:ascii="Nirmala UI" w:hAnsi="Nirmala UI" w:eastAsia="Nirmala UI" w:cs="Nirmala UI"/>
        </w:rPr>
        <w:t>ꯅꯨꯡꯉꯥꯏꯕꯗ</w:t>
      </w:r>
      <w:r>
        <w:rPr>
          <w:rFonts w:ascii="Times New Roman" w:hAnsi="Times New Roman" w:eastAsia="Times New Roman" w:cs="Times New Roman"/>
        </w:rPr>
        <w:t xml:space="preserve"> </w:t>
      </w:r>
      <w:r>
        <w:rPr>
          <w:rFonts w:ascii="Nirmala UI" w:hAnsi="Nirmala UI" w:eastAsia="Nirmala UI" w:cs="Nirmala UI"/>
        </w:rPr>
        <w:t>ꯍꯥꯏꯒꯠꯂꯤ꯫</w:t>
      </w:r>
      <w:r>
        <w:rPr>
          <w:rFonts w:ascii="Times New Roman" w:hAnsi="Times New Roman" w:eastAsia="Times New Roman" w:cs="Times New Roman"/>
        </w:rPr>
        <w:t xml:space="preserve"> </w:t>
      </w:r>
      <w:r>
        <w:rPr>
          <w:rFonts w:ascii="Nirmala UI" w:hAnsi="Nirmala UI" w:eastAsia="Nirmala UI" w:cs="Nirmala UI"/>
        </w:rPr>
        <w:t>ꯅꯥꯕꯁꯨ</w:t>
      </w:r>
      <w:r>
        <w:rPr>
          <w:rFonts w:ascii="Times New Roman" w:hAnsi="Times New Roman" w:eastAsia="Times New Roman" w:cs="Times New Roman"/>
        </w:rPr>
        <w:t xml:space="preserve"> </w:t>
      </w:r>
      <w:r>
        <w:rPr>
          <w:rFonts w:ascii="Nirmala UI" w:hAnsi="Nirmala UI" w:eastAsia="Nirmala UI" w:cs="Nirmala UI"/>
        </w:rPr>
        <w:t>ꯐꯥꯎꯒꯠꯂꯤ꯫</w:t>
      </w:r>
      <w:r>
        <w:rPr>
          <w:rFonts w:ascii="Times New Roman" w:hAnsi="Times New Roman" w:eastAsia="Times New Roman" w:cs="Times New Roman"/>
        </w:rPr>
        <w:t xml:space="preserve"> </w:t>
      </w:r>
      <w:r>
        <w:rPr>
          <w:rFonts w:ascii="Nirmala UI" w:hAnsi="Nirmala UI" w:eastAsia="Nirmala UI" w:cs="Nirmala UI"/>
        </w:rPr>
        <w:t>ꯃꯨꯁꯤꯛ</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ꯈꯔꯥ</w:t>
      </w:r>
      <w:r>
        <w:rPr>
          <w:rFonts w:ascii="Times New Roman" w:hAnsi="Times New Roman" w:eastAsia="Times New Roman" w:cs="Times New Roman"/>
        </w:rPr>
        <w:t xml:space="preserve"> </w:t>
      </w:r>
      <w:r>
        <w:rPr>
          <w:rFonts w:ascii="Nirmala UI" w:hAnsi="Nirmala UI" w:eastAsia="Nirmala UI" w:cs="Nirmala UI"/>
        </w:rPr>
        <w:t>ꯊꯥꯡꯕ</w:t>
      </w:r>
      <w:r>
        <w:rPr>
          <w:rFonts w:ascii="Times New Roman" w:hAnsi="Times New Roman" w:eastAsia="Times New Roman" w:cs="Times New Roman"/>
        </w:rPr>
        <w:t xml:space="preserve"> </w:t>
      </w:r>
      <w:r>
        <w:rPr>
          <w:rFonts w:ascii="Nirmala UI" w:hAnsi="Nirmala UI" w:eastAsia="Nirmala UI" w:cs="Nirmala UI"/>
        </w:rPr>
        <w:t>ꯌꯥꯗꯦ꯫</w:t>
      </w:r>
      <w:r>
        <w:rPr>
          <w:rFonts w:ascii="Times New Roman" w:hAnsi="Times New Roman" w:eastAsia="Times New Roman" w:cs="Times New Roman"/>
        </w:rPr>
        <w:t xml:space="preserve"> </w:t>
      </w:r>
      <w:r>
        <w:rPr>
          <w:rFonts w:ascii="Nirmala UI" w:hAnsi="Nirmala UI" w:eastAsia="Nirmala UI" w:cs="Nirmala UI"/>
        </w:rPr>
        <w:t>ꯑꯔꯦꯝꯕ</w:t>
      </w:r>
      <w:r>
        <w:rPr>
          <w:rFonts w:ascii="Times New Roman" w:hAnsi="Times New Roman" w:eastAsia="Times New Roman" w:cs="Times New Roman"/>
        </w:rPr>
        <w:t xml:space="preserve"> </w:t>
      </w:r>
      <w:r>
        <w:rPr>
          <w:rFonts w:ascii="Nirmala UI" w:hAnsi="Nirmala UI" w:eastAsia="Nirmala UI" w:cs="Nirmala UI"/>
        </w:rPr>
        <w:t>ꯈꯣꯖꯤꯛ</w:t>
      </w:r>
      <w:r>
        <w:rPr>
          <w:rFonts w:ascii="Times New Roman" w:hAnsi="Times New Roman" w:eastAsia="Times New Roman" w:cs="Times New Roman"/>
        </w:rPr>
        <w:t xml:space="preserve"> </w:t>
      </w:r>
      <w:r>
        <w:rPr>
          <w:rFonts w:ascii="Nirmala UI" w:hAnsi="Nirmala UI" w:eastAsia="Nirmala UI" w:cs="Nirmala UI"/>
        </w:rPr>
        <w:t>ꯊꯥꯎꯔꯝ</w:t>
      </w:r>
      <w:r>
        <w:rPr>
          <w:rFonts w:ascii="Times New Roman" w:hAnsi="Times New Roman" w:eastAsia="Times New Roman" w:cs="Times New Roman"/>
        </w:rPr>
        <w:t xml:space="preserve"> </w:t>
      </w:r>
      <w:r>
        <w:rPr>
          <w:rFonts w:ascii="Nirmala UI" w:hAnsi="Nirmala UI" w:eastAsia="Nirmala UI" w:cs="Nirmala UI"/>
        </w:rPr>
        <w:t>ꯄꯨꯔꯛꯄ</w:t>
      </w:r>
      <w:r>
        <w:rPr>
          <w:rFonts w:ascii="Times New Roman" w:hAnsi="Times New Roman" w:eastAsia="Times New Roman" w:cs="Times New Roman"/>
        </w:rPr>
        <w:t xml:space="preserve"> </w:t>
      </w:r>
      <w:r>
        <w:rPr>
          <w:rFonts w:ascii="Nirmala UI" w:hAnsi="Nirmala UI" w:eastAsia="Nirmala UI" w:cs="Nirmala UI"/>
        </w:rPr>
        <w:t>ꯑꯣꯔꯒꯟꯒꯤ</w:t>
      </w:r>
      <w:r>
        <w:rPr>
          <w:rFonts w:ascii="Times New Roman" w:hAnsi="Times New Roman" w:eastAsia="Times New Roman" w:cs="Times New Roman"/>
        </w:rPr>
        <w:t xml:space="preserve"> </w:t>
      </w:r>
      <w:r>
        <w:rPr>
          <w:rFonts w:ascii="Nirmala UI" w:hAnsi="Nirmala UI" w:eastAsia="Nirmala UI" w:cs="Nirmala UI"/>
        </w:rPr>
        <w:t>ꯑꯆꯧꯕ</w:t>
      </w:r>
      <w:r>
        <w:rPr>
          <w:rFonts w:ascii="Times New Roman" w:hAnsi="Times New Roman" w:eastAsia="Times New Roman" w:cs="Times New Roman"/>
        </w:rPr>
        <w:t xml:space="preserve"> </w:t>
      </w:r>
      <w:r>
        <w:rPr>
          <w:rFonts w:ascii="Nirmala UI" w:hAnsi="Nirmala UI" w:eastAsia="Nirmala UI" w:cs="Nirmala UI"/>
        </w:rPr>
        <w:t>ꯅꯣꯠꯁꯤꯡ</w:t>
      </w:r>
      <w:r>
        <w:rPr>
          <w:rFonts w:ascii="Times New Roman" w:hAnsi="Times New Roman" w:eastAsia="Times New Roman" w:cs="Times New Roman"/>
        </w:rPr>
        <w:t xml:space="preserve">, </w:t>
      </w:r>
      <w:r>
        <w:rPr>
          <w:rFonts w:ascii="Nirmala UI" w:hAnsi="Nirmala UI" w:eastAsia="Nirmala UI" w:cs="Nirmala UI"/>
        </w:rPr>
        <w:t>ꯃꯤꯌꯥꯝꯒꯤ</w:t>
      </w:r>
      <w:r>
        <w:rPr>
          <w:rFonts w:ascii="Times New Roman" w:hAnsi="Times New Roman" w:eastAsia="Times New Roman" w:cs="Times New Roman"/>
        </w:rPr>
        <w:t xml:space="preserve"> </w:t>
      </w:r>
      <w:r>
        <w:rPr>
          <w:rFonts w:ascii="Nirmala UI" w:hAnsi="Nirmala UI" w:eastAsia="Nirmala UI" w:cs="Nirmala UI"/>
        </w:rPr>
        <w:t>ꯈꯣꯟꯖꯦꯜ</w:t>
      </w:r>
      <w:r>
        <w:rPr>
          <w:rFonts w:ascii="Times New Roman" w:hAnsi="Times New Roman" w:eastAsia="Times New Roman" w:cs="Times New Roman"/>
        </w:rPr>
        <w:t xml:space="preserve"> </w:t>
      </w:r>
      <w:r>
        <w:rPr>
          <w:rFonts w:ascii="Nirmala UI" w:hAnsi="Nirmala UI" w:eastAsia="Nirmala UI" w:cs="Nirmala UI"/>
        </w:rPr>
        <w:t>ꯑꯃꯒꯤ</w:t>
      </w:r>
      <w:r>
        <w:rPr>
          <w:rFonts w:ascii="Times New Roman" w:hAnsi="Times New Roman" w:eastAsia="Times New Roman" w:cs="Times New Roman"/>
        </w:rPr>
        <w:t xml:space="preserve"> </w:t>
      </w:r>
      <w:r>
        <w:rPr>
          <w:rFonts w:ascii="Nirmala UI" w:hAnsi="Nirmala UI" w:eastAsia="Nirmala UI" w:cs="Nirmala UI"/>
        </w:rPr>
        <w:t>ꯁꯨꯔꯁꯤꯡ</w:t>
      </w:r>
      <w:r>
        <w:rPr>
          <w:rFonts w:ascii="Times New Roman" w:hAnsi="Times New Roman" w:eastAsia="Times New Roman" w:cs="Times New Roman"/>
        </w:rPr>
        <w:t xml:space="preserve"> </w:t>
      </w:r>
      <w:r>
        <w:rPr>
          <w:rFonts w:ascii="Nirmala UI" w:hAnsi="Nirmala UI" w:eastAsia="Nirmala UI" w:cs="Nirmala UI"/>
        </w:rPr>
        <w:t>ꯆꯥꯡꯂꯕꯁꯨ</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ꯑꯉꯥꯡꯕ</w:t>
      </w:r>
      <w:r>
        <w:rPr>
          <w:rFonts w:ascii="Times New Roman" w:hAnsi="Times New Roman" w:eastAsia="Times New Roman" w:cs="Times New Roman"/>
        </w:rPr>
        <w:t xml:space="preserve"> </w:t>
      </w:r>
      <w:r>
        <w:rPr>
          <w:rFonts w:ascii="Nirmala UI" w:hAnsi="Nirmala UI" w:eastAsia="Nirmala UI" w:cs="Nirmala UI"/>
        </w:rPr>
        <w:t>ꯀꯦꯊꯦꯗ꯭ꯔꯦꯜꯁꯤꯡꯒꯤ</w:t>
      </w:r>
      <w:r>
        <w:rPr>
          <w:rFonts w:ascii="Times New Roman" w:hAnsi="Times New Roman" w:eastAsia="Times New Roman" w:cs="Times New Roman"/>
        </w:rPr>
        <w:t xml:space="preserve"> </w:t>
      </w:r>
      <w:r>
        <w:rPr>
          <w:rFonts w:ascii="Nirmala UI" w:hAnsi="Nirmala UI" w:eastAsia="Nirmala UI" w:cs="Nirmala UI"/>
        </w:rPr>
        <w:t>ꯑꯋꯥꯡꯕ</w:t>
      </w:r>
      <w:r>
        <w:rPr>
          <w:rFonts w:ascii="Times New Roman" w:hAnsi="Times New Roman" w:eastAsia="Times New Roman" w:cs="Times New Roman"/>
        </w:rPr>
        <w:t xml:space="preserve"> </w:t>
      </w:r>
      <w:r>
        <w:rPr>
          <w:rFonts w:ascii="Nirmala UI" w:hAnsi="Nirmala UI" w:eastAsia="Nirmala UI" w:cs="Nirmala UI"/>
        </w:rPr>
        <w:t>ꯗꯣꯝꯁꯤꯡ</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ꯄꯤꯜꯂꯔ</w:t>
      </w:r>
      <w:r>
        <w:rPr>
          <w:rFonts w:ascii="Times New Roman" w:hAnsi="Times New Roman" w:eastAsia="Times New Roman" w:cs="Times New Roman"/>
        </w:rPr>
        <w:t xml:space="preserve"> </w:t>
      </w:r>
      <w:r>
        <w:rPr>
          <w:rFonts w:ascii="Nirmala UI" w:hAnsi="Nirmala UI" w:eastAsia="Nirmala UI" w:cs="Nirmala UI"/>
        </w:rPr>
        <w:t>ꯂꯩꯕ</w:t>
      </w:r>
      <w:r>
        <w:rPr>
          <w:rFonts w:ascii="Times New Roman" w:hAnsi="Times New Roman" w:eastAsia="Times New Roman" w:cs="Times New Roman"/>
        </w:rPr>
        <w:t xml:space="preserve"> </w:t>
      </w:r>
      <w:r>
        <w:rPr>
          <w:rFonts w:ascii="Nirmala UI" w:hAnsi="Nirmala UI" w:eastAsia="Nirmala UI" w:cs="Nirmala UI"/>
        </w:rPr>
        <w:t>ꯑꯩꯂꯁꯤꯡ</w:t>
      </w:r>
      <w:r>
        <w:rPr>
          <w:rFonts w:ascii="Times New Roman" w:hAnsi="Times New Roman" w:eastAsia="Times New Roman" w:cs="Times New Roman"/>
        </w:rPr>
        <w:t xml:space="preserve"> </w:t>
      </w:r>
      <w:r>
        <w:rPr>
          <w:rFonts w:ascii="Nirmala UI" w:hAnsi="Nirmala UI" w:eastAsia="Nirmala UI" w:cs="Nirmala UI"/>
        </w:rPr>
        <w:t>ꯃꯐꯝꯗ</w:t>
      </w:r>
      <w:r>
        <w:rPr>
          <w:rFonts w:ascii="Times New Roman" w:hAnsi="Times New Roman" w:eastAsia="Times New Roman" w:cs="Times New Roman"/>
        </w:rPr>
        <w:t xml:space="preserve"> </w:t>
      </w:r>
      <w:r>
        <w:rPr>
          <w:rFonts w:ascii="Nirmala UI" w:hAnsi="Nirmala UI" w:eastAsia="Nirmala UI" w:cs="Nirmala UI"/>
        </w:rPr>
        <w:t>ꯊꯧꯔꯛꯄ</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ꯑꯀꯥꯕ</w:t>
      </w:r>
      <w:r>
        <w:rPr>
          <w:rFonts w:ascii="Times New Roman" w:hAnsi="Times New Roman" w:eastAsia="Times New Roman" w:cs="Times New Roman"/>
        </w:rPr>
        <w:t>-</w:t>
      </w:r>
      <w:r>
        <w:rPr>
          <w:rFonts w:ascii="Nirmala UI" w:hAnsi="Nirmala UI" w:eastAsia="Nirmala UI" w:cs="Nirmala UI"/>
        </w:rPr>
        <w:t>ꯃꯥꯔꯛ</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ꯏꯀꯥꯏ</w:t>
      </w:r>
      <w:r>
        <w:rPr>
          <w:rFonts w:ascii="Times New Roman" w:hAnsi="Times New Roman" w:eastAsia="Times New Roman" w:cs="Times New Roman"/>
        </w:rPr>
        <w:t>-</w:t>
      </w:r>
      <w:r>
        <w:rPr>
          <w:rFonts w:ascii="Nirmala UI" w:hAnsi="Nirmala UI" w:eastAsia="Nirmala UI" w:cs="Nirmala UI"/>
        </w:rPr>
        <w:t>ꯈꯨꯝꯅꯕꯒꯤ</w:t>
      </w:r>
      <w:r>
        <w:rPr>
          <w:rFonts w:ascii="Times New Roman" w:hAnsi="Times New Roman" w:eastAsia="Times New Roman" w:cs="Times New Roman"/>
        </w:rPr>
        <w:t xml:space="preserve"> </w:t>
      </w:r>
      <w:r>
        <w:rPr>
          <w:rFonts w:ascii="Nirmala UI" w:hAnsi="Nirmala UI" w:eastAsia="Nirmala UI" w:cs="Nirmala UI"/>
        </w:rPr>
        <w:t>ꯐꯤꯕꯝꯗ</w:t>
      </w:r>
      <w:r>
        <w:rPr>
          <w:rFonts w:ascii="Times New Roman" w:hAnsi="Times New Roman" w:eastAsia="Times New Roman" w:cs="Times New Roman"/>
        </w:rPr>
        <w:t xml:space="preserve"> </w:t>
      </w:r>
      <w:r>
        <w:rPr>
          <w:rFonts w:ascii="Nirmala UI" w:hAnsi="Nirmala UI" w:eastAsia="Nirmala UI" w:cs="Nirmala UI"/>
        </w:rPr>
        <w:t>ꯆꯥꯎꯔꯥꯡꯍꯜꯂꯒ</w:t>
      </w:r>
      <w:r>
        <w:rPr>
          <w:rFonts w:ascii="Times New Roman" w:hAnsi="Times New Roman" w:eastAsia="Times New Roman" w:cs="Times New Roman"/>
        </w:rPr>
        <w:t xml:space="preserve"> </w:t>
      </w:r>
      <w:r>
        <w:rPr>
          <w:rFonts w:ascii="Nirmala UI" w:hAnsi="Nirmala UI" w:eastAsia="Nirmala UI" w:cs="Nirmala UI"/>
        </w:rPr>
        <w:t>ꯌꯥꯗ꯭ꯔꯤ꯫</w:t>
      </w:r>
    </w:p>
    <w:p>
      <w:pPr>
        <w:pStyle w:val="ArticleScripture"/>
        <w:jc w:val="left"/>
      </w:pPr>
      <w:r>
        <w:rPr>
          <w:rFonts w:ascii="Times New Roman" w:hAnsi="Times New Roman" w:eastAsia="Times New Roman" w:cs="Times New Roman"/>
        </w:rPr>
        <w:t>“Indahnya lahiriah, kemegahan, dan upacara ini, yang hanya memperolok-olok kerinduan jiwa yang sakit oleh dosa, merupakan bukti kebobrokan batiniah. Agama Kristus tidak memerlukan daya tarik semacam itu untuk merekomendasikan dirinya. Dalam terang yang bersinar dari salib, Kekristenan yang sejati tampak begitu murni dan elok sehingga tidak ada perhiasan lahiriah yang dapat menambah nilainya yang sejati. Itulah keindahan kekudusan, roh yang lemah lembut dan tenteram, yang berharga di hadapan Allah.”</w:t>
      </w:r>
    </w:p>
    <w:p>
      <w:pPr>
        <w:pStyle w:val="ArticleScripture"/>
        <w:jc w:val="left"/>
      </w:pPr>
      <w:r>
        <w:rPr>
          <w:rFonts w:ascii="Times New Roman" w:hAnsi="Times New Roman" w:eastAsia="Times New Roman" w:cs="Times New Roman"/>
        </w:rPr>
        <w:t>“Kemilauan gaya tidak semestinya menjadi petunjuk kepada pemikiran yang murni dan luhur. Tanggapan yang tinggi tentang seni, serta kehalusan cita rasa yang halus, sering terdapat dalam fikiran yang duniawi dan bersifat hawa nafsu. Hal-hal itu kerap digunakan oleh Iblis untuk menuntun manusia melupakan keperluan jiwa, kehilangan pandangan akan kehidupan masa depan yang kekal, berpaling daripada Penolong mereka yang tidak terhingga, dan hidup hanya untuk dunia ini.</w:t>
      </w:r>
    </w:p>
    <w:p>
      <w:pPr>
        <w:pStyle w:val="ArticleScripture"/>
        <w:jc w:val="left"/>
      </w:pPr>
      <w:r>
        <w:rPr>
          <w:rFonts w:ascii="Times New Roman" w:hAnsi="Times New Roman" w:eastAsia="Times New Roman" w:cs="Times New Roman"/>
        </w:rPr>
        <w:t>“Ukukholwa kwezinto zangaphandle kuyayenga enhliziyweni engakavuselelwa. Ubukhazikhazi nemikhosi yokukhonza yamaKatolika kunamandla okuheha nokuthakatha, okwenza abaningi bakhohliseke; baze baqale ukubona iBandla laseRoma njengesango uqobo lasezulwini. Akekho ongamelana nethonya lalo ngaphandle kwalabo abamise izinyawo zabo ziqine phezu kwesisekelo seqiniso, nezinhliziyo zabo ezivuselelwe nguMoya kaNkulunkulu. Izinkulungwane ezingenalo ulwazi olusemava ngoKristu ziyoholeleka ekwamukeleni izimo zokumesaba uNkulunkulu ngaphandle kwamandla ako. Inkolo enjalo iyona kanye efiswa yizixuku.”</w:t>
      </w:r>
    </w:p>
    <w:p>
      <w:pPr>
        <w:pStyle w:val="ArticleScripture"/>
        <w:jc w:val="left"/>
      </w:pPr>
      <w:r>
        <w:rPr>
          <w:rFonts w:ascii="Times New Roman" w:hAnsi="Times New Roman" w:eastAsia="Times New Roman" w:cs="Times New Roman"/>
        </w:rPr>
        <w:t>“Pangakuan gereja akan hak untuk mengampuni mendorong orang Romanis merasa bebas untuk berbuat dosa; dan ketetapan pengakuan, yang tanpanya pengampunannya tidak diberikan, juga cenderung memberi keleluasaan kepada kejahatan. Ia yang berlutut di hadapan manusia yang telah jatuh, dan membuka dalam pengakuan segala pikiran serta khayalan rahasia hatinya, sedang merendahkan martabat kemanusiaannya dan menurunkan setiap naluri mulia jiwanya. Dalam menyingkapkan dosa-dosa hidupnya kepada seorang imam,—seorang insan fana yang sesat dan berdosa, dan terlalu sering dirusakkan oleh anggur serta percabulan,—standar tabiatnya direndahkan, dan sebagai akibatnya ia dicemarkan. Pengertiannya tentang Allah direndahkan menjadi serupa dengan manusia yang telah jatuh, sebab imam itu berdiri sebagai wakil Allah. Pengakuan yang merendahkan, dari manusia kepada manusia ini, adalah mata air rahasia yang daripadanya telah mengalir banyak kejahatan yang sedang mencemarkan dunia dan mempersiapkannya bagi kebinasaan terakhir. Namun bagi dia yang mencintai pemuasan diri, lebih menyenangkan mengaku kepada sesama manusia fana daripada membuka jiwanya kepada Allah. Bagi tabiat manusia, lebih dapat diterima untuk melakukan penitensi daripada meninggalkan dosa; lebih mudah menyiksa tubuh dengan kain kabung, jelatang, dan rantai yang menggesek menyakitkan daripada menyalibkan hawa nafsu kedagingan. Beratlah kuk yang rela dipikul oleh hati duniawi daripada tunduk kepada kuk Kristus.”</w:t>
      </w:r>
    </w:p>
    <w:p>
      <w:pPr>
        <w:pStyle w:val="ArticleScripture"/>
        <w:jc w:val="left"/>
      </w:pPr>
      <w:r>
        <w:rPr>
          <w:rFonts w:ascii="Times New Roman" w:hAnsi="Times New Roman" w:eastAsia="Times New Roman" w:cs="Times New Roman"/>
        </w:rPr>
        <w:t>“Gereja Roma mempunyai suatu persamaan yang sangat ketara dengan Gereja Yahudi pada waktu kedatangan Kristus yang pertama. Sementara orang-orang Yahudi secara tersembunyi menginjak-injak setiap prinsip hukum Allah, secara lahiriah mereka sangat ketat dalam memelihara perintah-perintahnya, membebaninya dengan tuntutan-tuntutan dan tradisi-tradisi yang menjadikan ketaatan itu pedih dan berat. Sebagaimana orang-orang Yahudi mengaku menghormati hukum Taurat, demikian juga kaum Romanis mendakwa menghormati salib. Mereka meninggikan lambang penderitaan Kristus, sedangkan dalam kehidupan mereka, mereka menyangkal Dia yang dilambangkannya.</w:t>
      </w:r>
    </w:p>
    <w:p>
      <w:pPr>
        <w:pStyle w:val="ArticleScripture"/>
        <w:jc w:val="left"/>
      </w:pPr>
      <w:r>
        <w:rPr>
          <w:rFonts w:ascii="Times New Roman" w:hAnsi="Times New Roman" w:eastAsia="Times New Roman" w:cs="Times New Roman"/>
        </w:rPr>
        <w:t>“Orang-orang Papis menempatkan salib pada gereja-gereja mereka, pada mezbah-mezbah mereka, dan pada pakaian mereka. Di mana-mana terlihat lambang salib. Di mana-mana salib dihormati dan ditinggikan secara lahiriah. Tetapi ajaran-ajaran Kristus terkubur di bawah timbunan tradisi-tradisi yang tidak masuk akal, penafsiran-penafsiran palsu, dan tuntutan-tuntutan yang keras. Perkataan Juruselamat mengenai orang-orang Yahudi yang fanatik itu berlaku dengan kekuatan yang lebih besar lagi kepada para pemimpin Gereja Katolik Roma: ‘Mereka mengikat beban-beban berat dan sukar dipikul, lalu meletakkannya di atas bahu orang; tetapi mereka sendiri tidak mau memindahkannya dengan satu jaripun.’ Matius 23:4. Jiwa-jiwa yang berhati nurani dipelihara dalam ketakutan yang terus-menerus karena takut akan murka Allah yang tersinggung, sementara banyak pembesar gereja hidup dalam kemewahan dan kenikmatan hawa nafsu.”</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ပုံတုများနှင့်</w:t>
      </w:r>
      <w:r>
        <w:rPr>
          <w:rFonts w:ascii="Times New Roman" w:hAnsi="Times New Roman" w:eastAsia="Times New Roman" w:cs="Times New Roman"/>
        </w:rPr>
        <w:t xml:space="preserve"> </w:t>
      </w:r>
      <w:r>
        <w:rPr>
          <w:rFonts w:ascii="Myanmar Text" w:hAnsi="Myanmar Text" w:eastAsia="Myanmar Text" w:cs="Myanmar Text"/>
        </w:rPr>
        <w:t>သန့်ရှင်းသူတို့၏</w:t>
      </w:r>
      <w:r>
        <w:rPr>
          <w:rFonts w:ascii="Times New Roman" w:hAnsi="Times New Roman" w:eastAsia="Times New Roman" w:cs="Times New Roman"/>
        </w:rPr>
        <w:t xml:space="preserve"> </w:t>
      </w:r>
      <w:r>
        <w:rPr>
          <w:rFonts w:ascii="Myanmar Text" w:hAnsi="Myanmar Text" w:eastAsia="Myanmar Text" w:cs="Myanmar Text"/>
        </w:rPr>
        <w:t>အမွေအနှစ်အရာဝတ္ထုများကို</w:t>
      </w:r>
      <w:r>
        <w:rPr>
          <w:rFonts w:ascii="Times New Roman" w:hAnsi="Times New Roman" w:eastAsia="Times New Roman" w:cs="Times New Roman"/>
        </w:rPr>
        <w:t xml:space="preserve"> </w:t>
      </w:r>
      <w:r>
        <w:rPr>
          <w:rFonts w:ascii="Myanmar Text" w:hAnsi="Myanmar Text" w:eastAsia="Myanmar Text" w:cs="Myanmar Text"/>
        </w:rPr>
        <w:t>ကိုးကွယ်ခြင်း၊</w:t>
      </w:r>
      <w:r>
        <w:rPr>
          <w:rFonts w:ascii="Times New Roman" w:hAnsi="Times New Roman" w:eastAsia="Times New Roman" w:cs="Times New Roman"/>
        </w:rPr>
        <w:t xml:space="preserve"> </w:t>
      </w:r>
      <w:r>
        <w:rPr>
          <w:rFonts w:ascii="Myanmar Text" w:hAnsi="Myanmar Text" w:eastAsia="Myanmar Text" w:cs="Myanmar Text"/>
        </w:rPr>
        <w:t>သန့်ရှင်းသူများကို</w:t>
      </w:r>
      <w:r>
        <w:rPr>
          <w:rFonts w:ascii="Times New Roman" w:hAnsi="Times New Roman" w:eastAsia="Times New Roman" w:cs="Times New Roman"/>
        </w:rPr>
        <w:t xml:space="preserve"> </w:t>
      </w:r>
      <w:r>
        <w:rPr>
          <w:rFonts w:ascii="Myanmar Text" w:hAnsi="Myanmar Text" w:eastAsia="Myanmar Text" w:cs="Myanmar Text"/>
        </w:rPr>
        <w:t>ပဌနာခေါ်ဝေါ်ခြင်း၊</w:t>
      </w:r>
      <w:r>
        <w:rPr>
          <w:rFonts w:ascii="Times New Roman" w:hAnsi="Times New Roman" w:eastAsia="Times New Roman" w:cs="Times New Roman"/>
        </w:rPr>
        <w:t xml:space="preserve"> </w:t>
      </w:r>
      <w:r>
        <w:rPr>
          <w:rFonts w:ascii="Myanmar Text" w:hAnsi="Myanmar Text" w:eastAsia="Myanmar Text" w:cs="Myanmar Text"/>
        </w:rPr>
        <w:t>နှင့်</w:t>
      </w:r>
      <w:r>
        <w:rPr>
          <w:rFonts w:ascii="Times New Roman" w:hAnsi="Times New Roman" w:eastAsia="Times New Roman" w:cs="Times New Roman"/>
        </w:rPr>
        <w:t xml:space="preserve"> </w:t>
      </w:r>
      <w:r>
        <w:rPr>
          <w:rFonts w:ascii="Myanmar Text" w:hAnsi="Myanmar Text" w:eastAsia="Myanmar Text" w:cs="Myanmar Text"/>
        </w:rPr>
        <w:t>ပုပ်ရဟန်းမင်းကို</w:t>
      </w:r>
      <w:r>
        <w:rPr>
          <w:rFonts w:ascii="Times New Roman" w:hAnsi="Times New Roman" w:eastAsia="Times New Roman" w:cs="Times New Roman"/>
        </w:rPr>
        <w:t xml:space="preserve"> </w:t>
      </w:r>
      <w:r>
        <w:rPr>
          <w:rFonts w:ascii="Myanmar Text" w:hAnsi="Myanmar Text" w:eastAsia="Myanmar Text" w:cs="Myanmar Text"/>
        </w:rPr>
        <w:t>မြှောက်တင်ခြင်းတို့သည်</w:t>
      </w:r>
      <w:r>
        <w:rPr>
          <w:rFonts w:ascii="Times New Roman" w:hAnsi="Times New Roman" w:eastAsia="Times New Roman" w:cs="Times New Roman"/>
        </w:rPr>
        <w:t xml:space="preserve"> </w:t>
      </w:r>
      <w:r>
        <w:rPr>
          <w:rFonts w:ascii="Myanmar Text" w:hAnsi="Myanmar Text" w:eastAsia="Myanmar Text" w:cs="Myanmar Text"/>
        </w:rPr>
        <w:t>လူတို့၏</w:t>
      </w:r>
      <w:r>
        <w:rPr>
          <w:rFonts w:ascii="Times New Roman" w:hAnsi="Times New Roman" w:eastAsia="Times New Roman" w:cs="Times New Roman"/>
        </w:rPr>
        <w:t xml:space="preserve"> </w:t>
      </w:r>
      <w:r>
        <w:rPr>
          <w:rFonts w:ascii="Myanmar Text" w:hAnsi="Myanmar Text" w:eastAsia="Myanmar Text" w:cs="Myanmar Text"/>
        </w:rPr>
        <w:t>စိတ်နှလုံးကို</w:t>
      </w:r>
      <w:r>
        <w:rPr>
          <w:rFonts w:ascii="Times New Roman" w:hAnsi="Times New Roman" w:eastAsia="Times New Roman" w:cs="Times New Roman"/>
        </w:rPr>
        <w:t xml:space="preserve"> </w:t>
      </w:r>
      <w:r>
        <w:rPr>
          <w:rFonts w:ascii="Myanmar Text" w:hAnsi="Myanmar Text" w:eastAsia="Myanmar Text" w:cs="Myanmar Text"/>
        </w:rPr>
        <w:t>ဘုရားသခင်နှင့်</w:t>
      </w:r>
      <w:r>
        <w:rPr>
          <w:rFonts w:ascii="Times New Roman" w:hAnsi="Times New Roman" w:eastAsia="Times New Roman" w:cs="Times New Roman"/>
        </w:rPr>
        <w:t xml:space="preserve"> </w:t>
      </w:r>
      <w:r>
        <w:rPr>
          <w:rFonts w:ascii="Myanmar Text" w:hAnsi="Myanmar Text" w:eastAsia="Myanmar Text" w:cs="Myanmar Text"/>
        </w:rPr>
        <w:t>ကိုယ်တော်၏</w:t>
      </w:r>
      <w:r>
        <w:rPr>
          <w:rFonts w:ascii="Times New Roman" w:hAnsi="Times New Roman" w:eastAsia="Times New Roman" w:cs="Times New Roman"/>
        </w:rPr>
        <w:t xml:space="preserve"> </w:t>
      </w:r>
      <w:r>
        <w:rPr>
          <w:rFonts w:ascii="Myanmar Text" w:hAnsi="Myanmar Text" w:eastAsia="Myanmar Text" w:cs="Myanmar Text"/>
        </w:rPr>
        <w:t>သားတော်ထံမှ</w:t>
      </w:r>
      <w:r>
        <w:rPr>
          <w:rFonts w:ascii="Times New Roman" w:hAnsi="Times New Roman" w:eastAsia="Times New Roman" w:cs="Times New Roman"/>
        </w:rPr>
        <w:t xml:space="preserve"> </w:t>
      </w:r>
      <w:r>
        <w:rPr>
          <w:rFonts w:ascii="Myanmar Text" w:hAnsi="Myanmar Text" w:eastAsia="Myanmar Text" w:cs="Myanmar Text"/>
        </w:rPr>
        <w:t>ဆွဲခွာရန်</w:t>
      </w:r>
      <w:r>
        <w:rPr>
          <w:rFonts w:ascii="Times New Roman" w:hAnsi="Times New Roman" w:eastAsia="Times New Roman" w:cs="Times New Roman"/>
        </w:rPr>
        <w:t xml:space="preserve"> </w:t>
      </w:r>
      <w:r>
        <w:rPr>
          <w:rFonts w:ascii="Myanmar Text" w:hAnsi="Myanmar Text" w:eastAsia="Myanmar Text" w:cs="Myanmar Text"/>
        </w:rPr>
        <w:t>စာတန်၏</w:t>
      </w:r>
      <w:r>
        <w:rPr>
          <w:rFonts w:ascii="Times New Roman" w:hAnsi="Times New Roman" w:eastAsia="Times New Roman" w:cs="Times New Roman"/>
        </w:rPr>
        <w:t xml:space="preserve"> </w:t>
      </w:r>
      <w:r>
        <w:rPr>
          <w:rFonts w:ascii="Myanmar Text" w:hAnsi="Myanmar Text" w:eastAsia="Myanmar Text" w:cs="Myanmar Text"/>
        </w:rPr>
        <w:t>အကြံအစည်များဖြစ်သည်။</w:t>
      </w:r>
      <w:r>
        <w:rPr>
          <w:rFonts w:ascii="Times New Roman" w:hAnsi="Times New Roman" w:eastAsia="Times New Roman" w:cs="Times New Roman"/>
        </w:rPr>
        <w:t xml:space="preserve"> </w:t>
      </w:r>
      <w:r>
        <w:rPr>
          <w:rFonts w:ascii="Myanmar Text" w:hAnsi="Myanmar Text" w:eastAsia="Myanmar Text" w:cs="Myanmar Text"/>
        </w:rPr>
        <w:t>သူတို့ကို</w:t>
      </w:r>
      <w:r>
        <w:rPr>
          <w:rFonts w:ascii="Times New Roman" w:hAnsi="Times New Roman" w:eastAsia="Times New Roman" w:cs="Times New Roman"/>
        </w:rPr>
        <w:t xml:space="preserve"> </w:t>
      </w:r>
      <w:r>
        <w:rPr>
          <w:rFonts w:ascii="Myanmar Text" w:hAnsi="Myanmar Text" w:eastAsia="Myanmar Text" w:cs="Myanmar Text"/>
        </w:rPr>
        <w:t>ပျက်စီးခြင်းသို့</w:t>
      </w:r>
      <w:r>
        <w:rPr>
          <w:rFonts w:ascii="Times New Roman" w:hAnsi="Times New Roman" w:eastAsia="Times New Roman" w:cs="Times New Roman"/>
        </w:rPr>
        <w:t xml:space="preserve"> </w:t>
      </w:r>
      <w:r>
        <w:rPr>
          <w:rFonts w:ascii="Myanmar Text" w:hAnsi="Myanmar Text" w:eastAsia="Myanmar Text" w:cs="Myanmar Text"/>
        </w:rPr>
        <w:t>ရောက်စေရန်၊</w:t>
      </w:r>
      <w:r>
        <w:rPr>
          <w:rFonts w:ascii="Times New Roman" w:hAnsi="Times New Roman" w:eastAsia="Times New Roman" w:cs="Times New Roman"/>
        </w:rPr>
        <w:t xml:space="preserve"> </w:t>
      </w:r>
      <w:r>
        <w:rPr>
          <w:rFonts w:ascii="Myanmar Text" w:hAnsi="Myanmar Text" w:eastAsia="Myanmar Text" w:cs="Myanmar Text"/>
        </w:rPr>
        <w:t>ကယ်တင်ခြင်းကို</w:t>
      </w:r>
      <w:r>
        <w:rPr>
          <w:rFonts w:ascii="Times New Roman" w:hAnsi="Times New Roman" w:eastAsia="Times New Roman" w:cs="Times New Roman"/>
        </w:rPr>
        <w:t xml:space="preserve"> </w:t>
      </w:r>
      <w:r>
        <w:rPr>
          <w:rFonts w:ascii="Myanmar Text" w:hAnsi="Myanmar Text" w:eastAsia="Myanmar Text" w:cs="Myanmar Text"/>
        </w:rPr>
        <w:t>တွေ့ရှိနိုင်သည်မှာ</w:t>
      </w:r>
      <w:r>
        <w:rPr>
          <w:rFonts w:ascii="Times New Roman" w:hAnsi="Times New Roman" w:eastAsia="Times New Roman" w:cs="Times New Roman"/>
        </w:rPr>
        <w:t xml:space="preserve"> </w:t>
      </w:r>
      <w:r>
        <w:rPr>
          <w:rFonts w:ascii="Myanmar Text" w:hAnsi="Myanmar Text" w:eastAsia="Myanmar Text" w:cs="Myanmar Text"/>
        </w:rPr>
        <w:t>ကိုယ်တော်တစ်ပါးတည်းအားဖြင့်သာ</w:t>
      </w:r>
      <w:r>
        <w:rPr>
          <w:rFonts w:ascii="Times New Roman" w:hAnsi="Times New Roman" w:eastAsia="Times New Roman" w:cs="Times New Roman"/>
        </w:rPr>
        <w:t xml:space="preserve"> </w:t>
      </w:r>
      <w:r>
        <w:rPr>
          <w:rFonts w:ascii="Myanmar Text" w:hAnsi="Myanmar Text" w:eastAsia="Myanmar Text" w:cs="Myanmar Text"/>
        </w:rPr>
        <w:t>ဖြစ်သည်ဟူသော</w:t>
      </w:r>
      <w:r>
        <w:rPr>
          <w:rFonts w:ascii="Times New Roman" w:hAnsi="Times New Roman" w:eastAsia="Times New Roman" w:cs="Times New Roman"/>
        </w:rPr>
        <w:t xml:space="preserve"> </w:t>
      </w:r>
      <w:r>
        <w:rPr>
          <w:rFonts w:ascii="Myanmar Text" w:hAnsi="Myanmar Text" w:eastAsia="Myanmar Text" w:cs="Myanmar Text"/>
        </w:rPr>
        <w:t>အရှင်ထံမှ</w:t>
      </w:r>
      <w:r>
        <w:rPr>
          <w:rFonts w:ascii="Times New Roman" w:hAnsi="Times New Roman" w:eastAsia="Times New Roman" w:cs="Times New Roman"/>
        </w:rPr>
        <w:t xml:space="preserve"> </w:t>
      </w:r>
      <w:r>
        <w:rPr>
          <w:rFonts w:ascii="Myanmar Text" w:hAnsi="Myanmar Text" w:eastAsia="Myanmar Text" w:cs="Myanmar Text"/>
        </w:rPr>
        <w:t>သူတို့၏</w:t>
      </w:r>
      <w:r>
        <w:rPr>
          <w:rFonts w:ascii="Times New Roman" w:hAnsi="Times New Roman" w:eastAsia="Times New Roman" w:cs="Times New Roman"/>
        </w:rPr>
        <w:t xml:space="preserve"> </w:t>
      </w:r>
      <w:r>
        <w:rPr>
          <w:rFonts w:ascii="Myanmar Text" w:hAnsi="Myanmar Text" w:eastAsia="Myanmar Text" w:cs="Myanmar Text"/>
        </w:rPr>
        <w:t>အာရုံကို</w:t>
      </w:r>
      <w:r>
        <w:rPr>
          <w:rFonts w:ascii="Times New Roman" w:hAnsi="Times New Roman" w:eastAsia="Times New Roman" w:cs="Times New Roman"/>
        </w:rPr>
        <w:t xml:space="preserve"> </w:t>
      </w:r>
      <w:r>
        <w:rPr>
          <w:rFonts w:ascii="Myanmar Text" w:hAnsi="Myanmar Text" w:eastAsia="Myanmar Text" w:cs="Myanmar Text"/>
        </w:rPr>
        <w:t>လွှဲပြောင်းစေရန်</w:t>
      </w:r>
      <w:r>
        <w:rPr>
          <w:rFonts w:ascii="Times New Roman" w:hAnsi="Times New Roman" w:eastAsia="Times New Roman" w:cs="Times New Roman"/>
        </w:rPr>
        <w:t xml:space="preserve"> </w:t>
      </w:r>
      <w:r>
        <w:rPr>
          <w:rFonts w:ascii="Myanmar Text" w:hAnsi="Myanmar Text" w:eastAsia="Myanmar Text" w:cs="Myanmar Text"/>
        </w:rPr>
        <w:t>သူ</w:t>
      </w:r>
      <w:r>
        <w:rPr>
          <w:rFonts w:ascii="Times New Roman" w:hAnsi="Times New Roman" w:eastAsia="Times New Roman" w:cs="Times New Roman"/>
        </w:rPr>
        <w:t xml:space="preserve"> </w:t>
      </w:r>
      <w:r>
        <w:rPr>
          <w:rFonts w:ascii="Myanmar Text" w:hAnsi="Myanmar Text" w:eastAsia="Myanmar Text" w:cs="Myanmar Text"/>
        </w:rPr>
        <w:t>ကြိုးပမ်းလေသည်။</w:t>
      </w:r>
      <w:r>
        <w:rPr>
          <w:rFonts w:ascii="Times New Roman" w:hAnsi="Times New Roman" w:eastAsia="Times New Roman" w:cs="Times New Roman"/>
        </w:rPr>
        <w:t xml:space="preserve"> ‘</w:t>
      </w:r>
      <w:r>
        <w:rPr>
          <w:rFonts w:ascii="Myanmar Text" w:hAnsi="Myanmar Text" w:eastAsia="Myanmar Text" w:cs="Myanmar Text"/>
        </w:rPr>
        <w:t>ပင်ပန်း၍</w:t>
      </w:r>
      <w:r>
        <w:rPr>
          <w:rFonts w:ascii="Times New Roman" w:hAnsi="Times New Roman" w:eastAsia="Times New Roman" w:cs="Times New Roman"/>
        </w:rPr>
        <w:t xml:space="preserve"> </w:t>
      </w:r>
      <w:r>
        <w:rPr>
          <w:rFonts w:ascii="Myanmar Text" w:hAnsi="Myanmar Text" w:eastAsia="Myanmar Text" w:cs="Myanmar Text"/>
        </w:rPr>
        <w:t>ဝန်လေးသောသူအပေါင်းတို့၊</w:t>
      </w:r>
      <w:r>
        <w:rPr>
          <w:rFonts w:ascii="Times New Roman" w:hAnsi="Times New Roman" w:eastAsia="Times New Roman" w:cs="Times New Roman"/>
        </w:rPr>
        <w:t xml:space="preserve"> </w:t>
      </w:r>
      <w:r>
        <w:rPr>
          <w:rFonts w:ascii="Myanmar Text" w:hAnsi="Myanmar Text" w:eastAsia="Myanmar Text" w:cs="Myanmar Text"/>
        </w:rPr>
        <w:t>ငါ့ထံသို့</w:t>
      </w:r>
      <w:r>
        <w:rPr>
          <w:rFonts w:ascii="Times New Roman" w:hAnsi="Times New Roman" w:eastAsia="Times New Roman" w:cs="Times New Roman"/>
        </w:rPr>
        <w:t xml:space="preserve"> </w:t>
      </w:r>
      <w:r>
        <w:rPr>
          <w:rFonts w:ascii="Myanmar Text" w:hAnsi="Myanmar Text" w:eastAsia="Myanmar Text" w:cs="Myanmar Text"/>
        </w:rPr>
        <w:t>လာကြလော့။</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သင်တို့ကို</w:t>
      </w:r>
      <w:r>
        <w:rPr>
          <w:rFonts w:ascii="Times New Roman" w:hAnsi="Times New Roman" w:eastAsia="Times New Roman" w:cs="Times New Roman"/>
        </w:rPr>
        <w:t xml:space="preserve"> </w:t>
      </w:r>
      <w:r>
        <w:rPr>
          <w:rFonts w:ascii="Myanmar Text" w:hAnsi="Myanmar Text" w:eastAsia="Myanmar Text" w:cs="Myanmar Text"/>
        </w:rPr>
        <w:t>ငြိမ်သက်ခြင်း</w:t>
      </w:r>
      <w:r>
        <w:rPr>
          <w:rFonts w:ascii="Times New Roman" w:hAnsi="Times New Roman" w:eastAsia="Times New Roman" w:cs="Times New Roman"/>
        </w:rPr>
        <w:t xml:space="preserve"> </w:t>
      </w:r>
      <w:r>
        <w:rPr>
          <w:rFonts w:ascii="Myanmar Text" w:hAnsi="Myanmar Text" w:eastAsia="Myanmar Text" w:cs="Myanmar Text"/>
        </w:rPr>
        <w:t>ပေးမည်</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မိန့်တော်မူခဲ့သော</w:t>
      </w:r>
      <w:r>
        <w:rPr>
          <w:rFonts w:ascii="Times New Roman" w:hAnsi="Times New Roman" w:eastAsia="Times New Roman" w:cs="Times New Roman"/>
        </w:rPr>
        <w:t xml:space="preserve"> </w:t>
      </w:r>
      <w:r>
        <w:rPr>
          <w:rFonts w:ascii="Myanmar Text" w:hAnsi="Myanmar Text" w:eastAsia="Myanmar Text" w:cs="Myanmar Text"/>
        </w:rPr>
        <w:t>အရှင်၏</w:t>
      </w:r>
      <w:r>
        <w:rPr>
          <w:rFonts w:ascii="Times New Roman" w:hAnsi="Times New Roman" w:eastAsia="Times New Roman" w:cs="Times New Roman"/>
        </w:rPr>
        <w:t xml:space="preserve"> </w:t>
      </w:r>
      <w:r>
        <w:rPr>
          <w:rFonts w:ascii="Myanmar Text" w:hAnsi="Myanmar Text" w:eastAsia="Myanmar Text" w:cs="Myanmar Text"/>
        </w:rPr>
        <w:t>နေရာတွင်</w:t>
      </w:r>
      <w:r>
        <w:rPr>
          <w:rFonts w:ascii="Times New Roman" w:hAnsi="Times New Roman" w:eastAsia="Times New Roman" w:cs="Times New Roman"/>
        </w:rPr>
        <w:t xml:space="preserve"> </w:t>
      </w:r>
      <w:r>
        <w:rPr>
          <w:rFonts w:ascii="Myanmar Text" w:hAnsi="Myanmar Text" w:eastAsia="Myanmar Text" w:cs="Myanmar Text"/>
        </w:rPr>
        <w:t>အစားထိုးနိုင်သမျှ</w:t>
      </w:r>
      <w:r>
        <w:rPr>
          <w:rFonts w:ascii="Times New Roman" w:hAnsi="Times New Roman" w:eastAsia="Times New Roman" w:cs="Times New Roman"/>
        </w:rPr>
        <w:t xml:space="preserve"> </w:t>
      </w:r>
      <w:r>
        <w:rPr>
          <w:rFonts w:ascii="Myanmar Text" w:hAnsi="Myanmar Text" w:eastAsia="Myanmar Text" w:cs="Myanmar Text"/>
        </w:rPr>
        <w:t>မည်သည့်အရာမဆို</w:t>
      </w:r>
      <w:r>
        <w:rPr>
          <w:rFonts w:ascii="Times New Roman" w:hAnsi="Times New Roman" w:eastAsia="Times New Roman" w:cs="Times New Roman"/>
        </w:rPr>
        <w:t xml:space="preserve"> </w:t>
      </w:r>
      <w:r>
        <w:rPr>
          <w:rFonts w:ascii="Myanmar Text" w:hAnsi="Myanmar Text" w:eastAsia="Myanmar Text" w:cs="Myanmar Text"/>
        </w:rPr>
        <w:t>သူသည်</w:t>
      </w:r>
      <w:r>
        <w:rPr>
          <w:rFonts w:ascii="Times New Roman" w:hAnsi="Times New Roman" w:eastAsia="Times New Roman" w:cs="Times New Roman"/>
        </w:rPr>
        <w:t xml:space="preserve"> </w:t>
      </w:r>
      <w:r>
        <w:rPr>
          <w:rFonts w:ascii="Myanmar Text" w:hAnsi="Myanmar Text" w:eastAsia="Myanmar Text" w:cs="Myanmar Text"/>
        </w:rPr>
        <w:t>သူတို့၏</w:t>
      </w:r>
      <w:r>
        <w:rPr>
          <w:rFonts w:ascii="Times New Roman" w:hAnsi="Times New Roman" w:eastAsia="Times New Roman" w:cs="Times New Roman"/>
        </w:rPr>
        <w:t xml:space="preserve"> </w:t>
      </w:r>
      <w:r>
        <w:rPr>
          <w:rFonts w:ascii="Myanmar Text" w:hAnsi="Myanmar Text" w:eastAsia="Myanmar Text" w:cs="Myanmar Text"/>
        </w:rPr>
        <w:t>အာရုံကို</w:t>
      </w:r>
      <w:r>
        <w:rPr>
          <w:rFonts w:ascii="Times New Roman" w:hAnsi="Times New Roman" w:eastAsia="Times New Roman" w:cs="Times New Roman"/>
        </w:rPr>
        <w:t xml:space="preserve"> </w:t>
      </w:r>
      <w:r>
        <w:rPr>
          <w:rFonts w:ascii="Myanmar Text" w:hAnsi="Myanmar Text" w:eastAsia="Myanmar Text" w:cs="Myanmar Text"/>
        </w:rPr>
        <w:t>ထိုအရာသို့</w:t>
      </w:r>
      <w:r>
        <w:rPr>
          <w:rFonts w:ascii="Times New Roman" w:hAnsi="Times New Roman" w:eastAsia="Times New Roman" w:cs="Times New Roman"/>
        </w:rPr>
        <w:t xml:space="preserve"> </w:t>
      </w:r>
      <w:r>
        <w:rPr>
          <w:rFonts w:ascii="Myanmar Text" w:hAnsi="Myanmar Text" w:eastAsia="Myanmar Text" w:cs="Myanmar Text"/>
        </w:rPr>
        <w:t>ဦးတည်စေလိမ့်မည်။</w:t>
      </w:r>
      <w:r>
        <w:rPr>
          <w:rFonts w:ascii="Times New Roman" w:hAnsi="Times New Roman" w:eastAsia="Times New Roman" w:cs="Times New Roman"/>
        </w:rPr>
        <w:t xml:space="preserve"> </w:t>
      </w:r>
      <w:r>
        <w:rPr>
          <w:rFonts w:ascii="Myanmar Text" w:hAnsi="Myanmar Text" w:eastAsia="Myanmar Text" w:cs="Myanmar Text"/>
        </w:rPr>
        <w:t>မဿဲ</w:t>
      </w:r>
      <w:r>
        <w:rPr>
          <w:rFonts w:ascii="Times New Roman" w:hAnsi="Times New Roman" w:eastAsia="Times New Roman" w:cs="Times New Roman"/>
        </w:rPr>
        <w:t xml:space="preserve"> 11:28</w:t>
      </w:r>
      <w:r>
        <w:rPr>
          <w:rFonts w:ascii="Myanmar Text" w:hAnsi="Myanmar Text" w:eastAsia="Myanmar Text" w:cs="Myanmar Text"/>
        </w:rPr>
        <w:t>။</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คือความพยายามอย่างไม่หยุดยั้งของซาตานที่จะบิดเบือนพระลักษณะของพระเจ้า</w:t>
      </w:r>
      <w:r>
        <w:rPr>
          <w:rFonts w:ascii="Times New Roman" w:hAnsi="Times New Roman" w:eastAsia="Times New Roman" w:cs="Times New Roman"/>
        </w:rPr>
        <w:t xml:space="preserve"> </w:t>
      </w:r>
      <w:r>
        <w:rPr>
          <w:rFonts w:ascii="Leelawadee UI" w:hAnsi="Leelawadee UI" w:eastAsia="Leelawadee UI" w:cs="Leelawadee UI"/>
        </w:rPr>
        <w:t>ลักษณะของบาป</w:t>
      </w:r>
      <w:r>
        <w:rPr>
          <w:rFonts w:ascii="Times New Roman" w:hAnsi="Times New Roman" w:eastAsia="Times New Roman" w:cs="Times New Roman"/>
        </w:rPr>
        <w:t xml:space="preserve"> </w:t>
      </w:r>
      <w:r>
        <w:rPr>
          <w:rFonts w:ascii="Leelawadee UI" w:hAnsi="Leelawadee UI" w:eastAsia="Leelawadee UI" w:cs="Leelawadee UI"/>
        </w:rPr>
        <w:t>และประเด็นอันแท้จริงที่เป็นเดิมพันอยู่ในความขัดแย้งครั้งยิ่งใหญ่</w:t>
      </w:r>
      <w:r>
        <w:rPr>
          <w:rFonts w:ascii="Times New Roman" w:hAnsi="Times New Roman" w:eastAsia="Times New Roman" w:cs="Times New Roman"/>
        </w:rPr>
        <w:t xml:space="preserve"> </w:t>
      </w:r>
      <w:r>
        <w:rPr>
          <w:rFonts w:ascii="Leelawadee UI" w:hAnsi="Leelawadee UI" w:eastAsia="Leelawadee UI" w:cs="Leelawadee UI"/>
        </w:rPr>
        <w:t>เล่ห์กลอันแยบยลของมันลดทอนพันธะหน้าที่ต่อพระบัญญัติของพระเจ้า</w:t>
      </w:r>
      <w:r>
        <w:rPr>
          <w:rFonts w:ascii="Times New Roman" w:hAnsi="Times New Roman" w:eastAsia="Times New Roman" w:cs="Times New Roman"/>
        </w:rPr>
        <w:t xml:space="preserve"> </w:t>
      </w:r>
      <w:r>
        <w:rPr>
          <w:rFonts w:ascii="Leelawadee UI" w:hAnsi="Leelawadee UI" w:eastAsia="Leelawadee UI" w:cs="Leelawadee UI"/>
        </w:rPr>
        <w:t>และให้มนุษย์มีเสรีที่จะทำบาป</w:t>
      </w:r>
      <w:r>
        <w:rPr>
          <w:rFonts w:ascii="Times New Roman" w:hAnsi="Times New Roman" w:eastAsia="Times New Roman" w:cs="Times New Roman"/>
        </w:rPr>
        <w:t xml:space="preserve"> </w:t>
      </w:r>
      <w:r>
        <w:rPr>
          <w:rFonts w:ascii="Leelawadee UI" w:hAnsi="Leelawadee UI" w:eastAsia="Leelawadee UI" w:cs="Leelawadee UI"/>
        </w:rPr>
        <w:t>ในขณะเดียวกัน</w:t>
      </w:r>
      <w:r>
        <w:rPr>
          <w:rFonts w:ascii="Times New Roman" w:hAnsi="Times New Roman" w:eastAsia="Times New Roman" w:cs="Times New Roman"/>
        </w:rPr>
        <w:t xml:space="preserve"> </w:t>
      </w:r>
      <w:r>
        <w:rPr>
          <w:rFonts w:ascii="Leelawadee UI" w:hAnsi="Leelawadee UI" w:eastAsia="Leelawadee UI" w:cs="Leelawadee UI"/>
        </w:rPr>
        <w:t>มันทำให้เขาทั้งหลายยึดถือมโนทัศน์อันผิดเกี่ยวกับพระเจ้า</w:t>
      </w:r>
      <w:r>
        <w:rPr>
          <w:rFonts w:ascii="Times New Roman" w:hAnsi="Times New Roman" w:eastAsia="Times New Roman" w:cs="Times New Roman"/>
        </w:rPr>
        <w:t xml:space="preserve"> </w:t>
      </w:r>
      <w:r>
        <w:rPr>
          <w:rFonts w:ascii="Leelawadee UI" w:hAnsi="Leelawadee UI" w:eastAsia="Leelawadee UI" w:cs="Leelawadee UI"/>
        </w:rPr>
        <w:t>จนพวกเขามองพระองค์ด้วยความกลัวและความชัง</w:t>
      </w:r>
      <w:r>
        <w:rPr>
          <w:rFonts w:ascii="Times New Roman" w:hAnsi="Times New Roman" w:eastAsia="Times New Roman" w:cs="Times New Roman"/>
        </w:rPr>
        <w:t xml:space="preserve"> </w:t>
      </w:r>
      <w:r>
        <w:rPr>
          <w:rFonts w:ascii="Leelawadee UI" w:hAnsi="Leelawadee UI" w:eastAsia="Leelawadee UI" w:cs="Leelawadee UI"/>
        </w:rPr>
        <w:t>มากกว่าด้วยความรัก</w:t>
      </w:r>
      <w:r>
        <w:rPr>
          <w:rFonts w:ascii="Times New Roman" w:hAnsi="Times New Roman" w:eastAsia="Times New Roman" w:cs="Times New Roman"/>
        </w:rPr>
        <w:t xml:space="preserve"> </w:t>
      </w:r>
      <w:r>
        <w:rPr>
          <w:rFonts w:ascii="Leelawadee UI" w:hAnsi="Leelawadee UI" w:eastAsia="Leelawadee UI" w:cs="Leelawadee UI"/>
        </w:rPr>
        <w:t>ความโหดร้ายซึ่งมีอยู่โดยเนื้อแท้ในอุปนิสัยของมันเอง</w:t>
      </w:r>
      <w:r>
        <w:rPr>
          <w:rFonts w:ascii="Times New Roman" w:hAnsi="Times New Roman" w:eastAsia="Times New Roman" w:cs="Times New Roman"/>
        </w:rPr>
        <w:t xml:space="preserve"> </w:t>
      </w:r>
      <w:r>
        <w:rPr>
          <w:rFonts w:ascii="Leelawadee UI" w:hAnsi="Leelawadee UI" w:eastAsia="Leelawadee UI" w:cs="Leelawadee UI"/>
        </w:rPr>
        <w:t>ถูกยกให้เป็นของพระผู้สร้าง</w:t>
      </w:r>
      <w:r>
        <w:rPr>
          <w:rFonts w:ascii="Times New Roman" w:hAnsi="Times New Roman" w:eastAsia="Times New Roman" w:cs="Times New Roman"/>
        </w:rPr>
        <w:t xml:space="preserve">; </w:t>
      </w:r>
      <w:r>
        <w:rPr>
          <w:rFonts w:ascii="Leelawadee UI" w:hAnsi="Leelawadee UI" w:eastAsia="Leelawadee UI" w:cs="Leelawadee UI"/>
        </w:rPr>
        <w:t>ความโหดร้ายนั้นถูกทำให้เป็นรูปธรรมในระบบศาสนาต่าง</w:t>
      </w:r>
      <w:r>
        <w:rPr>
          <w:rFonts w:ascii="Times New Roman" w:hAnsi="Times New Roman" w:eastAsia="Times New Roman" w:cs="Times New Roman"/>
        </w:rPr>
        <w:t xml:space="preserve"> </w:t>
      </w:r>
      <w:r>
        <w:rPr>
          <w:rFonts w:ascii="Leelawadee UI" w:hAnsi="Leelawadee UI" w:eastAsia="Leelawadee UI" w:cs="Leelawadee UI"/>
        </w:rPr>
        <w:t>ๆ</w:t>
      </w:r>
      <w:r>
        <w:rPr>
          <w:rFonts w:ascii="Times New Roman" w:hAnsi="Times New Roman" w:eastAsia="Times New Roman" w:cs="Times New Roman"/>
        </w:rPr>
        <w:t xml:space="preserve"> </w:t>
      </w:r>
      <w:r>
        <w:rPr>
          <w:rFonts w:ascii="Leelawadee UI" w:hAnsi="Leelawadee UI" w:eastAsia="Leelawadee UI" w:cs="Leelawadee UI"/>
        </w:rPr>
        <w:t>และสำแดงออกในแบบแผนแห่งการนมัสการ</w:t>
      </w:r>
      <w:r>
        <w:rPr>
          <w:rFonts w:ascii="Times New Roman" w:hAnsi="Times New Roman" w:eastAsia="Times New Roman" w:cs="Times New Roman"/>
        </w:rPr>
        <w:t xml:space="preserve"> </w:t>
      </w:r>
      <w:r>
        <w:rPr>
          <w:rFonts w:ascii="Leelawadee UI" w:hAnsi="Leelawadee UI" w:eastAsia="Leelawadee UI" w:cs="Leelawadee UI"/>
        </w:rPr>
        <w:t>ดังนั้น</w:t>
      </w:r>
      <w:r>
        <w:rPr>
          <w:rFonts w:ascii="Times New Roman" w:hAnsi="Times New Roman" w:eastAsia="Times New Roman" w:cs="Times New Roman"/>
        </w:rPr>
        <w:t xml:space="preserve"> </w:t>
      </w:r>
      <w:r>
        <w:rPr>
          <w:rFonts w:ascii="Leelawadee UI" w:hAnsi="Leelawadee UI" w:eastAsia="Leelawadee UI" w:cs="Leelawadee UI"/>
        </w:rPr>
        <w:t>จิตใจของมนุษย์จึงมืดบอด</w:t>
      </w:r>
      <w:r>
        <w:rPr>
          <w:rFonts w:ascii="Times New Roman" w:hAnsi="Times New Roman" w:eastAsia="Times New Roman" w:cs="Times New Roman"/>
        </w:rPr>
        <w:t xml:space="preserve"> </w:t>
      </w:r>
      <w:r>
        <w:rPr>
          <w:rFonts w:ascii="Leelawadee UI" w:hAnsi="Leelawadee UI" w:eastAsia="Leelawadee UI" w:cs="Leelawadee UI"/>
        </w:rPr>
        <w:t>และซาตานก็ยึดพวกเขาไว้เป็นเครื่องมือของมันในการทำสงครามต่อสู้กับพระเจ้า</w:t>
      </w:r>
      <w:r>
        <w:rPr>
          <w:rFonts w:ascii="Times New Roman" w:hAnsi="Times New Roman" w:eastAsia="Times New Roman" w:cs="Times New Roman"/>
        </w:rPr>
        <w:t xml:space="preserve"> </w:t>
      </w:r>
      <w:r>
        <w:rPr>
          <w:rFonts w:ascii="Leelawadee UI" w:hAnsi="Leelawadee UI" w:eastAsia="Leelawadee UI" w:cs="Leelawadee UI"/>
        </w:rPr>
        <w:t>โดยมโนทัศน์อันวิปลาสเกี่ยวกับพระลักษณะของพระเจ้า</w:t>
      </w:r>
      <w:r>
        <w:rPr>
          <w:rFonts w:ascii="Times New Roman" w:hAnsi="Times New Roman" w:eastAsia="Times New Roman" w:cs="Times New Roman"/>
        </w:rPr>
        <w:t xml:space="preserve"> </w:t>
      </w:r>
      <w:r>
        <w:rPr>
          <w:rFonts w:ascii="Leelawadee UI" w:hAnsi="Leelawadee UI" w:eastAsia="Leelawadee UI" w:cs="Leelawadee UI"/>
        </w:rPr>
        <w:t>บรรดาประชาชาติชาวต่างศาสนาจึงถูกชักนำให้เชื่อว่าการถวายมนุษย์เป็นเครื่องบูชาเป็นสิ่งจำเป็นเพื่อให้ได้มาซึ่งความโปรดปรานจากพระเจ้า</w:t>
      </w:r>
      <w:r>
        <w:rPr>
          <w:rFonts w:ascii="Times New Roman" w:hAnsi="Times New Roman" w:eastAsia="Times New Roman" w:cs="Times New Roman"/>
        </w:rPr>
        <w:t xml:space="preserve">; </w:t>
      </w:r>
      <w:r>
        <w:rPr>
          <w:rFonts w:ascii="Leelawadee UI" w:hAnsi="Leelawadee UI" w:eastAsia="Leelawadee UI" w:cs="Leelawadee UI"/>
        </w:rPr>
        <w:t>และความทารุณอันน่าสะพรึงกลัวก็ได้ถูกกระทำขึ้นภายใต้รูปแบบต่าง</w:t>
      </w:r>
      <w:r>
        <w:rPr>
          <w:rFonts w:ascii="Times New Roman" w:hAnsi="Times New Roman" w:eastAsia="Times New Roman" w:cs="Times New Roman"/>
        </w:rPr>
        <w:t xml:space="preserve"> </w:t>
      </w:r>
      <w:r>
        <w:rPr>
          <w:rFonts w:ascii="Leelawadee UI" w:hAnsi="Leelawadee UI" w:eastAsia="Leelawadee UI" w:cs="Leelawadee UI"/>
        </w:rPr>
        <w:t>ๆ</w:t>
      </w:r>
      <w:r>
        <w:rPr>
          <w:rFonts w:ascii="Times New Roman" w:hAnsi="Times New Roman" w:eastAsia="Times New Roman" w:cs="Times New Roman"/>
        </w:rPr>
        <w:t xml:space="preserve"> </w:t>
      </w:r>
      <w:r>
        <w:rPr>
          <w:rFonts w:ascii="Leelawadee UI" w:hAnsi="Leelawadee UI" w:eastAsia="Leelawadee UI" w:cs="Leelawadee UI"/>
        </w:rPr>
        <w:t>ของการบูชารูปเคารพ</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“Gereja Katolik Roma, dengan menggabungkan bentuk-bentuk paganisme dan Kekristenan, dan, seperti paganisme, menyalahgambarkan tabiat Allah, telah menggunakan praktik-praktik yang tidak kurang kejam dan menjijikkan. Pada masa supremasi Roma, ada alat-alat penyiksaan untuk memaksa persetujuan terhadap doktrin-doktrinnya. Ada tiang bakar bagi mereka yang tidak mau mengakui tuntutan-tuntutannya. Ada pembantaian dalam skala yang tidak akan pernah diketahui sampai dinyatakan dalam penghakiman. Para pembesar gereja mempelajari, di bawah Iblis, tuan mereka, cara-cara untuk menimbulkan siksaan sebesar mungkin tanpa mengakhiri hidup korbannya. Dalam banyak kasus, proses neraka itu diulangi sampai pada batas tertinggi daya tahan manusia, sampai kodrat menyerah dalam pergumulan, dan orang yang menderita itu menyambut kematian sebagai pelepasan yang manis.</w:t>
      </w:r>
    </w:p>
    <w:p>
      <w:pPr>
        <w:pStyle w:val="ArticleScripture"/>
        <w:jc w:val="left"/>
      </w:pPr>
      <w:r>
        <w:rPr>
          <w:rFonts w:ascii="Times New Roman" w:hAnsi="Times New Roman" w:eastAsia="Times New Roman" w:cs="Times New Roman"/>
        </w:rPr>
        <w:t>“Ya gitu nde nasib jo-lawan Roma. Ka’ pengikutna, io punya disiplin cambuk, lapar nan menyiksa, jo tapa jasmani dalam sagalo macam bentuk nan bisa dibayangke, nan mambuek hati muak. Guno mamintehken kemurahan Surga, urang-urang nan batobat malangga hukum Allah jo malangga hukum alam. Ka’ mereka diajari untuak mamutuih ikatan-ikatan nan alah dibuek-Nyo untuak mambari berkat jo kasukaan ka’ parjalanan hiduik manusia di dunia ko. Kuburan garéja manyimpan jutaan korban nan mangabihkan hiduiknyo dalam usaha-usaha sia-sia untuak manundukkan kasih-sayang alaminyo, untuak manahan, sabagai hal nan manyingguang Allah, tiap pikiran jo parasaan simpati ka’ sasamo makhluk.”</w:t>
      </w:r>
    </w:p>
    <w:p>
      <w:pPr>
        <w:pStyle w:val="ArticleScripture"/>
        <w:jc w:val="left"/>
      </w:pPr>
      <w:r>
        <w:rPr>
          <w:rFonts w:ascii="Times New Roman" w:hAnsi="Times New Roman" w:eastAsia="Times New Roman" w:cs="Times New Roman"/>
        </w:rPr>
        <w:t>“Jika kita ingin memahami kekejaman Syaitan yang sengaja ditentukan, yang telah dinyatakan selama ratusan tahun, bukan di kalangan mereka yang tidak pernah mendengar tentang Tuhan, melainkan di tengah-tengah dan di seluruh lingkungan Kristianitas sendiri, kita hanya perlu melihat sejarah Romanisme. Melalui sistem penipuan yang begitu besar ini, penghulu kejahatan mencapai tujuannya untuk mendatangkan kehinaan kepada Tuhan dan kesengsaraan kepada manusia. Dan apabila kita melihat bagaimana dia berjaya menyamarkan dirinya serta melaksanakan pekerjaannya melalui para pemimpin gereja, kita dapat lebih memahami mengapa dia mempunyai antipati yang begitu besar terhadap Alkitab. Jika Kitab itu dibaca, kemurahan dan kasih Tuhan akan dinyatakan; akan terlihat bahawa Dia tidak meletakkan ke atas manusia satu pun daripada beban-beban berat ini. Segala yang dituntut-Nya hanyalah hati yang hancur dan remuk, roh yang rendah hati dan taat.”</w:t>
      </w:r>
    </w:p>
    <w:p>
      <w:pPr>
        <w:pStyle w:val="ArticleScripture"/>
        <w:jc w:val="left"/>
      </w:pPr>
      <w:r>
        <w:rPr>
          <w:rFonts w:ascii="Times New Roman" w:hAnsi="Times New Roman" w:eastAsia="Times New Roman" w:cs="Times New Roman"/>
        </w:rPr>
        <w:t>“Christa maishibu maming ama nupisingna pe·anirangko monasterieso chipingna gita, ba uandakgiparangchi salgio on·gimin ong·na tarina gita mingja. Ua mamung gita skianiko on·jaha je, ka·saani aro ka·sachakani-ko repress ka·na nanggen. Jokatgipani ka·tong ka·saanichi gapatgipa ong·a. Mandeni moral perfectionona sepangbatangon, uni sensibilities rang·ke janggi dal·bata; papko nikani ma·sianirang janggi taribata; aro duk man·giparangna uni ka·sachakani bata ganggata. Pope an·tangko Christani vicar ine claim ka·a; indiba uni cholonara an·chingni Jokatgipani cholon baksa maikai tosotna man·gen? Christa salgio Rajani gita Uni mikkangchi mandenrang an·tangko namnika-jani giminsa, uarangko prisono ba racko on·chakgipa ine mamung salrangoba ma·sina man·ahama? Uani ku·sikoba, Uni gita ra·chakjagiparangko siani bichalo nokna ku·sikako knachakaha-ma? Samaria songni manderang Uako ra·chakjaon, apostle John ka·onangchi gapaha aro sing·aha: ‘Gitel, nang·na nangnikgenma je, an·ching salgioni wa·alko re·baatna ge·etbo, aro Elias dakaha gita uarangko bon·atbo?’ Jesus an·tangni sninggipana ka·sachakanichi ni·aha, aro uni kragipa gisikko se·atanichi indine aganaha: ‘Mandeni Depante manderangni janggi tangkani-ko nisina re·bajaha, indiba jokkatna re·baaha.’ Luke 9:54, 56. Christa parakatgipa gisik baksa, Uani minggipa vicarni gisik baditade namen dingtangbea.”</w:t>
      </w:r>
    </w:p>
    <w:p>
      <w:pPr>
        <w:pStyle w:val="ArticleScripture"/>
        <w:jc w:val="left"/>
      </w:pPr>
      <w:r>
        <w:rPr>
          <w:rFonts w:ascii="Times New Roman" w:hAnsi="Times New Roman" w:eastAsia="Times New Roman" w:cs="Times New Roman"/>
        </w:rPr>
        <w:t>“Gereja Roma sekarang menampilkan rupa yang elok kepada dunia, dengan menutupi catatan kekejamannya yang mengerikan melalui permintaan maaf. Ia telah mengenakan pakaian yang serupa dengan Kristus; tetapi ia tidak berubah. Setiap asas kepausan yang ada pada zaman-zaman lampau masih ada pada hari ini. Doktrin-doktrin yang dirancang pada zaman yang paling gelap masih tetap dianut. Janganlah seorang pun menipu dirinya sendiri. Kepausan yang sekarang begitu siap dihormati oleh orang-orang Protestan adalah kepausan yang sama yang memerintah dunia pada zaman Reformasi, ketika orang-orang Allah bangkit, dengan mempertaruhkan nyawa mereka, untuk menyingkapkan kejahatannya. Ia memiliki kesombongan dan pengakuan angkuh yang sama, yang berkuasa atas raja-raja dan para pangeran, serta menuntut hak-hak istimewa Allah. Rohnya sekarang tidak kurang kejam dan lalim daripada ketika ia memadamkan kebebasan manusia dan membunuh orang-orang kudus dari Yang Mahatinggi.”</w:t>
      </w:r>
    </w:p>
    <w:p>
      <w:pPr>
        <w:pStyle w:val="ArticleScripture"/>
        <w:jc w:val="left"/>
      </w:pPr>
      <w:r>
        <w:rPr>
          <w:rFonts w:ascii="Times New Roman" w:hAnsi="Times New Roman" w:eastAsia="Times New Roman" w:cs="Times New Roman"/>
        </w:rPr>
        <w:t>“Upapa ni kama vile tu unabii ulivyotangaza kwamba angekuwa, ule uasi wa nyakati za mwisho. 2 Wathesalonike 2:3, 4. Ni sehemu ya sera yake kujivika tabia ile itakayotekeleza kusudi lake kwa ubora zaidi; lakini chini ya mwonekano huo unaobadilika-badilika wa kinyonga huficha sumu isiyobadilika ya nyoka. ‘Imani haipaswi kushikwa kwa wazushi, wala kwa watu wanaoshukiwa uzushi’ (Lenfant, juzuu ya 1, ukurasa wa 516), atangaza. Je, mamlaka hii, ambayo kumbukumbu yake kwa miaka elfu imeandikwa katika damu ya watakatifu, sasa ikubaliwe kuwa sehemu ya kanisa la Kristo?”</w:t>
      </w:r>
    </w:p>
    <w:p>
      <w:pPr>
        <w:pStyle w:val="ArticleScripture"/>
        <w:jc w:val="left"/>
      </w:pPr>
      <w:r>
        <w:rPr>
          <w:rFonts w:ascii="Times New Roman" w:hAnsi="Times New Roman" w:eastAsia="Times New Roman" w:cs="Times New Roman"/>
        </w:rPr>
        <w:t>“Bukan tanpa sebab dakwaan telah dikemukakan di negara-negara Protestan bahawa Katolikisme berbeza dengan Protestantisme dengan jurang yang kurang luas berbanding pada zaman-zaman dahulu. Telah berlaku suatu perubahan; namun perubahan itu bukan pada kepausan. Katolikisme sememangnya menyerupai sebahagian besar Protestantisme yang kini wujud, kerana Protestantisme telah begitu jauh merosot sejak zaman para Reformator.</w:t>
      </w:r>
    </w:p>
    <w:p>
      <w:pPr>
        <w:pStyle w:val="ArticleScripture"/>
        <w:jc w:val="left"/>
      </w:pPr>
      <w:r>
        <w:rPr>
          <w:rFonts w:ascii="Times New Roman" w:hAnsi="Times New Roman" w:eastAsia="Times New Roman" w:cs="Times New Roman"/>
        </w:rPr>
        <w:t>“Bẹrẹ bi àwọn ìjọ Púrótẹ́sítàǹtì ti ń wá ojú rere ayé, ìfẹ́ àròsọ ti fọ́ ojú wọn lójú. Wọn kì í rí i pé ó tọ́ láti gba rere gbọ́ nípa gbogbo búburú, àti gẹ́gẹ́ bí àbájáde tí kò ṣeé yàgò fún, níkẹyìn wọn yóò gbà búburú gbọ́ nípa gbogbo rere. Dípò kí wọn dúró láti dáàbò bo ìgbàgbọ́ tí a ti fi lé àwọn ẹni mímọ́ lọ́wọ́ lẹ́ẹ̀kan ṣoṣo, wọ́n wà nísinsin yìí, bí ẹni pé, wọ́n ń tọrọ àforíjì lọ́wọ́ Róòmù nítorí èrò wọn tí kò ní ìfẹ́ sí i, wọ́n sì ń bẹ̀bẹ̀ ìdáríjì nítorí ìkàkíri wọn.</w:t>
      </w:r>
    </w:p>
    <w:p>
      <w:pPr>
        <w:pStyle w:val="ArticleScripture"/>
        <w:jc w:val="left"/>
      </w:pPr>
      <w:r>
        <w:rPr>
          <w:rFonts w:ascii="Times New Roman" w:hAnsi="Times New Roman" w:eastAsia="Times New Roman" w:cs="Times New Roman"/>
        </w:rPr>
        <w:t>“Sehlopha se seholo, esita le sa bao ba sa rateng Boroma, se lemoga kotsi e nyenyane feela e tswang matleng le tshusumetsong ya bona. Ba bangata ba tiisa hore lefifi la kelello le la boitshwaro le neng le atile mehleng ya Bohareng le ile la thusa ho phatlalala ha dithuto tsa bona, ditumela-khoela tsa bona, le kgatello ya bona, le hore bohlale bo boholo ba mehla ya kajeno, phatlalatso e akaretsang ya tsebo, le tokoloho e ntseng e eketseha ditabeng tsa bodumedi di thibela ho boela ha ho se mamellane le puso ya kgatello. Mohopolo feela wa hore maemo a jwalo a ka ba teng mehleng ena e bonesitsweng o a tshehisoa. Ke nnete hore lesedi le leholo, la kelello, la boitshwaro, le la bodumedi, le bonesetsa moloko ona. Maqepheng a bulehileng a Lentswe le Halalelang la Modimo, lesedi le tswang lehodimong le qhaletswe hodima lefatshe. Empa ho tshwanetse ho hopolwa hore ha lesedi le neilweng le le leholo haholo, lefifi la bao ba le sotha le ho le hana le ba leholo le ho feta.</w:t>
      </w:r>
    </w:p>
    <w:p>
      <w:pPr>
        <w:pStyle w:val="ArticleScripture"/>
        <w:jc w:val="left"/>
      </w:pPr>
      <w:r>
        <w:rPr>
          <w:rFonts w:ascii="Times New Roman" w:hAnsi="Times New Roman" w:eastAsia="Times New Roman" w:cs="Times New Roman"/>
        </w:rPr>
        <w:t>“Bíibílì nípa àdúrà àti ìwádìí rẹ̀ pẹkipẹki yóò fi hàn fún àwọn Pùròtẹ́sítáǹtì ìwà gidi ti àga póòpù, yóò sì mú kí wọ́n kórìíra rẹ̀, kí wọ́n sì yàgò fún un; ṣùgbọ́n ọ̀pọ̀ ènìyàn gbọ́n tó bẹ́ẹ̀ nínú ojú ara wọn tí wọ́n kò fi rí ìdí tí wọ́n fi nílò láti fi ìrẹ̀lẹ̀ wá Ọlọ́run, kí a lè darí wọn sínú òtítọ́. Bí wọ́n tilẹ̀ ń ṣògo nínú ìmọ̀lẹ̀ tí wọ́n ní, wọn kò mọ Ìwé Mímọ́, bẹ́ẹ̀ ni wọn kò mọ agbára Ọlọ́run. Wọ́n gbọ́dọ̀ ní ọ̀nà kan láti fi mú ẹ̀rí ọkàn wọn balẹ̀, wọ́n sì ń wá èyí tí kò ní ẹ̀mí tó bẹ́ẹ̀ tí kò sì ní tú wọn sílẹ̀. Ohun tí wọ́n ń fẹ́ ni ọ̀nà kan láti gbà gbàgbé Ọlọ́run tí yóò dà bí ọ̀nà ìrántí Rẹ̀. Àga póòpù bá a mu dáadáa láti pèsè fún àìní gbogbo irú àwọn ènìyàn bẹ́ẹ̀. A ti pèsè rẹ̀ fún ẹ̀ka ènìyàn méjì, tí ó fẹrẹ̀ gba gbogbo ayé mọ́ra—àwọn tí yóò fẹ́ ní ìgbàlà nípa ẹ̀tọ́ iṣẹ́ rere wọn, àti àwọn tí yóò fẹ́ ní ìgbàlà nínú ẹ̀ṣẹ̀ wọn. Níbẹ̀ ni àṣírí agbára rẹ̀ wà.”</w:t>
      </w:r>
    </w:p>
    <w:p>
      <w:pPr>
        <w:pStyle w:val="ArticleScripture"/>
        <w:jc w:val="left"/>
      </w:pPr>
      <w:r>
        <w:rPr>
          <w:rFonts w:ascii="Times New Roman" w:hAnsi="Times New Roman" w:eastAsia="Times New Roman" w:cs="Times New Roman"/>
        </w:rPr>
        <w:t>“Sikukhulu umnyoba wengqondo sibonisiwe ukuthi siyasiza empumelelweni yobupapa. Kusazobonakaliswa nokho ukuthi usuku lokukhanya okukhulu kwengqondo nalo luyasiza ngokulinganayo empumelelweni yalo. Ezikhathini ezedlule, lapho abantu babengenalo izwi likaNkulunkulu futhi bengenalo ulwazi lweqiniso, amehlo abo ayevalwe, futhi izinkulungwane zabanjwa ogibeni, zingawuboni umnatha owawandlalelwe izinyawo zazo. Kulesi sizukulwane baningi amehlo abo akhazinyuliswa ukukhanya okukhazimulayo kokucabangela kwabantu, ‘okuthiwa yisayensi ngamanga;’ ababoni umnatha, futhi bangena kuwo kalula njengokungathi amehlo abo avalwe. UNkulunkulu wahlela ukuthi amandla engqondo omuntu abhekwe njengesipho esivela kuMdali wakhe futhi asetshenziswe enkonzweni yeqiniso nokulunga; kodwa lapho kugcinwa ukuzidla nokulangazelela ukuphakama, futhi abantu bephakamisa imibono yabo ngaphezu kwezwi likaNkulunkulu, khona-ke ukuhlakanipha kungafeza umonakalo omkhulu kakhulu kunokungazi. Kanjalo isayensi yamanga yanamuhla, ecekela phansi ukukholwa eBhayibhelini, iyobonakala iphumelela ekulungiseleleni indlela yokwamukelwa kobupapa, kanye nezinhlobo zabo ezikhangayo, njengoba nje nokuvinjelwa kolwazi kwaphumelela ekuvuleni indlela yokukhuliswa kwamandla abo ngeNkathi Yobumnyama.”</w:t>
      </w:r>
    </w:p>
    <w:p>
      <w:pPr>
        <w:pStyle w:val="ArticleScripture"/>
        <w:jc w:val="left"/>
      </w:pPr>
      <w:r>
        <w:rPr>
          <w:rFonts w:ascii="Times New Roman" w:hAnsi="Times New Roman" w:eastAsia="Times New Roman" w:cs="Times New Roman"/>
        </w:rPr>
        <w:t>“Dalam gerakan-gerakan yang sekarang sedang berlangsung di Amerika Serikat untuk memperoleh bagi lembaga-lembaga dan praktik-praktik gereja dukungan dari negara, orang-orang Protestan sedang mengikuti jejak kaum papis. Bahkan, lebih daripada itu, mereka sedang membuka pintu bagi kepausan untuk memperoleh kembali di Amerika Protestan supremasi yang telah hilang daripadanya di Dunia Lama. Dan yang memberikan makna yang lebih besar kepada gerakan ini ialah kenyataan bahwa tujuan utama yang dipertimbangkan adalah penegakan pemeliharaan hari Minggu—suatu kebiasaan yang berasal dari Roma, dan yang diklaim olehnya sebagai tanda otoritasnya. Roh kepausan itu—roh keseragaman dengan adat-istiadat duniawi, penghormatan terhadap tradisi-tradisi manusia di atas perintah-perintah Allah—sedang meresapi gereja-gereja Protestan dan menuntun mereka untuk melakukan pekerjaan yang sama dalam meninggikan hari Minggu seperti yang telah dilakukan kepausan sebelum mereka.</w:t>
      </w:r>
    </w:p>
    <w:p>
      <w:pPr>
        <w:pStyle w:val="ArticleScripture"/>
        <w:jc w:val="left"/>
      </w:pPr>
      <w:r>
        <w:rPr>
          <w:rFonts w:ascii="Times New Roman" w:hAnsi="Times New Roman" w:eastAsia="Times New Roman" w:cs="Times New Roman"/>
        </w:rPr>
        <w:t>“Bikaleka bilobel' bwa kuumvwisya maano aakwambwa mu lutalo luli luboola mangu, ulakonzya buyo kulondezya malembe aa nzila ezyo Rooma njaakabelesya ku nkambo eeyo mu mazuba aakale. Kuti ulakonzya kuziba mbooyo Mbakatolika a Bapurotesitanti kababungene mbobayakucita kuli aabo bakaka zyaamba zyabo, aleke kubona muuya oyo Rooma ngwaakalangilizya ku Sabata alimwi akuli aabo bayiililila.”</w:t>
      </w:r>
    </w:p>
    <w:p>
      <w:pPr>
        <w:pStyle w:val="ArticleScripture"/>
        <w:jc w:val="left"/>
      </w:pPr>
      <w:r>
        <w:rPr>
          <w:rFonts w:ascii="Times New Roman" w:hAnsi="Times New Roman" w:eastAsia="Times New Roman" w:cs="Times New Roman"/>
        </w:rPr>
        <w:t>“Perintah diraja, konsili umum, dan peraturan gereja yang disokong oleh kuasa sekular merupakan langkah-langkah yang melaluinya perayaan kafir itu memperoleh kedudukan yang mulia dalam dunia Kristian. Tindakan awam yang pertama yang menguatkuasakan pemeliharaan hari Ahad ialah undang-undang yang digubal oleh Konstantin. (A.D. 321) Dekri ini menghendaki penduduk kota supaya beristirahat pada ‘hari matahari yang mulia itu,’ tetapi membenarkan penduduk desa meneruskan pekerjaan pertanian mereka. Meskipun pada hakikatnya suatu statut kafir, undang-undang itu dikuatkuasakan oleh maharaja itu setelah penerimaannya secara nominal terhadap agama Kristian.”</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ព្រះរាជបញ្ជាមិនអាចជាជំនួសគ្រប់គ្រាន់សម្រាប់អំណាចដ៏ទេវភាពបានឡើយ</w:t>
      </w:r>
      <w:r>
        <w:rPr>
          <w:rFonts w:ascii="Times New Roman" w:hAnsi="Times New Roman" w:eastAsia="Times New Roman" w:cs="Times New Roman"/>
        </w:rPr>
        <w:t xml:space="preserve"> </w:t>
      </w:r>
      <w:r>
        <w:rPr>
          <w:rFonts w:ascii="Leelawadee UI" w:hAnsi="Leelawadee UI" w:eastAsia="Leelawadee UI" w:cs="Leelawadee UI"/>
        </w:rPr>
        <w:t>ហេតុនេះ</w:t>
      </w:r>
      <w:r>
        <w:rPr>
          <w:rFonts w:ascii="Times New Roman" w:hAnsi="Times New Roman" w:eastAsia="Times New Roman" w:cs="Times New Roman"/>
        </w:rPr>
        <w:t xml:space="preserve"> </w:t>
      </w:r>
      <w:r>
        <w:rPr>
          <w:rFonts w:ascii="Leelawadee UI" w:hAnsi="Leelawadee UI" w:eastAsia="Leelawadee UI" w:cs="Leelawadee UI"/>
        </w:rPr>
        <w:t>អ៊ូសេប៊ីយុស</w:t>
      </w:r>
      <w:r>
        <w:rPr>
          <w:rFonts w:ascii="Times New Roman" w:hAnsi="Times New Roman" w:eastAsia="Times New Roman" w:cs="Times New Roman"/>
        </w:rPr>
        <w:t xml:space="preserve"> </w:t>
      </w:r>
      <w:r>
        <w:rPr>
          <w:rFonts w:ascii="Leelawadee UI" w:hAnsi="Leelawadee UI" w:eastAsia="Leelawadee UI" w:cs="Leelawadee UI"/>
        </w:rPr>
        <w:t>ជាប៊ីស្សពម្នាក់ដែលស្វែងរកការពេញព្រះទ័យពីព្រះអង្គម្ចាស់ទាំងឡាយ</w:t>
      </w:r>
      <w:r>
        <w:rPr>
          <w:rFonts w:ascii="Times New Roman" w:hAnsi="Times New Roman" w:eastAsia="Times New Roman" w:cs="Times New Roman"/>
        </w:rPr>
        <w:t xml:space="preserve"> </w:t>
      </w:r>
      <w:r>
        <w:rPr>
          <w:rFonts w:ascii="Leelawadee UI" w:hAnsi="Leelawadee UI" w:eastAsia="Leelawadee UI" w:cs="Leelawadee UI"/>
        </w:rPr>
        <w:t>ហើយជាមិត្តជិតស្និទ្ធពិសេស</w:t>
      </w:r>
      <w:r>
        <w:rPr>
          <w:rFonts w:ascii="Times New Roman" w:hAnsi="Times New Roman" w:eastAsia="Times New Roman" w:cs="Times New Roman"/>
        </w:rPr>
        <w:t xml:space="preserve"> </w:t>
      </w:r>
      <w:r>
        <w:rPr>
          <w:rFonts w:ascii="Leelawadee UI" w:hAnsi="Leelawadee UI" w:eastAsia="Leelawadee UI" w:cs="Leelawadee UI"/>
        </w:rPr>
        <w:t>និងជាអ្នកលើកសរសើរកុងស្តង់ទីន</w:t>
      </w:r>
      <w:r>
        <w:rPr>
          <w:rFonts w:ascii="Times New Roman" w:hAnsi="Times New Roman" w:eastAsia="Times New Roman" w:cs="Times New Roman"/>
        </w:rPr>
        <w:t xml:space="preserve"> </w:t>
      </w:r>
      <w:r>
        <w:rPr>
          <w:rFonts w:ascii="Leelawadee UI" w:hAnsi="Leelawadee UI" w:eastAsia="Leelawadee UI" w:cs="Leelawadee UI"/>
        </w:rPr>
        <w:t>បានលើកឡើងការអះអាងថា</w:t>
      </w:r>
      <w:r>
        <w:rPr>
          <w:rFonts w:ascii="Times New Roman" w:hAnsi="Times New Roman" w:eastAsia="Times New Roman" w:cs="Times New Roman"/>
        </w:rPr>
        <w:t xml:space="preserve"> </w:t>
      </w:r>
      <w:r>
        <w:rPr>
          <w:rFonts w:ascii="Leelawadee UI" w:hAnsi="Leelawadee UI" w:eastAsia="Leelawadee UI" w:cs="Leelawadee UI"/>
        </w:rPr>
        <w:t>ព្រះគ្រីស្ទបានផ្ទេរថ្ងៃសាប៊តទៅកាន់ថ្ងៃអាទិត្យ។</w:t>
      </w:r>
      <w:r>
        <w:rPr>
          <w:rFonts w:ascii="Times New Roman" w:hAnsi="Times New Roman" w:eastAsia="Times New Roman" w:cs="Times New Roman"/>
        </w:rPr>
        <w:t xml:space="preserve"> </w:t>
      </w:r>
      <w:r>
        <w:rPr>
          <w:rFonts w:ascii="Leelawadee UI" w:hAnsi="Leelawadee UI" w:eastAsia="Leelawadee UI" w:cs="Leelawadee UI"/>
        </w:rPr>
        <w:t>គ្មានទីបន្ទាល់តែមួយពីព្រះគម្ពីរត្រូវបានយកមកបង្ហាញដើម្បីបញ្ជាក់សេចក្ដីបង្រៀនថ្មីនោះឡើយ។</w:t>
      </w:r>
      <w:r>
        <w:rPr>
          <w:rFonts w:ascii="Times New Roman" w:hAnsi="Times New Roman" w:eastAsia="Times New Roman" w:cs="Times New Roman"/>
        </w:rPr>
        <w:t xml:space="preserve"> </w:t>
      </w:r>
      <w:r>
        <w:rPr>
          <w:rFonts w:ascii="Leelawadee UI" w:hAnsi="Leelawadee UI" w:eastAsia="Leelawadee UI" w:cs="Leelawadee UI"/>
        </w:rPr>
        <w:t>អ៊ូសេប៊ីយុសខ្លួនឯងក៏ទទួលស្គាល់ដោយមិនដឹងខ្លួនអំពីភាពមិនពិតរបស់វា</w:t>
      </w:r>
      <w:r>
        <w:rPr>
          <w:rFonts w:ascii="Times New Roman" w:hAnsi="Times New Roman" w:eastAsia="Times New Roman" w:cs="Times New Roman"/>
        </w:rPr>
        <w:t xml:space="preserve"> </w:t>
      </w:r>
      <w:r>
        <w:rPr>
          <w:rFonts w:ascii="Leelawadee UI" w:hAnsi="Leelawadee UI" w:eastAsia="Leelawadee UI" w:cs="Leelawadee UI"/>
        </w:rPr>
        <w:t>ហើយចង្អុលបង្ហាញទៅកាន់អ្នកនិពន្ធពិតនៃការផ្លាស់ប្ដូរនោះ។</w:t>
      </w:r>
      <w:r>
        <w:rPr>
          <w:rFonts w:ascii="Times New Roman" w:hAnsi="Times New Roman" w:eastAsia="Times New Roman" w:cs="Times New Roman"/>
        </w:rPr>
        <w:t xml:space="preserve"> </w:t>
      </w:r>
      <w:r>
        <w:rPr>
          <w:rFonts w:ascii="Leelawadee UI" w:hAnsi="Leelawadee UI" w:eastAsia="Leelawadee UI" w:cs="Leelawadee UI"/>
        </w:rPr>
        <w:t>គាត់និយាយថា៖</w:t>
      </w:r>
      <w:r>
        <w:rPr>
          <w:rFonts w:ascii="Times New Roman" w:hAnsi="Times New Roman" w:eastAsia="Times New Roman" w:cs="Times New Roman"/>
        </w:rPr>
        <w:t xml:space="preserve"> «</w:t>
      </w:r>
      <w:r>
        <w:rPr>
          <w:rFonts w:ascii="Leelawadee UI" w:hAnsi="Leelawadee UI" w:eastAsia="Leelawadee UI" w:cs="Leelawadee UI"/>
        </w:rPr>
        <w:t>គ្រប់ការទាំងអស់ដែលជាកាតព្វកិច្ចត្រូវធ្វើនៅថ្ងៃសាប៊ត</w:t>
      </w:r>
      <w:r>
        <w:rPr>
          <w:rFonts w:ascii="Times New Roman" w:hAnsi="Times New Roman" w:eastAsia="Times New Roman" w:cs="Times New Roman"/>
        </w:rPr>
        <w:t xml:space="preserve"> </w:t>
      </w:r>
      <w:r>
        <w:rPr>
          <w:rFonts w:ascii="Leelawadee UI" w:hAnsi="Leelawadee UI" w:eastAsia="Leelawadee UI" w:cs="Leelawadee UI"/>
        </w:rPr>
        <w:t>កិច្ចការទាំងនេះយើងបានផ្ទេរទៅកាន់ថ្ងៃរបស់ព្រះអម្ចាស់ហើយ</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—Robert Cox, Sabbath Laws and Sabbath Duties, page 538. </w:t>
      </w:r>
      <w:r>
        <w:rPr>
          <w:rFonts w:ascii="Leelawadee UI" w:hAnsi="Leelawadee UI" w:eastAsia="Leelawadee UI" w:cs="Leelawadee UI"/>
        </w:rPr>
        <w:t>ប៉ុន្តែ</w:t>
      </w:r>
      <w:r>
        <w:rPr>
          <w:rFonts w:ascii="Times New Roman" w:hAnsi="Times New Roman" w:eastAsia="Times New Roman" w:cs="Times New Roman"/>
        </w:rPr>
        <w:t xml:space="preserve"> </w:t>
      </w:r>
      <w:r>
        <w:rPr>
          <w:rFonts w:ascii="Leelawadee UI" w:hAnsi="Leelawadee UI" w:eastAsia="Leelawadee UI" w:cs="Leelawadee UI"/>
        </w:rPr>
        <w:t>អំណះអំណាងអំពីថ្ងៃអាទិត្យ</w:t>
      </w:r>
      <w:r>
        <w:rPr>
          <w:rFonts w:ascii="Times New Roman" w:hAnsi="Times New Roman" w:eastAsia="Times New Roman" w:cs="Times New Roman"/>
        </w:rPr>
        <w:t xml:space="preserve"> </w:t>
      </w:r>
      <w:r>
        <w:rPr>
          <w:rFonts w:ascii="Leelawadee UI" w:hAnsi="Leelawadee UI" w:eastAsia="Leelawadee UI" w:cs="Leelawadee UI"/>
        </w:rPr>
        <w:t>ទោះបីជាគ្មានមូលដ្ឋានយ៉ាងណាក៏ដោយ</w:t>
      </w:r>
      <w:r>
        <w:rPr>
          <w:rFonts w:ascii="Times New Roman" w:hAnsi="Times New Roman" w:eastAsia="Times New Roman" w:cs="Times New Roman"/>
        </w:rPr>
        <w:t xml:space="preserve"> </w:t>
      </w:r>
      <w:r>
        <w:rPr>
          <w:rFonts w:ascii="Leelawadee UI" w:hAnsi="Leelawadee UI" w:eastAsia="Leelawadee UI" w:cs="Leelawadee UI"/>
        </w:rPr>
        <w:t>ក៏បានបម្រើជាអ្វីមួយដែលធ្វើឲ្យមនុស្សកាន់តែក្លាហានក្នុងការជាន់ឈ្លីថ្ងៃសាប៊តរបស់ព្រះអម្ចាស់។</w:t>
      </w:r>
      <w:r>
        <w:rPr>
          <w:rFonts w:ascii="Times New Roman" w:hAnsi="Times New Roman" w:eastAsia="Times New Roman" w:cs="Times New Roman"/>
        </w:rPr>
        <w:t xml:space="preserve"> </w:t>
      </w:r>
      <w:r>
        <w:rPr>
          <w:rFonts w:ascii="Leelawadee UI" w:hAnsi="Leelawadee UI" w:eastAsia="Leelawadee UI" w:cs="Leelawadee UI"/>
        </w:rPr>
        <w:t>អស់អ្នកដែលប្រាថ្នាចង់ទទួលកិត្តិយសពីលោកិយ</w:t>
      </w:r>
      <w:r>
        <w:rPr>
          <w:rFonts w:ascii="Times New Roman" w:hAnsi="Times New Roman" w:eastAsia="Times New Roman" w:cs="Times New Roman"/>
        </w:rPr>
        <w:t xml:space="preserve"> </w:t>
      </w:r>
      <w:r>
        <w:rPr>
          <w:rFonts w:ascii="Leelawadee UI" w:hAnsi="Leelawadee UI" w:eastAsia="Leelawadee UI" w:cs="Leelawadee UI"/>
        </w:rPr>
        <w:t>បានទទួលយកពិធីបុណ្យដ៏ពេញនិយមនោះទាំងអស់។</w:t>
      </w:r>
    </w:p>
    <w:p>
      <w:pPr>
        <w:pStyle w:val="ArticleScripture"/>
        <w:jc w:val="left"/>
      </w:pPr>
      <w:r>
        <w:rPr>
          <w:rFonts w:ascii="Times New Roman" w:hAnsi="Times New Roman" w:eastAsia="Times New Roman" w:cs="Times New Roman"/>
        </w:rPr>
        <w:t>“Papacy hiah a tihtlat takzetin, Sunday chawi sang theihna hna chu a kal zelah a pehchhunzawm. A hun rei lo chungah mipuite chu biakinn an kal lo tikah lo hna an tuan ve ringring ih, ni sarihna chu Sabbath ni tiin ruat a si lai. Asinain, thlengdanglamna chu phochuak deuh deuhin a thleng. Thianghlim hna hnatuan mi pawl chu Sunday ni ah ram uknak lam buaina pakhat hmanh ah thuthennak an tuah ding lo tiin kham an si. Cuih hnu rei lo ah, upatnak hmuahhmuah nei mi pawl zong kha hna thawhphung pangngai in an hnatuannak ihsin hrial dingin thupek an si; zalen mi pawl hrangah tangka phu in phawt a si ih, sal pawl hrangah chu vuaknak in phawt a si. A hnu deuh ah cun, mi hausa pawl chu an ro ah thenhnih chungin thenkhat hlohter in an hrem ding tiin thu an rel; cun a netnak ah, an lungrual lo ringring lai ahcun sal an si ter ding tiin thu a um. Miphun hnuaihnung pawl chu kumkhaw tlailam thlahnak an tong ding a si.”</w:t>
      </w:r>
    </w:p>
    <w:p>
      <w:pPr>
        <w:pStyle w:val="ArticleScripture"/>
        <w:jc w:val="left"/>
      </w:pPr>
      <w:r>
        <w:rPr>
          <w:rFonts w:ascii="Times New Roman" w:hAnsi="Times New Roman" w:eastAsia="Times New Roman" w:cs="Times New Roman"/>
        </w:rPr>
        <w:t>“Mujizat-mujizat juga digunakan. Antara keajaiban-keajaiban lain dilaporkan bahawa ketika seorang petani yang hendak membajak ladangnya pada hari Ahad membersihkan bajaknya dengan sebatang besi, besi itu melekat erat pada tangannya, dan selama dua tahun dia membawanya ke mana-mana bersamanya, ‘dengan kesakitan dan rasa malu yang amat besar baginya.’—Francis West, Historical and Practical Discourse on the Lord’s Day, halaman 174.</w:t>
      </w:r>
    </w:p>
    <w:p>
      <w:pPr>
        <w:pStyle w:val="ArticleScripture"/>
        <w:jc w:val="left"/>
      </w:pPr>
      <w:r>
        <w:rPr>
          <w:rFonts w:ascii="Times New Roman" w:hAnsi="Times New Roman" w:eastAsia="Times New Roman" w:cs="Times New Roman"/>
        </w:rPr>
        <w:t>“Emva kwalokho upapa wanikeza iziqondiso zokuthi umpristi wesifunda makaxwayise abephula iSonto, futhi afise ukuba baye esontweni bayokwenza imithandazo yabo, funa bazilethele bona kanye nomakhelwane babo inhlekelele enkulu. Umkhandlu wesonto waletha phambili impikiswano, eseyisetshenziswa kabanzi kangaka, ngisho naphakathi kwamaProthestani, yokuthi ngenxa yokuba abantu babeshaywe umbani ngesikhathi besebenza ngeSonto, kufanele ukuthi kube yiSabatha. ‘Kusobala,’ kusho ababhishobhi, ‘ukuthi ulaka lukaNkulunkulu lwalukhulu kangakanani phezu kokunganakwa kwabo kwalolu suku.’ Kwase kwenziwa ukunxusa kokuthi abapristi nabefundisi, amakhosi nezikhulu, kanye nabo bonke abantu abathembekileyo, ‘basebenzise yonke imizamo yabo nokunakekela ukuze lolu suku lubuyiselwe esithunzini salo, futhi, ngenxa yodumo lobuKristu, lugcinwe ngokuzinikela okukhulu kakhulu esikhathini esizayo.’—Thomas Morer, Discourse in Six Dialogues on the Name, Notion, and Observation of the Lord’s Day, ikhasi 271.</w:t>
      </w:r>
    </w:p>
    <w:p>
      <w:pPr>
        <w:pStyle w:val="ArticleScripture"/>
        <w:jc w:val="left"/>
      </w:pPr>
      <w:r>
        <w:rPr>
          <w:rFonts w:ascii="Times New Roman" w:hAnsi="Times New Roman" w:eastAsia="Times New Roman" w:cs="Times New Roman"/>
        </w:rPr>
        <w:t>“</w:t>
      </w:r>
      <w:r>
        <w:rPr>
          <w:rFonts w:ascii="Malgun Gothic" w:hAnsi="Malgun Gothic" w:eastAsia="Malgun Gothic" w:cs="Malgun Gothic"/>
        </w:rPr>
        <w:t>맹회의</w:t>
      </w:r>
      <w:r>
        <w:rPr>
          <w:rFonts w:ascii="Times New Roman" w:hAnsi="Times New Roman" w:eastAsia="Times New Roman" w:cs="Times New Roman"/>
        </w:rPr>
        <w:t xml:space="preserve"> </w:t>
      </w:r>
      <w:r>
        <w:rPr>
          <w:rFonts w:ascii="Malgun Gothic" w:hAnsi="Malgun Gothic" w:eastAsia="Malgun Gothic" w:cs="Malgun Gothic"/>
        </w:rPr>
        <w:t>결의들이</w:t>
      </w:r>
      <w:r>
        <w:rPr>
          <w:rFonts w:ascii="Times New Roman" w:hAnsi="Times New Roman" w:eastAsia="Times New Roman" w:cs="Times New Roman"/>
        </w:rPr>
        <w:t xml:space="preserve"> </w:t>
      </w:r>
      <w:r>
        <w:rPr>
          <w:rFonts w:ascii="Malgun Gothic" w:hAnsi="Malgun Gothic" w:eastAsia="Malgun Gothic" w:cs="Malgun Gothic"/>
        </w:rPr>
        <w:t>충분한</w:t>
      </w:r>
      <w:r>
        <w:rPr>
          <w:rFonts w:ascii="Times New Roman" w:hAnsi="Times New Roman" w:eastAsia="Times New Roman" w:cs="Times New Roman"/>
        </w:rPr>
        <w:t xml:space="preserve"> </w:t>
      </w:r>
      <w:r>
        <w:rPr>
          <w:rFonts w:ascii="Malgun Gothic" w:hAnsi="Malgun Gothic" w:eastAsia="Malgun Gothic" w:cs="Malgun Gothic"/>
        </w:rPr>
        <w:t>효력을</w:t>
      </w:r>
      <w:r>
        <w:rPr>
          <w:rFonts w:ascii="Times New Roman" w:hAnsi="Times New Roman" w:eastAsia="Times New Roman" w:cs="Times New Roman"/>
        </w:rPr>
        <w:t xml:space="preserve"> </w:t>
      </w:r>
      <w:r>
        <w:rPr>
          <w:rFonts w:ascii="Malgun Gothic" w:hAnsi="Malgun Gothic" w:eastAsia="Malgun Gothic" w:cs="Malgun Gothic"/>
        </w:rPr>
        <w:t>내지</w:t>
      </w:r>
      <w:r>
        <w:rPr>
          <w:rFonts w:ascii="Times New Roman" w:hAnsi="Times New Roman" w:eastAsia="Times New Roman" w:cs="Times New Roman"/>
        </w:rPr>
        <w:t xml:space="preserve"> </w:t>
      </w:r>
      <w:r>
        <w:rPr>
          <w:rFonts w:ascii="Malgun Gothic" w:hAnsi="Malgun Gothic" w:eastAsia="Malgun Gothic" w:cs="Malgun Gothic"/>
        </w:rPr>
        <w:t>못하자</w:t>
      </w:r>
      <w:r>
        <w:rPr>
          <w:rFonts w:ascii="Times New Roman" w:hAnsi="Times New Roman" w:eastAsia="Times New Roman" w:cs="Times New Roman"/>
        </w:rPr>
        <w:t xml:space="preserve">, </w:t>
      </w:r>
      <w:r>
        <w:rPr>
          <w:rFonts w:ascii="Malgun Gothic" w:hAnsi="Malgun Gothic" w:eastAsia="Malgun Gothic" w:cs="Malgun Gothic"/>
        </w:rPr>
        <w:t>세속</w:t>
      </w:r>
      <w:r>
        <w:rPr>
          <w:rFonts w:ascii="Times New Roman" w:hAnsi="Times New Roman" w:eastAsia="Times New Roman" w:cs="Times New Roman"/>
        </w:rPr>
        <w:t xml:space="preserve"> </w:t>
      </w:r>
      <w:r>
        <w:rPr>
          <w:rFonts w:ascii="Malgun Gothic" w:hAnsi="Malgun Gothic" w:eastAsia="Malgun Gothic" w:cs="Malgun Gothic"/>
        </w:rPr>
        <w:t>권력자들에게</w:t>
      </w:r>
      <w:r>
        <w:rPr>
          <w:rFonts w:ascii="Times New Roman" w:hAnsi="Times New Roman" w:eastAsia="Times New Roman" w:cs="Times New Roman"/>
        </w:rPr>
        <w:t xml:space="preserve"> </w:t>
      </w:r>
      <w:r>
        <w:rPr>
          <w:rFonts w:ascii="Malgun Gothic" w:hAnsi="Malgun Gothic" w:eastAsia="Malgun Gothic" w:cs="Malgun Gothic"/>
        </w:rPr>
        <w:t>백성의</w:t>
      </w:r>
      <w:r>
        <w:rPr>
          <w:rFonts w:ascii="Times New Roman" w:hAnsi="Times New Roman" w:eastAsia="Times New Roman" w:cs="Times New Roman"/>
        </w:rPr>
        <w:t xml:space="preserve"> </w:t>
      </w:r>
      <w:r>
        <w:rPr>
          <w:rFonts w:ascii="Malgun Gothic" w:hAnsi="Malgun Gothic" w:eastAsia="Malgun Gothic" w:cs="Malgun Gothic"/>
        </w:rPr>
        <w:t>마음에</w:t>
      </w:r>
      <w:r>
        <w:rPr>
          <w:rFonts w:ascii="Times New Roman" w:hAnsi="Times New Roman" w:eastAsia="Times New Roman" w:cs="Times New Roman"/>
        </w:rPr>
        <w:t xml:space="preserve"> </w:t>
      </w:r>
      <w:r>
        <w:rPr>
          <w:rFonts w:ascii="Malgun Gothic" w:hAnsi="Malgun Gothic" w:eastAsia="Malgun Gothic" w:cs="Malgun Gothic"/>
        </w:rPr>
        <w:t>두려움을</w:t>
      </w:r>
      <w:r>
        <w:rPr>
          <w:rFonts w:ascii="Times New Roman" w:hAnsi="Times New Roman" w:eastAsia="Times New Roman" w:cs="Times New Roman"/>
        </w:rPr>
        <w:t xml:space="preserve"> </w:t>
      </w:r>
      <w:r>
        <w:rPr>
          <w:rFonts w:ascii="Malgun Gothic" w:hAnsi="Malgun Gothic" w:eastAsia="Malgun Gothic" w:cs="Malgun Gothic"/>
        </w:rPr>
        <w:t>불러일으키고</w:t>
      </w:r>
      <w:r>
        <w:rPr>
          <w:rFonts w:ascii="Times New Roman" w:hAnsi="Times New Roman" w:eastAsia="Times New Roman" w:cs="Times New Roman"/>
        </w:rPr>
        <w:t xml:space="preserve"> </w:t>
      </w:r>
      <w:r>
        <w:rPr>
          <w:rFonts w:ascii="Malgun Gothic" w:hAnsi="Malgun Gothic" w:eastAsia="Malgun Gothic" w:cs="Malgun Gothic"/>
        </w:rPr>
        <w:t>그들로</w:t>
      </w:r>
      <w:r>
        <w:rPr>
          <w:rFonts w:ascii="Times New Roman" w:hAnsi="Times New Roman" w:eastAsia="Times New Roman" w:cs="Times New Roman"/>
        </w:rPr>
        <w:t xml:space="preserve"> </w:t>
      </w:r>
      <w:r>
        <w:rPr>
          <w:rFonts w:ascii="Malgun Gothic" w:hAnsi="Malgun Gothic" w:eastAsia="Malgun Gothic" w:cs="Malgun Gothic"/>
        </w:rPr>
        <w:t>하여금</w:t>
      </w:r>
      <w:r>
        <w:rPr>
          <w:rFonts w:ascii="Times New Roman" w:hAnsi="Times New Roman" w:eastAsia="Times New Roman" w:cs="Times New Roman"/>
        </w:rPr>
        <w:t xml:space="preserve"> </w:t>
      </w:r>
      <w:r>
        <w:rPr>
          <w:rFonts w:ascii="Malgun Gothic" w:hAnsi="Malgun Gothic" w:eastAsia="Malgun Gothic" w:cs="Malgun Gothic"/>
        </w:rPr>
        <w:t>일요일에</w:t>
      </w:r>
      <w:r>
        <w:rPr>
          <w:rFonts w:ascii="Times New Roman" w:hAnsi="Times New Roman" w:eastAsia="Times New Roman" w:cs="Times New Roman"/>
        </w:rPr>
        <w:t xml:space="preserve"> </w:t>
      </w:r>
      <w:r>
        <w:rPr>
          <w:rFonts w:ascii="Malgun Gothic" w:hAnsi="Malgun Gothic" w:eastAsia="Malgun Gothic" w:cs="Malgun Gothic"/>
        </w:rPr>
        <w:t>노동을</w:t>
      </w:r>
      <w:r>
        <w:rPr>
          <w:rFonts w:ascii="Times New Roman" w:hAnsi="Times New Roman" w:eastAsia="Times New Roman" w:cs="Times New Roman"/>
        </w:rPr>
        <w:t xml:space="preserve"> </w:t>
      </w:r>
      <w:r>
        <w:rPr>
          <w:rFonts w:ascii="Malgun Gothic" w:hAnsi="Malgun Gothic" w:eastAsia="Malgun Gothic" w:cs="Malgun Gothic"/>
        </w:rPr>
        <w:t>삼가도록</w:t>
      </w:r>
      <w:r>
        <w:rPr>
          <w:rFonts w:ascii="Times New Roman" w:hAnsi="Times New Roman" w:eastAsia="Times New Roman" w:cs="Times New Roman"/>
        </w:rPr>
        <w:t xml:space="preserve"> </w:t>
      </w:r>
      <w:r>
        <w:rPr>
          <w:rFonts w:ascii="Malgun Gothic" w:hAnsi="Malgun Gothic" w:eastAsia="Malgun Gothic" w:cs="Malgun Gothic"/>
        </w:rPr>
        <w:t>강제할</w:t>
      </w:r>
      <w:r>
        <w:rPr>
          <w:rFonts w:ascii="Times New Roman" w:hAnsi="Times New Roman" w:eastAsia="Times New Roman" w:cs="Times New Roman"/>
        </w:rPr>
        <w:t xml:space="preserve"> </w:t>
      </w:r>
      <w:r>
        <w:rPr>
          <w:rFonts w:ascii="Malgun Gothic" w:hAnsi="Malgun Gothic" w:eastAsia="Malgun Gothic" w:cs="Malgun Gothic"/>
        </w:rPr>
        <w:t>칙령을</w:t>
      </w:r>
      <w:r>
        <w:rPr>
          <w:rFonts w:ascii="Times New Roman" w:hAnsi="Times New Roman" w:eastAsia="Times New Roman" w:cs="Times New Roman"/>
        </w:rPr>
        <w:t xml:space="preserve"> </w:t>
      </w:r>
      <w:r>
        <w:rPr>
          <w:rFonts w:ascii="Malgun Gothic" w:hAnsi="Malgun Gothic" w:eastAsia="Malgun Gothic" w:cs="Malgun Gothic"/>
        </w:rPr>
        <w:t>반포해</w:t>
      </w:r>
      <w:r>
        <w:rPr>
          <w:rFonts w:ascii="Times New Roman" w:hAnsi="Times New Roman" w:eastAsia="Times New Roman" w:cs="Times New Roman"/>
        </w:rPr>
        <w:t xml:space="preserve"> </w:t>
      </w:r>
      <w:r>
        <w:rPr>
          <w:rFonts w:ascii="Malgun Gothic" w:hAnsi="Malgun Gothic" w:eastAsia="Malgun Gothic" w:cs="Malgun Gothic"/>
        </w:rPr>
        <w:t>달라는</w:t>
      </w:r>
      <w:r>
        <w:rPr>
          <w:rFonts w:ascii="Times New Roman" w:hAnsi="Times New Roman" w:eastAsia="Times New Roman" w:cs="Times New Roman"/>
        </w:rPr>
        <w:t xml:space="preserve"> </w:t>
      </w:r>
      <w:r>
        <w:rPr>
          <w:rFonts w:ascii="Malgun Gothic" w:hAnsi="Malgun Gothic" w:eastAsia="Malgun Gothic" w:cs="Malgun Gothic"/>
        </w:rPr>
        <w:t>간청이</w:t>
      </w:r>
      <w:r>
        <w:rPr>
          <w:rFonts w:ascii="Times New Roman" w:hAnsi="Times New Roman" w:eastAsia="Times New Roman" w:cs="Times New Roman"/>
        </w:rPr>
        <w:t xml:space="preserve"> </w:t>
      </w:r>
      <w:r>
        <w:rPr>
          <w:rFonts w:ascii="Malgun Gothic" w:hAnsi="Malgun Gothic" w:eastAsia="Malgun Gothic" w:cs="Malgun Gothic"/>
        </w:rPr>
        <w:t>드려졌다</w:t>
      </w:r>
      <w:r>
        <w:rPr>
          <w:rFonts w:ascii="Times New Roman" w:hAnsi="Times New Roman" w:eastAsia="Times New Roman" w:cs="Times New Roman"/>
        </w:rPr>
        <w:t xml:space="preserve">. </w:t>
      </w:r>
      <w:r>
        <w:rPr>
          <w:rFonts w:ascii="Malgun Gothic" w:hAnsi="Malgun Gothic" w:eastAsia="Malgun Gothic" w:cs="Malgun Gothic"/>
        </w:rPr>
        <w:t>로마에서</w:t>
      </w:r>
      <w:r>
        <w:rPr>
          <w:rFonts w:ascii="Times New Roman" w:hAnsi="Times New Roman" w:eastAsia="Times New Roman" w:cs="Times New Roman"/>
        </w:rPr>
        <w:t xml:space="preserve"> </w:t>
      </w:r>
      <w:r>
        <w:rPr>
          <w:rFonts w:ascii="Malgun Gothic" w:hAnsi="Malgun Gothic" w:eastAsia="Malgun Gothic" w:cs="Malgun Gothic"/>
        </w:rPr>
        <w:t>열린</w:t>
      </w:r>
      <w:r>
        <w:rPr>
          <w:rFonts w:ascii="Times New Roman" w:hAnsi="Times New Roman" w:eastAsia="Times New Roman" w:cs="Times New Roman"/>
        </w:rPr>
        <w:t xml:space="preserve"> </w:t>
      </w:r>
      <w:r>
        <w:rPr>
          <w:rFonts w:ascii="Malgun Gothic" w:hAnsi="Malgun Gothic" w:eastAsia="Malgun Gothic" w:cs="Malgun Gothic"/>
        </w:rPr>
        <w:t>한</w:t>
      </w:r>
      <w:r>
        <w:rPr>
          <w:rFonts w:ascii="Times New Roman" w:hAnsi="Times New Roman" w:eastAsia="Times New Roman" w:cs="Times New Roman"/>
        </w:rPr>
        <w:t xml:space="preserve"> </w:t>
      </w:r>
      <w:r>
        <w:rPr>
          <w:rFonts w:ascii="Malgun Gothic" w:hAnsi="Malgun Gothic" w:eastAsia="Malgun Gothic" w:cs="Malgun Gothic"/>
        </w:rPr>
        <w:t>시노드에서는</w:t>
      </w:r>
      <w:r>
        <w:rPr>
          <w:rFonts w:ascii="Times New Roman" w:hAnsi="Times New Roman" w:eastAsia="Times New Roman" w:cs="Times New Roman"/>
        </w:rPr>
        <w:t xml:space="preserve"> </w:t>
      </w:r>
      <w:r>
        <w:rPr>
          <w:rFonts w:ascii="Malgun Gothic" w:hAnsi="Malgun Gothic" w:eastAsia="Malgun Gothic" w:cs="Malgun Gothic"/>
        </w:rPr>
        <w:t>이전의</w:t>
      </w:r>
      <w:r>
        <w:rPr>
          <w:rFonts w:ascii="Times New Roman" w:hAnsi="Times New Roman" w:eastAsia="Times New Roman" w:cs="Times New Roman"/>
        </w:rPr>
        <w:t xml:space="preserve"> </w:t>
      </w:r>
      <w:r>
        <w:rPr>
          <w:rFonts w:ascii="Malgun Gothic" w:hAnsi="Malgun Gothic" w:eastAsia="Malgun Gothic" w:cs="Malgun Gothic"/>
        </w:rPr>
        <w:t>모든</w:t>
      </w:r>
      <w:r>
        <w:rPr>
          <w:rFonts w:ascii="Times New Roman" w:hAnsi="Times New Roman" w:eastAsia="Times New Roman" w:cs="Times New Roman"/>
        </w:rPr>
        <w:t xml:space="preserve"> </w:t>
      </w:r>
      <w:r>
        <w:rPr>
          <w:rFonts w:ascii="Malgun Gothic" w:hAnsi="Malgun Gothic" w:eastAsia="Malgun Gothic" w:cs="Malgun Gothic"/>
        </w:rPr>
        <w:t>결정들이</w:t>
      </w:r>
      <w:r>
        <w:rPr>
          <w:rFonts w:ascii="Times New Roman" w:hAnsi="Times New Roman" w:eastAsia="Times New Roman" w:cs="Times New Roman"/>
        </w:rPr>
        <w:t xml:space="preserve"> </w:t>
      </w:r>
      <w:r>
        <w:rPr>
          <w:rFonts w:ascii="Malgun Gothic" w:hAnsi="Malgun Gothic" w:eastAsia="Malgun Gothic" w:cs="Malgun Gothic"/>
        </w:rPr>
        <w:t>더욱</w:t>
      </w:r>
      <w:r>
        <w:rPr>
          <w:rFonts w:ascii="Times New Roman" w:hAnsi="Times New Roman" w:eastAsia="Times New Roman" w:cs="Times New Roman"/>
        </w:rPr>
        <w:t xml:space="preserve"> </w:t>
      </w:r>
      <w:r>
        <w:rPr>
          <w:rFonts w:ascii="Malgun Gothic" w:hAnsi="Malgun Gothic" w:eastAsia="Malgun Gothic" w:cs="Malgun Gothic"/>
        </w:rPr>
        <w:t>큰</w:t>
      </w:r>
      <w:r>
        <w:rPr>
          <w:rFonts w:ascii="Times New Roman" w:hAnsi="Times New Roman" w:eastAsia="Times New Roman" w:cs="Times New Roman"/>
        </w:rPr>
        <w:t xml:space="preserve"> </w:t>
      </w:r>
      <w:r>
        <w:rPr>
          <w:rFonts w:ascii="Malgun Gothic" w:hAnsi="Malgun Gothic" w:eastAsia="Malgun Gothic" w:cs="Malgun Gothic"/>
        </w:rPr>
        <w:t>강제력과</w:t>
      </w:r>
      <w:r>
        <w:rPr>
          <w:rFonts w:ascii="Times New Roman" w:hAnsi="Times New Roman" w:eastAsia="Times New Roman" w:cs="Times New Roman"/>
        </w:rPr>
        <w:t xml:space="preserve"> </w:t>
      </w:r>
      <w:r>
        <w:rPr>
          <w:rFonts w:ascii="Malgun Gothic" w:hAnsi="Malgun Gothic" w:eastAsia="Malgun Gothic" w:cs="Malgun Gothic"/>
        </w:rPr>
        <w:t>엄숙함으로</w:t>
      </w:r>
      <w:r>
        <w:rPr>
          <w:rFonts w:ascii="Times New Roman" w:hAnsi="Times New Roman" w:eastAsia="Times New Roman" w:cs="Times New Roman"/>
        </w:rPr>
        <w:t xml:space="preserve"> </w:t>
      </w:r>
      <w:r>
        <w:rPr>
          <w:rFonts w:ascii="Malgun Gothic" w:hAnsi="Malgun Gothic" w:eastAsia="Malgun Gothic" w:cs="Malgun Gothic"/>
        </w:rPr>
        <w:t>재확인되었다</w:t>
      </w:r>
      <w:r>
        <w:rPr>
          <w:rFonts w:ascii="Times New Roman" w:hAnsi="Times New Roman" w:eastAsia="Times New Roman" w:cs="Times New Roman"/>
        </w:rPr>
        <w:t xml:space="preserve">. </w:t>
      </w:r>
      <w:r>
        <w:rPr>
          <w:rFonts w:ascii="Malgun Gothic" w:hAnsi="Malgun Gothic" w:eastAsia="Malgun Gothic" w:cs="Malgun Gothic"/>
        </w:rPr>
        <w:t>또한</w:t>
      </w:r>
      <w:r>
        <w:rPr>
          <w:rFonts w:ascii="Times New Roman" w:hAnsi="Times New Roman" w:eastAsia="Times New Roman" w:cs="Times New Roman"/>
        </w:rPr>
        <w:t xml:space="preserve"> </w:t>
      </w:r>
      <w:r>
        <w:rPr>
          <w:rFonts w:ascii="Malgun Gothic" w:hAnsi="Malgun Gothic" w:eastAsia="Malgun Gothic" w:cs="Malgun Gothic"/>
        </w:rPr>
        <w:t>그것들은</w:t>
      </w:r>
      <w:r>
        <w:rPr>
          <w:rFonts w:ascii="Times New Roman" w:hAnsi="Times New Roman" w:eastAsia="Times New Roman" w:cs="Times New Roman"/>
        </w:rPr>
        <w:t xml:space="preserve"> </w:t>
      </w:r>
      <w:r>
        <w:rPr>
          <w:rFonts w:ascii="Malgun Gothic" w:hAnsi="Malgun Gothic" w:eastAsia="Malgun Gothic" w:cs="Malgun Gothic"/>
        </w:rPr>
        <w:t>교회법에</w:t>
      </w:r>
      <w:r>
        <w:rPr>
          <w:rFonts w:ascii="Times New Roman" w:hAnsi="Times New Roman" w:eastAsia="Times New Roman" w:cs="Times New Roman"/>
        </w:rPr>
        <w:t xml:space="preserve"> </w:t>
      </w:r>
      <w:r>
        <w:rPr>
          <w:rFonts w:ascii="Malgun Gothic" w:hAnsi="Malgun Gothic" w:eastAsia="Malgun Gothic" w:cs="Malgun Gothic"/>
        </w:rPr>
        <w:t>편입되었고</w:t>
      </w:r>
      <w:r>
        <w:rPr>
          <w:rFonts w:ascii="Times New Roman" w:hAnsi="Times New Roman" w:eastAsia="Times New Roman" w:cs="Times New Roman"/>
        </w:rPr>
        <w:t xml:space="preserve">, </w:t>
      </w:r>
      <w:r>
        <w:rPr>
          <w:rFonts w:ascii="Malgun Gothic" w:hAnsi="Malgun Gothic" w:eastAsia="Malgun Gothic" w:cs="Malgun Gothic"/>
        </w:rPr>
        <w:t>거의</w:t>
      </w:r>
      <w:r>
        <w:rPr>
          <w:rFonts w:ascii="Times New Roman" w:hAnsi="Times New Roman" w:eastAsia="Times New Roman" w:cs="Times New Roman"/>
        </w:rPr>
        <w:t xml:space="preserve"> </w:t>
      </w:r>
      <w:r>
        <w:rPr>
          <w:rFonts w:ascii="Malgun Gothic" w:hAnsi="Malgun Gothic" w:eastAsia="Malgun Gothic" w:cs="Malgun Gothic"/>
        </w:rPr>
        <w:t>전</w:t>
      </w:r>
      <w:r>
        <w:rPr>
          <w:rFonts w:ascii="Times New Roman" w:hAnsi="Times New Roman" w:eastAsia="Times New Roman" w:cs="Times New Roman"/>
        </w:rPr>
        <w:t xml:space="preserve"> </w:t>
      </w:r>
      <w:r>
        <w:rPr>
          <w:rFonts w:ascii="Malgun Gothic" w:hAnsi="Malgun Gothic" w:eastAsia="Malgun Gothic" w:cs="Malgun Gothic"/>
        </w:rPr>
        <w:t>그리스도교</w:t>
      </w:r>
      <w:r>
        <w:rPr>
          <w:rFonts w:ascii="Times New Roman" w:hAnsi="Times New Roman" w:eastAsia="Times New Roman" w:cs="Times New Roman"/>
        </w:rPr>
        <w:t xml:space="preserve"> </w:t>
      </w:r>
      <w:r>
        <w:rPr>
          <w:rFonts w:ascii="Malgun Gothic" w:hAnsi="Malgun Gothic" w:eastAsia="Malgun Gothic" w:cs="Malgun Gothic"/>
        </w:rPr>
        <w:t>세계에</w:t>
      </w:r>
      <w:r>
        <w:rPr>
          <w:rFonts w:ascii="Times New Roman" w:hAnsi="Times New Roman" w:eastAsia="Times New Roman" w:cs="Times New Roman"/>
        </w:rPr>
        <w:t xml:space="preserve"> </w:t>
      </w:r>
      <w:r>
        <w:rPr>
          <w:rFonts w:ascii="Malgun Gothic" w:hAnsi="Malgun Gothic" w:eastAsia="Malgun Gothic" w:cs="Malgun Gothic"/>
        </w:rPr>
        <w:t>걸쳐</w:t>
      </w:r>
      <w:r>
        <w:rPr>
          <w:rFonts w:ascii="Times New Roman" w:hAnsi="Times New Roman" w:eastAsia="Times New Roman" w:cs="Times New Roman"/>
        </w:rPr>
        <w:t xml:space="preserve"> </w:t>
      </w:r>
      <w:r>
        <w:rPr>
          <w:rFonts w:ascii="Malgun Gothic" w:hAnsi="Malgun Gothic" w:eastAsia="Malgun Gothic" w:cs="Malgun Gothic"/>
        </w:rPr>
        <w:t>세속</w:t>
      </w:r>
      <w:r>
        <w:rPr>
          <w:rFonts w:ascii="Times New Roman" w:hAnsi="Times New Roman" w:eastAsia="Times New Roman" w:cs="Times New Roman"/>
        </w:rPr>
        <w:t xml:space="preserve"> </w:t>
      </w:r>
      <w:r>
        <w:rPr>
          <w:rFonts w:ascii="Malgun Gothic" w:hAnsi="Malgun Gothic" w:eastAsia="Malgun Gothic" w:cs="Malgun Gothic"/>
        </w:rPr>
        <w:t>당국에</w:t>
      </w:r>
      <w:r>
        <w:rPr>
          <w:rFonts w:ascii="Times New Roman" w:hAnsi="Times New Roman" w:eastAsia="Times New Roman" w:cs="Times New Roman"/>
        </w:rPr>
        <w:t xml:space="preserve"> </w:t>
      </w:r>
      <w:r>
        <w:rPr>
          <w:rFonts w:ascii="Malgun Gothic" w:hAnsi="Malgun Gothic" w:eastAsia="Malgun Gothic" w:cs="Malgun Gothic"/>
        </w:rPr>
        <w:t>의해</w:t>
      </w:r>
      <w:r>
        <w:rPr>
          <w:rFonts w:ascii="Times New Roman" w:hAnsi="Times New Roman" w:eastAsia="Times New Roman" w:cs="Times New Roman"/>
        </w:rPr>
        <w:t xml:space="preserve"> </w:t>
      </w:r>
      <w:r>
        <w:rPr>
          <w:rFonts w:ascii="Malgun Gothic" w:hAnsi="Malgun Gothic" w:eastAsia="Malgun Gothic" w:cs="Malgun Gothic"/>
        </w:rPr>
        <w:t>집행되었다</w:t>
      </w:r>
      <w:r>
        <w:rPr>
          <w:rFonts w:ascii="Times New Roman" w:hAnsi="Times New Roman" w:eastAsia="Times New Roman" w:cs="Times New Roman"/>
        </w:rPr>
        <w:t>. (See Heylyn, History of the Sabbath, pt. 2, ch. 5, sec. 7.)”</w:t>
      </w:r>
    </w:p>
    <w:p>
      <w:pPr>
        <w:pStyle w:val="ArticleScripture"/>
        <w:jc w:val="left"/>
      </w:pPr>
      <w:r>
        <w:rPr>
          <w:rFonts w:ascii="Times New Roman" w:hAnsi="Times New Roman" w:eastAsia="Times New Roman" w:cs="Times New Roman"/>
        </w:rPr>
        <w:t>“Namun ketiadaan kewibawaan Kitab Suci bagi pemeliharaan hari Minggu tetap menimbulkan bukan sedikit kesulitan. Orang banyak mempertanyakan hak para pengajar mereka untuk mengesampingkan pernyataan Yehova yang tegas, ‘Hari ketujuh adalah Sabat TUHAN, Allahmu,’ demi memuliakan hari matahari. Untuk menutupi kekurangan kesaksian Alkitab, diperlukan siasat-siasat lain. Seorang pembela hari Minggu yang bersemangat, yang kira-kira pada akhir abad kedua belas mengunjungi gereja-gereja di Inggris, ditentang oleh saksi-saksi yang setia kepada kebenaran; dan demikian sia-sianya usahanya sehingga ia meninggalkan negeri itu untuk sementara waktu dan mencari-cari suatu jalan untuk memaksakan ajarannya. Ketika ia kembali, kekurangan itu telah dipenuhi, dan dalam pekerjaannya kemudian ia memperoleh keberhasilan yang lebih besar. Ia membawa serta sebuah gulungan yang mengaku berasal dari Allah sendiri, yang memuat perintah yang diperlukan bagi pemeliharaan hari Minggu, disertai ancaman-ancaman dahsyat untuk menakut-nakuti mereka yang tidak taat. Dokumen yang berharga ini—suatu pemalsuan yang sama hinanya dengan lembaga yang didukungnya—dikatakan telah jatuh dari surga dan telah ditemukan di Yerusalem, di atas mezbah St. Simeon, di Golgota. Namun, sesungguhnya, istana kepausan di Roma adalah sumber dari mana dokumen itu berasal. Tipu daya dan pemalsuan untuk memajukan kuasa dan kemakmuran gereja pada segala zaman telah dianggap sah oleh hierarki kepausan.”</w:t>
      </w:r>
    </w:p>
    <w:p>
      <w:pPr>
        <w:pStyle w:val="ArticleScripture"/>
        <w:jc w:val="left"/>
      </w:pPr>
      <w:r>
        <w:rPr>
          <w:rFonts w:ascii="Times New Roman" w:hAnsi="Times New Roman" w:eastAsia="Times New Roman" w:cs="Times New Roman"/>
        </w:rPr>
        <w:t>“Gulung itu melarang kerja dari jam kesembilan, pukul tiga petang, pada petang Sabtu, hingga matahari terbit pada hari Isnin; dan kewibawaannya dinyatakan telah disahkan oleh banyak mukjizat. Dilaporkan bahawa orang yang bekerja melampaui waktu yang telah ditetapkan ditimpa kelumpuhan. Seorang penggiling yang cuba mengisar jagungnya melihat, sebagai ganti tepung, aliran darah memancar keluar, dan roda kincir itu berhenti, walaupun arus air mengalir deras. Seorang perempuan yang meletakkan adunan ke dalam relau mendapati adunan itu masih mentah apabila dikeluarkan, walaupun relau itu sangat panas. Seorang lagi yang telah menyediakan adunan untuk dibakar pada jam kesembilan, tetapi memutuskan untuk mengetepikannya hingga hari Isnin, mendapati, pada keesokan harinya, bahawa adunan itu telah dijadikan roti-roti dan dibakar oleh kuasa ilahi. Seorang lelaki yang membakar roti selepas jam kesembilan pada hari Sabtu mendapati, apabila dia memecahkannya keesokan paginya, darah memancut daripadanya. Dengan rekaan-rekaan yang demikian tidak masuk akal dan bersifat tahyul inilah para penyokong hari Ahad berusaha menegakkan kesuciannya. (Lihat Roger de Hoveden, Annals, jil. 2, hlm. 526–530.)”</w:t>
      </w:r>
    </w:p>
    <w:p>
      <w:pPr>
        <w:pStyle w:val="ArticleScripture"/>
        <w:jc w:val="left"/>
      </w:pPr>
      <w:r>
        <w:rPr>
          <w:rFonts w:ascii="Times New Roman" w:hAnsi="Times New Roman" w:eastAsia="Times New Roman" w:cs="Times New Roman"/>
        </w:rPr>
        <w:t>“Di Scotland, sebagaimana di England, penghormatan yang lebih besar terhadap hari Ahad telah ditegakkan dengan menggabungkan kepadanya sebahagian daripada Sabat purba. Tetapi waktu yang dikehendaki untuk dipelihara sebagai kudus adalah berbeza-beza. Suatu dekret daripada raja Scotland menyatakan bahawa ‘hari Sabtu mulai pukul dua belas tengah hari hendaklah dianggap kudus,’ dan bahawa tiada seorang pun, dari waktu itu hingga pagi Isnin, boleh melibatkan diri dalam urusan duniawi.—Morer, halaman 290, 291.</w:t>
      </w:r>
    </w:p>
    <w:p>
      <w:pPr>
        <w:pStyle w:val="ArticleScripture"/>
        <w:jc w:val="left"/>
      </w:pPr>
      <w:r>
        <w:rPr>
          <w:rFonts w:ascii="Times New Roman" w:hAnsi="Times New Roman" w:eastAsia="Times New Roman" w:cs="Times New Roman"/>
        </w:rPr>
        <w:t>“</w:t>
      </w:r>
      <w:r>
        <w:rPr>
          <w:rFonts w:ascii="Nirmala UI" w:hAnsi="Nirmala UI" w:eastAsia="Nirmala UI" w:cs="Nirmala UI"/>
        </w:rPr>
        <w:t>ᱢᱮᱱᱠᱷᱟᱱ</w:t>
      </w:r>
      <w:r>
        <w:rPr>
          <w:rFonts w:ascii="Times New Roman" w:hAnsi="Times New Roman" w:eastAsia="Times New Roman" w:cs="Times New Roman"/>
        </w:rPr>
        <w:t xml:space="preserve"> </w:t>
      </w:r>
      <w:r>
        <w:rPr>
          <w:rFonts w:ascii="Nirmala UI" w:hAnsi="Nirmala UI" w:eastAsia="Nirmala UI" w:cs="Nirmala UI"/>
        </w:rPr>
        <w:t>ᱡᱚᱛᱚ</w:t>
      </w:r>
      <w:r>
        <w:rPr>
          <w:rFonts w:ascii="Times New Roman" w:hAnsi="Times New Roman" w:eastAsia="Times New Roman" w:cs="Times New Roman"/>
        </w:rPr>
        <w:t xml:space="preserve"> </w:t>
      </w:r>
      <w:r>
        <w:rPr>
          <w:rFonts w:ascii="Nirmala UI" w:hAnsi="Nirmala UI" w:eastAsia="Nirmala UI" w:cs="Nirmala UI"/>
        </w:rPr>
        <w:t>ᱪᱮᱥᱴᱟ</w:t>
      </w:r>
      <w:r>
        <w:rPr>
          <w:rFonts w:ascii="Times New Roman" w:hAnsi="Times New Roman" w:eastAsia="Times New Roman" w:cs="Times New Roman"/>
        </w:rPr>
        <w:t xml:space="preserve"> </w:t>
      </w:r>
      <w:r>
        <w:rPr>
          <w:rFonts w:ascii="Nirmala UI" w:hAnsi="Nirmala UI" w:eastAsia="Nirmala UI" w:cs="Nirmala UI"/>
        </w:rPr>
        <w:t>ᱛᱮ</w:t>
      </w:r>
      <w:r>
        <w:rPr>
          <w:rFonts w:ascii="Times New Roman" w:hAnsi="Times New Roman" w:eastAsia="Times New Roman" w:cs="Times New Roman"/>
        </w:rPr>
        <w:t xml:space="preserve"> </w:t>
      </w:r>
      <w:r>
        <w:rPr>
          <w:rFonts w:ascii="Nirmala UI" w:hAnsi="Nirmala UI" w:eastAsia="Nirmala UI" w:cs="Nirmala UI"/>
        </w:rPr>
        <w:t>ᱥᱟᱱᱰᱮ</w:t>
      </w:r>
      <w:r>
        <w:rPr>
          <w:rFonts w:ascii="Times New Roman" w:hAnsi="Times New Roman" w:eastAsia="Times New Roman" w:cs="Times New Roman"/>
        </w:rPr>
        <w:t xml:space="preserve">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ᱯᱟᱹᱵᱤᱛᱨᱚᱛᱟ</w:t>
      </w:r>
      <w:r>
        <w:rPr>
          <w:rFonts w:ascii="Times New Roman" w:hAnsi="Times New Roman" w:eastAsia="Times New Roman" w:cs="Times New Roman"/>
        </w:rPr>
        <w:t xml:space="preserve"> </w:t>
      </w:r>
      <w:r>
        <w:rPr>
          <w:rFonts w:ascii="Nirmala UI" w:hAnsi="Nirmala UI" w:eastAsia="Nirmala UI" w:cs="Nirmala UI"/>
        </w:rPr>
        <w:t>ᱥᱮᱴᱮᱨ</w:t>
      </w:r>
      <w:r>
        <w:rPr>
          <w:rFonts w:ascii="Times New Roman" w:hAnsi="Times New Roman" w:eastAsia="Times New Roman" w:cs="Times New Roman"/>
        </w:rPr>
        <w:t xml:space="preserve"> </w:t>
      </w:r>
      <w:r>
        <w:rPr>
          <w:rFonts w:ascii="Nirmala UI" w:hAnsi="Nirmala UI" w:eastAsia="Nirmala UI" w:cs="Nirmala UI"/>
        </w:rPr>
        <w:t>ᱞᱟᱹᱜᱤᱫ</w:t>
      </w:r>
      <w:r>
        <w:rPr>
          <w:rFonts w:ascii="Times New Roman" w:hAnsi="Times New Roman" w:eastAsia="Times New Roman" w:cs="Times New Roman"/>
        </w:rPr>
        <w:t xml:space="preserve">, </w:t>
      </w:r>
      <w:r>
        <w:rPr>
          <w:rFonts w:ascii="Nirmala UI" w:hAnsi="Nirmala UI" w:eastAsia="Nirmala UI" w:cs="Nirmala UI"/>
        </w:rPr>
        <w:t>ᱯᱚᱯ</w:t>
      </w:r>
      <w:r>
        <w:rPr>
          <w:rFonts w:ascii="Times New Roman" w:hAnsi="Times New Roman" w:eastAsia="Times New Roman" w:cs="Times New Roman"/>
        </w:rPr>
        <w:t xml:space="preserve"> </w:t>
      </w:r>
      <w:r>
        <w:rPr>
          <w:rFonts w:ascii="Nirmala UI" w:hAnsi="Nirmala UI" w:eastAsia="Nirmala UI" w:cs="Nirmala UI"/>
        </w:rPr>
        <w:t>ᱫᱟᱹᱭᱤᱛ</w:t>
      </w:r>
      <w:r>
        <w:rPr>
          <w:rFonts w:ascii="Times New Roman" w:hAnsi="Times New Roman" w:eastAsia="Times New Roman" w:cs="Times New Roman"/>
        </w:rPr>
        <w:t xml:space="preserve"> </w:t>
      </w:r>
      <w:r>
        <w:rPr>
          <w:rFonts w:ascii="Nirmala UI" w:hAnsi="Nirmala UI" w:eastAsia="Nirmala UI" w:cs="Nirmala UI"/>
        </w:rPr>
        <w:t>ᱦᱚᱨᱟᱠᱚ</w:t>
      </w:r>
      <w:r>
        <w:rPr>
          <w:rFonts w:ascii="Times New Roman" w:hAnsi="Times New Roman" w:eastAsia="Times New Roman" w:cs="Times New Roman"/>
        </w:rPr>
        <w:t xml:space="preserve"> </w:t>
      </w:r>
      <w:r>
        <w:rPr>
          <w:rFonts w:ascii="Nirmala UI" w:hAnsi="Nirmala UI" w:eastAsia="Nirmala UI" w:cs="Nirmala UI"/>
        </w:rPr>
        <w:t>ᱱᱤᱡᱮᱨ</w:t>
      </w:r>
      <w:r>
        <w:rPr>
          <w:rFonts w:ascii="Times New Roman" w:hAnsi="Times New Roman" w:eastAsia="Times New Roman" w:cs="Times New Roman"/>
        </w:rPr>
        <w:t xml:space="preserve"> </w:t>
      </w:r>
      <w:r>
        <w:rPr>
          <w:rFonts w:ascii="Nirmala UI" w:hAnsi="Nirmala UI" w:eastAsia="Nirmala UI" w:cs="Nirmala UI"/>
        </w:rPr>
        <w:t>ᱜᱷᱚᱥᱚᱱᱟ</w:t>
      </w:r>
      <w:r>
        <w:rPr>
          <w:rFonts w:ascii="Times New Roman" w:hAnsi="Times New Roman" w:eastAsia="Times New Roman" w:cs="Times New Roman"/>
        </w:rPr>
        <w:t xml:space="preserve"> </w:t>
      </w:r>
      <w:r>
        <w:rPr>
          <w:rFonts w:ascii="Nirmala UI" w:hAnsi="Nirmala UI" w:eastAsia="Nirmala UI" w:cs="Nirmala UI"/>
        </w:rPr>
        <w:t>ᱛᱮ</w:t>
      </w:r>
      <w:r>
        <w:rPr>
          <w:rFonts w:ascii="Times New Roman" w:hAnsi="Times New Roman" w:eastAsia="Times New Roman" w:cs="Times New Roman"/>
        </w:rPr>
        <w:t xml:space="preserve"> </w:t>
      </w:r>
      <w:r>
        <w:rPr>
          <w:rFonts w:ascii="Nirmala UI" w:hAnsi="Nirmala UI" w:eastAsia="Nirmala UI" w:cs="Nirmala UI"/>
        </w:rPr>
        <w:t>ᱥᱟᱵᱟᱛ</w:t>
      </w:r>
      <w:r>
        <w:rPr>
          <w:rFonts w:ascii="Times New Roman" w:hAnsi="Times New Roman" w:eastAsia="Times New Roman" w:cs="Times New Roman"/>
        </w:rPr>
        <w:t xml:space="preserve">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ᱫᱤᱵᱚᱱ</w:t>
      </w:r>
      <w:r>
        <w:rPr>
          <w:rFonts w:ascii="Times New Roman" w:hAnsi="Times New Roman" w:eastAsia="Times New Roman" w:cs="Times New Roman"/>
        </w:rPr>
        <w:t xml:space="preserve"> </w:t>
      </w:r>
      <w:r>
        <w:rPr>
          <w:rFonts w:ascii="Nirmala UI" w:hAnsi="Nirmala UI" w:eastAsia="Nirmala UI" w:cs="Nirmala UI"/>
        </w:rPr>
        <w:t>ᱟᱫᱷᱤᱠᱟᱨ</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ᱥᱟᱹᱥᱛᱟ</w:t>
      </w:r>
      <w:r>
        <w:rPr>
          <w:rFonts w:ascii="Times New Roman" w:hAnsi="Times New Roman" w:eastAsia="Times New Roman" w:cs="Times New Roman"/>
        </w:rPr>
        <w:t xml:space="preserve">, </w:t>
      </w:r>
      <w:r>
        <w:rPr>
          <w:rFonts w:ascii="Nirmala UI" w:hAnsi="Nirmala UI" w:eastAsia="Nirmala UI" w:cs="Nirmala UI"/>
        </w:rPr>
        <w:t>ᱡᱟᱦᱟᱸ</w:t>
      </w:r>
      <w:r>
        <w:rPr>
          <w:rFonts w:ascii="Times New Roman" w:hAnsi="Times New Roman" w:eastAsia="Times New Roman" w:cs="Times New Roman"/>
        </w:rPr>
        <w:t xml:space="preserve"> </w:t>
      </w:r>
      <w:r>
        <w:rPr>
          <w:rFonts w:ascii="Nirmala UI" w:hAnsi="Nirmala UI" w:eastAsia="Nirmala UI" w:cs="Nirmala UI"/>
        </w:rPr>
        <w:t>ᱛᱮ</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ᱚᱫᱚᱠ</w:t>
      </w:r>
      <w:r>
        <w:rPr>
          <w:rFonts w:ascii="Times New Roman" w:hAnsi="Times New Roman" w:eastAsia="Times New Roman" w:cs="Times New Roman"/>
        </w:rPr>
        <w:t xml:space="preserve"> </w:t>
      </w:r>
      <w:r>
        <w:rPr>
          <w:rFonts w:ascii="Nirmala UI" w:hAnsi="Nirmala UI" w:eastAsia="Nirmala UI" w:cs="Nirmala UI"/>
        </w:rPr>
        <w:t>ᱟᱠᱟᱱᱟ</w:t>
      </w:r>
      <w:r>
        <w:rPr>
          <w:rFonts w:ascii="Times New Roman" w:hAnsi="Times New Roman" w:eastAsia="Times New Roman" w:cs="Times New Roman"/>
        </w:rPr>
        <w:t xml:space="preserve">, </w:t>
      </w:r>
      <w:r>
        <w:rPr>
          <w:rFonts w:ascii="Nirmala UI" w:hAnsi="Nirmala UI" w:eastAsia="Nirmala UI" w:cs="Nirmala UI"/>
        </w:rPr>
        <w:t>ᱢᱟᱱᱩᱭᱤ</w:t>
      </w:r>
      <w:r>
        <w:rPr>
          <w:rFonts w:ascii="Times New Roman" w:hAnsi="Times New Roman" w:eastAsia="Times New Roman" w:cs="Times New Roman"/>
        </w:rPr>
        <w:t xml:space="preserve"> </w:t>
      </w:r>
      <w:r>
        <w:rPr>
          <w:rFonts w:ascii="Nirmala UI" w:hAnsi="Nirmala UI" w:eastAsia="Nirmala UI" w:cs="Nirmala UI"/>
        </w:rPr>
        <w:t>ᱩᱯᱚᱛᱛᱤ</w:t>
      </w:r>
      <w:r>
        <w:rPr>
          <w:rFonts w:ascii="Times New Roman" w:hAnsi="Times New Roman" w:eastAsia="Times New Roman" w:cs="Times New Roman"/>
        </w:rPr>
        <w:t xml:space="preserve"> </w:t>
      </w:r>
      <w:r>
        <w:rPr>
          <w:rFonts w:ascii="Nirmala UI" w:hAnsi="Nirmala UI" w:eastAsia="Nirmala UI" w:cs="Nirmala UI"/>
        </w:rPr>
        <w:t>ᱢᱮᱱᱛᱮ</w:t>
      </w:r>
      <w:r>
        <w:rPr>
          <w:rFonts w:ascii="Times New Roman" w:hAnsi="Times New Roman" w:eastAsia="Times New Roman" w:cs="Times New Roman"/>
        </w:rPr>
        <w:t xml:space="preserve"> </w:t>
      </w:r>
      <w:r>
        <w:rPr>
          <w:rFonts w:ascii="Nirmala UI" w:hAnsi="Nirmala UI" w:eastAsia="Nirmala UI" w:cs="Nirmala UI"/>
        </w:rPr>
        <w:t>ᱥᱟᱨᱣᱟᱡᱽᱱᱤᱠ</w:t>
      </w:r>
      <w:r>
        <w:rPr>
          <w:rFonts w:ascii="Times New Roman" w:hAnsi="Times New Roman" w:eastAsia="Times New Roman" w:cs="Times New Roman"/>
        </w:rPr>
        <w:t xml:space="preserve"> </w:t>
      </w:r>
      <w:r>
        <w:rPr>
          <w:rFonts w:ascii="Nirmala UI" w:hAnsi="Nirmala UI" w:eastAsia="Nirmala UI" w:cs="Nirmala UI"/>
        </w:rPr>
        <w:t>ᱵᱷᱟᱵᱽᱨᱮ</w:t>
      </w:r>
      <w:r>
        <w:rPr>
          <w:rFonts w:ascii="Times New Roman" w:hAnsi="Times New Roman" w:eastAsia="Times New Roman" w:cs="Times New Roman"/>
        </w:rPr>
        <w:t xml:space="preserve"> </w:t>
      </w:r>
      <w:r>
        <w:rPr>
          <w:rFonts w:ascii="Nirmala UI" w:hAnsi="Nirmala UI" w:eastAsia="Nirmala UI" w:cs="Nirmala UI"/>
        </w:rPr>
        <w:t>ᱥᱣᱤᱠᱟᱨ</w:t>
      </w:r>
      <w:r>
        <w:rPr>
          <w:rFonts w:ascii="Times New Roman" w:hAnsi="Times New Roman" w:eastAsia="Times New Roman" w:cs="Times New Roman"/>
        </w:rPr>
        <w:t xml:space="preserve"> </w:t>
      </w:r>
      <w:r>
        <w:rPr>
          <w:rFonts w:ascii="Nirmala UI" w:hAnsi="Nirmala UI" w:eastAsia="Nirmala UI" w:cs="Nirmala UI"/>
        </w:rPr>
        <w:t>ᱠᱮᱫᱟ।</w:t>
      </w:r>
      <w:r>
        <w:rPr>
          <w:rFonts w:ascii="Times New Roman" w:hAnsi="Times New Roman" w:eastAsia="Times New Roman" w:cs="Times New Roman"/>
        </w:rPr>
        <w:t xml:space="preserve"> </w:t>
      </w:r>
      <w:r>
        <w:rPr>
          <w:rFonts w:ascii="Nirmala UI" w:hAnsi="Nirmala UI" w:eastAsia="Nirmala UI" w:cs="Nirmala UI"/>
        </w:rPr>
        <w:t>ᱴᱷᱟᱨᱟᱭ</w:t>
      </w:r>
      <w:r>
        <w:rPr>
          <w:rFonts w:ascii="Times New Roman" w:hAnsi="Times New Roman" w:eastAsia="Times New Roman" w:cs="Times New Roman"/>
        </w:rPr>
        <w:t xml:space="preserve"> </w:t>
      </w:r>
      <w:r>
        <w:rPr>
          <w:rFonts w:ascii="Nirmala UI" w:hAnsi="Nirmala UI" w:eastAsia="Nirmala UI" w:cs="Nirmala UI"/>
        </w:rPr>
        <w:t>ᱥᱚᱛᱟᱵᱽᱫᱤ</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ᱯᱚᱯ</w:t>
      </w:r>
      <w:r>
        <w:rPr>
          <w:rFonts w:ascii="Times New Roman" w:hAnsi="Times New Roman" w:eastAsia="Times New Roman" w:cs="Times New Roman"/>
        </w:rPr>
        <w:t xml:space="preserve"> </w:t>
      </w:r>
      <w:r>
        <w:rPr>
          <w:rFonts w:ascii="Nirmala UI" w:hAnsi="Nirmala UI" w:eastAsia="Nirmala UI" w:cs="Nirmala UI"/>
        </w:rPr>
        <w:t>ᱠᱟᱣᱩᱱᱥᱤᱞ</w:t>
      </w:r>
      <w:r>
        <w:rPr>
          <w:rFonts w:ascii="Times New Roman" w:hAnsi="Times New Roman" w:eastAsia="Times New Roman" w:cs="Times New Roman"/>
        </w:rPr>
        <w:t xml:space="preserve"> </w:t>
      </w:r>
      <w:r>
        <w:rPr>
          <w:rFonts w:ascii="Nirmala UI" w:hAnsi="Nirmala UI" w:eastAsia="Nirmala UI" w:cs="Nirmala UI"/>
        </w:rPr>
        <w:t>ᱥᱟᱯᱷᱟ</w:t>
      </w:r>
      <w:r>
        <w:rPr>
          <w:rFonts w:ascii="Times New Roman" w:hAnsi="Times New Roman" w:eastAsia="Times New Roman" w:cs="Times New Roman"/>
        </w:rPr>
        <w:t xml:space="preserve"> </w:t>
      </w:r>
      <w:r>
        <w:rPr>
          <w:rFonts w:ascii="Nirmala UI" w:hAnsi="Nirmala UI" w:eastAsia="Nirmala UI" w:cs="Nirmala UI"/>
        </w:rPr>
        <w:t>ᱠᱟᱛᱮ</w:t>
      </w:r>
      <w:r>
        <w:rPr>
          <w:rFonts w:ascii="Times New Roman" w:hAnsi="Times New Roman" w:eastAsia="Times New Roman" w:cs="Times New Roman"/>
        </w:rPr>
        <w:t xml:space="preserve"> </w:t>
      </w:r>
      <w:r>
        <w:rPr>
          <w:rFonts w:ascii="Nirmala UI" w:hAnsi="Nirmala UI" w:eastAsia="Nirmala UI" w:cs="Nirmala UI"/>
        </w:rPr>
        <w:t>ᱜᱷᱚᱥᱚᱱᱟ</w:t>
      </w:r>
      <w:r>
        <w:rPr>
          <w:rFonts w:ascii="Times New Roman" w:hAnsi="Times New Roman" w:eastAsia="Times New Roman" w:cs="Times New Roman"/>
        </w:rPr>
        <w:t xml:space="preserve"> </w:t>
      </w:r>
      <w:r>
        <w:rPr>
          <w:rFonts w:ascii="Nirmala UI" w:hAnsi="Nirmala UI" w:eastAsia="Nirmala UI" w:cs="Nirmala UI"/>
        </w:rPr>
        <w:t>ᱠᱮᱫᱟ</w:t>
      </w:r>
      <w:r>
        <w:rPr>
          <w:rFonts w:ascii="Times New Roman" w:hAnsi="Times New Roman" w:eastAsia="Times New Roman" w:cs="Times New Roman"/>
        </w:rPr>
        <w:t>: ‘</w:t>
      </w:r>
      <w:r>
        <w:rPr>
          <w:rFonts w:ascii="Nirmala UI" w:hAnsi="Nirmala UI" w:eastAsia="Nirmala UI" w:cs="Nirmala UI"/>
        </w:rPr>
        <w:t>ᱥᱚᱵ</w:t>
      </w:r>
      <w:r>
        <w:rPr>
          <w:rFonts w:ascii="Times New Roman" w:hAnsi="Times New Roman" w:eastAsia="Times New Roman" w:cs="Times New Roman"/>
        </w:rPr>
        <w:t xml:space="preserve"> </w:t>
      </w:r>
      <w:r>
        <w:rPr>
          <w:rFonts w:ascii="Nirmala UI" w:hAnsi="Nirmala UI" w:eastAsia="Nirmala UI" w:cs="Nirmala UI"/>
        </w:rPr>
        <w:t>ᱠᱷᱨᱤᱥᱴᱟᱱᱠᱚ</w:t>
      </w:r>
      <w:r>
        <w:rPr>
          <w:rFonts w:ascii="Times New Roman" w:hAnsi="Times New Roman" w:eastAsia="Times New Roman" w:cs="Times New Roman"/>
        </w:rPr>
        <w:t xml:space="preserve"> </w:t>
      </w:r>
      <w:r>
        <w:rPr>
          <w:rFonts w:ascii="Nirmala UI" w:hAnsi="Nirmala UI" w:eastAsia="Nirmala UI" w:cs="Nirmala UI"/>
        </w:rPr>
        <w:t>ᱮᱭᱟ</w:t>
      </w:r>
      <w:r>
        <w:rPr>
          <w:rFonts w:ascii="Times New Roman" w:hAnsi="Times New Roman" w:eastAsia="Times New Roman" w:cs="Times New Roman"/>
        </w:rPr>
        <w:t xml:space="preserve"> </w:t>
      </w:r>
      <w:r>
        <w:rPr>
          <w:rFonts w:ascii="Nirmala UI" w:hAnsi="Nirmala UI" w:eastAsia="Nirmala UI" w:cs="Nirmala UI"/>
        </w:rPr>
        <w:t>ᱮᱢ</w:t>
      </w:r>
      <w:r>
        <w:rPr>
          <w:rFonts w:ascii="Times New Roman" w:hAnsi="Times New Roman" w:eastAsia="Times New Roman" w:cs="Times New Roman"/>
        </w:rPr>
        <w:t xml:space="preserve"> </w:t>
      </w:r>
      <w:r>
        <w:rPr>
          <w:rFonts w:ascii="Nirmala UI" w:hAnsi="Nirmala UI" w:eastAsia="Nirmala UI" w:cs="Nirmala UI"/>
        </w:rPr>
        <w:t>ᱢᱚᱱᱮ</w:t>
      </w:r>
      <w:r>
        <w:rPr>
          <w:rFonts w:ascii="Times New Roman" w:hAnsi="Times New Roman" w:eastAsia="Times New Roman" w:cs="Times New Roman"/>
        </w:rPr>
        <w:t xml:space="preserve"> </w:t>
      </w:r>
      <w:r>
        <w:rPr>
          <w:rFonts w:ascii="Nirmala UI" w:hAnsi="Nirmala UI" w:eastAsia="Nirmala UI" w:cs="Nirmala UI"/>
        </w:rPr>
        <w:t>ᱨᱟᱠᱷᱟᱵ</w:t>
      </w:r>
      <w:r>
        <w:rPr>
          <w:rFonts w:ascii="Times New Roman" w:hAnsi="Times New Roman" w:eastAsia="Times New Roman" w:cs="Times New Roman"/>
        </w:rPr>
        <w:t xml:space="preserve"> </w:t>
      </w:r>
      <w:r>
        <w:rPr>
          <w:rFonts w:ascii="Nirmala UI" w:hAnsi="Nirmala UI" w:eastAsia="Nirmala UI" w:cs="Nirmala UI"/>
        </w:rPr>
        <w:t>ᱡᱮ</w:t>
      </w:r>
      <w:r>
        <w:rPr>
          <w:rFonts w:ascii="Times New Roman" w:hAnsi="Times New Roman" w:eastAsia="Times New Roman" w:cs="Times New Roman"/>
        </w:rPr>
        <w:t xml:space="preserve"> </w:t>
      </w:r>
      <w:r>
        <w:rPr>
          <w:rFonts w:ascii="Nirmala UI" w:hAnsi="Nirmala UI" w:eastAsia="Nirmala UI" w:cs="Nirmala UI"/>
        </w:rPr>
        <w:t>ᱥᱟᱛ</w:t>
      </w:r>
      <w:r>
        <w:rPr>
          <w:rFonts w:ascii="Times New Roman" w:hAnsi="Times New Roman" w:eastAsia="Times New Roman" w:cs="Times New Roman"/>
        </w:rPr>
        <w:t xml:space="preserve"> </w:t>
      </w:r>
      <w:r>
        <w:rPr>
          <w:rFonts w:ascii="Nirmala UI" w:hAnsi="Nirmala UI" w:eastAsia="Nirmala UI" w:cs="Nirmala UI"/>
        </w:rPr>
        <w:t>ᱢᱟᱦᱟ</w:t>
      </w:r>
      <w:r>
        <w:rPr>
          <w:rFonts w:ascii="Times New Roman" w:hAnsi="Times New Roman" w:eastAsia="Times New Roman" w:cs="Times New Roman"/>
        </w:rPr>
        <w:t xml:space="preserve"> </w:t>
      </w:r>
      <w:r>
        <w:rPr>
          <w:rFonts w:ascii="Nirmala UI" w:hAnsi="Nirmala UI" w:eastAsia="Nirmala UI" w:cs="Nirmala UI"/>
        </w:rPr>
        <w:t>ᱤᱥᱣᱚᱨ</w:t>
      </w:r>
      <w:r>
        <w:rPr>
          <w:rFonts w:ascii="Times New Roman" w:hAnsi="Times New Roman" w:eastAsia="Times New Roman" w:cs="Times New Roman"/>
        </w:rPr>
        <w:t xml:space="preserve"> </w:t>
      </w:r>
      <w:r>
        <w:rPr>
          <w:rFonts w:ascii="Nirmala UI" w:hAnsi="Nirmala UI" w:eastAsia="Nirmala UI" w:cs="Nirmala UI"/>
        </w:rPr>
        <w:t>ᱛᱮ</w:t>
      </w:r>
      <w:r>
        <w:rPr>
          <w:rFonts w:ascii="Times New Roman" w:hAnsi="Times New Roman" w:eastAsia="Times New Roman" w:cs="Times New Roman"/>
        </w:rPr>
        <w:t xml:space="preserve"> </w:t>
      </w:r>
      <w:r>
        <w:rPr>
          <w:rFonts w:ascii="Nirmala UI" w:hAnsi="Nirmala UI" w:eastAsia="Nirmala UI" w:cs="Nirmala UI"/>
        </w:rPr>
        <w:t>ᱯᱟᱹᱵᱤᱛᱨ</w:t>
      </w:r>
      <w:r>
        <w:rPr>
          <w:rFonts w:ascii="Times New Roman" w:hAnsi="Times New Roman" w:eastAsia="Times New Roman" w:cs="Times New Roman"/>
        </w:rPr>
        <w:t xml:space="preserve"> </w:t>
      </w:r>
      <w:r>
        <w:rPr>
          <w:rFonts w:ascii="Nirmala UI" w:hAnsi="Nirmala UI" w:eastAsia="Nirmala UI" w:cs="Nirmala UI"/>
        </w:rPr>
        <w:t>ᱠᱮᱫᱟ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ᱮᱴᱟᱜ</w:t>
      </w:r>
      <w:r>
        <w:rPr>
          <w:rFonts w:ascii="Times New Roman" w:hAnsi="Times New Roman" w:eastAsia="Times New Roman" w:cs="Times New Roman"/>
        </w:rPr>
        <w:t xml:space="preserve"> </w:t>
      </w:r>
      <w:r>
        <w:rPr>
          <w:rFonts w:ascii="Nirmala UI" w:hAnsi="Nirmala UI" w:eastAsia="Nirmala UI" w:cs="Nirmala UI"/>
        </w:rPr>
        <w:t>ᱫᱚᱥᱚᱨ</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ᱛᱮᱦᱮᱸ</w:t>
      </w:r>
      <w:r>
        <w:rPr>
          <w:rFonts w:ascii="Times New Roman" w:hAnsi="Times New Roman" w:eastAsia="Times New Roman" w:cs="Times New Roman"/>
        </w:rPr>
        <w:t xml:space="preserve">, </w:t>
      </w:r>
      <w:r>
        <w:rPr>
          <w:rFonts w:ascii="Nirmala UI" w:hAnsi="Nirmala UI" w:eastAsia="Nirmala UI" w:cs="Nirmala UI"/>
        </w:rPr>
        <w:t>ᱥᱩᱢᱩᱝ</w:t>
      </w:r>
      <w:r>
        <w:rPr>
          <w:rFonts w:ascii="Times New Roman" w:hAnsi="Times New Roman" w:eastAsia="Times New Roman" w:cs="Times New Roman"/>
        </w:rPr>
        <w:t xml:space="preserve"> </w:t>
      </w:r>
      <w:r>
        <w:rPr>
          <w:rFonts w:ascii="Nirmala UI" w:hAnsi="Nirmala UI" w:eastAsia="Nirmala UI" w:cs="Nirmala UI"/>
        </w:rPr>
        <w:t>ᱡᱤᱩᱠᱚ</w:t>
      </w:r>
      <w:r>
        <w:rPr>
          <w:rFonts w:ascii="Times New Roman" w:hAnsi="Times New Roman" w:eastAsia="Times New Roman" w:cs="Times New Roman"/>
        </w:rPr>
        <w:t xml:space="preserve"> </w:t>
      </w:r>
      <w:r>
        <w:rPr>
          <w:rFonts w:ascii="Nirmala UI" w:hAnsi="Nirmala UI" w:eastAsia="Nirmala UI" w:cs="Nirmala UI"/>
        </w:rPr>
        <w:t>ᱮᱥᱠᱟᱨ</w:t>
      </w:r>
      <w:r>
        <w:rPr>
          <w:rFonts w:ascii="Times New Roman" w:hAnsi="Times New Roman" w:eastAsia="Times New Roman" w:cs="Times New Roman"/>
        </w:rPr>
        <w:t xml:space="preserve"> </w:t>
      </w:r>
      <w:r>
        <w:rPr>
          <w:rFonts w:ascii="Nirmala UI" w:hAnsi="Nirmala UI" w:eastAsia="Nirmala UI" w:cs="Nirmala UI"/>
        </w:rPr>
        <w:t>ᱵᱟᱝ</w:t>
      </w:r>
      <w:r>
        <w:rPr>
          <w:rFonts w:ascii="Times New Roman" w:hAnsi="Times New Roman" w:eastAsia="Times New Roman" w:cs="Times New Roman"/>
        </w:rPr>
        <w:t xml:space="preserve">, </w:t>
      </w:r>
      <w:r>
        <w:rPr>
          <w:rFonts w:ascii="Nirmala UI" w:hAnsi="Nirmala UI" w:eastAsia="Nirmala UI" w:cs="Nirmala UI"/>
        </w:rPr>
        <w:t>ᱢᱮᱱᱠᱷᱟᱱ</w:t>
      </w:r>
      <w:r>
        <w:rPr>
          <w:rFonts w:ascii="Times New Roman" w:hAnsi="Times New Roman" w:eastAsia="Times New Roman" w:cs="Times New Roman"/>
        </w:rPr>
        <w:t xml:space="preserve"> </w:t>
      </w:r>
      <w:r>
        <w:rPr>
          <w:rFonts w:ascii="Nirmala UI" w:hAnsi="Nirmala UI" w:eastAsia="Nirmala UI" w:cs="Nirmala UI"/>
        </w:rPr>
        <w:t>ᱡᱮᱠᱚ</w:t>
      </w:r>
      <w:r>
        <w:rPr>
          <w:rFonts w:ascii="Times New Roman" w:hAnsi="Times New Roman" w:eastAsia="Times New Roman" w:cs="Times New Roman"/>
        </w:rPr>
        <w:t xml:space="preserve"> </w:t>
      </w:r>
      <w:r>
        <w:rPr>
          <w:rFonts w:ascii="Nirmala UI" w:hAnsi="Nirmala UI" w:eastAsia="Nirmala UI" w:cs="Nirmala UI"/>
        </w:rPr>
        <w:t>ᱤᱥᱣᱚᱨ</w:t>
      </w:r>
      <w:r>
        <w:rPr>
          <w:rFonts w:ascii="Times New Roman" w:hAnsi="Times New Roman" w:eastAsia="Times New Roman" w:cs="Times New Roman"/>
        </w:rPr>
        <w:t xml:space="preserve"> </w:t>
      </w:r>
      <w:r>
        <w:rPr>
          <w:rFonts w:ascii="Nirmala UI" w:hAnsi="Nirmala UI" w:eastAsia="Nirmala UI" w:cs="Nirmala UI"/>
        </w:rPr>
        <w:t>ᱢᱟᱱᱭᱟᱹ</w:t>
      </w:r>
      <w:r>
        <w:rPr>
          <w:rFonts w:ascii="Times New Roman" w:hAnsi="Times New Roman" w:eastAsia="Times New Roman" w:cs="Times New Roman"/>
        </w:rPr>
        <w:t xml:space="preserve"> </w:t>
      </w:r>
      <w:r>
        <w:rPr>
          <w:rFonts w:ascii="Nirmala UI" w:hAnsi="Nirmala UI" w:eastAsia="Nirmala UI" w:cs="Nirmala UI"/>
        </w:rPr>
        <w:t>ᱮᱢ</w:t>
      </w:r>
      <w:r>
        <w:rPr>
          <w:rFonts w:ascii="Times New Roman" w:hAnsi="Times New Roman" w:eastAsia="Times New Roman" w:cs="Times New Roman"/>
        </w:rPr>
        <w:t xml:space="preserve"> </w:t>
      </w:r>
      <w:r>
        <w:rPr>
          <w:rFonts w:ascii="Nirmala UI" w:hAnsi="Nirmala UI" w:eastAsia="Nirmala UI" w:cs="Nirmala UI"/>
        </w:rPr>
        <w:t>ᱫᱟᱵᱤ</w:t>
      </w:r>
      <w:r>
        <w:rPr>
          <w:rFonts w:ascii="Times New Roman" w:hAnsi="Times New Roman" w:eastAsia="Times New Roman" w:cs="Times New Roman"/>
        </w:rPr>
        <w:t xml:space="preserve"> </w:t>
      </w:r>
      <w:r>
        <w:rPr>
          <w:rFonts w:ascii="Nirmala UI" w:hAnsi="Nirmala UI" w:eastAsia="Nirmala UI" w:cs="Nirmala UI"/>
        </w:rPr>
        <w:t>ᱮᱫᱟ</w:t>
      </w:r>
      <w:r>
        <w:rPr>
          <w:rFonts w:ascii="Times New Roman" w:hAnsi="Times New Roman" w:eastAsia="Times New Roman" w:cs="Times New Roman"/>
        </w:rPr>
        <w:t xml:space="preserve">, </w:t>
      </w:r>
      <w:r>
        <w:rPr>
          <w:rFonts w:ascii="Nirmala UI" w:hAnsi="Nirmala UI" w:eastAsia="Nirmala UI" w:cs="Nirmala UI"/>
        </w:rPr>
        <w:t>ᱩᱱᱠᱩ</w:t>
      </w:r>
      <w:r>
        <w:rPr>
          <w:rFonts w:ascii="Times New Roman" w:hAnsi="Times New Roman" w:eastAsia="Times New Roman" w:cs="Times New Roman"/>
        </w:rPr>
        <w:t xml:space="preserve"> </w:t>
      </w:r>
      <w:r>
        <w:rPr>
          <w:rFonts w:ascii="Nirmala UI" w:hAnsi="Nirmala UI" w:eastAsia="Nirmala UI" w:cs="Nirmala UI"/>
        </w:rPr>
        <w:t>ᱦᱚᱸ</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ᱟᱹᱲᱟᱹᱜ</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ᱯᱟᱞᱚᱱ</w:t>
      </w:r>
      <w:r>
        <w:rPr>
          <w:rFonts w:ascii="Times New Roman" w:hAnsi="Times New Roman" w:eastAsia="Times New Roman" w:cs="Times New Roman"/>
        </w:rPr>
        <w:t xml:space="preserve"> </w:t>
      </w:r>
      <w:r>
        <w:rPr>
          <w:rFonts w:ascii="Nirmala UI" w:hAnsi="Nirmala UI" w:eastAsia="Nirmala UI" w:cs="Nirmala UI"/>
        </w:rPr>
        <w:t>ᱠᱮᱫᱟ</w:t>
      </w:r>
      <w:r>
        <w:rPr>
          <w:rFonts w:ascii="Times New Roman" w:hAnsi="Times New Roman" w:eastAsia="Times New Roman" w:cs="Times New Roman"/>
        </w:rPr>
        <w:t xml:space="preserve">; </w:t>
      </w:r>
      <w:r>
        <w:rPr>
          <w:rFonts w:ascii="Nirmala UI" w:hAnsi="Nirmala UI" w:eastAsia="Nirmala UI" w:cs="Nirmala UI"/>
        </w:rPr>
        <w:t>ᱢᱮᱱᱠᱷᱟᱱ</w:t>
      </w:r>
      <w:r>
        <w:rPr>
          <w:rFonts w:ascii="Times New Roman" w:hAnsi="Times New Roman" w:eastAsia="Times New Roman" w:cs="Times New Roman"/>
        </w:rPr>
        <w:t xml:space="preserve"> </w:t>
      </w:r>
      <w:r>
        <w:rPr>
          <w:rFonts w:ascii="Nirmala UI" w:hAnsi="Nirmala UI" w:eastAsia="Nirmala UI" w:cs="Nirmala UI"/>
        </w:rPr>
        <w:t>ᱟᱞᱮ</w:t>
      </w:r>
      <w:r>
        <w:rPr>
          <w:rFonts w:ascii="Times New Roman" w:hAnsi="Times New Roman" w:eastAsia="Times New Roman" w:cs="Times New Roman"/>
        </w:rPr>
        <w:t xml:space="preserve"> </w:t>
      </w:r>
      <w:r>
        <w:rPr>
          <w:rFonts w:ascii="Nirmala UI" w:hAnsi="Nirmala UI" w:eastAsia="Nirmala UI" w:cs="Nirmala UI"/>
        </w:rPr>
        <w:t>ᱠᱷᱨᱤᱥᱴᱟᱱᱠᱚ</w:t>
      </w:r>
      <w:r>
        <w:rPr>
          <w:rFonts w:ascii="Times New Roman" w:hAnsi="Times New Roman" w:eastAsia="Times New Roman" w:cs="Times New Roman"/>
        </w:rPr>
        <w:t xml:space="preserve"> </w:t>
      </w:r>
      <w:r>
        <w:rPr>
          <w:rFonts w:ascii="Nirmala UI" w:hAnsi="Nirmala UI" w:eastAsia="Nirmala UI" w:cs="Nirmala UI"/>
        </w:rPr>
        <w:t>ᱩᱱᱠᱩᱣᱟᱜ</w:t>
      </w:r>
      <w:r>
        <w:rPr>
          <w:rFonts w:ascii="Times New Roman" w:hAnsi="Times New Roman" w:eastAsia="Times New Roman" w:cs="Times New Roman"/>
        </w:rPr>
        <w:t xml:space="preserve"> </w:t>
      </w:r>
      <w:r>
        <w:rPr>
          <w:rFonts w:ascii="Nirmala UI" w:hAnsi="Nirmala UI" w:eastAsia="Nirmala UI" w:cs="Nirmala UI"/>
        </w:rPr>
        <w:t>ᱥᱟᱵᱟᱛ</w:t>
      </w:r>
      <w:r>
        <w:rPr>
          <w:rFonts w:ascii="Times New Roman" w:hAnsi="Times New Roman" w:eastAsia="Times New Roman" w:cs="Times New Roman"/>
        </w:rPr>
        <w:t xml:space="preserve"> </w:t>
      </w:r>
      <w:r>
        <w:rPr>
          <w:rFonts w:ascii="Nirmala UI" w:hAnsi="Nirmala UI" w:eastAsia="Nirmala UI" w:cs="Nirmala UI"/>
        </w:rPr>
        <w:t>ᱞᱚᱨᱰ</w:t>
      </w:r>
      <w:r>
        <w:rPr>
          <w:rFonts w:ascii="Times New Roman" w:hAnsi="Times New Roman" w:eastAsia="Times New Roman" w:cs="Times New Roman"/>
        </w:rPr>
        <w:t>’</w:t>
      </w:r>
      <w:r>
        <w:rPr>
          <w:rFonts w:ascii="Nirmala UI" w:hAnsi="Nirmala UI" w:eastAsia="Nirmala UI" w:cs="Nirmala UI"/>
        </w:rPr>
        <w:t>ᱥ</w:t>
      </w:r>
      <w:r>
        <w:rPr>
          <w:rFonts w:ascii="Times New Roman" w:hAnsi="Times New Roman" w:eastAsia="Times New Roman" w:cs="Times New Roman"/>
        </w:rPr>
        <w:t xml:space="preserve"> </w:t>
      </w:r>
      <w:r>
        <w:rPr>
          <w:rFonts w:ascii="Nirmala UI" w:hAnsi="Nirmala UI" w:eastAsia="Nirmala UI" w:cs="Nirmala UI"/>
        </w:rPr>
        <w:t>ᱰᱮ</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ᱵᱚᱫᱚᱞ</w:t>
      </w:r>
      <w:r>
        <w:rPr>
          <w:rFonts w:ascii="Times New Roman" w:hAnsi="Times New Roman" w:eastAsia="Times New Roman" w:cs="Times New Roman"/>
        </w:rPr>
        <w:t xml:space="preserve"> </w:t>
      </w:r>
      <w:r>
        <w:rPr>
          <w:rFonts w:ascii="Nirmala UI" w:hAnsi="Nirmala UI" w:eastAsia="Nirmala UI" w:cs="Nirmala UI"/>
        </w:rPr>
        <w:t>ᱠᱮᱫᱟ।</w:t>
      </w:r>
      <w:r>
        <w:rPr>
          <w:rFonts w:ascii="Times New Roman" w:hAnsi="Times New Roman" w:eastAsia="Times New Roman" w:cs="Times New Roman"/>
        </w:rPr>
        <w:t xml:space="preserve">’—Ibid., pages 281, 282. </w:t>
      </w:r>
      <w:r>
        <w:rPr>
          <w:rFonts w:ascii="Nirmala UI" w:hAnsi="Nirmala UI" w:eastAsia="Nirmala UI" w:cs="Nirmala UI"/>
        </w:rPr>
        <w:t>ᱡᱮᱠᱚ</w:t>
      </w:r>
      <w:r>
        <w:rPr>
          <w:rFonts w:ascii="Times New Roman" w:hAnsi="Times New Roman" w:eastAsia="Times New Roman" w:cs="Times New Roman"/>
        </w:rPr>
        <w:t xml:space="preserve"> </w:t>
      </w:r>
      <w:r>
        <w:rPr>
          <w:rFonts w:ascii="Nirmala UI" w:hAnsi="Nirmala UI" w:eastAsia="Nirmala UI" w:cs="Nirmala UI"/>
        </w:rPr>
        <w:t>ᱫᱤᱵᱚᱱ</w:t>
      </w:r>
      <w:r>
        <w:rPr>
          <w:rFonts w:ascii="Times New Roman" w:hAnsi="Times New Roman" w:eastAsia="Times New Roman" w:cs="Times New Roman"/>
        </w:rPr>
        <w:t xml:space="preserve"> </w:t>
      </w:r>
      <w:r>
        <w:rPr>
          <w:rFonts w:ascii="Nirmala UI" w:hAnsi="Nirmala UI" w:eastAsia="Nirmala UI" w:cs="Nirmala UI"/>
        </w:rPr>
        <w:t>ᱱᱤᱭᱟᱹᱢ</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ᱦᱟᱛ</w:t>
      </w:r>
      <w:r>
        <w:rPr>
          <w:rFonts w:ascii="Times New Roman" w:hAnsi="Times New Roman" w:eastAsia="Times New Roman" w:cs="Times New Roman"/>
        </w:rPr>
        <w:t xml:space="preserve"> </w:t>
      </w:r>
      <w:r>
        <w:rPr>
          <w:rFonts w:ascii="Nirmala UI" w:hAnsi="Nirmala UI" w:eastAsia="Nirmala UI" w:cs="Nirmala UI"/>
        </w:rPr>
        <w:t>ᱫᱚᱦᱚ</w:t>
      </w:r>
      <w:r>
        <w:rPr>
          <w:rFonts w:ascii="Times New Roman" w:hAnsi="Times New Roman" w:eastAsia="Times New Roman" w:cs="Times New Roman"/>
        </w:rPr>
        <w:t xml:space="preserve"> </w:t>
      </w:r>
      <w:r>
        <w:rPr>
          <w:rFonts w:ascii="Nirmala UI" w:hAnsi="Nirmala UI" w:eastAsia="Nirmala UI" w:cs="Nirmala UI"/>
        </w:rPr>
        <w:t>ᱠᱟᱱᱟ</w:t>
      </w:r>
      <w:r>
        <w:rPr>
          <w:rFonts w:ascii="Times New Roman" w:hAnsi="Times New Roman" w:eastAsia="Times New Roman" w:cs="Times New Roman"/>
        </w:rPr>
        <w:t xml:space="preserve">, </w:t>
      </w:r>
      <w:r>
        <w:rPr>
          <w:rFonts w:ascii="Nirmala UI" w:hAnsi="Nirmala UI" w:eastAsia="Nirmala UI" w:cs="Nirmala UI"/>
        </w:rPr>
        <w:t>ᱩᱱᱠᱩ</w:t>
      </w:r>
      <w:r>
        <w:rPr>
          <w:rFonts w:ascii="Times New Roman" w:hAnsi="Times New Roman" w:eastAsia="Times New Roman" w:cs="Times New Roman"/>
        </w:rPr>
        <w:t xml:space="preserve"> </w:t>
      </w:r>
      <w:r>
        <w:rPr>
          <w:rFonts w:ascii="Nirmala UI" w:hAnsi="Nirmala UI" w:eastAsia="Nirmala UI" w:cs="Nirmala UI"/>
        </w:rPr>
        <w:t>ᱟᱯᱱᱟᱨ</w:t>
      </w:r>
      <w:r>
        <w:rPr>
          <w:rFonts w:ascii="Times New Roman" w:hAnsi="Times New Roman" w:eastAsia="Times New Roman" w:cs="Times New Roman"/>
        </w:rPr>
        <w:t xml:space="preserve"> </w:t>
      </w:r>
      <w:r>
        <w:rPr>
          <w:rFonts w:ascii="Nirmala UI" w:hAnsi="Nirmala UI" w:eastAsia="Nirmala UI" w:cs="Nirmala UI"/>
        </w:rPr>
        <w:t>ᱠᱟᱹᱢᱤ</w:t>
      </w:r>
      <w:r>
        <w:rPr>
          <w:rFonts w:ascii="Times New Roman" w:hAnsi="Times New Roman" w:eastAsia="Times New Roman" w:cs="Times New Roman"/>
        </w:rPr>
        <w:t xml:space="preserve">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ᱪᱚᱨᱤᱛᱨ</w:t>
      </w:r>
      <w:r>
        <w:rPr>
          <w:rFonts w:ascii="Times New Roman" w:hAnsi="Times New Roman" w:eastAsia="Times New Roman" w:cs="Times New Roman"/>
        </w:rPr>
        <w:t xml:space="preserve"> </w:t>
      </w:r>
      <w:r>
        <w:rPr>
          <w:rFonts w:ascii="Nirmala UI" w:hAnsi="Nirmala UI" w:eastAsia="Nirmala UI" w:cs="Nirmala UI"/>
        </w:rPr>
        <w:t>ᱵᱟᱝ</w:t>
      </w:r>
      <w:r>
        <w:rPr>
          <w:rFonts w:ascii="Times New Roman" w:hAnsi="Times New Roman" w:eastAsia="Times New Roman" w:cs="Times New Roman"/>
        </w:rPr>
        <w:t xml:space="preserve"> </w:t>
      </w:r>
      <w:r>
        <w:rPr>
          <w:rFonts w:ascii="Nirmala UI" w:hAnsi="Nirmala UI" w:eastAsia="Nirmala UI" w:cs="Nirmala UI"/>
        </w:rPr>
        <w:t>ᱟᱡᱟᱱᱟ</w:t>
      </w:r>
      <w:r>
        <w:rPr>
          <w:rFonts w:ascii="Times New Roman" w:hAnsi="Times New Roman" w:eastAsia="Times New Roman" w:cs="Times New Roman"/>
        </w:rPr>
        <w:t xml:space="preserve"> </w:t>
      </w:r>
      <w:r>
        <w:rPr>
          <w:rFonts w:ascii="Nirmala UI" w:hAnsi="Nirmala UI" w:eastAsia="Nirmala UI" w:cs="Nirmala UI"/>
        </w:rPr>
        <w:t>ᱛᱟᱦᱮᱱᱟ।</w:t>
      </w:r>
      <w:r>
        <w:rPr>
          <w:rFonts w:ascii="Times New Roman" w:hAnsi="Times New Roman" w:eastAsia="Times New Roman" w:cs="Times New Roman"/>
        </w:rPr>
        <w:t xml:space="preserve"> </w:t>
      </w:r>
      <w:r>
        <w:rPr>
          <w:rFonts w:ascii="Nirmala UI" w:hAnsi="Nirmala UI" w:eastAsia="Nirmala UI" w:cs="Nirmala UI"/>
        </w:rPr>
        <w:t>ᱩᱱᱠᱩ</w:t>
      </w:r>
      <w:r>
        <w:rPr>
          <w:rFonts w:ascii="Times New Roman" w:hAnsi="Times New Roman" w:eastAsia="Times New Roman" w:cs="Times New Roman"/>
        </w:rPr>
        <w:t xml:space="preserve"> </w:t>
      </w:r>
      <w:r>
        <w:rPr>
          <w:rFonts w:ascii="Nirmala UI" w:hAnsi="Nirmala UI" w:eastAsia="Nirmala UI" w:cs="Nirmala UI"/>
        </w:rPr>
        <w:t>ᱥᱟᱹᱨᱮᱥᱟᱨ</w:t>
      </w:r>
      <w:r>
        <w:rPr>
          <w:rFonts w:ascii="Times New Roman" w:hAnsi="Times New Roman" w:eastAsia="Times New Roman" w:cs="Times New Roman"/>
        </w:rPr>
        <w:t xml:space="preserve"> </w:t>
      </w:r>
      <w:r>
        <w:rPr>
          <w:rFonts w:ascii="Nirmala UI" w:hAnsi="Nirmala UI" w:eastAsia="Nirmala UI" w:cs="Nirmala UI"/>
        </w:rPr>
        <w:t>ᱡᱤᱡᱽᱱᱟᱥ</w:t>
      </w:r>
      <w:r>
        <w:rPr>
          <w:rFonts w:ascii="Times New Roman" w:hAnsi="Times New Roman" w:eastAsia="Times New Roman" w:cs="Times New Roman"/>
        </w:rPr>
        <w:t xml:space="preserve"> </w:t>
      </w:r>
      <w:r>
        <w:rPr>
          <w:rFonts w:ascii="Nirmala UI" w:hAnsi="Nirmala UI" w:eastAsia="Nirmala UI" w:cs="Nirmala UI"/>
        </w:rPr>
        <w:t>ᱛᱮ</w:t>
      </w:r>
      <w:r>
        <w:rPr>
          <w:rFonts w:ascii="Times New Roman" w:hAnsi="Times New Roman" w:eastAsia="Times New Roman" w:cs="Times New Roman"/>
        </w:rPr>
        <w:t xml:space="preserve"> </w:t>
      </w:r>
      <w:r>
        <w:rPr>
          <w:rFonts w:ascii="Nirmala UI" w:hAnsi="Nirmala UI" w:eastAsia="Nirmala UI" w:cs="Nirmala UI"/>
        </w:rPr>
        <w:t>ᱟᱯᱱᱟᱠᱚ</w:t>
      </w:r>
      <w:r>
        <w:rPr>
          <w:rFonts w:ascii="Times New Roman" w:hAnsi="Times New Roman" w:eastAsia="Times New Roman" w:cs="Times New Roman"/>
        </w:rPr>
        <w:t xml:space="preserve"> </w:t>
      </w:r>
      <w:r>
        <w:rPr>
          <w:rFonts w:ascii="Nirmala UI" w:hAnsi="Nirmala UI" w:eastAsia="Nirmala UI" w:cs="Nirmala UI"/>
        </w:rPr>
        <w:t>ᱤᱥᱣᱚᱨ</w:t>
      </w:r>
      <w:r>
        <w:rPr>
          <w:rFonts w:ascii="Times New Roman" w:hAnsi="Times New Roman" w:eastAsia="Times New Roman" w:cs="Times New Roman"/>
        </w:rPr>
        <w:t xml:space="preserve"> </w:t>
      </w:r>
      <w:r>
        <w:rPr>
          <w:rFonts w:ascii="Nirmala UI" w:hAnsi="Nirmala UI" w:eastAsia="Nirmala UI" w:cs="Nirmala UI"/>
        </w:rPr>
        <w:t>ᱪᱮᱛᱟᱱ</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ᱫᱚᱦᱚᱭ</w:t>
      </w:r>
      <w:r>
        <w:rPr>
          <w:rFonts w:ascii="Times New Roman" w:hAnsi="Times New Roman" w:eastAsia="Times New Roman" w:cs="Times New Roman"/>
        </w:rPr>
        <w:t xml:space="preserve"> </w:t>
      </w:r>
      <w:r>
        <w:rPr>
          <w:rFonts w:ascii="Nirmala UI" w:hAnsi="Nirmala UI" w:eastAsia="Nirmala UI" w:cs="Nirmala UI"/>
        </w:rPr>
        <w:t>ᱠᱟᱱᱟ।</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“Mohlala o hlakileng oa leano la Roma mabapi le bao ba sa lumellaneng le eena o ile oa bonahala mahlorisong a malelele le a tšollang mali a Ma-Waldense, bao ba bang ba bona e neng e le baboloki ba Sabatha. Ba bang ba ile ba utloa bohloko ka mokhoa o tšoanang ka lebaka la botšepehi ba bona taelong ea bone. Histori ea likereke tsa Ethiopia le Abyssinia e bohlokoa ka ho khetheha. Har’a lefifi la Mehla e Lefifi, Bakreste ba Afrika e Bohareng ba ile ba lahleheloa ke tlhokomelo ’me ba lebaloa ke lefatše, ’me ka makholo a mangata a lilemo ba ile ba thabela tokoloho tšebelisong ea tumelo ea bona. Empa qetellong Roma e ile ea tseba ka boteng ba bona, ’me kapele moemphera oa Abyssinia a qhekelloa hore a amohele mopapa e le moemeli oa Kreste. Litumello tse ling tsa latela.”</w:t>
      </w:r>
    </w:p>
    <w:p>
      <w:pPr>
        <w:pStyle w:val="ArticleScripture"/>
        <w:jc w:val="left"/>
      </w:pPr>
      <w:r>
        <w:rPr>
          <w:rFonts w:ascii="Times New Roman" w:hAnsi="Times New Roman" w:eastAsia="Times New Roman" w:cs="Times New Roman"/>
        </w:rPr>
        <w:t>“Rimpangndaknaba Sabbath-ko nangnina skanggipa sastiko on∙e manianirangchi manianiko bamgimin ge∙etani ong∙aha. (Michael Geddes, Church History of Ethiopia, pages 311, 312 ko nibo.) Indiba papal tyrannyni a∙ningni janggi cha∙gipa yok ong∙a gimin, Abyssiniarang ua yok-ko an∙chingni teng∙kolrangoni galchina miksongaha. Neng∙nikbee dal∙begipa dakgrikani ja∙mano Romanist-rangko uamangni songnokoni a∙rikatpilaha, aro skanggipa bebera∙ani ko piltae donaha. Mondolirang uamangni jakgitel ong∙anichi katchaha, aro Rom-ni tol∙napaniko, fanatism-ko, aro despotik bil-ko badiaba gualjaha. Uamangni dingtanggrikgipa songnok ning∙o, gipin Christian sakantichipaksa ma∙sigijagipa ong∙e dongna uamang namnikaha.”</w:t>
      </w:r>
    </w:p>
    <w:p>
      <w:pPr>
        <w:pStyle w:val="ArticleScripture"/>
        <w:jc w:val="left"/>
      </w:pPr>
      <w:r>
        <w:rPr>
          <w:rFonts w:ascii="Times New Roman" w:hAnsi="Times New Roman" w:eastAsia="Times New Roman" w:cs="Times New Roman"/>
        </w:rPr>
        <w:t>“Likereke tsa Afrika di ne di tshwere Sabata jaaka e ne e tshwerwe ke kereke ya bopapa pele ga go tlhanoga ga yone ka botlalo. Le fa ba ne ba boloka letsatsi la bosupa ka kutlo mo taolong ya Modimo, ba ne ba ikgapa mo tirong ka Sontaga go dumalana le ngwao ya kereke. E rile Roma e sena go bona thata e e kwa godimo tsotlhe, ya gataka Sabata ya Modimo ka dinao gore e godise ya yone; mme likereke tsa Afrika, tse di neng di fitlhilwe ka dingwaga di ka nna sekete, ga di a ka tsa nna le seabe mo go tlhanogeng gono. E rile di tlisiwa mo taolong ya Roma, tsa patelediwa go beela kwa thoko ya boammaaruri le go godisa sabata ya maaka; mme e rile fela di sena go boa di ipusa, tsa boela mo kutlong ya taolo ya bone.”</w:t>
      </w:r>
    </w:p>
    <w:p>
      <w:pPr>
        <w:pStyle w:val="ArticleScripture"/>
        <w:jc w:val="left"/>
      </w:pPr>
      <w:r>
        <w:rPr>
          <w:rFonts w:ascii="Times New Roman" w:hAnsi="Times New Roman" w:eastAsia="Times New Roman" w:cs="Times New Roman"/>
        </w:rPr>
        <w:t>“Rekod-rekod masa lalu ini dengan jelas memperlihatkan permusuhan Roma terhadap Sabat yang benar dan para pembelanya, serta cara-cara yang digunakannya untuk menghormati lembaga yang diciptakannya sendiri. Firman Allah mengajarkan bahwa adegan-adegan ini akan terulang kembali ketika umat Katolik Roma dan kaum Protestan bersatu untuk meninggikan hari Minggu.</w:t>
      </w:r>
    </w:p>
    <w:p>
      <w:pPr>
        <w:pStyle w:val="ArticleScripture"/>
        <w:jc w:val="left"/>
      </w:pPr>
      <w:r>
        <w:rPr>
          <w:rFonts w:ascii="Times New Roman" w:hAnsi="Times New Roman" w:eastAsia="Times New Roman" w:cs="Times New Roman"/>
        </w:rPr>
        <w:t>“</w:t>
      </w:r>
      <w:r>
        <w:rPr>
          <w:rFonts w:ascii="Nirmala UI" w:hAnsi="Nirmala UI" w:eastAsia="Nirmala UI" w:cs="Nirmala UI"/>
        </w:rPr>
        <w:t>बोक</w:t>
      </w:r>
      <w:r>
        <w:rPr>
          <w:rFonts w:ascii="Times New Roman" w:hAnsi="Times New Roman" w:eastAsia="Times New Roman" w:cs="Times New Roman"/>
        </w:rPr>
        <w:t xml:space="preserve"> </w:t>
      </w:r>
      <w:r>
        <w:rPr>
          <w:rFonts w:ascii="Nirmala UI" w:hAnsi="Nirmala UI" w:eastAsia="Nirmala UI" w:cs="Nirmala UI"/>
        </w:rPr>
        <w:t>मिमिया</w:t>
      </w:r>
      <w:r>
        <w:rPr>
          <w:rFonts w:ascii="Times New Roman" w:hAnsi="Times New Roman" w:eastAsia="Times New Roman" w:cs="Times New Roman"/>
        </w:rPr>
        <w:t xml:space="preserve"> </w:t>
      </w:r>
      <w:r>
        <w:rPr>
          <w:rFonts w:ascii="Nirmala UI" w:hAnsi="Nirmala UI" w:eastAsia="Nirmala UI" w:cs="Nirmala UI"/>
        </w:rPr>
        <w:t>सिंगगि</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 xml:space="preserve"> </w:t>
      </w:r>
      <w:r>
        <w:rPr>
          <w:rFonts w:ascii="Nirmala UI" w:hAnsi="Nirmala UI" w:eastAsia="Nirmala UI" w:cs="Nirmala UI"/>
        </w:rPr>
        <w:t>फङगदबा</w:t>
      </w:r>
      <w:r>
        <w:rPr>
          <w:rFonts w:ascii="Times New Roman" w:hAnsi="Times New Roman" w:eastAsia="Times New Roman" w:cs="Times New Roman"/>
        </w:rPr>
        <w:t xml:space="preserve"> </w:t>
      </w:r>
      <w:r>
        <w:rPr>
          <w:rFonts w:ascii="Nirmala UI" w:hAnsi="Nirmala UI" w:eastAsia="Nirmala UI" w:cs="Nirmala UI"/>
        </w:rPr>
        <w:t>दावा</w:t>
      </w:r>
      <w:r>
        <w:rPr>
          <w:rFonts w:ascii="Times New Roman" w:hAnsi="Times New Roman" w:eastAsia="Times New Roman" w:cs="Times New Roman"/>
        </w:rPr>
        <w:t xml:space="preserve"> </w:t>
      </w:r>
      <w:r>
        <w:rPr>
          <w:rFonts w:ascii="Nirmala UI" w:hAnsi="Nirmala UI" w:eastAsia="Nirmala UI" w:cs="Nirmala UI"/>
        </w:rPr>
        <w:t>लैरबा</w:t>
      </w:r>
      <w:r>
        <w:rPr>
          <w:rFonts w:ascii="Times New Roman" w:hAnsi="Times New Roman" w:eastAsia="Times New Roman" w:cs="Times New Roman"/>
        </w:rPr>
        <w:t xml:space="preserve"> </w:t>
      </w:r>
      <w:r>
        <w:rPr>
          <w:rFonts w:ascii="Nirmala UI" w:hAnsi="Nirmala UI" w:eastAsia="Nirmala UI" w:cs="Nirmala UI"/>
        </w:rPr>
        <w:t>शक्ति</w:t>
      </w:r>
      <w:r>
        <w:rPr>
          <w:rFonts w:ascii="Times New Roman" w:hAnsi="Times New Roman" w:eastAsia="Times New Roman" w:cs="Times New Roman"/>
        </w:rPr>
        <w:t xml:space="preserve"> </w:t>
      </w:r>
      <w:r>
        <w:rPr>
          <w:rFonts w:ascii="Nirmala UI" w:hAnsi="Nirmala UI" w:eastAsia="Nirmala UI" w:cs="Nirmala UI"/>
        </w:rPr>
        <w:t>असी</w:t>
      </w:r>
      <w:r>
        <w:rPr>
          <w:rFonts w:ascii="Times New Roman" w:hAnsi="Times New Roman" w:eastAsia="Times New Roman" w:cs="Times New Roman"/>
        </w:rPr>
        <w:t xml:space="preserve"> ‘</w:t>
      </w:r>
      <w:r>
        <w:rPr>
          <w:rFonts w:ascii="Nirmala UI" w:hAnsi="Nirmala UI" w:eastAsia="Nirmala UI" w:cs="Nirmala UI"/>
        </w:rPr>
        <w:t>मालेंदा</w:t>
      </w:r>
      <w:r>
        <w:rPr>
          <w:rFonts w:ascii="Times New Roman" w:hAnsi="Times New Roman" w:eastAsia="Times New Roman" w:cs="Times New Roman"/>
        </w:rPr>
        <w:t xml:space="preserve"> </w:t>
      </w:r>
      <w:r>
        <w:rPr>
          <w:rFonts w:ascii="Nirmala UI" w:hAnsi="Nirmala UI" w:eastAsia="Nirmala UI" w:cs="Nirmala UI"/>
        </w:rPr>
        <w:t>লৈबशींग</w:t>
      </w:r>
      <w:r>
        <w:rPr>
          <w:rFonts w:ascii="Times New Roman" w:hAnsi="Times New Roman" w:eastAsia="Times New Roman" w:cs="Times New Roman"/>
        </w:rPr>
        <w:t xml:space="preserve"> </w:t>
      </w:r>
      <w:r>
        <w:rPr>
          <w:rFonts w:ascii="Nirmala UI" w:hAnsi="Nirmala UI" w:eastAsia="Nirmala UI" w:cs="Nirmala UI"/>
        </w:rPr>
        <w:t>अमसुंग</w:t>
      </w:r>
      <w:r>
        <w:rPr>
          <w:rFonts w:ascii="Times New Roman" w:hAnsi="Times New Roman" w:eastAsia="Times New Roman" w:cs="Times New Roman"/>
        </w:rPr>
        <w:t xml:space="preserve"> </w:t>
      </w:r>
      <w:r>
        <w:rPr>
          <w:rFonts w:ascii="Nirmala UI" w:hAnsi="Nirmala UI" w:eastAsia="Nirmala UI" w:cs="Nirmala UI"/>
        </w:rPr>
        <w:t>मदुदा</w:t>
      </w:r>
      <w:r>
        <w:rPr>
          <w:rFonts w:ascii="Times New Roman" w:hAnsi="Times New Roman" w:eastAsia="Times New Roman" w:cs="Times New Roman"/>
        </w:rPr>
        <w:t xml:space="preserve"> </w:t>
      </w:r>
      <w:r>
        <w:rPr>
          <w:rFonts w:ascii="Nirmala UI" w:hAnsi="Nirmala UI" w:eastAsia="Nirmala UI" w:cs="Nirmala UI"/>
        </w:rPr>
        <w:t>লৈबा</w:t>
      </w:r>
      <w:r>
        <w:rPr>
          <w:rFonts w:ascii="Times New Roman" w:hAnsi="Times New Roman" w:eastAsia="Times New Roman" w:cs="Times New Roman"/>
        </w:rPr>
        <w:t xml:space="preserve"> </w:t>
      </w:r>
      <w:r>
        <w:rPr>
          <w:rFonts w:ascii="Nirmala UI" w:hAnsi="Nirmala UI" w:eastAsia="Nirmala UI" w:cs="Nirmala UI"/>
        </w:rPr>
        <w:t>मीशिंगबु</w:t>
      </w:r>
      <w:r>
        <w:rPr>
          <w:rFonts w:ascii="Times New Roman" w:hAnsi="Times New Roman" w:eastAsia="Times New Roman" w:cs="Times New Roman"/>
        </w:rPr>
        <w:t xml:space="preserve">’ </w:t>
      </w:r>
      <w:r>
        <w:rPr>
          <w:rFonts w:ascii="Nirmala UI" w:hAnsi="Nirmala UI" w:eastAsia="Nirmala UI" w:cs="Nirmala UI"/>
        </w:rPr>
        <w:t>पापसी</w:t>
      </w:r>
      <w:r>
        <w:rPr>
          <w:rFonts w:ascii="Times New Roman" w:hAnsi="Times New Roman" w:eastAsia="Times New Roman" w:cs="Times New Roman"/>
        </w:rPr>
        <w:t xml:space="preserve"> </w:t>
      </w:r>
      <w:r>
        <w:rPr>
          <w:rFonts w:ascii="Nirmala UI" w:hAnsi="Nirmala UI" w:eastAsia="Nirmala UI" w:cs="Nirmala UI"/>
        </w:rPr>
        <w:t>असि</w:t>
      </w:r>
      <w:r>
        <w:rPr>
          <w:rFonts w:ascii="Times New Roman" w:hAnsi="Times New Roman" w:eastAsia="Times New Roman" w:cs="Times New Roman"/>
        </w:rPr>
        <w:t xml:space="preserve"> </w:t>
      </w:r>
      <w:r>
        <w:rPr>
          <w:rFonts w:ascii="Nirmala UI" w:hAnsi="Nirmala UI" w:eastAsia="Nirmala UI" w:cs="Nirmala UI"/>
        </w:rPr>
        <w:t>खुरुमজरीগনি</w:t>
      </w:r>
      <w:r>
        <w:rPr>
          <w:rFonts w:ascii="Times New Roman" w:hAnsi="Times New Roman" w:eastAsia="Times New Roman" w:cs="Times New Roman"/>
        </w:rPr>
        <w:t xml:space="preserve"> </w:t>
      </w:r>
      <w:r>
        <w:rPr>
          <w:rFonts w:ascii="Nirmala UI" w:hAnsi="Nirmala UI" w:eastAsia="Nirmala UI" w:cs="Nirmala UI"/>
        </w:rPr>
        <w:t>हায়না</w:t>
      </w:r>
      <w:r>
        <w:rPr>
          <w:rFonts w:ascii="Times New Roman" w:hAnsi="Times New Roman" w:eastAsia="Times New Roman" w:cs="Times New Roman"/>
        </w:rPr>
        <w:t xml:space="preserve"> </w:t>
      </w:r>
      <w:r>
        <w:rPr>
          <w:rFonts w:ascii="Nirmala UI" w:hAnsi="Nirmala UI" w:eastAsia="Nirmala UI" w:cs="Nirmala UI"/>
        </w:rPr>
        <w:t>फोंगदोकई</w:t>
      </w:r>
      <w:r>
        <w:rPr>
          <w:rFonts w:ascii="Times New Roman" w:hAnsi="Times New Roman" w:eastAsia="Times New Roman" w:cs="Times New Roman"/>
        </w:rPr>
        <w:t>—</w:t>
      </w:r>
      <w:r>
        <w:rPr>
          <w:rFonts w:ascii="Nirmala UI" w:hAnsi="Nirmala UI" w:eastAsia="Nirmala UI" w:cs="Nirmala UI"/>
        </w:rPr>
        <w:t>मदु</w:t>
      </w:r>
      <w:r>
        <w:rPr>
          <w:rFonts w:ascii="Times New Roman" w:hAnsi="Times New Roman" w:eastAsia="Times New Roman" w:cs="Times New Roman"/>
        </w:rPr>
        <w:t xml:space="preserve"> </w:t>
      </w:r>
      <w:r>
        <w:rPr>
          <w:rFonts w:ascii="Nirmala UI" w:hAnsi="Nirmala UI" w:eastAsia="Nirmala UI" w:cs="Nirmala UI"/>
        </w:rPr>
        <w:t>अदा</w:t>
      </w:r>
      <w:r>
        <w:rPr>
          <w:rFonts w:ascii="Times New Roman" w:hAnsi="Times New Roman" w:eastAsia="Times New Roman" w:cs="Times New Roman"/>
        </w:rPr>
        <w:t xml:space="preserve"> ‘</w:t>
      </w:r>
      <w:r>
        <w:rPr>
          <w:rFonts w:ascii="Nirmala UI" w:hAnsi="Nirmala UI" w:eastAsia="Nirmala UI" w:cs="Nirmala UI"/>
        </w:rPr>
        <w:t>कैना</w:t>
      </w:r>
      <w:r>
        <w:rPr>
          <w:rFonts w:ascii="Times New Roman" w:hAnsi="Times New Roman" w:eastAsia="Times New Roman" w:cs="Times New Roman"/>
        </w:rPr>
        <w:t xml:space="preserve"> </w:t>
      </w:r>
      <w:r>
        <w:rPr>
          <w:rFonts w:ascii="Nirmala UI" w:hAnsi="Nirmala UI" w:eastAsia="Nirmala UI" w:cs="Nirmala UI"/>
        </w:rPr>
        <w:t>चाउबा</w:t>
      </w:r>
      <w:r>
        <w:rPr>
          <w:rFonts w:ascii="Times New Roman" w:hAnsi="Times New Roman" w:eastAsia="Times New Roman" w:cs="Times New Roman"/>
        </w:rPr>
        <w:t xml:space="preserve">’ </w:t>
      </w:r>
      <w:r>
        <w:rPr>
          <w:rFonts w:ascii="Nirmala UI" w:hAnsi="Nirmala UI" w:eastAsia="Nirmala UI" w:cs="Nirmala UI"/>
        </w:rPr>
        <w:t>বোক</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फাংलिबा</w:t>
      </w:r>
      <w:r>
        <w:rPr>
          <w:rFonts w:ascii="Times New Roman" w:hAnsi="Times New Roman" w:eastAsia="Times New Roman" w:cs="Times New Roman"/>
        </w:rPr>
        <w:t xml:space="preserve"> </w:t>
      </w:r>
      <w:r>
        <w:rPr>
          <w:rFonts w:ascii="Nirmala UI" w:hAnsi="Nirmala UI" w:eastAsia="Nirmala UI" w:cs="Nirmala UI"/>
        </w:rPr>
        <w:t>মতম्दा</w:t>
      </w:r>
      <w:r>
        <w:rPr>
          <w:rFonts w:ascii="Times New Roman" w:hAnsi="Times New Roman" w:eastAsia="Times New Roman" w:cs="Times New Roman"/>
        </w:rPr>
        <w:t xml:space="preserve"> </w:t>
      </w:r>
      <w:r>
        <w:rPr>
          <w:rFonts w:ascii="Nirmala UI" w:hAnsi="Nirmala UI" w:eastAsia="Nirmala UI" w:cs="Nirmala UI"/>
        </w:rPr>
        <w:t>থাজরিবসি</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बोक</w:t>
      </w:r>
      <w:r>
        <w:rPr>
          <w:rFonts w:ascii="Times New Roman" w:hAnsi="Times New Roman" w:eastAsia="Times New Roman" w:cs="Times New Roman"/>
        </w:rPr>
        <w:t xml:space="preserve"> </w:t>
      </w:r>
      <w:r>
        <w:rPr>
          <w:rFonts w:ascii="Nirmala UI" w:hAnsi="Nirmala UI" w:eastAsia="Nirmala UI" w:cs="Nirmala UI"/>
        </w:rPr>
        <w:t>अनीगी</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 xml:space="preserve"> </w:t>
      </w:r>
      <w:r>
        <w:rPr>
          <w:rFonts w:ascii="Nirmala UI" w:hAnsi="Nirmala UI" w:eastAsia="Nirmala UI" w:cs="Nirmala UI"/>
        </w:rPr>
        <w:t>लैবা</w:t>
      </w:r>
      <w:r>
        <w:rPr>
          <w:rFonts w:ascii="Times New Roman" w:hAnsi="Times New Roman" w:eastAsia="Times New Roman" w:cs="Times New Roman"/>
        </w:rPr>
        <w:t xml:space="preserve"> </w:t>
      </w:r>
      <w:r>
        <w:rPr>
          <w:rFonts w:ascii="Nirmala UI" w:hAnsi="Nirmala UI" w:eastAsia="Nirmala UI" w:cs="Nirmala UI"/>
        </w:rPr>
        <w:t>असিনसु</w:t>
      </w:r>
      <w:r>
        <w:rPr>
          <w:rFonts w:ascii="Times New Roman" w:hAnsi="Times New Roman" w:eastAsia="Times New Roman" w:cs="Times New Roman"/>
        </w:rPr>
        <w:t xml:space="preserve"> ‘</w:t>
      </w:r>
      <w:r>
        <w:rPr>
          <w:rFonts w:ascii="Nirmala UI" w:hAnsi="Nirmala UI" w:eastAsia="Nirmala UI" w:cs="Nirmala UI"/>
        </w:rPr>
        <w:t>मालेंदा</w:t>
      </w:r>
      <w:r>
        <w:rPr>
          <w:rFonts w:ascii="Times New Roman" w:hAnsi="Times New Roman" w:eastAsia="Times New Roman" w:cs="Times New Roman"/>
        </w:rPr>
        <w:t xml:space="preserve"> </w:t>
      </w:r>
      <w:r>
        <w:rPr>
          <w:rFonts w:ascii="Nirmala UI" w:hAnsi="Nirmala UI" w:eastAsia="Nirmala UI" w:cs="Nirmala UI"/>
        </w:rPr>
        <w:t>লৈबशींगदा</w:t>
      </w:r>
      <w:r>
        <w:rPr>
          <w:rFonts w:ascii="Times New Roman" w:hAnsi="Times New Roman" w:eastAsia="Times New Roman" w:cs="Times New Roman"/>
        </w:rPr>
        <w:t xml:space="preserve">, </w:t>
      </w:r>
      <w:r>
        <w:rPr>
          <w:rFonts w:ascii="Nirmala UI" w:hAnsi="Nirmala UI" w:eastAsia="Nirmala UI" w:cs="Nirmala UI"/>
        </w:rPr>
        <w:t>मखोयना</w:t>
      </w:r>
      <w:r>
        <w:rPr>
          <w:rFonts w:ascii="Times New Roman" w:hAnsi="Times New Roman" w:eastAsia="Times New Roman" w:cs="Times New Roman"/>
        </w:rPr>
        <w:t xml:space="preserve"> </w:t>
      </w:r>
      <w:r>
        <w:rPr>
          <w:rFonts w:ascii="Nirmala UI" w:hAnsi="Nirmala UI" w:eastAsia="Nirmala UI" w:cs="Nirmala UI"/>
        </w:rPr>
        <w:t>बोकदु</w:t>
      </w:r>
      <w:r>
        <w:rPr>
          <w:rFonts w:ascii="Times New Roman" w:hAnsi="Times New Roman" w:eastAsia="Times New Roman" w:cs="Times New Roman"/>
        </w:rPr>
        <w:t xml:space="preserve"> </w:t>
      </w:r>
      <w:r>
        <w:rPr>
          <w:rFonts w:ascii="Nirmala UI" w:hAnsi="Nirmala UI" w:eastAsia="Nirmala UI" w:cs="Nirmala UI"/>
        </w:rPr>
        <w:t>ममांगैगी</w:t>
      </w:r>
      <w:r>
        <w:rPr>
          <w:rFonts w:ascii="Times New Roman" w:hAnsi="Times New Roman" w:eastAsia="Times New Roman" w:cs="Times New Roman"/>
        </w:rPr>
        <w:t xml:space="preserve"> </w:t>
      </w:r>
      <w:r>
        <w:rPr>
          <w:rFonts w:ascii="Nirmala UI" w:hAnsi="Nirmala UI" w:eastAsia="Nirmala UI" w:cs="Nirmala UI"/>
        </w:rPr>
        <w:t>मূर्ति</w:t>
      </w:r>
      <w:r>
        <w:rPr>
          <w:rFonts w:ascii="Times New Roman" w:hAnsi="Times New Roman" w:eastAsia="Times New Roman" w:cs="Times New Roman"/>
        </w:rPr>
        <w:t xml:space="preserve"> </w:t>
      </w:r>
      <w:r>
        <w:rPr>
          <w:rFonts w:ascii="Nirmala UI" w:hAnsi="Nirmala UI" w:eastAsia="Nirmala UI" w:cs="Nirmala UI"/>
        </w:rPr>
        <w:t>अमा</w:t>
      </w:r>
      <w:r>
        <w:rPr>
          <w:rFonts w:ascii="Times New Roman" w:hAnsi="Times New Roman" w:eastAsia="Times New Roman" w:cs="Times New Roman"/>
        </w:rPr>
        <w:t xml:space="preserve"> </w:t>
      </w:r>
      <w:r>
        <w:rPr>
          <w:rFonts w:ascii="Nirmala UI" w:hAnsi="Nirmala UI" w:eastAsia="Nirmala UI" w:cs="Nirmala UI"/>
        </w:rPr>
        <w:t>शेमগদবनि</w:t>
      </w:r>
      <w:r>
        <w:rPr>
          <w:rFonts w:ascii="Times New Roman" w:hAnsi="Times New Roman" w:eastAsia="Times New Roman" w:cs="Times New Roman"/>
        </w:rPr>
        <w:t xml:space="preserve">’ </w:t>
      </w:r>
      <w:r>
        <w:rPr>
          <w:rFonts w:ascii="Nirmala UI" w:hAnsi="Nirmala UI" w:eastAsia="Nirmala UI" w:cs="Nirmala UI"/>
        </w:rPr>
        <w:t>हায়ना</w:t>
      </w:r>
      <w:r>
        <w:rPr>
          <w:rFonts w:ascii="Times New Roman" w:hAnsi="Times New Roman" w:eastAsia="Times New Roman" w:cs="Times New Roman"/>
        </w:rPr>
        <w:t xml:space="preserve"> </w:t>
      </w:r>
      <w:r>
        <w:rPr>
          <w:rFonts w:ascii="Nirmala UI" w:hAnsi="Nirmala UI" w:eastAsia="Nirmala UI" w:cs="Nirmala UI"/>
        </w:rPr>
        <w:t>হায়গদबनि</w:t>
      </w:r>
      <w:r>
        <w:rPr>
          <w:rFonts w:ascii="Times New Roman" w:hAnsi="Times New Roman" w:eastAsia="Times New Roman" w:cs="Times New Roman"/>
        </w:rPr>
        <w:t xml:space="preserve">; </w:t>
      </w:r>
      <w:r>
        <w:rPr>
          <w:rFonts w:ascii="Nirmala UI" w:hAnsi="Nirmala UI" w:eastAsia="Nirmala UI" w:cs="Nirmala UI"/>
        </w:rPr>
        <w:t>अमसुंग</w:t>
      </w:r>
      <w:r>
        <w:rPr>
          <w:rFonts w:ascii="Times New Roman" w:hAnsi="Times New Roman" w:eastAsia="Times New Roman" w:cs="Times New Roman"/>
        </w:rPr>
        <w:t xml:space="preserve">, </w:t>
      </w:r>
      <w:r>
        <w:rPr>
          <w:rFonts w:ascii="Nirmala UI" w:hAnsi="Nirmala UI" w:eastAsia="Nirmala UI" w:cs="Nirmala UI"/>
        </w:rPr>
        <w:t>मसीमक</w:t>
      </w:r>
      <w:r>
        <w:rPr>
          <w:rFonts w:ascii="Times New Roman" w:hAnsi="Times New Roman" w:eastAsia="Times New Roman" w:cs="Times New Roman"/>
        </w:rPr>
        <w:t xml:space="preserve"> </w:t>
      </w:r>
      <w:r>
        <w:rPr>
          <w:rFonts w:ascii="Nirmala UI" w:hAnsi="Nirmala UI" w:eastAsia="Nirmala UI" w:cs="Nirmala UI"/>
        </w:rPr>
        <w:t>अतिरीगि</w:t>
      </w:r>
      <w:r>
        <w:rPr>
          <w:rFonts w:ascii="Times New Roman" w:hAnsi="Times New Roman" w:eastAsia="Times New Roman" w:cs="Times New Roman"/>
        </w:rPr>
        <w:t xml:space="preserve"> </w:t>
      </w:r>
      <w:r>
        <w:rPr>
          <w:rFonts w:ascii="Nirmala UI" w:hAnsi="Nirmala UI" w:eastAsia="Nirmala UI" w:cs="Nirmala UI"/>
        </w:rPr>
        <w:t>मথংदा</w:t>
      </w:r>
      <w:r>
        <w:rPr>
          <w:rFonts w:ascii="Times New Roman" w:hAnsi="Times New Roman" w:eastAsia="Times New Roman" w:cs="Times New Roman"/>
        </w:rPr>
        <w:t>, ‘</w:t>
      </w:r>
      <w:r>
        <w:rPr>
          <w:rFonts w:ascii="Nirmala UI" w:hAnsi="Nirmala UI" w:eastAsia="Nirmala UI" w:cs="Nirmala UI"/>
        </w:rPr>
        <w:t>अपीबा</w:t>
      </w:r>
      <w:r>
        <w:rPr>
          <w:rFonts w:ascii="Times New Roman" w:hAnsi="Times New Roman" w:eastAsia="Times New Roman" w:cs="Times New Roman"/>
        </w:rPr>
        <w:t xml:space="preserve"> </w:t>
      </w:r>
      <w:r>
        <w:rPr>
          <w:rFonts w:ascii="Nirmala UI" w:hAnsi="Nirmala UI" w:eastAsia="Nirmala UI" w:cs="Nirmala UI"/>
        </w:rPr>
        <w:t>अमसुंग</w:t>
      </w:r>
      <w:r>
        <w:rPr>
          <w:rFonts w:ascii="Times New Roman" w:hAnsi="Times New Roman" w:eastAsia="Times New Roman" w:cs="Times New Roman"/>
        </w:rPr>
        <w:t xml:space="preserve"> </w:t>
      </w:r>
      <w:r>
        <w:rPr>
          <w:rFonts w:ascii="Nirmala UI" w:hAnsi="Nirmala UI" w:eastAsia="Nirmala UI" w:cs="Nirmala UI"/>
        </w:rPr>
        <w:t>अचाৈবা</w:t>
      </w:r>
      <w:r>
        <w:rPr>
          <w:rFonts w:ascii="Times New Roman" w:hAnsi="Times New Roman" w:eastAsia="Times New Roman" w:cs="Times New Roman"/>
        </w:rPr>
        <w:t xml:space="preserve">, </w:t>
      </w:r>
      <w:r>
        <w:rPr>
          <w:rFonts w:ascii="Nirmala UI" w:hAnsi="Nirmala UI" w:eastAsia="Nirmala UI" w:cs="Nirmala UI"/>
        </w:rPr>
        <w:t>লন্থুমবা</w:t>
      </w:r>
      <w:r>
        <w:rPr>
          <w:rFonts w:ascii="Times New Roman" w:hAnsi="Times New Roman" w:eastAsia="Times New Roman" w:cs="Times New Roman"/>
        </w:rPr>
        <w:t xml:space="preserve"> </w:t>
      </w:r>
      <w:r>
        <w:rPr>
          <w:rFonts w:ascii="Nirmala UI" w:hAnsi="Nirmala UI" w:eastAsia="Nirmala UI" w:cs="Nirmala UI"/>
        </w:rPr>
        <w:t>अमसुंग</w:t>
      </w:r>
      <w:r>
        <w:rPr>
          <w:rFonts w:ascii="Times New Roman" w:hAnsi="Times New Roman" w:eastAsia="Times New Roman" w:cs="Times New Roman"/>
        </w:rPr>
        <w:t xml:space="preserve"> </w:t>
      </w:r>
      <w:r>
        <w:rPr>
          <w:rFonts w:ascii="Nirmala UI" w:hAnsi="Nirmala UI" w:eastAsia="Nirmala UI" w:cs="Nirmala UI"/>
        </w:rPr>
        <w:t>पांगল</w:t>
      </w:r>
      <w:r>
        <w:rPr>
          <w:rFonts w:ascii="Times New Roman" w:hAnsi="Times New Roman" w:eastAsia="Times New Roman" w:cs="Times New Roman"/>
        </w:rPr>
        <w:t xml:space="preserve"> </w:t>
      </w:r>
      <w:r>
        <w:rPr>
          <w:rFonts w:ascii="Nirmala UI" w:hAnsi="Nirmala UI" w:eastAsia="Nirmala UI" w:cs="Nirmala UI"/>
        </w:rPr>
        <w:t>কাঙबा</w:t>
      </w:r>
      <w:r>
        <w:rPr>
          <w:rFonts w:ascii="Times New Roman" w:hAnsi="Times New Roman" w:eastAsia="Times New Roman" w:cs="Times New Roman"/>
        </w:rPr>
        <w:t xml:space="preserve">, </w:t>
      </w:r>
      <w:r>
        <w:rPr>
          <w:rFonts w:ascii="Nirmala UI" w:hAnsi="Nirmala UI" w:eastAsia="Nirmala UI" w:cs="Nirmala UI"/>
        </w:rPr>
        <w:t>मुक्त</w:t>
      </w:r>
      <w:r>
        <w:rPr>
          <w:rFonts w:ascii="Times New Roman" w:hAnsi="Times New Roman" w:eastAsia="Times New Roman" w:cs="Times New Roman"/>
        </w:rPr>
        <w:t xml:space="preserve"> </w:t>
      </w:r>
      <w:r>
        <w:rPr>
          <w:rFonts w:ascii="Nirmala UI" w:hAnsi="Nirmala UI" w:eastAsia="Nirmala UI" w:cs="Nirmala UI"/>
        </w:rPr>
        <w:t>अमसुंग</w:t>
      </w:r>
      <w:r>
        <w:rPr>
          <w:rFonts w:ascii="Times New Roman" w:hAnsi="Times New Roman" w:eastAsia="Times New Roman" w:cs="Times New Roman"/>
        </w:rPr>
        <w:t xml:space="preserve"> </w:t>
      </w:r>
      <w:r>
        <w:rPr>
          <w:rFonts w:ascii="Nirmala UI" w:hAnsi="Nirmala UI" w:eastAsia="Nirmala UI" w:cs="Nirmala UI"/>
        </w:rPr>
        <w:t>लॊनथিবা</w:t>
      </w:r>
      <w:r>
        <w:rPr>
          <w:rFonts w:ascii="Times New Roman" w:hAnsi="Times New Roman" w:eastAsia="Times New Roman" w:cs="Times New Roman"/>
        </w:rPr>
        <w:t xml:space="preserve">’ </w:t>
      </w:r>
      <w:r>
        <w:rPr>
          <w:rFonts w:ascii="Nirmala UI" w:hAnsi="Nirmala UI" w:eastAsia="Nirmala UI" w:cs="Nirmala UI"/>
        </w:rPr>
        <w:t>पुम্নমकता</w:t>
      </w:r>
      <w:r>
        <w:rPr>
          <w:rFonts w:ascii="Times New Roman" w:hAnsi="Times New Roman" w:eastAsia="Times New Roman" w:cs="Times New Roman"/>
        </w:rPr>
        <w:t xml:space="preserve"> </w:t>
      </w:r>
      <w:r>
        <w:rPr>
          <w:rFonts w:ascii="Nirmala UI" w:hAnsi="Nirmala UI" w:eastAsia="Nirmala UI" w:cs="Nirmala UI"/>
        </w:rPr>
        <w:t>বোকकि</w:t>
      </w:r>
      <w:r>
        <w:rPr>
          <w:rFonts w:ascii="Times New Roman" w:hAnsi="Times New Roman" w:eastAsia="Times New Roman" w:cs="Times New Roman"/>
        </w:rPr>
        <w:t xml:space="preserve"> </w:t>
      </w:r>
      <w:r>
        <w:rPr>
          <w:rFonts w:ascii="Nirmala UI" w:hAnsi="Nirmala UI" w:eastAsia="Nirmala UI" w:cs="Nirmala UI"/>
        </w:rPr>
        <w:t>चिह্নदु</w:t>
      </w:r>
      <w:r>
        <w:rPr>
          <w:rFonts w:ascii="Times New Roman" w:hAnsi="Times New Roman" w:eastAsia="Times New Roman" w:cs="Times New Roman"/>
        </w:rPr>
        <w:t xml:space="preserve"> </w:t>
      </w:r>
      <w:r>
        <w:rPr>
          <w:rFonts w:ascii="Nirmala UI" w:hAnsi="Nirmala UI" w:eastAsia="Nirmala UI" w:cs="Nirmala UI"/>
        </w:rPr>
        <w:t>ফংনবা</w:t>
      </w:r>
      <w:r>
        <w:rPr>
          <w:rFonts w:ascii="Times New Roman" w:hAnsi="Times New Roman" w:eastAsia="Times New Roman" w:cs="Times New Roman"/>
        </w:rPr>
        <w:t xml:space="preserve"> </w:t>
      </w:r>
      <w:r>
        <w:rPr>
          <w:rFonts w:ascii="Nirmala UI" w:hAnsi="Nirmala UI" w:eastAsia="Nirmala UI" w:cs="Nirmala UI"/>
        </w:rPr>
        <w:t>यাথং</w:t>
      </w:r>
      <w:r>
        <w:rPr>
          <w:rFonts w:ascii="Times New Roman" w:hAnsi="Times New Roman" w:eastAsia="Times New Roman" w:cs="Times New Roman"/>
        </w:rPr>
        <w:t xml:space="preserve"> </w:t>
      </w:r>
      <w:r>
        <w:rPr>
          <w:rFonts w:ascii="Nirmala UI" w:hAnsi="Nirmala UI" w:eastAsia="Nirmala UI" w:cs="Nirmala UI"/>
        </w:rPr>
        <w:t>पীগদবनि।</w:t>
      </w:r>
      <w:r>
        <w:rPr>
          <w:rFonts w:ascii="Times New Roman" w:hAnsi="Times New Roman" w:eastAsia="Times New Roman" w:cs="Times New Roman"/>
        </w:rPr>
        <w:t xml:space="preserve"> </w:t>
      </w:r>
      <w:r>
        <w:rPr>
          <w:rFonts w:ascii="Nirmala UI" w:hAnsi="Nirmala UI" w:eastAsia="Nirmala UI" w:cs="Nirmala UI"/>
        </w:rPr>
        <w:t>প্রকাশিত</w:t>
      </w:r>
      <w:r>
        <w:rPr>
          <w:rFonts w:ascii="Times New Roman" w:hAnsi="Times New Roman" w:eastAsia="Times New Roman" w:cs="Times New Roman"/>
        </w:rPr>
        <w:t xml:space="preserve"> </w:t>
      </w:r>
      <w:r>
        <w:rPr>
          <w:rFonts w:ascii="Nirmala UI" w:hAnsi="Nirmala UI" w:eastAsia="Nirmala UI" w:cs="Nirmala UI"/>
        </w:rPr>
        <w:t>वाक्य</w:t>
      </w:r>
      <w:r>
        <w:rPr>
          <w:rFonts w:ascii="Times New Roman" w:hAnsi="Times New Roman" w:eastAsia="Times New Roman" w:cs="Times New Roman"/>
        </w:rPr>
        <w:t xml:space="preserve"> 13:11–16. </w:t>
      </w:r>
      <w:r>
        <w:rPr>
          <w:rFonts w:ascii="Nirmala UI" w:hAnsi="Nirmala UI" w:eastAsia="Nirmala UI" w:cs="Nirmala UI"/>
        </w:rPr>
        <w:t>मिमिया</w:t>
      </w:r>
      <w:r>
        <w:rPr>
          <w:rFonts w:ascii="Times New Roman" w:hAnsi="Times New Roman" w:eastAsia="Times New Roman" w:cs="Times New Roman"/>
        </w:rPr>
        <w:t xml:space="preserve"> </w:t>
      </w:r>
      <w:r>
        <w:rPr>
          <w:rFonts w:ascii="Nirmala UI" w:hAnsi="Nirmala UI" w:eastAsia="Nirmala UI" w:cs="Nirmala UI"/>
        </w:rPr>
        <w:t>सिंगगि</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 xml:space="preserve"> </w:t>
      </w:r>
      <w:r>
        <w:rPr>
          <w:rFonts w:ascii="Nirmala UI" w:hAnsi="Nirmala UI" w:eastAsia="Nirmala UI" w:cs="Nirmala UI"/>
        </w:rPr>
        <w:t>ফঙগদবা</w:t>
      </w:r>
      <w:r>
        <w:rPr>
          <w:rFonts w:ascii="Times New Roman" w:hAnsi="Times New Roman" w:eastAsia="Times New Roman" w:cs="Times New Roman"/>
        </w:rPr>
        <w:t xml:space="preserve"> </w:t>
      </w:r>
      <w:r>
        <w:rPr>
          <w:rFonts w:ascii="Nirmala UI" w:hAnsi="Nirmala UI" w:eastAsia="Nirmala UI" w:cs="Nirmala UI"/>
        </w:rPr>
        <w:t>বোকনা</w:t>
      </w:r>
      <w:r>
        <w:rPr>
          <w:rFonts w:ascii="Times New Roman" w:hAnsi="Times New Roman" w:eastAsia="Times New Roman" w:cs="Times New Roman"/>
        </w:rPr>
        <w:t xml:space="preserve"> </w:t>
      </w:r>
      <w:r>
        <w:rPr>
          <w:rFonts w:ascii="Nirmala UI" w:hAnsi="Nirmala UI" w:eastAsia="Nirmala UI" w:cs="Nirmala UI"/>
        </w:rPr>
        <w:t>ফাংলिबা</w:t>
      </w:r>
      <w:r>
        <w:rPr>
          <w:rFonts w:ascii="Times New Roman" w:hAnsi="Times New Roman" w:eastAsia="Times New Roman" w:cs="Times New Roman"/>
        </w:rPr>
        <w:t xml:space="preserve"> </w:t>
      </w:r>
      <w:r>
        <w:rPr>
          <w:rFonts w:ascii="Nirmala UI" w:hAnsi="Nirmala UI" w:eastAsia="Nirmala UI" w:cs="Nirmala UI"/>
        </w:rPr>
        <w:t>শক্তি</w:t>
      </w:r>
      <w:r>
        <w:rPr>
          <w:rFonts w:ascii="Times New Roman" w:hAnsi="Times New Roman" w:eastAsia="Times New Roman" w:cs="Times New Roman"/>
        </w:rPr>
        <w:t xml:space="preserve"> </w:t>
      </w:r>
      <w:r>
        <w:rPr>
          <w:rFonts w:ascii="Nirmala UI" w:hAnsi="Nirmala UI" w:eastAsia="Nirmala UI" w:cs="Nirmala UI"/>
        </w:rPr>
        <w:t>অसी</w:t>
      </w:r>
      <w:r>
        <w:rPr>
          <w:rFonts w:ascii="Times New Roman" w:hAnsi="Times New Roman" w:eastAsia="Times New Roman" w:cs="Times New Roman"/>
        </w:rPr>
        <w:t xml:space="preserve"> </w:t>
      </w:r>
      <w:r>
        <w:rPr>
          <w:rFonts w:ascii="Nirmala UI" w:hAnsi="Nirmala UI" w:eastAsia="Nirmala UI" w:cs="Nirmala UI"/>
        </w:rPr>
        <w:t>যুক্তরাষ্ট্রনি</w:t>
      </w:r>
      <w:r>
        <w:rPr>
          <w:rFonts w:ascii="Times New Roman" w:hAnsi="Times New Roman" w:eastAsia="Times New Roman" w:cs="Times New Roman"/>
        </w:rPr>
        <w:t xml:space="preserve"> </w:t>
      </w:r>
      <w:r>
        <w:rPr>
          <w:rFonts w:ascii="Nirmala UI" w:hAnsi="Nirmala UI" w:eastAsia="Nirmala UI" w:cs="Nirmala UI"/>
        </w:rPr>
        <w:t>হায়বা</w:t>
      </w:r>
      <w:r>
        <w:rPr>
          <w:rFonts w:ascii="Times New Roman" w:hAnsi="Times New Roman" w:eastAsia="Times New Roman" w:cs="Times New Roman"/>
        </w:rPr>
        <w:t xml:space="preserve"> </w:t>
      </w:r>
      <w:r>
        <w:rPr>
          <w:rFonts w:ascii="Nirmala UI" w:hAnsi="Nirmala UI" w:eastAsia="Nirmala UI" w:cs="Nirmala UI"/>
        </w:rPr>
        <w:t>উৎলি</w:t>
      </w:r>
      <w:r>
        <w:rPr>
          <w:rFonts w:ascii="Times New Roman" w:hAnsi="Times New Roman" w:eastAsia="Times New Roman" w:cs="Times New Roman"/>
        </w:rPr>
        <w:t xml:space="preserve">, </w:t>
      </w:r>
      <w:r>
        <w:rPr>
          <w:rFonts w:ascii="Nirmala UI" w:hAnsi="Nirmala UI" w:eastAsia="Nirmala UI" w:cs="Nirmala UI"/>
        </w:rPr>
        <w:t>अमसुং</w:t>
      </w:r>
      <w:r>
        <w:rPr>
          <w:rFonts w:ascii="Times New Roman" w:hAnsi="Times New Roman" w:eastAsia="Times New Roman" w:cs="Times New Roman"/>
        </w:rPr>
        <w:t xml:space="preserve"> </w:t>
      </w:r>
      <w:r>
        <w:rPr>
          <w:rFonts w:ascii="Nirmala UI" w:hAnsi="Nirmala UI" w:eastAsia="Nirmala UI" w:cs="Nirmala UI"/>
        </w:rPr>
        <w:t>रोमনা</w:t>
      </w:r>
      <w:r>
        <w:rPr>
          <w:rFonts w:ascii="Times New Roman" w:hAnsi="Times New Roman" w:eastAsia="Times New Roman" w:cs="Times New Roman"/>
        </w:rPr>
        <w:t xml:space="preserve"> </w:t>
      </w:r>
      <w:r>
        <w:rPr>
          <w:rFonts w:ascii="Nirmala UI" w:hAnsi="Nirmala UI" w:eastAsia="Nirmala UI" w:cs="Nirmala UI"/>
        </w:rPr>
        <w:t>মহাক्कि</w:t>
      </w:r>
      <w:r>
        <w:rPr>
          <w:rFonts w:ascii="Times New Roman" w:hAnsi="Times New Roman" w:eastAsia="Times New Roman" w:cs="Times New Roman"/>
        </w:rPr>
        <w:t xml:space="preserve"> </w:t>
      </w:r>
      <w:r>
        <w:rPr>
          <w:rFonts w:ascii="Nirmala UI" w:hAnsi="Nirmala UI" w:eastAsia="Nirmala UI" w:cs="Nirmala UI"/>
        </w:rPr>
        <w:t>অখন্নবা</w:t>
      </w:r>
      <w:r>
        <w:rPr>
          <w:rFonts w:ascii="Times New Roman" w:hAnsi="Times New Roman" w:eastAsia="Times New Roman" w:cs="Times New Roman"/>
        </w:rPr>
        <w:t xml:space="preserve"> </w:t>
      </w:r>
      <w:r>
        <w:rPr>
          <w:rFonts w:ascii="Nirmala UI" w:hAnsi="Nirmala UI" w:eastAsia="Nirmala UI" w:cs="Nirmala UI"/>
        </w:rPr>
        <w:t>সর্দারি</w:t>
      </w:r>
      <w:r>
        <w:rPr>
          <w:rFonts w:ascii="Times New Roman" w:hAnsi="Times New Roman" w:eastAsia="Times New Roman" w:cs="Times New Roman"/>
        </w:rPr>
        <w:t xml:space="preserve"> </w:t>
      </w:r>
      <w:r>
        <w:rPr>
          <w:rFonts w:ascii="Nirmala UI" w:hAnsi="Nirmala UI" w:eastAsia="Nirmala UI" w:cs="Nirmala UI"/>
        </w:rPr>
        <w:t>খঙহনবগি</w:t>
      </w:r>
      <w:r>
        <w:rPr>
          <w:rFonts w:ascii="Times New Roman" w:hAnsi="Times New Roman" w:eastAsia="Times New Roman" w:cs="Times New Roman"/>
        </w:rPr>
        <w:t xml:space="preserve"> </w:t>
      </w:r>
      <w:r>
        <w:rPr>
          <w:rFonts w:ascii="Nirmala UI" w:hAnsi="Nirmala UI" w:eastAsia="Nirmala UI" w:cs="Nirmala UI"/>
        </w:rPr>
        <w:t>মপুং</w:t>
      </w:r>
      <w:r>
        <w:rPr>
          <w:rFonts w:ascii="Times New Roman" w:hAnsi="Times New Roman" w:eastAsia="Times New Roman" w:cs="Times New Roman"/>
        </w:rPr>
        <w:t xml:space="preserve"> </w:t>
      </w:r>
      <w:r>
        <w:rPr>
          <w:rFonts w:ascii="Nirmala UI" w:hAnsi="Nirmala UI" w:eastAsia="Nirmala UI" w:cs="Nirmala UI"/>
        </w:rPr>
        <w:t>ফাবা</w:t>
      </w:r>
      <w:r>
        <w:rPr>
          <w:rFonts w:ascii="Times New Roman" w:hAnsi="Times New Roman" w:eastAsia="Times New Roman" w:cs="Times New Roman"/>
        </w:rPr>
        <w:t xml:space="preserve"> </w:t>
      </w:r>
      <w:r>
        <w:rPr>
          <w:rFonts w:ascii="Nirmala UI" w:hAnsi="Nirmala UI" w:eastAsia="Nirmala UI" w:cs="Nirmala UI"/>
        </w:rPr>
        <w:t>অমা</w:t>
      </w:r>
      <w:r>
        <w:rPr>
          <w:rFonts w:ascii="Times New Roman" w:hAnsi="Times New Roman" w:eastAsia="Times New Roman" w:cs="Times New Roman"/>
        </w:rPr>
        <w:t xml:space="preserve"> </w:t>
      </w:r>
      <w:r>
        <w:rPr>
          <w:rFonts w:ascii="Nirmala UI" w:hAnsi="Nirmala UI" w:eastAsia="Nirmala UI" w:cs="Nirmala UI"/>
        </w:rPr>
        <w:t>ওইনা</w:t>
      </w:r>
      <w:r>
        <w:rPr>
          <w:rFonts w:ascii="Times New Roman" w:hAnsi="Times New Roman" w:eastAsia="Times New Roman" w:cs="Times New Roman"/>
        </w:rPr>
        <w:t xml:space="preserve"> </w:t>
      </w:r>
      <w:r>
        <w:rPr>
          <w:rFonts w:ascii="Nirmala UI" w:hAnsi="Nirmala UI" w:eastAsia="Nirmala UI" w:cs="Nirmala UI"/>
        </w:rPr>
        <w:t>দাবী</w:t>
      </w:r>
      <w:r>
        <w:rPr>
          <w:rFonts w:ascii="Times New Roman" w:hAnsi="Times New Roman" w:eastAsia="Times New Roman" w:cs="Times New Roman"/>
        </w:rPr>
        <w:t xml:space="preserve"> </w:t>
      </w:r>
      <w:r>
        <w:rPr>
          <w:rFonts w:ascii="Nirmala UI" w:hAnsi="Nirmala UI" w:eastAsia="Nirmala UI" w:cs="Nirmala UI"/>
        </w:rPr>
        <w:t>তৌরিবা</w:t>
      </w:r>
      <w:r>
        <w:rPr>
          <w:rFonts w:ascii="Times New Roman" w:hAnsi="Times New Roman" w:eastAsia="Times New Roman" w:cs="Times New Roman"/>
        </w:rPr>
        <w:t xml:space="preserve"> </w:t>
      </w:r>
      <w:r>
        <w:rPr>
          <w:rFonts w:ascii="Nirmala UI" w:hAnsi="Nirmala UI" w:eastAsia="Nirmala UI" w:cs="Nirmala UI"/>
        </w:rPr>
        <w:t>লমচৎ</w:t>
      </w:r>
      <w:r>
        <w:rPr>
          <w:rFonts w:ascii="Times New Roman" w:hAnsi="Times New Roman" w:eastAsia="Times New Roman" w:cs="Times New Roman"/>
        </w:rPr>
        <w:t xml:space="preserve"> </w:t>
      </w:r>
      <w:r>
        <w:rPr>
          <w:rFonts w:ascii="Nirmala UI" w:hAnsi="Nirmala UI" w:eastAsia="Nirmala UI" w:cs="Nirmala UI"/>
        </w:rPr>
        <w:t>নুমিৎকি</w:t>
      </w:r>
      <w:r>
        <w:rPr>
          <w:rFonts w:ascii="Times New Roman" w:hAnsi="Times New Roman" w:eastAsia="Times New Roman" w:cs="Times New Roman"/>
        </w:rPr>
        <w:t xml:space="preserve"> </w:t>
      </w:r>
      <w:r>
        <w:rPr>
          <w:rFonts w:ascii="Nirmala UI" w:hAnsi="Nirmala UI" w:eastAsia="Nirmala UI" w:cs="Nirmala UI"/>
        </w:rPr>
        <w:t>থৌরমদু</w:t>
      </w:r>
      <w:r>
        <w:rPr>
          <w:rFonts w:ascii="Times New Roman" w:hAnsi="Times New Roman" w:eastAsia="Times New Roman" w:cs="Times New Roman"/>
        </w:rPr>
        <w:t xml:space="preserve"> </w:t>
      </w:r>
      <w:r>
        <w:rPr>
          <w:rFonts w:ascii="Nirmala UI" w:hAnsi="Nirmala UI" w:eastAsia="Nirmala UI" w:cs="Nirmala UI"/>
        </w:rPr>
        <w:t>যুক্তরাষ্ট্রনা</w:t>
      </w:r>
      <w:r>
        <w:rPr>
          <w:rFonts w:ascii="Times New Roman" w:hAnsi="Times New Roman" w:eastAsia="Times New Roman" w:cs="Times New Roman"/>
        </w:rPr>
        <w:t xml:space="preserve"> </w:t>
      </w:r>
      <w:r>
        <w:rPr>
          <w:rFonts w:ascii="Nirmala UI" w:hAnsi="Nirmala UI" w:eastAsia="Nirmala UI" w:cs="Nirmala UI"/>
        </w:rPr>
        <w:t>বাধ্য</w:t>
      </w:r>
      <w:r>
        <w:rPr>
          <w:rFonts w:ascii="Times New Roman" w:hAnsi="Times New Roman" w:eastAsia="Times New Roman" w:cs="Times New Roman"/>
        </w:rPr>
        <w:t xml:space="preserve"> </w:t>
      </w:r>
      <w:r>
        <w:rPr>
          <w:rFonts w:ascii="Nirmala UI" w:hAnsi="Nirmala UI" w:eastAsia="Nirmala UI" w:cs="Nirmala UI"/>
        </w:rPr>
        <w:t>তৌগদবা</w:t>
      </w:r>
      <w:r>
        <w:rPr>
          <w:rFonts w:ascii="Times New Roman" w:hAnsi="Times New Roman" w:eastAsia="Times New Roman" w:cs="Times New Roman"/>
        </w:rPr>
        <w:t xml:space="preserve"> </w:t>
      </w:r>
      <w:r>
        <w:rPr>
          <w:rFonts w:ascii="Nirmala UI" w:hAnsi="Nirmala UI" w:eastAsia="Nirmala UI" w:cs="Nirmala UI"/>
        </w:rPr>
        <w:t>মতম্দा</w:t>
      </w:r>
      <w:r>
        <w:rPr>
          <w:rFonts w:ascii="Times New Roman" w:hAnsi="Times New Roman" w:eastAsia="Times New Roman" w:cs="Times New Roman"/>
        </w:rPr>
        <w:t xml:space="preserve"> </w:t>
      </w:r>
      <w:r>
        <w:rPr>
          <w:rFonts w:ascii="Nirmala UI" w:hAnsi="Nirmala UI" w:eastAsia="Nirmala UI" w:cs="Nirmala UI"/>
        </w:rPr>
        <w:t>মসিগি</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 xml:space="preserve"> </w:t>
      </w:r>
      <w:r>
        <w:rPr>
          <w:rFonts w:ascii="Nirmala UI" w:hAnsi="Nirmala UI" w:eastAsia="Nirmala UI" w:cs="Nirmala UI"/>
        </w:rPr>
        <w:t>असी</w:t>
      </w:r>
      <w:r>
        <w:rPr>
          <w:rFonts w:ascii="Times New Roman" w:hAnsi="Times New Roman" w:eastAsia="Times New Roman" w:cs="Times New Roman"/>
        </w:rPr>
        <w:t xml:space="preserve"> </w:t>
      </w:r>
      <w:r>
        <w:rPr>
          <w:rFonts w:ascii="Nirmala UI" w:hAnsi="Nirmala UI" w:eastAsia="Nirmala UI" w:cs="Nirmala UI"/>
        </w:rPr>
        <w:t>मपुंग</w:t>
      </w:r>
      <w:r>
        <w:rPr>
          <w:rFonts w:ascii="Times New Roman" w:hAnsi="Times New Roman" w:eastAsia="Times New Roman" w:cs="Times New Roman"/>
        </w:rPr>
        <w:t xml:space="preserve"> </w:t>
      </w:r>
      <w:r>
        <w:rPr>
          <w:rFonts w:ascii="Nirmala UI" w:hAnsi="Nirmala UI" w:eastAsia="Nirmala UI" w:cs="Nirmala UI"/>
        </w:rPr>
        <w:t>फागনি</w:t>
      </w:r>
      <w:r>
        <w:rPr>
          <w:rFonts w:ascii="Times New Roman" w:hAnsi="Times New Roman" w:eastAsia="Times New Roman" w:cs="Times New Roman"/>
        </w:rPr>
        <w:t xml:space="preserve"> </w:t>
      </w:r>
      <w:r>
        <w:rPr>
          <w:rFonts w:ascii="Nirmala UI" w:hAnsi="Nirmala UI" w:eastAsia="Nirmala UI" w:cs="Nirmala UI"/>
        </w:rPr>
        <w:t>হায়বसु</w:t>
      </w:r>
      <w:r>
        <w:rPr>
          <w:rFonts w:ascii="Times New Roman" w:hAnsi="Times New Roman" w:eastAsia="Times New Roman" w:cs="Times New Roman"/>
        </w:rPr>
        <w:t xml:space="preserve"> </w:t>
      </w:r>
      <w:r>
        <w:rPr>
          <w:rFonts w:ascii="Nirmala UI" w:hAnsi="Nirmala UI" w:eastAsia="Nirmala UI" w:cs="Nirmala UI"/>
        </w:rPr>
        <w:t>উৎলি।</w:t>
      </w:r>
      <w:r>
        <w:rPr>
          <w:rFonts w:ascii="Times New Roman" w:hAnsi="Times New Roman" w:eastAsia="Times New Roman" w:cs="Times New Roman"/>
        </w:rPr>
        <w:t xml:space="preserve"> </w:t>
      </w:r>
      <w:r>
        <w:rPr>
          <w:rFonts w:ascii="Nirmala UI" w:hAnsi="Nirmala UI" w:eastAsia="Nirmala UI" w:cs="Nirmala UI"/>
        </w:rPr>
        <w:t>अदুবु</w:t>
      </w:r>
      <w:r>
        <w:rPr>
          <w:rFonts w:ascii="Times New Roman" w:hAnsi="Times New Roman" w:eastAsia="Times New Roman" w:cs="Times New Roman"/>
        </w:rPr>
        <w:t xml:space="preserve"> </w:t>
      </w:r>
      <w:r>
        <w:rPr>
          <w:rFonts w:ascii="Nirmala UI" w:hAnsi="Nirmala UI" w:eastAsia="Nirmala UI" w:cs="Nirmala UI"/>
        </w:rPr>
        <w:t>पापसीदা</w:t>
      </w:r>
      <w:r>
        <w:rPr>
          <w:rFonts w:ascii="Times New Roman" w:hAnsi="Times New Roman" w:eastAsia="Times New Roman" w:cs="Times New Roman"/>
        </w:rPr>
        <w:t xml:space="preserve"> </w:t>
      </w:r>
      <w:r>
        <w:rPr>
          <w:rFonts w:ascii="Nirmala UI" w:hAnsi="Nirmala UI" w:eastAsia="Nirmala UI" w:cs="Nirmala UI"/>
        </w:rPr>
        <w:t>তৌরিবা</w:t>
      </w:r>
      <w:r>
        <w:rPr>
          <w:rFonts w:ascii="Times New Roman" w:hAnsi="Times New Roman" w:eastAsia="Times New Roman" w:cs="Times New Roman"/>
        </w:rPr>
        <w:t xml:space="preserve"> </w:t>
      </w:r>
      <w:r>
        <w:rPr>
          <w:rFonts w:ascii="Nirmala UI" w:hAnsi="Nirmala UI" w:eastAsia="Nirmala UI" w:cs="Nirmala UI"/>
        </w:rPr>
        <w:t>मসি</w:t>
      </w:r>
      <w:r>
        <w:rPr>
          <w:rFonts w:ascii="Times New Roman" w:hAnsi="Times New Roman" w:eastAsia="Times New Roman" w:cs="Times New Roman"/>
        </w:rPr>
        <w:t xml:space="preserve"> </w:t>
      </w:r>
      <w:r>
        <w:rPr>
          <w:rFonts w:ascii="Nirmala UI" w:hAnsi="Nirmala UI" w:eastAsia="Nirmala UI" w:cs="Nirmala UI"/>
        </w:rPr>
        <w:t>মখোयদा</w:t>
      </w:r>
      <w:r>
        <w:rPr>
          <w:rFonts w:ascii="Times New Roman" w:hAnsi="Times New Roman" w:eastAsia="Times New Roman" w:cs="Times New Roman"/>
        </w:rPr>
        <w:t xml:space="preserve"> </w:t>
      </w:r>
      <w:r>
        <w:rPr>
          <w:rFonts w:ascii="Nirmala UI" w:hAnsi="Nirmala UI" w:eastAsia="Nirmala UI" w:cs="Nirmala UI"/>
        </w:rPr>
        <w:t>যুধাবা</w:t>
      </w:r>
      <w:r>
        <w:rPr>
          <w:rFonts w:ascii="Times New Roman" w:hAnsi="Times New Roman" w:eastAsia="Times New Roman" w:cs="Times New Roman"/>
        </w:rPr>
        <w:t xml:space="preserve"> </w:t>
      </w:r>
      <w:r>
        <w:rPr>
          <w:rFonts w:ascii="Nirmala UI" w:hAnsi="Nirmala UI" w:eastAsia="Nirmala UI" w:cs="Nirmala UI"/>
        </w:rPr>
        <w:t>অমত্তা</w:t>
      </w:r>
      <w:r>
        <w:rPr>
          <w:rFonts w:ascii="Times New Roman" w:hAnsi="Times New Roman" w:eastAsia="Times New Roman" w:cs="Times New Roman"/>
        </w:rPr>
        <w:t xml:space="preserve"> </w:t>
      </w:r>
      <w:r>
        <w:rPr>
          <w:rFonts w:ascii="Nirmala UI" w:hAnsi="Nirmala UI" w:eastAsia="Nirmala UI" w:cs="Nirmala UI"/>
        </w:rPr>
        <w:t>ওইদ্রে।</w:t>
      </w:r>
      <w:r>
        <w:rPr>
          <w:rFonts w:ascii="Times New Roman" w:hAnsi="Times New Roman" w:eastAsia="Times New Roman" w:cs="Times New Roman"/>
        </w:rPr>
        <w:t xml:space="preserve"> </w:t>
      </w:r>
      <w:r>
        <w:rPr>
          <w:rFonts w:ascii="Nirmala UI" w:hAnsi="Nirmala UI" w:eastAsia="Nirmala UI" w:cs="Nirmala UI"/>
        </w:rPr>
        <w:t>অমসুং</w:t>
      </w:r>
      <w:r>
        <w:rPr>
          <w:rFonts w:ascii="Times New Roman" w:hAnsi="Times New Roman" w:eastAsia="Times New Roman" w:cs="Times New Roman"/>
        </w:rPr>
        <w:t xml:space="preserve"> </w:t>
      </w:r>
      <w:r>
        <w:rPr>
          <w:rFonts w:ascii="Nirmala UI" w:hAnsi="Nirmala UI" w:eastAsia="Nirmala UI" w:cs="Nirmala UI"/>
        </w:rPr>
        <w:t>মহাক्कि</w:t>
      </w:r>
      <w:r>
        <w:rPr>
          <w:rFonts w:ascii="Times New Roman" w:hAnsi="Times New Roman" w:eastAsia="Times New Roman" w:cs="Times New Roman"/>
        </w:rPr>
        <w:t xml:space="preserve"> </w:t>
      </w:r>
      <w:r>
        <w:rPr>
          <w:rFonts w:ascii="Nirmala UI" w:hAnsi="Nirmala UI" w:eastAsia="Nirmala UI" w:cs="Nirmala UI"/>
        </w:rPr>
        <w:t>অরানবা</w:t>
      </w:r>
      <w:r>
        <w:rPr>
          <w:rFonts w:ascii="Times New Roman" w:hAnsi="Times New Roman" w:eastAsia="Times New Roman" w:cs="Times New Roman"/>
        </w:rPr>
        <w:t xml:space="preserve"> </w:t>
      </w:r>
      <w:r>
        <w:rPr>
          <w:rFonts w:ascii="Nirmala UI" w:hAnsi="Nirmala UI" w:eastAsia="Nirmala UI" w:cs="Nirmala UI"/>
        </w:rPr>
        <w:t>ইয়োক্লম</w:t>
      </w:r>
      <w:r>
        <w:rPr>
          <w:rFonts w:ascii="Times New Roman" w:hAnsi="Times New Roman" w:eastAsia="Times New Roman" w:cs="Times New Roman"/>
        </w:rPr>
        <w:t xml:space="preserve"> </w:t>
      </w:r>
      <w:r>
        <w:rPr>
          <w:rFonts w:ascii="Nirmala UI" w:hAnsi="Nirmala UI" w:eastAsia="Nirmala UI" w:cs="Nirmala UI"/>
        </w:rPr>
        <w:t>অকনবা</w:t>
      </w:r>
      <w:r>
        <w:rPr>
          <w:rFonts w:ascii="Times New Roman" w:hAnsi="Times New Roman" w:eastAsia="Times New Roman" w:cs="Times New Roman"/>
        </w:rPr>
        <w:t xml:space="preserve"> </w:t>
      </w:r>
      <w:r>
        <w:rPr>
          <w:rFonts w:ascii="Nirmala UI" w:hAnsi="Nirmala UI" w:eastAsia="Nirmala UI" w:cs="Nirmala UI"/>
        </w:rPr>
        <w:t>লৈরিবসিংদা</w:t>
      </w:r>
      <w:r>
        <w:rPr>
          <w:rFonts w:ascii="Times New Roman" w:hAnsi="Times New Roman" w:eastAsia="Times New Roman" w:cs="Times New Roman"/>
        </w:rPr>
        <w:t xml:space="preserve"> </w:t>
      </w:r>
      <w:r>
        <w:rPr>
          <w:rFonts w:ascii="Nirmala UI" w:hAnsi="Nirmala UI" w:eastAsia="Nirmala UI" w:cs="Nirmala UI"/>
        </w:rPr>
        <w:t>रोमগি</w:t>
      </w:r>
      <w:r>
        <w:rPr>
          <w:rFonts w:ascii="Times New Roman" w:hAnsi="Times New Roman" w:eastAsia="Times New Roman" w:cs="Times New Roman"/>
        </w:rPr>
        <w:t xml:space="preserve"> </w:t>
      </w:r>
      <w:r>
        <w:rPr>
          <w:rFonts w:ascii="Nirmala UI" w:hAnsi="Nirmala UI" w:eastAsia="Nirmala UI" w:cs="Nirmala UI"/>
        </w:rPr>
        <w:t>প্রভাবদু</w:t>
      </w:r>
      <w:r>
        <w:rPr>
          <w:rFonts w:ascii="Times New Roman" w:hAnsi="Times New Roman" w:eastAsia="Times New Roman" w:cs="Times New Roman"/>
        </w:rPr>
        <w:t xml:space="preserve"> </w:t>
      </w:r>
      <w:r>
        <w:rPr>
          <w:rFonts w:ascii="Nirmala UI" w:hAnsi="Nirmala UI" w:eastAsia="Nirmala UI" w:cs="Nirmala UI"/>
        </w:rPr>
        <w:t>এখোয়গী</w:t>
      </w:r>
      <w:r>
        <w:rPr>
          <w:rFonts w:ascii="Times New Roman" w:hAnsi="Times New Roman" w:eastAsia="Times New Roman" w:cs="Times New Roman"/>
        </w:rPr>
        <w:t xml:space="preserve"> </w:t>
      </w:r>
      <w:r>
        <w:rPr>
          <w:rFonts w:ascii="Nirmala UI" w:hAnsi="Nirmala UI" w:eastAsia="Nirmala UI" w:cs="Nirmala UI"/>
        </w:rPr>
        <w:t>নঙগী</w:t>
      </w:r>
      <w:r>
        <w:rPr>
          <w:rFonts w:ascii="Times New Roman" w:hAnsi="Times New Roman" w:eastAsia="Times New Roman" w:cs="Times New Roman"/>
        </w:rPr>
        <w:t xml:space="preserve"> </w:t>
      </w:r>
      <w:r>
        <w:rPr>
          <w:rFonts w:ascii="Nirmala UI" w:hAnsi="Nirmala UI" w:eastAsia="Nirmala UI" w:cs="Nirmala UI"/>
        </w:rPr>
        <w:t>মতমসি</w:t>
      </w:r>
      <w:r>
        <w:rPr>
          <w:rFonts w:ascii="Times New Roman" w:hAnsi="Times New Roman" w:eastAsia="Times New Roman" w:cs="Times New Roman"/>
        </w:rPr>
        <w:t xml:space="preserve"> </w:t>
      </w:r>
      <w:r>
        <w:rPr>
          <w:rFonts w:ascii="Nirmala UI" w:hAnsi="Nirmala UI" w:eastAsia="Nirmala UI" w:cs="Nirmala UI"/>
        </w:rPr>
        <w:t>পর্যন্ত</w:t>
      </w:r>
      <w:r>
        <w:rPr>
          <w:rFonts w:ascii="Times New Roman" w:hAnsi="Times New Roman" w:eastAsia="Times New Roman" w:cs="Times New Roman"/>
        </w:rPr>
        <w:t xml:space="preserve"> </w:t>
      </w:r>
      <w:r>
        <w:rPr>
          <w:rFonts w:ascii="Nirmala UI" w:hAnsi="Nirmala UI" w:eastAsia="Nirmala UI" w:cs="Nirmala UI"/>
        </w:rPr>
        <w:t>মাংলদ্রি।</w:t>
      </w:r>
      <w:r>
        <w:rPr>
          <w:rFonts w:ascii="Times New Roman" w:hAnsi="Times New Roman" w:eastAsia="Times New Roman" w:cs="Times New Roman"/>
        </w:rPr>
        <w:t xml:space="preserve"> </w:t>
      </w:r>
      <w:r>
        <w:rPr>
          <w:rFonts w:ascii="Nirmala UI" w:hAnsi="Nirmala UI" w:eastAsia="Nirmala UI" w:cs="Nirmala UI"/>
        </w:rPr>
        <w:t>अमसुং</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মহাক्कि</w:t>
      </w:r>
      <w:r>
        <w:rPr>
          <w:rFonts w:ascii="Times New Roman" w:hAnsi="Times New Roman" w:eastAsia="Times New Roman" w:cs="Times New Roman"/>
        </w:rPr>
        <w:t xml:space="preserve"> </w:t>
      </w:r>
      <w:r>
        <w:rPr>
          <w:rFonts w:ascii="Nirmala UI" w:hAnsi="Nirmala UI" w:eastAsia="Nirmala UI" w:cs="Nirmala UI"/>
        </w:rPr>
        <w:t>শক্তি</w:t>
      </w:r>
      <w:r>
        <w:rPr>
          <w:rFonts w:ascii="Times New Roman" w:hAnsi="Times New Roman" w:eastAsia="Times New Roman" w:cs="Times New Roman"/>
        </w:rPr>
        <w:t xml:space="preserve"> </w:t>
      </w:r>
      <w:r>
        <w:rPr>
          <w:rFonts w:ascii="Nirmala UI" w:hAnsi="Nirmala UI" w:eastAsia="Nirmala UI" w:cs="Nirmala UI"/>
        </w:rPr>
        <w:t>হন্না</w:t>
      </w:r>
      <w:r>
        <w:rPr>
          <w:rFonts w:ascii="Times New Roman" w:hAnsi="Times New Roman" w:eastAsia="Times New Roman" w:cs="Times New Roman"/>
        </w:rPr>
        <w:t xml:space="preserve"> </w:t>
      </w:r>
      <w:r>
        <w:rPr>
          <w:rFonts w:ascii="Nirmala UI" w:hAnsi="Nirmala UI" w:eastAsia="Nirmala UI" w:cs="Nirmala UI"/>
        </w:rPr>
        <w:t>ফংহনগদবনি</w:t>
      </w:r>
      <w:r>
        <w:rPr>
          <w:rFonts w:ascii="Times New Roman" w:hAnsi="Times New Roman" w:eastAsia="Times New Roman" w:cs="Times New Roman"/>
        </w:rPr>
        <w:t xml:space="preserve"> </w:t>
      </w:r>
      <w:r>
        <w:rPr>
          <w:rFonts w:ascii="Nirmala UI" w:hAnsi="Nirmala UI" w:eastAsia="Nirmala UI" w:cs="Nirmala UI"/>
        </w:rPr>
        <w:t>হায়না</w:t>
      </w:r>
      <w:r>
        <w:rPr>
          <w:rFonts w:ascii="Times New Roman" w:hAnsi="Times New Roman" w:eastAsia="Times New Roman" w:cs="Times New Roman"/>
        </w:rPr>
        <w:t xml:space="preserve"> </w:t>
      </w:r>
      <w:r>
        <w:rPr>
          <w:rFonts w:ascii="Nirmala UI" w:hAnsi="Nirmala UI" w:eastAsia="Nirmala UI" w:cs="Nirmala UI"/>
        </w:rPr>
        <w:t>ফোংই।</w:t>
      </w:r>
      <w:r>
        <w:rPr>
          <w:rFonts w:ascii="Times New Roman" w:hAnsi="Times New Roman" w:eastAsia="Times New Roman" w:cs="Times New Roman"/>
        </w:rPr>
        <w:t xml:space="preserve"> ‘</w:t>
      </w:r>
      <w:r>
        <w:rPr>
          <w:rFonts w:ascii="Nirmala UI" w:hAnsi="Nirmala UI" w:eastAsia="Nirmala UI" w:cs="Nirmala UI"/>
        </w:rPr>
        <w:t>ঐনা</w:t>
      </w:r>
      <w:r>
        <w:rPr>
          <w:rFonts w:ascii="Times New Roman" w:hAnsi="Times New Roman" w:eastAsia="Times New Roman" w:cs="Times New Roman"/>
        </w:rPr>
        <w:t xml:space="preserve"> </w:t>
      </w:r>
      <w:r>
        <w:rPr>
          <w:rFonts w:ascii="Nirmala UI" w:hAnsi="Nirmala UI" w:eastAsia="Nirmala UI" w:cs="Nirmala UI"/>
        </w:rPr>
        <w:t>মহাক্কি</w:t>
      </w:r>
      <w:r>
        <w:rPr>
          <w:rFonts w:ascii="Times New Roman" w:hAnsi="Times New Roman" w:eastAsia="Times New Roman" w:cs="Times New Roman"/>
        </w:rPr>
        <w:t xml:space="preserve"> </w:t>
      </w:r>
      <w:r>
        <w:rPr>
          <w:rFonts w:ascii="Nirmala UI" w:hAnsi="Nirmala UI" w:eastAsia="Nirmala UI" w:cs="Nirmala UI"/>
        </w:rPr>
        <w:t>মথক্কি</w:t>
      </w:r>
      <w:r>
        <w:rPr>
          <w:rFonts w:ascii="Times New Roman" w:hAnsi="Times New Roman" w:eastAsia="Times New Roman" w:cs="Times New Roman"/>
        </w:rPr>
        <w:t xml:space="preserve"> </w:t>
      </w:r>
      <w:r>
        <w:rPr>
          <w:rFonts w:ascii="Nirmala UI" w:hAnsi="Nirmala UI" w:eastAsia="Nirmala UI" w:cs="Nirmala UI"/>
        </w:rPr>
        <w:t>মপু</w:t>
      </w:r>
      <w:r>
        <w:rPr>
          <w:rFonts w:ascii="Times New Roman" w:hAnsi="Times New Roman" w:eastAsia="Times New Roman" w:cs="Times New Roman"/>
        </w:rPr>
        <w:t xml:space="preserve"> </w:t>
      </w:r>
      <w:r>
        <w:rPr>
          <w:rFonts w:ascii="Nirmala UI" w:hAnsi="Nirmala UI" w:eastAsia="Nirmala UI" w:cs="Nirmala UI"/>
        </w:rPr>
        <w:t>অমদু</w:t>
      </w:r>
      <w:r>
        <w:rPr>
          <w:rFonts w:ascii="Times New Roman" w:hAnsi="Times New Roman" w:eastAsia="Times New Roman" w:cs="Times New Roman"/>
        </w:rPr>
        <w:t xml:space="preserve"> </w:t>
      </w:r>
      <w:r>
        <w:rPr>
          <w:rFonts w:ascii="Nirmala UI" w:hAnsi="Nirmala UI" w:eastAsia="Nirmala UI" w:cs="Nirmala UI"/>
        </w:rPr>
        <w:t>শিবদা</w:t>
      </w:r>
      <w:r>
        <w:rPr>
          <w:rFonts w:ascii="Times New Roman" w:hAnsi="Times New Roman" w:eastAsia="Times New Roman" w:cs="Times New Roman"/>
        </w:rPr>
        <w:t xml:space="preserve"> </w:t>
      </w:r>
      <w:r>
        <w:rPr>
          <w:rFonts w:ascii="Nirmala UI" w:hAnsi="Nirmala UI" w:eastAsia="Nirmala UI" w:cs="Nirmala UI"/>
        </w:rPr>
        <w:t>লাইদুনা</w:t>
      </w:r>
      <w:r>
        <w:rPr>
          <w:rFonts w:ascii="Times New Roman" w:hAnsi="Times New Roman" w:eastAsia="Times New Roman" w:cs="Times New Roman"/>
        </w:rPr>
        <w:t xml:space="preserve"> </w:t>
      </w:r>
      <w:r>
        <w:rPr>
          <w:rFonts w:ascii="Nirmala UI" w:hAnsi="Nirmala UI" w:eastAsia="Nirmala UI" w:cs="Nirmala UI"/>
        </w:rPr>
        <w:t>সোকহনখিবা</w:t>
      </w:r>
      <w:r>
        <w:rPr>
          <w:rFonts w:ascii="Times New Roman" w:hAnsi="Times New Roman" w:eastAsia="Times New Roman" w:cs="Times New Roman"/>
        </w:rPr>
        <w:t xml:space="preserve"> </w:t>
      </w:r>
      <w:r>
        <w:rPr>
          <w:rFonts w:ascii="Nirmala UI" w:hAnsi="Nirmala UI" w:eastAsia="Nirmala UI" w:cs="Nirmala UI"/>
        </w:rPr>
        <w:t>গুম্না</w:t>
      </w:r>
      <w:r>
        <w:rPr>
          <w:rFonts w:ascii="Times New Roman" w:hAnsi="Times New Roman" w:eastAsia="Times New Roman" w:cs="Times New Roman"/>
        </w:rPr>
        <w:t xml:space="preserve"> </w:t>
      </w:r>
      <w:r>
        <w:rPr>
          <w:rFonts w:ascii="Nirmala UI" w:hAnsi="Nirmala UI" w:eastAsia="Nirmala UI" w:cs="Nirmala UI"/>
        </w:rPr>
        <w:t>উবা</w:t>
      </w:r>
      <w:r>
        <w:rPr>
          <w:rFonts w:ascii="Times New Roman" w:hAnsi="Times New Roman" w:eastAsia="Times New Roman" w:cs="Times New Roman"/>
        </w:rPr>
        <w:t xml:space="preserve"> </w:t>
      </w:r>
      <w:r>
        <w:rPr>
          <w:rFonts w:ascii="Nirmala UI" w:hAnsi="Nirmala UI" w:eastAsia="Nirmala UI" w:cs="Nirmala UI"/>
        </w:rPr>
        <w:t>ঙাক্তে</w:t>
      </w:r>
      <w:r>
        <w:rPr>
          <w:rFonts w:ascii="Times New Roman" w:hAnsi="Times New Roman" w:eastAsia="Times New Roman" w:cs="Times New Roman"/>
        </w:rPr>
        <w:t xml:space="preserve">; </w:t>
      </w:r>
      <w:r>
        <w:rPr>
          <w:rFonts w:ascii="Nirmala UI" w:hAnsi="Nirmala UI" w:eastAsia="Nirmala UI" w:cs="Nirmala UI"/>
        </w:rPr>
        <w:t>অদুবু</w:t>
      </w:r>
      <w:r>
        <w:rPr>
          <w:rFonts w:ascii="Times New Roman" w:hAnsi="Times New Roman" w:eastAsia="Times New Roman" w:cs="Times New Roman"/>
        </w:rPr>
        <w:t xml:space="preserve"> </w:t>
      </w:r>
      <w:r>
        <w:rPr>
          <w:rFonts w:ascii="Nirmala UI" w:hAnsi="Nirmala UI" w:eastAsia="Nirmala UI" w:cs="Nirmala UI"/>
        </w:rPr>
        <w:t>মহাক্কি</w:t>
      </w:r>
      <w:r>
        <w:rPr>
          <w:rFonts w:ascii="Times New Roman" w:hAnsi="Times New Roman" w:eastAsia="Times New Roman" w:cs="Times New Roman"/>
        </w:rPr>
        <w:t xml:space="preserve"> </w:t>
      </w:r>
      <w:r>
        <w:rPr>
          <w:rFonts w:ascii="Nirmala UI" w:hAnsi="Nirmala UI" w:eastAsia="Nirmala UI" w:cs="Nirmala UI"/>
        </w:rPr>
        <w:t>শিবদা</w:t>
      </w:r>
      <w:r>
        <w:rPr>
          <w:rFonts w:ascii="Times New Roman" w:hAnsi="Times New Roman" w:eastAsia="Times New Roman" w:cs="Times New Roman"/>
        </w:rPr>
        <w:t xml:space="preserve"> </w:t>
      </w:r>
      <w:r>
        <w:rPr>
          <w:rFonts w:ascii="Nirmala UI" w:hAnsi="Nirmala UI" w:eastAsia="Nirmala UI" w:cs="Nirmala UI"/>
        </w:rPr>
        <w:t>লাইবা</w:t>
      </w:r>
      <w:r>
        <w:rPr>
          <w:rFonts w:ascii="Times New Roman" w:hAnsi="Times New Roman" w:eastAsia="Times New Roman" w:cs="Times New Roman"/>
        </w:rPr>
        <w:t xml:space="preserve"> </w:t>
      </w:r>
      <w:r>
        <w:rPr>
          <w:rFonts w:ascii="Nirmala UI" w:hAnsi="Nirmala UI" w:eastAsia="Nirmala UI" w:cs="Nirmala UI"/>
        </w:rPr>
        <w:t>সোকহনবদু</w:t>
      </w:r>
      <w:r>
        <w:rPr>
          <w:rFonts w:ascii="Times New Roman" w:hAnsi="Times New Roman" w:eastAsia="Times New Roman" w:cs="Times New Roman"/>
        </w:rPr>
        <w:t xml:space="preserve"> </w:t>
      </w:r>
      <w:r>
        <w:rPr>
          <w:rFonts w:ascii="Nirmala UI" w:hAnsi="Nirmala UI" w:eastAsia="Nirmala UI" w:cs="Nirmala UI"/>
        </w:rPr>
        <w:t>ফমথোকখ্রে</w:t>
      </w:r>
      <w:r>
        <w:rPr>
          <w:rFonts w:ascii="Times New Roman" w:hAnsi="Times New Roman" w:eastAsia="Times New Roman" w:cs="Times New Roman"/>
        </w:rPr>
        <w:t xml:space="preserve">: </w:t>
      </w:r>
      <w:r>
        <w:rPr>
          <w:rFonts w:ascii="Nirmala UI" w:hAnsi="Nirmala UI" w:eastAsia="Nirmala UI" w:cs="Nirmala UI"/>
        </w:rPr>
        <w:t>অমসুং</w:t>
      </w:r>
      <w:r>
        <w:rPr>
          <w:rFonts w:ascii="Times New Roman" w:hAnsi="Times New Roman" w:eastAsia="Times New Roman" w:cs="Times New Roman"/>
        </w:rPr>
        <w:t xml:space="preserve"> </w:t>
      </w:r>
      <w:r>
        <w:rPr>
          <w:rFonts w:ascii="Nirmala UI" w:hAnsi="Nirmala UI" w:eastAsia="Nirmala UI" w:cs="Nirmala UI"/>
        </w:rPr>
        <w:t>মালেম</w:t>
      </w:r>
      <w:r>
        <w:rPr>
          <w:rFonts w:ascii="Times New Roman" w:hAnsi="Times New Roman" w:eastAsia="Times New Roman" w:cs="Times New Roman"/>
        </w:rPr>
        <w:t xml:space="preserve"> </w:t>
      </w:r>
      <w:r>
        <w:rPr>
          <w:rFonts w:ascii="Nirmala UI" w:hAnsi="Nirmala UI" w:eastAsia="Nirmala UI" w:cs="Nirmala UI"/>
        </w:rPr>
        <w:t>অপুংবা</w:t>
      </w:r>
      <w:r>
        <w:rPr>
          <w:rFonts w:ascii="Times New Roman" w:hAnsi="Times New Roman" w:eastAsia="Times New Roman" w:cs="Times New Roman"/>
        </w:rPr>
        <w:t xml:space="preserve"> </w:t>
      </w:r>
      <w:r>
        <w:rPr>
          <w:rFonts w:ascii="Nirmala UI" w:hAnsi="Nirmala UI" w:eastAsia="Nirmala UI" w:cs="Nirmala UI"/>
        </w:rPr>
        <w:t>অসিনা</w:t>
      </w:r>
      <w:r>
        <w:rPr>
          <w:rFonts w:ascii="Times New Roman" w:hAnsi="Times New Roman" w:eastAsia="Times New Roman" w:cs="Times New Roman"/>
        </w:rPr>
        <w:t xml:space="preserve"> </w:t>
      </w:r>
      <w:r>
        <w:rPr>
          <w:rFonts w:ascii="Nirmala UI" w:hAnsi="Nirmala UI" w:eastAsia="Nirmala UI" w:cs="Nirmala UI"/>
        </w:rPr>
        <w:t>বোক্কি</w:t>
      </w:r>
      <w:r>
        <w:rPr>
          <w:rFonts w:ascii="Times New Roman" w:hAnsi="Times New Roman" w:eastAsia="Times New Roman" w:cs="Times New Roman"/>
        </w:rPr>
        <w:t xml:space="preserve"> </w:t>
      </w:r>
      <w:r>
        <w:rPr>
          <w:rFonts w:ascii="Nirmala UI" w:hAnsi="Nirmala UI" w:eastAsia="Nirmala UI" w:cs="Nirmala UI"/>
        </w:rPr>
        <w:t>মতুং</w:t>
      </w:r>
      <w:r>
        <w:rPr>
          <w:rFonts w:ascii="Times New Roman" w:hAnsi="Times New Roman" w:eastAsia="Times New Roman" w:cs="Times New Roman"/>
        </w:rPr>
        <w:t xml:space="preserve"> </w:t>
      </w:r>
      <w:r>
        <w:rPr>
          <w:rFonts w:ascii="Nirmala UI" w:hAnsi="Nirmala UI" w:eastAsia="Nirmala UI" w:cs="Nirmala UI"/>
        </w:rPr>
        <w:t>ইন্না</w:t>
      </w:r>
      <w:r>
        <w:rPr>
          <w:rFonts w:ascii="Times New Roman" w:hAnsi="Times New Roman" w:eastAsia="Times New Roman" w:cs="Times New Roman"/>
        </w:rPr>
        <w:t xml:space="preserve"> </w:t>
      </w:r>
      <w:r>
        <w:rPr>
          <w:rFonts w:ascii="Nirmala UI" w:hAnsi="Nirmala UI" w:eastAsia="Nirmala UI" w:cs="Nirmala UI"/>
        </w:rPr>
        <w:t>হাংলকখ্রে।</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3. </w:t>
      </w:r>
      <w:r>
        <w:rPr>
          <w:rFonts w:ascii="Nirmala UI" w:hAnsi="Nirmala UI" w:eastAsia="Nirmala UI" w:cs="Nirmala UI"/>
        </w:rPr>
        <w:t>শিবদা</w:t>
      </w:r>
      <w:r>
        <w:rPr>
          <w:rFonts w:ascii="Times New Roman" w:hAnsi="Times New Roman" w:eastAsia="Times New Roman" w:cs="Times New Roman"/>
        </w:rPr>
        <w:t xml:space="preserve"> </w:t>
      </w:r>
      <w:r>
        <w:rPr>
          <w:rFonts w:ascii="Nirmala UI" w:hAnsi="Nirmala UI" w:eastAsia="Nirmala UI" w:cs="Nirmala UI"/>
        </w:rPr>
        <w:t>লাইবা</w:t>
      </w:r>
      <w:r>
        <w:rPr>
          <w:rFonts w:ascii="Times New Roman" w:hAnsi="Times New Roman" w:eastAsia="Times New Roman" w:cs="Times New Roman"/>
        </w:rPr>
        <w:t xml:space="preserve"> </w:t>
      </w:r>
      <w:r>
        <w:rPr>
          <w:rFonts w:ascii="Nirmala UI" w:hAnsi="Nirmala UI" w:eastAsia="Nirmala UI" w:cs="Nirmala UI"/>
        </w:rPr>
        <w:t>সোকহনবদু</w:t>
      </w:r>
      <w:r>
        <w:rPr>
          <w:rFonts w:ascii="Times New Roman" w:hAnsi="Times New Roman" w:eastAsia="Times New Roman" w:cs="Times New Roman"/>
        </w:rPr>
        <w:t xml:space="preserve"> </w:t>
      </w:r>
      <w:r>
        <w:rPr>
          <w:rFonts w:ascii="Nirmala UI" w:hAnsi="Nirmala UI" w:eastAsia="Nirmala UI" w:cs="Nirmala UI"/>
        </w:rPr>
        <w:t>পীবা</w:t>
      </w:r>
      <w:r>
        <w:rPr>
          <w:rFonts w:ascii="Times New Roman" w:hAnsi="Times New Roman" w:eastAsia="Times New Roman" w:cs="Times New Roman"/>
        </w:rPr>
        <w:t xml:space="preserve"> </w:t>
      </w:r>
      <w:r>
        <w:rPr>
          <w:rFonts w:ascii="Nirmala UI" w:hAnsi="Nirmala UI" w:eastAsia="Nirmala UI" w:cs="Nirmala UI"/>
        </w:rPr>
        <w:t>অদুনা</w:t>
      </w:r>
      <w:r>
        <w:rPr>
          <w:rFonts w:ascii="Times New Roman" w:hAnsi="Times New Roman" w:eastAsia="Times New Roman" w:cs="Times New Roman"/>
        </w:rPr>
        <w:t xml:space="preserve"> 1798</w:t>
      </w:r>
      <w:r>
        <w:rPr>
          <w:rFonts w:ascii="Nirmala UI" w:hAnsi="Nirmala UI" w:eastAsia="Nirmala UI" w:cs="Nirmala UI"/>
        </w:rPr>
        <w:t>দা</w:t>
      </w:r>
      <w:r>
        <w:rPr>
          <w:rFonts w:ascii="Times New Roman" w:hAnsi="Times New Roman" w:eastAsia="Times New Roman" w:cs="Times New Roman"/>
        </w:rPr>
        <w:t xml:space="preserve"> </w:t>
      </w:r>
      <w:r>
        <w:rPr>
          <w:rFonts w:ascii="Nirmala UI" w:hAnsi="Nirmala UI" w:eastAsia="Nirmala UI" w:cs="Nirmala UI"/>
        </w:rPr>
        <w:t>পাপসিগি</w:t>
      </w:r>
      <w:r>
        <w:rPr>
          <w:rFonts w:ascii="Times New Roman" w:hAnsi="Times New Roman" w:eastAsia="Times New Roman" w:cs="Times New Roman"/>
        </w:rPr>
        <w:t xml:space="preserve"> </w:t>
      </w:r>
      <w:r>
        <w:rPr>
          <w:rFonts w:ascii="Nirmala UI" w:hAnsi="Nirmala UI" w:eastAsia="Nirmala UI" w:cs="Nirmala UI"/>
        </w:rPr>
        <w:t>তুংফম</w:t>
      </w:r>
      <w:r>
        <w:rPr>
          <w:rFonts w:ascii="Times New Roman" w:hAnsi="Times New Roman" w:eastAsia="Times New Roman" w:cs="Times New Roman"/>
        </w:rPr>
        <w:t xml:space="preserve"> </w:t>
      </w:r>
      <w:r>
        <w:rPr>
          <w:rFonts w:ascii="Nirmala UI" w:hAnsi="Nirmala UI" w:eastAsia="Nirmala UI" w:cs="Nirmala UI"/>
        </w:rPr>
        <w:t>ফঙখিবদু</w:t>
      </w:r>
      <w:r>
        <w:rPr>
          <w:rFonts w:ascii="Times New Roman" w:hAnsi="Times New Roman" w:eastAsia="Times New Roman" w:cs="Times New Roman"/>
        </w:rPr>
        <w:t xml:space="preserve"> </w:t>
      </w:r>
      <w:r>
        <w:rPr>
          <w:rFonts w:ascii="Nirmala UI" w:hAnsi="Nirmala UI" w:eastAsia="Nirmala UI" w:cs="Nirmala UI"/>
        </w:rPr>
        <w:t>খংহনই।</w:t>
      </w:r>
      <w:r>
        <w:rPr>
          <w:rFonts w:ascii="Times New Roman" w:hAnsi="Times New Roman" w:eastAsia="Times New Roman" w:cs="Times New Roman"/>
        </w:rPr>
        <w:t xml:space="preserve"> </w:t>
      </w:r>
      <w:r>
        <w:rPr>
          <w:rFonts w:ascii="Nirmala UI" w:hAnsi="Nirmala UI" w:eastAsia="Nirmala UI" w:cs="Nirmala UI"/>
        </w:rPr>
        <w:t>মসিগি</w:t>
      </w:r>
      <w:r>
        <w:rPr>
          <w:rFonts w:ascii="Times New Roman" w:hAnsi="Times New Roman" w:eastAsia="Times New Roman" w:cs="Times New Roman"/>
        </w:rPr>
        <w:t xml:space="preserve"> </w:t>
      </w:r>
      <w:r>
        <w:rPr>
          <w:rFonts w:ascii="Nirmala UI" w:hAnsi="Nirmala UI" w:eastAsia="Nirmala UI" w:cs="Nirmala UI"/>
        </w:rPr>
        <w:t>মতুংদা</w:t>
      </w:r>
      <w:r>
        <w:rPr>
          <w:rFonts w:ascii="Times New Roman" w:hAnsi="Times New Roman" w:eastAsia="Times New Roman" w:cs="Times New Roman"/>
        </w:rPr>
        <w:t xml:space="preserve">, </w:t>
      </w:r>
      <w:r>
        <w:rPr>
          <w:rFonts w:ascii="Nirmala UI" w:hAnsi="Nirmala UI" w:eastAsia="Nirmala UI" w:cs="Nirmala UI"/>
        </w:rPr>
        <w:t>গ্রা</w:t>
      </w:r>
      <w:r>
        <w:rPr>
          <w:rFonts w:ascii="Times New Roman" w:hAnsi="Times New Roman" w:eastAsia="Times New Roman" w:cs="Times New Roman"/>
        </w:rPr>
        <w:t xml:space="preserve"> </w:t>
      </w:r>
      <w:r>
        <w:rPr>
          <w:rFonts w:ascii="Nirmala UI" w:hAnsi="Nirmala UI" w:eastAsia="Nirmala UI" w:cs="Nirmala UI"/>
        </w:rPr>
        <w:t>ফংদোরিবনা</w:t>
      </w:r>
      <w:r>
        <w:rPr>
          <w:rFonts w:ascii="Times New Roman" w:hAnsi="Times New Roman" w:eastAsia="Times New Roman" w:cs="Times New Roman"/>
        </w:rPr>
        <w:t xml:space="preserve"> </w:t>
      </w:r>
      <w:r>
        <w:rPr>
          <w:rFonts w:ascii="Nirmala UI" w:hAnsi="Nirmala UI" w:eastAsia="Nirmala UI" w:cs="Nirmala UI"/>
        </w:rPr>
        <w:t>হায়ই</w:t>
      </w:r>
      <w:r>
        <w:rPr>
          <w:rFonts w:ascii="Times New Roman" w:hAnsi="Times New Roman" w:eastAsia="Times New Roman" w:cs="Times New Roman"/>
        </w:rPr>
        <w:t>, ‘</w:t>
      </w:r>
      <w:r>
        <w:rPr>
          <w:rFonts w:ascii="Nirmala UI" w:hAnsi="Nirmala UI" w:eastAsia="Nirmala UI" w:cs="Nirmala UI"/>
        </w:rPr>
        <w:t>মহাক্কি</w:t>
      </w:r>
      <w:r>
        <w:rPr>
          <w:rFonts w:ascii="Times New Roman" w:hAnsi="Times New Roman" w:eastAsia="Times New Roman" w:cs="Times New Roman"/>
        </w:rPr>
        <w:t xml:space="preserve"> </w:t>
      </w:r>
      <w:r>
        <w:rPr>
          <w:rFonts w:ascii="Nirmala UI" w:hAnsi="Nirmala UI" w:eastAsia="Nirmala UI" w:cs="Nirmala UI"/>
        </w:rPr>
        <w:t>শিবদা</w:t>
      </w:r>
      <w:r>
        <w:rPr>
          <w:rFonts w:ascii="Times New Roman" w:hAnsi="Times New Roman" w:eastAsia="Times New Roman" w:cs="Times New Roman"/>
        </w:rPr>
        <w:t xml:space="preserve"> </w:t>
      </w:r>
      <w:r>
        <w:rPr>
          <w:rFonts w:ascii="Nirmala UI" w:hAnsi="Nirmala UI" w:eastAsia="Nirmala UI" w:cs="Nirmala UI"/>
        </w:rPr>
        <w:t>লাইবা</w:t>
      </w:r>
      <w:r>
        <w:rPr>
          <w:rFonts w:ascii="Times New Roman" w:hAnsi="Times New Roman" w:eastAsia="Times New Roman" w:cs="Times New Roman"/>
        </w:rPr>
        <w:t xml:space="preserve"> </w:t>
      </w:r>
      <w:r>
        <w:rPr>
          <w:rFonts w:ascii="Nirmala UI" w:hAnsi="Nirmala UI" w:eastAsia="Nirmala UI" w:cs="Nirmala UI"/>
        </w:rPr>
        <w:t>সোকহনবদু</w:t>
      </w:r>
      <w:r>
        <w:rPr>
          <w:rFonts w:ascii="Times New Roman" w:hAnsi="Times New Roman" w:eastAsia="Times New Roman" w:cs="Times New Roman"/>
        </w:rPr>
        <w:t xml:space="preserve"> </w:t>
      </w:r>
      <w:r>
        <w:rPr>
          <w:rFonts w:ascii="Nirmala UI" w:hAnsi="Nirmala UI" w:eastAsia="Nirmala UI" w:cs="Nirmala UI"/>
        </w:rPr>
        <w:t>ফমথোকখ্রে</w:t>
      </w:r>
      <w:r>
        <w:rPr>
          <w:rFonts w:ascii="Times New Roman" w:hAnsi="Times New Roman" w:eastAsia="Times New Roman" w:cs="Times New Roman"/>
        </w:rPr>
        <w:t xml:space="preserve">: </w:t>
      </w:r>
      <w:r>
        <w:rPr>
          <w:rFonts w:ascii="Nirmala UI" w:hAnsi="Nirmala UI" w:eastAsia="Nirmala UI" w:cs="Nirmala UI"/>
        </w:rPr>
        <w:t>অমসুং</w:t>
      </w:r>
      <w:r>
        <w:rPr>
          <w:rFonts w:ascii="Times New Roman" w:hAnsi="Times New Roman" w:eastAsia="Times New Roman" w:cs="Times New Roman"/>
        </w:rPr>
        <w:t xml:space="preserve"> </w:t>
      </w:r>
      <w:r>
        <w:rPr>
          <w:rFonts w:ascii="Nirmala UI" w:hAnsi="Nirmala UI" w:eastAsia="Nirmala UI" w:cs="Nirmala UI"/>
        </w:rPr>
        <w:t>মালেম</w:t>
      </w:r>
      <w:r>
        <w:rPr>
          <w:rFonts w:ascii="Times New Roman" w:hAnsi="Times New Roman" w:eastAsia="Times New Roman" w:cs="Times New Roman"/>
        </w:rPr>
        <w:t xml:space="preserve"> </w:t>
      </w:r>
      <w:r>
        <w:rPr>
          <w:rFonts w:ascii="Nirmala UI" w:hAnsi="Nirmala UI" w:eastAsia="Nirmala UI" w:cs="Nirmala UI"/>
        </w:rPr>
        <w:t>অপুংবা</w:t>
      </w:r>
      <w:r>
        <w:rPr>
          <w:rFonts w:ascii="Times New Roman" w:hAnsi="Times New Roman" w:eastAsia="Times New Roman" w:cs="Times New Roman"/>
        </w:rPr>
        <w:t xml:space="preserve"> </w:t>
      </w:r>
      <w:r>
        <w:rPr>
          <w:rFonts w:ascii="Nirmala UI" w:hAnsi="Nirmala UI" w:eastAsia="Nirmala UI" w:cs="Nirmala UI"/>
        </w:rPr>
        <w:t>অসিনা</w:t>
      </w:r>
      <w:r>
        <w:rPr>
          <w:rFonts w:ascii="Times New Roman" w:hAnsi="Times New Roman" w:eastAsia="Times New Roman" w:cs="Times New Roman"/>
        </w:rPr>
        <w:t xml:space="preserve"> </w:t>
      </w:r>
      <w:r>
        <w:rPr>
          <w:rFonts w:ascii="Nirmala UI" w:hAnsi="Nirmala UI" w:eastAsia="Nirmala UI" w:cs="Nirmala UI"/>
        </w:rPr>
        <w:t>বোক্কি</w:t>
      </w:r>
      <w:r>
        <w:rPr>
          <w:rFonts w:ascii="Times New Roman" w:hAnsi="Times New Roman" w:eastAsia="Times New Roman" w:cs="Times New Roman"/>
        </w:rPr>
        <w:t xml:space="preserve"> </w:t>
      </w:r>
      <w:r>
        <w:rPr>
          <w:rFonts w:ascii="Nirmala UI" w:hAnsi="Nirmala UI" w:eastAsia="Nirmala UI" w:cs="Nirmala UI"/>
        </w:rPr>
        <w:t>মতুং</w:t>
      </w:r>
      <w:r>
        <w:rPr>
          <w:rFonts w:ascii="Times New Roman" w:hAnsi="Times New Roman" w:eastAsia="Times New Roman" w:cs="Times New Roman"/>
        </w:rPr>
        <w:t xml:space="preserve"> </w:t>
      </w:r>
      <w:r>
        <w:rPr>
          <w:rFonts w:ascii="Nirmala UI" w:hAnsi="Nirmala UI" w:eastAsia="Nirmala UI" w:cs="Nirmala UI"/>
        </w:rPr>
        <w:t>ইন্না</w:t>
      </w:r>
      <w:r>
        <w:rPr>
          <w:rFonts w:ascii="Times New Roman" w:hAnsi="Times New Roman" w:eastAsia="Times New Roman" w:cs="Times New Roman"/>
        </w:rPr>
        <w:t xml:space="preserve"> </w:t>
      </w:r>
      <w:r>
        <w:rPr>
          <w:rFonts w:ascii="Nirmala UI" w:hAnsi="Nirmala UI" w:eastAsia="Nirmala UI" w:cs="Nirmala UI"/>
        </w:rPr>
        <w:t>হাংলকখ্রে।</w:t>
      </w:r>
      <w:r>
        <w:rPr>
          <w:rFonts w:ascii="Times New Roman" w:hAnsi="Times New Roman" w:eastAsia="Times New Roman" w:cs="Times New Roman"/>
        </w:rPr>
        <w:t>’ Paul</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পাপ্কি</w:t>
      </w:r>
      <w:r>
        <w:rPr>
          <w:rFonts w:ascii="Times New Roman" w:hAnsi="Times New Roman" w:eastAsia="Times New Roman" w:cs="Times New Roman"/>
        </w:rPr>
        <w:t xml:space="preserve"> </w:t>
      </w:r>
      <w:r>
        <w:rPr>
          <w:rFonts w:ascii="Nirmala UI" w:hAnsi="Nirmala UI" w:eastAsia="Nirmala UI" w:cs="Nirmala UI"/>
        </w:rPr>
        <w:t>মী</w:t>
      </w:r>
      <w:r>
        <w:rPr>
          <w:rFonts w:ascii="Times New Roman" w:hAnsi="Times New Roman" w:eastAsia="Times New Roman" w:cs="Times New Roman"/>
        </w:rPr>
        <w:t xml:space="preserve">’ </w:t>
      </w:r>
      <w:r>
        <w:rPr>
          <w:rFonts w:ascii="Nirmala UI" w:hAnsi="Nirmala UI" w:eastAsia="Nirmala UI" w:cs="Nirmala UI"/>
        </w:rPr>
        <w:t>অদুনা</w:t>
      </w:r>
      <w:r>
        <w:rPr>
          <w:rFonts w:ascii="Times New Roman" w:hAnsi="Times New Roman" w:eastAsia="Times New Roman" w:cs="Times New Roman"/>
        </w:rPr>
        <w:t xml:space="preserve"> </w:t>
      </w:r>
      <w:r>
        <w:rPr>
          <w:rFonts w:ascii="Nirmala UI" w:hAnsi="Nirmala UI" w:eastAsia="Nirmala UI" w:cs="Nirmala UI"/>
        </w:rPr>
        <w:t>অনীশুবা</w:t>
      </w:r>
      <w:r>
        <w:rPr>
          <w:rFonts w:ascii="Times New Roman" w:hAnsi="Times New Roman" w:eastAsia="Times New Roman" w:cs="Times New Roman"/>
        </w:rPr>
        <w:t xml:space="preserve"> </w:t>
      </w:r>
      <w:r>
        <w:rPr>
          <w:rFonts w:ascii="Nirmala UI" w:hAnsi="Nirmala UI" w:eastAsia="Nirmala UI" w:cs="Nirmala UI"/>
        </w:rPr>
        <w:t>লাকপগী</w:t>
      </w:r>
      <w:r>
        <w:rPr>
          <w:rFonts w:ascii="Times New Roman" w:hAnsi="Times New Roman" w:eastAsia="Times New Roman" w:cs="Times New Roman"/>
        </w:rPr>
        <w:t xml:space="preserve"> </w:t>
      </w:r>
      <w:r>
        <w:rPr>
          <w:rFonts w:ascii="Nirmala UI" w:hAnsi="Nirmala UI" w:eastAsia="Nirmala UI" w:cs="Nirmala UI"/>
        </w:rPr>
        <w:t>মতম</w:t>
      </w:r>
      <w:r>
        <w:rPr>
          <w:rFonts w:ascii="Times New Roman" w:hAnsi="Times New Roman" w:eastAsia="Times New Roman" w:cs="Times New Roman"/>
        </w:rPr>
        <w:t xml:space="preserve"> </w:t>
      </w:r>
      <w:r>
        <w:rPr>
          <w:rFonts w:ascii="Nirmala UI" w:hAnsi="Nirmala UI" w:eastAsia="Nirmala UI" w:cs="Nirmala UI"/>
        </w:rPr>
        <w:t>ফাওবা</w:t>
      </w:r>
      <w:r>
        <w:rPr>
          <w:rFonts w:ascii="Times New Roman" w:hAnsi="Times New Roman" w:eastAsia="Times New Roman" w:cs="Times New Roman"/>
        </w:rPr>
        <w:t xml:space="preserve"> </w:t>
      </w:r>
      <w:r>
        <w:rPr>
          <w:rFonts w:ascii="Nirmala UI" w:hAnsi="Nirmala UI" w:eastAsia="Nirmala UI" w:cs="Nirmala UI"/>
        </w:rPr>
        <w:t>লেইগনি</w:t>
      </w:r>
      <w:r>
        <w:rPr>
          <w:rFonts w:ascii="Times New Roman" w:hAnsi="Times New Roman" w:eastAsia="Times New Roman" w:cs="Times New Roman"/>
        </w:rPr>
        <w:t xml:space="preserve"> </w:t>
      </w:r>
      <w:r>
        <w:rPr>
          <w:rFonts w:ascii="Nirmala UI" w:hAnsi="Nirmala UI" w:eastAsia="Nirmala UI" w:cs="Nirmala UI"/>
        </w:rPr>
        <w:t>হায়বা</w:t>
      </w:r>
      <w:r>
        <w:rPr>
          <w:rFonts w:ascii="Times New Roman" w:hAnsi="Times New Roman" w:eastAsia="Times New Roman" w:cs="Times New Roman"/>
        </w:rPr>
        <w:t xml:space="preserve"> </w:t>
      </w:r>
      <w:r>
        <w:rPr>
          <w:rFonts w:ascii="Nirmala UI" w:hAnsi="Nirmala UI" w:eastAsia="Nirmala UI" w:cs="Nirmala UI"/>
        </w:rPr>
        <w:t>স্পষ্ট</w:t>
      </w:r>
      <w:r>
        <w:rPr>
          <w:rFonts w:ascii="Times New Roman" w:hAnsi="Times New Roman" w:eastAsia="Times New Roman" w:cs="Times New Roman"/>
        </w:rPr>
        <w:t xml:space="preserve"> </w:t>
      </w:r>
      <w:r>
        <w:rPr>
          <w:rFonts w:ascii="Nirmala UI" w:hAnsi="Nirmala UI" w:eastAsia="Nirmala UI" w:cs="Nirmala UI"/>
        </w:rPr>
        <w:t>ওইনা</w:t>
      </w:r>
      <w:r>
        <w:rPr>
          <w:rFonts w:ascii="Times New Roman" w:hAnsi="Times New Roman" w:eastAsia="Times New Roman" w:cs="Times New Roman"/>
        </w:rPr>
        <w:t xml:space="preserve"> </w:t>
      </w:r>
      <w:r>
        <w:rPr>
          <w:rFonts w:ascii="Nirmala UI" w:hAnsi="Nirmala UI" w:eastAsia="Nirmala UI" w:cs="Nirmala UI"/>
        </w:rPr>
        <w:t>হায়ই।</w:t>
      </w:r>
      <w:r>
        <w:rPr>
          <w:rFonts w:ascii="Times New Roman" w:hAnsi="Times New Roman" w:eastAsia="Times New Roman" w:cs="Times New Roman"/>
        </w:rPr>
        <w:t xml:space="preserve"> 2 Thessalonians 2:3–8. </w:t>
      </w:r>
      <w:r>
        <w:rPr>
          <w:rFonts w:ascii="Nirmala UI" w:hAnsi="Nirmala UI" w:eastAsia="Nirmala UI" w:cs="Nirmala UI"/>
        </w:rPr>
        <w:t>মতমগী</w:t>
      </w:r>
      <w:r>
        <w:rPr>
          <w:rFonts w:ascii="Times New Roman" w:hAnsi="Times New Roman" w:eastAsia="Times New Roman" w:cs="Times New Roman"/>
        </w:rPr>
        <w:t xml:space="preserve"> </w:t>
      </w:r>
      <w:r>
        <w:rPr>
          <w:rFonts w:ascii="Nirmala UI" w:hAnsi="Nirmala UI" w:eastAsia="Nirmala UI" w:cs="Nirmala UI"/>
        </w:rPr>
        <w:t>অরোইবদা</w:t>
      </w:r>
      <w:r>
        <w:rPr>
          <w:rFonts w:ascii="Times New Roman" w:hAnsi="Times New Roman" w:eastAsia="Times New Roman" w:cs="Times New Roman"/>
        </w:rPr>
        <w:t xml:space="preserve"> </w:t>
      </w:r>
      <w:r>
        <w:rPr>
          <w:rFonts w:ascii="Nirmala UI" w:hAnsi="Nirmala UI" w:eastAsia="Nirmala UI" w:cs="Nirmala UI"/>
        </w:rPr>
        <w:t>ফাওবা</w:t>
      </w:r>
      <w:r>
        <w:rPr>
          <w:rFonts w:ascii="Times New Roman" w:hAnsi="Times New Roman" w:eastAsia="Times New Roman" w:cs="Times New Roman"/>
        </w:rPr>
        <w:t xml:space="preserve"> </w:t>
      </w:r>
      <w:r>
        <w:rPr>
          <w:rFonts w:ascii="Nirmala UI" w:hAnsi="Nirmala UI" w:eastAsia="Nirmala UI" w:cs="Nirmala UI"/>
        </w:rPr>
        <w:t>মহাক্না</w:t>
      </w:r>
      <w:r>
        <w:rPr>
          <w:rFonts w:ascii="Times New Roman" w:hAnsi="Times New Roman" w:eastAsia="Times New Roman" w:cs="Times New Roman"/>
        </w:rPr>
        <w:t xml:space="preserve"> </w:t>
      </w:r>
      <w:r>
        <w:rPr>
          <w:rFonts w:ascii="Nirmala UI" w:hAnsi="Nirmala UI" w:eastAsia="Nirmala UI" w:cs="Nirmala UI"/>
        </w:rPr>
        <w:t>লোইশিনবগী</w:t>
      </w:r>
      <w:r>
        <w:rPr>
          <w:rFonts w:ascii="Times New Roman" w:hAnsi="Times New Roman" w:eastAsia="Times New Roman" w:cs="Times New Roman"/>
        </w:rPr>
        <w:t xml:space="preserve"> </w:t>
      </w:r>
      <w:r>
        <w:rPr>
          <w:rFonts w:ascii="Nirmala UI" w:hAnsi="Nirmala UI" w:eastAsia="Nirmala UI" w:cs="Nirmala UI"/>
        </w:rPr>
        <w:t>থবক</w:t>
      </w:r>
      <w:r>
        <w:rPr>
          <w:rFonts w:ascii="Times New Roman" w:hAnsi="Times New Roman" w:eastAsia="Times New Roman" w:cs="Times New Roman"/>
        </w:rPr>
        <w:t xml:space="preserve"> </w:t>
      </w:r>
      <w:r>
        <w:rPr>
          <w:rFonts w:ascii="Nirmala UI" w:hAnsi="Nirmala UI" w:eastAsia="Nirmala UI" w:cs="Nirmala UI"/>
        </w:rPr>
        <w:t>অদু</w:t>
      </w:r>
      <w:r>
        <w:rPr>
          <w:rFonts w:ascii="Times New Roman" w:hAnsi="Times New Roman" w:eastAsia="Times New Roman" w:cs="Times New Roman"/>
        </w:rPr>
        <w:t xml:space="preserve"> </w:t>
      </w:r>
      <w:r>
        <w:rPr>
          <w:rFonts w:ascii="Nirmala UI" w:hAnsi="Nirmala UI" w:eastAsia="Nirmala UI" w:cs="Nirmala UI"/>
        </w:rPr>
        <w:t>মখা</w:t>
      </w:r>
      <w:r>
        <w:rPr>
          <w:rFonts w:ascii="Times New Roman" w:hAnsi="Times New Roman" w:eastAsia="Times New Roman" w:cs="Times New Roman"/>
        </w:rPr>
        <w:t xml:space="preserve"> </w:t>
      </w:r>
      <w:r>
        <w:rPr>
          <w:rFonts w:ascii="Nirmala UI" w:hAnsi="Nirmala UI" w:eastAsia="Nirmala UI" w:cs="Nirmala UI"/>
        </w:rPr>
        <w:t>চান্না</w:t>
      </w:r>
      <w:r>
        <w:rPr>
          <w:rFonts w:ascii="Times New Roman" w:hAnsi="Times New Roman" w:eastAsia="Times New Roman" w:cs="Times New Roman"/>
        </w:rPr>
        <w:t xml:space="preserve"> </w:t>
      </w:r>
      <w:r>
        <w:rPr>
          <w:rFonts w:ascii="Nirmala UI" w:hAnsi="Nirmala UI" w:eastAsia="Nirmala UI" w:cs="Nirmala UI"/>
        </w:rPr>
        <w:t>তৌগনি।</w:t>
      </w:r>
      <w:r>
        <w:rPr>
          <w:rFonts w:ascii="Times New Roman" w:hAnsi="Times New Roman" w:eastAsia="Times New Roman" w:cs="Times New Roman"/>
        </w:rPr>
        <w:t xml:space="preserve"> </w:t>
      </w:r>
      <w:r>
        <w:rPr>
          <w:rFonts w:ascii="Nirmala UI" w:hAnsi="Nirmala UI" w:eastAsia="Nirmala UI" w:cs="Nirmala UI"/>
        </w:rPr>
        <w:t>অমসুং</w:t>
      </w:r>
      <w:r>
        <w:rPr>
          <w:rFonts w:ascii="Times New Roman" w:hAnsi="Times New Roman" w:eastAsia="Times New Roman" w:cs="Times New Roman"/>
        </w:rPr>
        <w:t xml:space="preserve"> revelator</w:t>
      </w:r>
      <w:r>
        <w:rPr>
          <w:rFonts w:ascii="Nirmala UI" w:hAnsi="Nirmala UI" w:eastAsia="Nirmala UI" w:cs="Nirmala UI"/>
        </w:rPr>
        <w:t>নसु</w:t>
      </w:r>
      <w:r>
        <w:rPr>
          <w:rFonts w:ascii="Times New Roman" w:hAnsi="Times New Roman" w:eastAsia="Times New Roman" w:cs="Times New Roman"/>
        </w:rPr>
        <w:t xml:space="preserve">, </w:t>
      </w:r>
      <w:r>
        <w:rPr>
          <w:rFonts w:ascii="Nirmala UI" w:hAnsi="Nirmala UI" w:eastAsia="Nirmala UI" w:cs="Nirmala UI"/>
        </w:rPr>
        <w:t>পাপসিদা</w:t>
      </w:r>
      <w:r>
        <w:rPr>
          <w:rFonts w:ascii="Times New Roman" w:hAnsi="Times New Roman" w:eastAsia="Times New Roman" w:cs="Times New Roman"/>
        </w:rPr>
        <w:t xml:space="preserve"> </w:t>
      </w:r>
      <w:r>
        <w:rPr>
          <w:rFonts w:ascii="Nirmala UI" w:hAnsi="Nirmala UI" w:eastAsia="Nirmala UI" w:cs="Nirmala UI"/>
        </w:rPr>
        <w:t>ফজরক্লগা</w:t>
      </w:r>
      <w:r>
        <w:rPr>
          <w:rFonts w:ascii="Times New Roman" w:hAnsi="Times New Roman" w:eastAsia="Times New Roman" w:cs="Times New Roman"/>
        </w:rPr>
        <w:t xml:space="preserve">, </w:t>
      </w:r>
      <w:r>
        <w:rPr>
          <w:rFonts w:ascii="Nirmala UI" w:hAnsi="Nirmala UI" w:eastAsia="Nirmala UI" w:cs="Nirmala UI"/>
        </w:rPr>
        <w:t>অসুম্না</w:t>
      </w:r>
      <w:r>
        <w:rPr>
          <w:rFonts w:ascii="Times New Roman" w:hAnsi="Times New Roman" w:eastAsia="Times New Roman" w:cs="Times New Roman"/>
        </w:rPr>
        <w:t xml:space="preserve"> </w:t>
      </w:r>
      <w:r>
        <w:rPr>
          <w:rFonts w:ascii="Nirmala UI" w:hAnsi="Nirmala UI" w:eastAsia="Nirmala UI" w:cs="Nirmala UI"/>
        </w:rPr>
        <w:t>ফোংই</w:t>
      </w:r>
      <w:r>
        <w:rPr>
          <w:rFonts w:ascii="Times New Roman" w:hAnsi="Times New Roman" w:eastAsia="Times New Roman" w:cs="Times New Roman"/>
        </w:rPr>
        <w:t>: ‘</w:t>
      </w:r>
      <w:r>
        <w:rPr>
          <w:rFonts w:ascii="Nirmala UI" w:hAnsi="Nirmala UI" w:eastAsia="Nirmala UI" w:cs="Nirmala UI"/>
        </w:rPr>
        <w:t>মালেমদা</w:t>
      </w:r>
      <w:r>
        <w:rPr>
          <w:rFonts w:ascii="Times New Roman" w:hAnsi="Times New Roman" w:eastAsia="Times New Roman" w:cs="Times New Roman"/>
        </w:rPr>
        <w:t xml:space="preserve"> </w:t>
      </w:r>
      <w:r>
        <w:rPr>
          <w:rFonts w:ascii="Nirmala UI" w:hAnsi="Nirmala UI" w:eastAsia="Nirmala UI" w:cs="Nirmala UI"/>
        </w:rPr>
        <w:t>লৈবা</w:t>
      </w:r>
      <w:r>
        <w:rPr>
          <w:rFonts w:ascii="Times New Roman" w:hAnsi="Times New Roman" w:eastAsia="Times New Roman" w:cs="Times New Roman"/>
        </w:rPr>
        <w:t xml:space="preserve"> </w:t>
      </w:r>
      <w:r>
        <w:rPr>
          <w:rFonts w:ascii="Nirmala UI" w:hAnsi="Nirmala UI" w:eastAsia="Nirmala UI" w:cs="Nirmala UI"/>
        </w:rPr>
        <w:t>পুম্নমক্তা</w:t>
      </w:r>
      <w:r>
        <w:rPr>
          <w:rFonts w:ascii="Times New Roman" w:hAnsi="Times New Roman" w:eastAsia="Times New Roman" w:cs="Times New Roman"/>
        </w:rPr>
        <w:t xml:space="preserve"> </w:t>
      </w:r>
      <w:r>
        <w:rPr>
          <w:rFonts w:ascii="Nirmala UI" w:hAnsi="Nirmala UI" w:eastAsia="Nirmala UI" w:cs="Nirmala UI"/>
        </w:rPr>
        <w:t>মহাক্কু</w:t>
      </w:r>
      <w:r>
        <w:rPr>
          <w:rFonts w:ascii="Times New Roman" w:hAnsi="Times New Roman" w:eastAsia="Times New Roman" w:cs="Times New Roman"/>
        </w:rPr>
        <w:t xml:space="preserve"> </w:t>
      </w:r>
      <w:r>
        <w:rPr>
          <w:rFonts w:ascii="Nirmala UI" w:hAnsi="Nirmala UI" w:eastAsia="Nirmala UI" w:cs="Nirmala UI"/>
        </w:rPr>
        <w:t>খুরুমজগনি</w:t>
      </w:r>
      <w:r>
        <w:rPr>
          <w:rFonts w:ascii="Times New Roman" w:hAnsi="Times New Roman" w:eastAsia="Times New Roman" w:cs="Times New Roman"/>
        </w:rPr>
        <w:t xml:space="preserve">, </w:t>
      </w:r>
      <w:r>
        <w:rPr>
          <w:rFonts w:ascii="Nirmala UI" w:hAnsi="Nirmala UI" w:eastAsia="Nirmala UI" w:cs="Nirmala UI"/>
        </w:rPr>
        <w:t>করিগুম্বা</w:t>
      </w:r>
      <w:r>
        <w:rPr>
          <w:rFonts w:ascii="Times New Roman" w:hAnsi="Times New Roman" w:eastAsia="Times New Roman" w:cs="Times New Roman"/>
        </w:rPr>
        <w:t xml:space="preserve"> </w:t>
      </w:r>
      <w:r>
        <w:rPr>
          <w:rFonts w:ascii="Nirmala UI" w:hAnsi="Nirmala UI" w:eastAsia="Nirmala UI" w:cs="Nirmala UI"/>
        </w:rPr>
        <w:t>মমিংশিং</w:t>
      </w:r>
      <w:r>
        <w:rPr>
          <w:rFonts w:ascii="Times New Roman" w:hAnsi="Times New Roman" w:eastAsia="Times New Roman" w:cs="Times New Roman"/>
        </w:rPr>
        <w:t xml:space="preserve"> </w:t>
      </w:r>
      <w:r>
        <w:rPr>
          <w:rFonts w:ascii="Nirmala UI" w:hAnsi="Nirmala UI" w:eastAsia="Nirmala UI" w:cs="Nirmala UI"/>
        </w:rPr>
        <w:t>অদু</w:t>
      </w:r>
      <w:r>
        <w:rPr>
          <w:rFonts w:ascii="Times New Roman" w:hAnsi="Times New Roman" w:eastAsia="Times New Roman" w:cs="Times New Roman"/>
        </w:rPr>
        <w:t xml:space="preserve"> </w:t>
      </w:r>
      <w:r>
        <w:rPr>
          <w:rFonts w:ascii="Nirmala UI" w:hAnsi="Nirmala UI" w:eastAsia="Nirmala UI" w:cs="Nirmala UI"/>
        </w:rPr>
        <w:t>হৌজিক্কী</w:t>
      </w:r>
      <w:r>
        <w:rPr>
          <w:rFonts w:ascii="Times New Roman" w:hAnsi="Times New Roman" w:eastAsia="Times New Roman" w:cs="Times New Roman"/>
        </w:rPr>
        <w:t xml:space="preserve"> </w:t>
      </w:r>
      <w:r>
        <w:rPr>
          <w:rFonts w:ascii="Nirmala UI" w:hAnsi="Nirmala UI" w:eastAsia="Nirmala UI" w:cs="Nirmala UI"/>
        </w:rPr>
        <w:t>লাইরিক্তা</w:t>
      </w:r>
      <w:r>
        <w:rPr>
          <w:rFonts w:ascii="Times New Roman" w:hAnsi="Times New Roman" w:eastAsia="Times New Roman" w:cs="Times New Roman"/>
        </w:rPr>
        <w:t xml:space="preserve"> </w:t>
      </w:r>
      <w:r>
        <w:rPr>
          <w:rFonts w:ascii="Nirmala UI" w:hAnsi="Nirmala UI" w:eastAsia="Nirmala UI" w:cs="Nirmala UI"/>
        </w:rPr>
        <w:t>ইশিংগী</w:t>
      </w:r>
      <w:r>
        <w:rPr>
          <w:rFonts w:ascii="Times New Roman" w:hAnsi="Times New Roman" w:eastAsia="Times New Roman" w:cs="Times New Roman"/>
        </w:rPr>
        <w:t xml:space="preserve"> </w:t>
      </w:r>
      <w:r>
        <w:rPr>
          <w:rFonts w:ascii="Nirmala UI" w:hAnsi="Nirmala UI" w:eastAsia="Nirmala UI" w:cs="Nirmala UI"/>
        </w:rPr>
        <w:t>বই</w:t>
      </w:r>
      <w:r>
        <w:rPr>
          <w:rFonts w:ascii="Times New Roman" w:hAnsi="Times New Roman" w:eastAsia="Times New Roman" w:cs="Times New Roman"/>
        </w:rPr>
        <w:t xml:space="preserve"> </w:t>
      </w:r>
      <w:r>
        <w:rPr>
          <w:rFonts w:ascii="Nirmala UI" w:hAnsi="Nirmala UI" w:eastAsia="Nirmala UI" w:cs="Nirmala UI"/>
        </w:rPr>
        <w:t>অফ</w:t>
      </w:r>
      <w:r>
        <w:rPr>
          <w:rFonts w:ascii="Times New Roman" w:hAnsi="Times New Roman" w:eastAsia="Times New Roman" w:cs="Times New Roman"/>
        </w:rPr>
        <w:t xml:space="preserve"> </w:t>
      </w:r>
      <w:r>
        <w:rPr>
          <w:rFonts w:ascii="Nirmala UI" w:hAnsi="Nirmala UI" w:eastAsia="Nirmala UI" w:cs="Nirmala UI"/>
        </w:rPr>
        <w:t>লাইফতা</w:t>
      </w:r>
      <w:r>
        <w:rPr>
          <w:rFonts w:ascii="Times New Roman" w:hAnsi="Times New Roman" w:eastAsia="Times New Roman" w:cs="Times New Roman"/>
        </w:rPr>
        <w:t xml:space="preserve"> </w:t>
      </w:r>
      <w:r>
        <w:rPr>
          <w:rFonts w:ascii="Nirmala UI" w:hAnsi="Nirmala UI" w:eastAsia="Nirmala UI" w:cs="Nirmala UI"/>
        </w:rPr>
        <w:t>ইযেংদে।</w:t>
      </w:r>
      <w:r>
        <w:rPr>
          <w:rFonts w:ascii="Times New Roman" w:hAnsi="Times New Roman" w:eastAsia="Times New Roman" w:cs="Times New Roman"/>
        </w:rPr>
        <w:t xml:space="preserve">’ Revelation 13:8. </w:t>
      </w:r>
      <w:r>
        <w:rPr>
          <w:rFonts w:ascii="Nirmala UI" w:hAnsi="Nirmala UI" w:eastAsia="Nirmala UI" w:cs="Nirmala UI"/>
        </w:rPr>
        <w:t>অহানবা</w:t>
      </w:r>
      <w:r>
        <w:rPr>
          <w:rFonts w:ascii="Times New Roman" w:hAnsi="Times New Roman" w:eastAsia="Times New Roman" w:cs="Times New Roman"/>
        </w:rPr>
        <w:t xml:space="preserve"> </w:t>
      </w:r>
      <w:r>
        <w:rPr>
          <w:rFonts w:ascii="Nirmala UI" w:hAnsi="Nirmala UI" w:eastAsia="Nirmala UI" w:cs="Nirmala UI"/>
        </w:rPr>
        <w:t>অমসুং</w:t>
      </w:r>
      <w:r>
        <w:rPr>
          <w:rFonts w:ascii="Times New Roman" w:hAnsi="Times New Roman" w:eastAsia="Times New Roman" w:cs="Times New Roman"/>
        </w:rPr>
        <w:t xml:space="preserve"> </w:t>
      </w:r>
      <w:r>
        <w:rPr>
          <w:rFonts w:ascii="Nirmala UI" w:hAnsi="Nirmala UI" w:eastAsia="Nirmala UI" w:cs="Nirmala UI"/>
        </w:rPr>
        <w:t>অনৌবা</w:t>
      </w:r>
      <w:r>
        <w:rPr>
          <w:rFonts w:ascii="Times New Roman" w:hAnsi="Times New Roman" w:eastAsia="Times New Roman" w:cs="Times New Roman"/>
        </w:rPr>
        <w:t xml:space="preserve"> </w:t>
      </w:r>
      <w:r>
        <w:rPr>
          <w:rFonts w:ascii="Nirmala UI" w:hAnsi="Nirmala UI" w:eastAsia="Nirmala UI" w:cs="Nirmala UI"/>
        </w:rPr>
        <w:t>মালেম</w:t>
      </w:r>
      <w:r>
        <w:rPr>
          <w:rFonts w:ascii="Times New Roman" w:hAnsi="Times New Roman" w:eastAsia="Times New Roman" w:cs="Times New Roman"/>
        </w:rPr>
        <w:t xml:space="preserve"> </w:t>
      </w:r>
      <w:r>
        <w:rPr>
          <w:rFonts w:ascii="Nirmala UI" w:hAnsi="Nirmala UI" w:eastAsia="Nirmala UI" w:cs="Nirmala UI"/>
        </w:rPr>
        <w:t>অনীমক্তা</w:t>
      </w:r>
      <w:r>
        <w:rPr>
          <w:rFonts w:ascii="Times New Roman" w:hAnsi="Times New Roman" w:eastAsia="Times New Roman" w:cs="Times New Roman"/>
        </w:rPr>
        <w:t>, Sunday institution</w:t>
      </w:r>
      <w:r>
        <w:rPr>
          <w:rFonts w:ascii="Nirmala UI" w:hAnsi="Nirmala UI" w:eastAsia="Nirmala UI" w:cs="Nirmala UI"/>
        </w:rPr>
        <w:t>দা</w:t>
      </w:r>
      <w:r>
        <w:rPr>
          <w:rFonts w:ascii="Times New Roman" w:hAnsi="Times New Roman" w:eastAsia="Times New Roman" w:cs="Times New Roman"/>
        </w:rPr>
        <w:t xml:space="preserve"> </w:t>
      </w:r>
      <w:r>
        <w:rPr>
          <w:rFonts w:ascii="Nirmala UI" w:hAnsi="Nirmala UI" w:eastAsia="Nirmala UI" w:cs="Nirmala UI"/>
        </w:rPr>
        <w:t>পীরিবা</w:t>
      </w:r>
      <w:r>
        <w:rPr>
          <w:rFonts w:ascii="Times New Roman" w:hAnsi="Times New Roman" w:eastAsia="Times New Roman" w:cs="Times New Roman"/>
        </w:rPr>
        <w:t xml:space="preserve"> </w:t>
      </w:r>
      <w:r>
        <w:rPr>
          <w:rFonts w:ascii="Nirmala UI" w:hAnsi="Nirmala UI" w:eastAsia="Nirmala UI" w:cs="Nirmala UI"/>
        </w:rPr>
        <w:t>ইকাই</w:t>
      </w:r>
      <w:r>
        <w:rPr>
          <w:rFonts w:ascii="Times New Roman" w:hAnsi="Times New Roman" w:eastAsia="Times New Roman" w:cs="Times New Roman"/>
        </w:rPr>
        <w:t>-</w:t>
      </w:r>
      <w:r>
        <w:rPr>
          <w:rFonts w:ascii="Nirmala UI" w:hAnsi="Nirmala UI" w:eastAsia="Nirmala UI" w:cs="Nirmala UI"/>
        </w:rPr>
        <w:t>খুম্নবা</w:t>
      </w:r>
      <w:r>
        <w:rPr>
          <w:rFonts w:ascii="Times New Roman" w:hAnsi="Times New Roman" w:eastAsia="Times New Roman" w:cs="Times New Roman"/>
        </w:rPr>
        <w:t xml:space="preserve"> </w:t>
      </w:r>
      <w:r>
        <w:rPr>
          <w:rFonts w:ascii="Nirmala UI" w:hAnsi="Nirmala UI" w:eastAsia="Nirmala UI" w:cs="Nirmala UI"/>
        </w:rPr>
        <w:t>অদুগী</w:t>
      </w:r>
      <w:r>
        <w:rPr>
          <w:rFonts w:ascii="Times New Roman" w:hAnsi="Times New Roman" w:eastAsia="Times New Roman" w:cs="Times New Roman"/>
        </w:rPr>
        <w:t xml:space="preserve"> </w:t>
      </w:r>
      <w:r>
        <w:rPr>
          <w:rFonts w:ascii="Nirmala UI" w:hAnsi="Nirmala UI" w:eastAsia="Nirmala UI" w:cs="Nirmala UI"/>
        </w:rPr>
        <w:t>মরম্না</w:t>
      </w:r>
      <w:r>
        <w:rPr>
          <w:rFonts w:ascii="Times New Roman" w:hAnsi="Times New Roman" w:eastAsia="Times New Roman" w:cs="Times New Roman"/>
        </w:rPr>
        <w:t xml:space="preserve"> </w:t>
      </w:r>
      <w:r>
        <w:rPr>
          <w:rFonts w:ascii="Nirmala UI" w:hAnsi="Nirmala UI" w:eastAsia="Nirmala UI" w:cs="Nirmala UI"/>
        </w:rPr>
        <w:t>পাপসিনা</w:t>
      </w:r>
      <w:r>
        <w:rPr>
          <w:rFonts w:ascii="Times New Roman" w:hAnsi="Times New Roman" w:eastAsia="Times New Roman" w:cs="Times New Roman"/>
        </w:rPr>
        <w:t xml:space="preserve"> </w:t>
      </w:r>
      <w:r>
        <w:rPr>
          <w:rFonts w:ascii="Nirmala UI" w:hAnsi="Nirmala UI" w:eastAsia="Nirmala UI" w:cs="Nirmala UI"/>
        </w:rPr>
        <w:t>খুরুমজরগনি</w:t>
      </w:r>
      <w:r>
        <w:rPr>
          <w:rFonts w:ascii="Times New Roman" w:hAnsi="Times New Roman" w:eastAsia="Times New Roman" w:cs="Times New Roman"/>
        </w:rPr>
        <w:t xml:space="preserve">, </w:t>
      </w:r>
      <w:r>
        <w:rPr>
          <w:rFonts w:ascii="Nirmala UI" w:hAnsi="Nirmala UI" w:eastAsia="Nirmala UI" w:cs="Nirmala UI"/>
        </w:rPr>
        <w:t>মদু</w:t>
      </w:r>
      <w:r>
        <w:rPr>
          <w:rFonts w:ascii="Times New Roman" w:hAnsi="Times New Roman" w:eastAsia="Times New Roman" w:cs="Times New Roman"/>
        </w:rPr>
        <w:t xml:space="preserve"> Roman Church</w:t>
      </w:r>
      <w:r>
        <w:rPr>
          <w:rFonts w:ascii="Nirmala UI" w:hAnsi="Nirmala UI" w:eastAsia="Nirmala UI" w:cs="Nirmala UI"/>
        </w:rPr>
        <w:t>কি</w:t>
      </w:r>
      <w:r>
        <w:rPr>
          <w:rFonts w:ascii="Times New Roman" w:hAnsi="Times New Roman" w:eastAsia="Times New Roman" w:cs="Times New Roman"/>
        </w:rPr>
        <w:t xml:space="preserve"> </w:t>
      </w:r>
      <w:r>
        <w:rPr>
          <w:rFonts w:ascii="Nirmala UI" w:hAnsi="Nirmala UI" w:eastAsia="Nirmala UI" w:cs="Nirmala UI"/>
        </w:rPr>
        <w:t>অথোরিটিতা</w:t>
      </w:r>
      <w:r>
        <w:rPr>
          <w:rFonts w:ascii="Times New Roman" w:hAnsi="Times New Roman" w:eastAsia="Times New Roman" w:cs="Times New Roman"/>
        </w:rPr>
        <w:t xml:space="preserve"> </w:t>
      </w:r>
      <w:r>
        <w:rPr>
          <w:rFonts w:ascii="Nirmala UI" w:hAnsi="Nirmala UI" w:eastAsia="Nirmala UI" w:cs="Nirmala UI"/>
        </w:rPr>
        <w:t>খক্তং</w:t>
      </w:r>
      <w:r>
        <w:rPr>
          <w:rFonts w:ascii="Times New Roman" w:hAnsi="Times New Roman" w:eastAsia="Times New Roman" w:cs="Times New Roman"/>
        </w:rPr>
        <w:t xml:space="preserve"> </w:t>
      </w:r>
      <w:r>
        <w:rPr>
          <w:rFonts w:ascii="Nirmala UI" w:hAnsi="Nirmala UI" w:eastAsia="Nirmala UI" w:cs="Nirmala UI"/>
        </w:rPr>
        <w:t>নুমিত্তরকই।</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“Abing tonga-tonga ka losakaka na lekgolo la bo19 la dingwaga, barutwana ba porofeto kwa United States ba ntse ba tlisa bosupi jono mo lefatsheng. Mo ditiragalong tse jaanong di diragalang go bonala kgatelopele e e bofefo e e isang kwa tiragatsong ya polelelopele eno. Gareng ga baruti ba Boporotesetanta go na le boipolelo jo bo tshwanang jwa thata ya bomodimo mabapi le go boloka Tshipi, le go tlhoka bosupi jwa Dikwalo jo bo tshwanang, jaaka go ntse ka baeteledipele ba bopapa ba ba itiretseng dikgakgamatso gore ba tseye boemo jwa taelo e e tswang kwa Modimong. Polelo ya gore dikatlholo tsa Modimo di welwa batho ka ntlha ya go tlola ga bone sabata ya Tshipi, e tla boelediwa; e setse e simolola go gatelelwa. Mme mokgatlho wa go pateletsa go bolokwa ga Tshipi o gola ka bofefo.”</w:t>
      </w:r>
    </w:p>
    <w:p>
      <w:pPr>
        <w:pStyle w:val="ArticleScripture"/>
        <w:jc w:val="left"/>
      </w:pPr>
      <w:r>
        <w:rPr>
          <w:rFonts w:ascii="Times New Roman" w:hAnsi="Times New Roman" w:eastAsia="Times New Roman" w:cs="Times New Roman"/>
        </w:rPr>
        <w:t>“</w:t>
      </w:r>
      <w:r>
        <w:rPr>
          <w:rFonts w:ascii="Nirmala UI" w:hAnsi="Nirmala UI" w:eastAsia="Nirmala UI" w:cs="Nirmala UI"/>
        </w:rPr>
        <w:t>ꯅꯨꯡꯉꯥꯏꯇꯕ</w:t>
      </w:r>
      <w:r>
        <w:rPr>
          <w:rFonts w:ascii="Times New Roman" w:hAnsi="Times New Roman" w:eastAsia="Times New Roman" w:cs="Times New Roman"/>
        </w:rPr>
        <w:t xml:space="preserve"> </w:t>
      </w:r>
      <w:r>
        <w:rPr>
          <w:rFonts w:ascii="Nirmala UI" w:hAnsi="Nirmala UI" w:eastAsia="Nirmala UI" w:cs="Nirmala UI"/>
        </w:rPr>
        <w:t>ꯃꯁꯛꯇꯥ</w:t>
      </w:r>
      <w:r>
        <w:rPr>
          <w:rFonts w:ascii="Times New Roman" w:hAnsi="Times New Roman" w:eastAsia="Times New Roman" w:cs="Times New Roman"/>
        </w:rPr>
        <w:t xml:space="preserve"> </w:t>
      </w:r>
      <w:r>
        <w:rPr>
          <w:rFonts w:ascii="Nirmala UI" w:hAnsi="Nirmala UI" w:eastAsia="Nirmala UI" w:cs="Nirmala UI"/>
        </w:rPr>
        <w:t>ꯃꯈꯣꯏꯒꯤ</w:t>
      </w:r>
      <w:r>
        <w:rPr>
          <w:rFonts w:ascii="Times New Roman" w:hAnsi="Times New Roman" w:eastAsia="Times New Roman" w:cs="Times New Roman"/>
        </w:rPr>
        <w:t xml:space="preserve"> </w:t>
      </w:r>
      <w:r>
        <w:rPr>
          <w:rFonts w:ascii="Nirmala UI" w:hAnsi="Nirmala UI" w:eastAsia="Nirmala UI" w:cs="Nirmala UI"/>
        </w:rPr>
        <w:t>ꯃꯐꯝ</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ꯃꯥꯌꯥꯏ</w:t>
      </w:r>
      <w:r>
        <w:rPr>
          <w:rFonts w:ascii="Times New Roman" w:hAnsi="Times New Roman" w:eastAsia="Times New Roman" w:cs="Times New Roman"/>
        </w:rPr>
        <w:t xml:space="preserve"> </w:t>
      </w:r>
      <w:r>
        <w:rPr>
          <w:rFonts w:ascii="Nirmala UI" w:hAnsi="Nirmala UI" w:eastAsia="Nirmala UI" w:cs="Nirmala UI"/>
        </w:rPr>
        <w:t>ꯅꯨꯡꯁꯤꯕꯥ</w:t>
      </w:r>
      <w:r>
        <w:rPr>
          <w:rFonts w:ascii="Times New Roman" w:hAnsi="Times New Roman" w:eastAsia="Times New Roman" w:cs="Times New Roman"/>
        </w:rPr>
        <w:t xml:space="preserve"> </w:t>
      </w:r>
      <w:r>
        <w:rPr>
          <w:rFonts w:ascii="Nirmala UI" w:hAnsi="Nirmala UI" w:eastAsia="Nirmala UI" w:cs="Nirmala UI"/>
        </w:rPr>
        <w:t>ꯔꯣꯃꯟ</w:t>
      </w:r>
      <w:r>
        <w:rPr>
          <w:rFonts w:ascii="Times New Roman" w:hAnsi="Times New Roman" w:eastAsia="Times New Roman" w:cs="Times New Roman"/>
        </w:rPr>
        <w:t xml:space="preserve"> </w:t>
      </w:r>
      <w:r>
        <w:rPr>
          <w:rFonts w:ascii="Nirmala UI" w:hAnsi="Nirmala UI" w:eastAsia="Nirmala UI" w:cs="Nirmala UI"/>
        </w:rPr>
        <w:t>ꯆꯔꯆ</w:t>
      </w:r>
      <w:r>
        <w:rPr>
          <w:rFonts w:ascii="Times New Roman" w:hAnsi="Times New Roman" w:eastAsia="Times New Roman" w:cs="Times New Roman"/>
        </w:rPr>
        <w:t xml:space="preserve"> </w:t>
      </w:r>
      <w:r>
        <w:rPr>
          <w:rFonts w:ascii="Nirmala UI" w:hAnsi="Nirmala UI" w:eastAsia="Nirmala UI" w:cs="Nirmala UI"/>
        </w:rPr>
        <w:t>ꯑꯁꯤꯅꯤ꯫</w:t>
      </w:r>
      <w:r>
        <w:rPr>
          <w:rFonts w:ascii="Times New Roman" w:hAnsi="Times New Roman" w:eastAsia="Times New Roman" w:cs="Times New Roman"/>
        </w:rPr>
        <w:t xml:space="preserve"> </w:t>
      </w:r>
      <w:r>
        <w:rPr>
          <w:rFonts w:ascii="Nirmala UI" w:hAnsi="Nirmala UI" w:eastAsia="Nirmala UI" w:cs="Nirmala UI"/>
        </w:rPr>
        <w:t>ꯃꯍꯥꯛꯅ</w:t>
      </w:r>
      <w:r>
        <w:rPr>
          <w:rFonts w:ascii="Times New Roman" w:hAnsi="Times New Roman" w:eastAsia="Times New Roman" w:cs="Times New Roman"/>
        </w:rPr>
        <w:t xml:space="preserve"> </w:t>
      </w:r>
      <w:r>
        <w:rPr>
          <w:rFonts w:ascii="Nirmala UI" w:hAnsi="Nirmala UI" w:eastAsia="Nirmala UI" w:cs="Nirmala UI"/>
        </w:rPr>
        <w:t>ꯃꯊꯥꯡꯗ</w:t>
      </w:r>
      <w:r>
        <w:rPr>
          <w:rFonts w:ascii="Times New Roman" w:hAnsi="Times New Roman" w:eastAsia="Times New Roman" w:cs="Times New Roman"/>
        </w:rPr>
        <w:t xml:space="preserve"> </w:t>
      </w:r>
      <w:r>
        <w:rPr>
          <w:rFonts w:ascii="Nirmala UI" w:hAnsi="Nirmala UI" w:eastAsia="Nirmala UI" w:cs="Nirmala UI"/>
        </w:rPr>
        <w:t>ꯀꯔꯤ</w:t>
      </w:r>
      <w:r>
        <w:rPr>
          <w:rFonts w:ascii="Times New Roman" w:hAnsi="Times New Roman" w:eastAsia="Times New Roman" w:cs="Times New Roman"/>
        </w:rPr>
        <w:t xml:space="preserve"> </w:t>
      </w:r>
      <w:r>
        <w:rPr>
          <w:rFonts w:ascii="Nirmala UI" w:hAnsi="Nirmala UI" w:eastAsia="Nirmala UI" w:cs="Nirmala UI"/>
        </w:rPr>
        <w:t>ꯑꯣꯏꯒꯅꯤꯕꯒꯤ</w:t>
      </w:r>
      <w:r>
        <w:rPr>
          <w:rFonts w:ascii="Times New Roman" w:hAnsi="Times New Roman" w:eastAsia="Times New Roman" w:cs="Times New Roman"/>
        </w:rPr>
        <w:t xml:space="preserve"> </w:t>
      </w:r>
      <w:r>
        <w:rPr>
          <w:rFonts w:ascii="Nirmala UI" w:hAnsi="Nirmala UI" w:eastAsia="Nirmala UI" w:cs="Nirmala UI"/>
        </w:rPr>
        <w:t>ꯃꯔꯝ</w:t>
      </w:r>
      <w:r>
        <w:rPr>
          <w:rFonts w:ascii="Times New Roman" w:hAnsi="Times New Roman" w:eastAsia="Times New Roman" w:cs="Times New Roman"/>
        </w:rPr>
        <w:t xml:space="preserve"> </w:t>
      </w:r>
      <w:r>
        <w:rPr>
          <w:rFonts w:ascii="Nirmala UI" w:hAnsi="Nirmala UI" w:eastAsia="Nirmala UI" w:cs="Nirmala UI"/>
        </w:rPr>
        <w:t>ꯄꯥꯎ</w:t>
      </w:r>
      <w:r>
        <w:rPr>
          <w:rFonts w:ascii="Times New Roman" w:hAnsi="Times New Roman" w:eastAsia="Times New Roman" w:cs="Times New Roman"/>
        </w:rPr>
        <w:t xml:space="preserve"> </w:t>
      </w:r>
      <w:r>
        <w:rPr>
          <w:rFonts w:ascii="Nirmala UI" w:hAnsi="Nirmala UI" w:eastAsia="Nirmala UI" w:cs="Nirmala UI"/>
        </w:rPr>
        <w:t>ꯄꯥꯡꯂꯛꯏ꯫</w:t>
      </w:r>
      <w:r>
        <w:rPr>
          <w:rFonts w:ascii="Times New Roman" w:hAnsi="Times New Roman" w:eastAsia="Times New Roman" w:cs="Times New Roman"/>
        </w:rPr>
        <w:t xml:space="preserve"> </w:t>
      </w:r>
      <w:r>
        <w:rPr>
          <w:rFonts w:ascii="Nirmala UI" w:hAnsi="Nirmala UI" w:eastAsia="Nirmala UI" w:cs="Nirmala UI"/>
        </w:rPr>
        <w:t>ꯃꯍꯥꯛꯅ</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ꯉꯥꯛꯂꯛꯏ</w:t>
      </w:r>
      <w:r>
        <w:rPr>
          <w:rFonts w:ascii="Times New Roman" w:hAnsi="Times New Roman" w:eastAsia="Times New Roman" w:cs="Times New Roman"/>
        </w:rPr>
        <w:t xml:space="preserve">, </w:t>
      </w:r>
      <w:r>
        <w:rPr>
          <w:rFonts w:ascii="Nirmala UI" w:hAnsi="Nirmala UI" w:eastAsia="Nirmala UI" w:cs="Nirmala UI"/>
        </w:rPr>
        <w:t>ꯄ꯭ꯔꯣꯇꯦꯁꯇꯦꯟ</w:t>
      </w:r>
      <w:r>
        <w:rPr>
          <w:rFonts w:ascii="Times New Roman" w:hAnsi="Times New Roman" w:eastAsia="Times New Roman" w:cs="Times New Roman"/>
        </w:rPr>
        <w:t xml:space="preserve"> </w:t>
      </w:r>
      <w:r>
        <w:rPr>
          <w:rFonts w:ascii="Nirmala UI" w:hAnsi="Nirmala UI" w:eastAsia="Nirmala UI" w:cs="Nirmala UI"/>
        </w:rPr>
        <w:t>ꯆꯔꯆꯁꯤꯡꯅ</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ꯃꯤꯌꯥꯝꯅꯥ</w:t>
      </w:r>
      <w:r>
        <w:rPr>
          <w:rFonts w:ascii="Times New Roman" w:hAnsi="Times New Roman" w:eastAsia="Times New Roman" w:cs="Times New Roman"/>
        </w:rPr>
        <w:t xml:space="preserve"> </w:t>
      </w:r>
      <w:r>
        <w:rPr>
          <w:rFonts w:ascii="Nirmala UI" w:hAnsi="Nirmala UI" w:eastAsia="Nirmala UI" w:cs="Nirmala UI"/>
        </w:rPr>
        <w:t>ꯂꯧꯕ</w:t>
      </w:r>
      <w:r>
        <w:rPr>
          <w:rFonts w:ascii="Times New Roman" w:hAnsi="Times New Roman" w:eastAsia="Times New Roman" w:cs="Times New Roman"/>
        </w:rPr>
        <w:t xml:space="preserve"> </w:t>
      </w:r>
      <w:r>
        <w:rPr>
          <w:rFonts w:ascii="Nirmala UI" w:hAnsi="Nirmala UI" w:eastAsia="Nirmala UI" w:cs="Nirmala UI"/>
        </w:rPr>
        <w:t>ꯁꯕꯕ</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ꯌꯥꯕ</w:t>
      </w:r>
      <w:r>
        <w:rPr>
          <w:rFonts w:ascii="Times New Roman" w:hAnsi="Times New Roman" w:eastAsia="Times New Roman" w:cs="Times New Roman"/>
        </w:rPr>
        <w:t xml:space="preserve"> </w:t>
      </w:r>
      <w:r>
        <w:rPr>
          <w:rFonts w:ascii="Nirmala UI" w:hAnsi="Nirmala UI" w:eastAsia="Nirmala UI" w:cs="Nirmala UI"/>
        </w:rPr>
        <w:t>ꯊꯥꯎꯔꯥꯡ</w:t>
      </w:r>
      <w:r>
        <w:rPr>
          <w:rFonts w:ascii="Times New Roman" w:hAnsi="Times New Roman" w:eastAsia="Times New Roman" w:cs="Times New Roman"/>
        </w:rPr>
        <w:t xml:space="preserve"> </w:t>
      </w:r>
      <w:r>
        <w:rPr>
          <w:rFonts w:ascii="Nirmala UI" w:hAnsi="Nirmala UI" w:eastAsia="Nirmala UI" w:cs="Nirmala UI"/>
        </w:rPr>
        <w:t>ꯄꯤꯔꯛꯄꯥꯗꯒꯤ</w:t>
      </w:r>
      <w:r>
        <w:rPr>
          <w:rFonts w:ascii="Times New Roman" w:hAnsi="Times New Roman" w:eastAsia="Times New Roman" w:cs="Times New Roman"/>
        </w:rPr>
        <w:t xml:space="preserve"> </w:t>
      </w:r>
      <w:r>
        <w:rPr>
          <w:rFonts w:ascii="Nirmala UI" w:hAnsi="Nirmala UI" w:eastAsia="Nirmala UI" w:cs="Nirmala UI"/>
        </w:rPr>
        <w:t>ꯃꯍꯥꯛꯀꯥꯗ</w:t>
      </w:r>
      <w:r>
        <w:rPr>
          <w:rFonts w:ascii="Times New Roman" w:hAnsi="Times New Roman" w:eastAsia="Times New Roman" w:cs="Times New Roman"/>
        </w:rPr>
        <w:t xml:space="preserve"> </w:t>
      </w:r>
      <w:r>
        <w:rPr>
          <w:rFonts w:ascii="Nirmala UI" w:hAnsi="Nirmala UI" w:eastAsia="Nirmala UI" w:cs="Nirmala UI"/>
        </w:rPr>
        <w:t>ꯈꯨꯔꯨꯝꯖꯔꯤꯕꯥ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ꯃꯍꯥꯛꯅ</w:t>
      </w:r>
      <w:r>
        <w:rPr>
          <w:rFonts w:ascii="Times New Roman" w:hAnsi="Times New Roman" w:eastAsia="Times New Roman" w:cs="Times New Roman"/>
        </w:rPr>
        <w:t xml:space="preserve"> </w:t>
      </w:r>
      <w:r>
        <w:rPr>
          <w:rFonts w:ascii="Nirmala UI" w:hAnsi="Nirmala UI" w:eastAsia="Nirmala UI" w:cs="Nirmala UI"/>
        </w:rPr>
        <w:t>ꯍꯧꯖꯤꯛꯇ</w:t>
      </w:r>
      <w:r>
        <w:rPr>
          <w:rFonts w:ascii="Times New Roman" w:hAnsi="Times New Roman" w:eastAsia="Times New Roman" w:cs="Times New Roman"/>
        </w:rPr>
        <w:t xml:space="preserve"> </w:t>
      </w:r>
      <w:r>
        <w:rPr>
          <w:rFonts w:ascii="Nirmala UI" w:hAnsi="Nirmala UI" w:eastAsia="Nirmala UI" w:cs="Nirmala UI"/>
        </w:rPr>
        <w:t>ꯂꯩꯔꯤꯕ</w:t>
      </w:r>
      <w:r>
        <w:rPr>
          <w:rFonts w:ascii="Times New Roman" w:hAnsi="Times New Roman" w:eastAsia="Times New Roman" w:cs="Times New Roman"/>
        </w:rPr>
        <w:t xml:space="preserve"> </w:t>
      </w:r>
      <w:r>
        <w:rPr>
          <w:rFonts w:ascii="Nirmala UI" w:hAnsi="Nirmala UI" w:eastAsia="Nirmala UI" w:cs="Nirmala UI"/>
        </w:rPr>
        <w:t>ꯅꯨꯃꯤꯠꯇꯁꯤꯡꯗ</w:t>
      </w:r>
      <w:r>
        <w:rPr>
          <w:rFonts w:ascii="Times New Roman" w:hAnsi="Times New Roman" w:eastAsia="Times New Roman" w:cs="Times New Roman"/>
        </w:rPr>
        <w:t xml:space="preserve"> </w:t>
      </w:r>
      <w:r>
        <w:rPr>
          <w:rFonts w:ascii="Nirmala UI" w:hAnsi="Nirmala UI" w:eastAsia="Nirmala UI" w:cs="Nirmala UI"/>
        </w:rPr>
        <w:t>ꯃꯍꯥꯛ</w:t>
      </w:r>
      <w:r>
        <w:rPr>
          <w:rFonts w:ascii="Times New Roman" w:hAnsi="Times New Roman" w:eastAsia="Times New Roman" w:cs="Times New Roman"/>
        </w:rPr>
        <w:t xml:space="preserve"> </w:t>
      </w:r>
      <w:r>
        <w:rPr>
          <w:rFonts w:ascii="Nirmala UI" w:hAnsi="Nirmala UI" w:eastAsia="Nirmala UI" w:cs="Nirmala UI"/>
        </w:rPr>
        <w:t>ꯃꯄꯨꯡ</w:t>
      </w:r>
      <w:r>
        <w:rPr>
          <w:rFonts w:ascii="Times New Roman" w:hAnsi="Times New Roman" w:eastAsia="Times New Roman" w:cs="Times New Roman"/>
        </w:rPr>
        <w:t xml:space="preserve"> </w:t>
      </w:r>
      <w:r>
        <w:rPr>
          <w:rFonts w:ascii="Nirmala UI" w:hAnsi="Nirmala UI" w:eastAsia="Nirmala UI" w:cs="Nirmala UI"/>
        </w:rPr>
        <w:t>ꯐꯥꯕꯥ</w:t>
      </w:r>
      <w:r>
        <w:rPr>
          <w:rFonts w:ascii="Times New Roman" w:hAnsi="Times New Roman" w:eastAsia="Times New Roman" w:cs="Times New Roman"/>
        </w:rPr>
        <w:t xml:space="preserve"> </w:t>
      </w:r>
      <w:r>
        <w:rPr>
          <w:rFonts w:ascii="Nirmala UI" w:hAnsi="Nirmala UI" w:eastAsia="Nirmala UI" w:cs="Nirmala UI"/>
        </w:rPr>
        <w:t>ꯊꯕꯛ</w:t>
      </w:r>
      <w:r>
        <w:rPr>
          <w:rFonts w:ascii="Times New Roman" w:hAnsi="Times New Roman" w:eastAsia="Times New Roman" w:cs="Times New Roman"/>
        </w:rPr>
        <w:t xml:space="preserve"> </w:t>
      </w:r>
      <w:r>
        <w:rPr>
          <w:rFonts w:ascii="Nirmala UI" w:hAnsi="Nirmala UI" w:eastAsia="Nirmala UI" w:cs="Nirmala UI"/>
        </w:rPr>
        <w:t>ꯆꯠꯅꯕꯥ</w:t>
      </w:r>
      <w:r>
        <w:rPr>
          <w:rFonts w:ascii="Times New Roman" w:hAnsi="Times New Roman" w:eastAsia="Times New Roman" w:cs="Times New Roman"/>
        </w:rPr>
        <w:t xml:space="preserve"> </w:t>
      </w:r>
      <w:r>
        <w:rPr>
          <w:rFonts w:ascii="Nirmala UI" w:hAnsi="Nirmala UI" w:eastAsia="Nirmala UI" w:cs="Nirmala UI"/>
        </w:rPr>
        <w:t>ꯈꯨꯗꯣꯡꯆꯥꯕ</w:t>
      </w:r>
      <w:r>
        <w:rPr>
          <w:rFonts w:ascii="Times New Roman" w:hAnsi="Times New Roman" w:eastAsia="Times New Roman" w:cs="Times New Roman"/>
        </w:rPr>
        <w:t xml:space="preserve"> </w:t>
      </w:r>
      <w:r>
        <w:rPr>
          <w:rFonts w:ascii="Nirmala UI" w:hAnsi="Nirmala UI" w:eastAsia="Nirmala UI" w:cs="Nirmala UI"/>
        </w:rPr>
        <w:t>ꯃꯐꯝ</w:t>
      </w:r>
      <w:r>
        <w:rPr>
          <w:rFonts w:ascii="Times New Roman" w:hAnsi="Times New Roman" w:eastAsia="Times New Roman" w:cs="Times New Roman"/>
        </w:rPr>
        <w:t xml:space="preserve"> </w:t>
      </w:r>
      <w:r>
        <w:rPr>
          <w:rFonts w:ascii="Nirmala UI" w:hAnsi="Nirmala UI" w:eastAsia="Nirmala UI" w:cs="Nirmala UI"/>
        </w:rPr>
        <w:t>ꯃꯍꯥꯛ</w:t>
      </w:r>
      <w:r>
        <w:rPr>
          <w:rFonts w:ascii="Times New Roman" w:hAnsi="Times New Roman" w:eastAsia="Times New Roman" w:cs="Times New Roman"/>
        </w:rPr>
        <w:t xml:space="preserve"> </w:t>
      </w:r>
      <w:r>
        <w:rPr>
          <w:rFonts w:ascii="Nirmala UI" w:hAnsi="Nirmala UI" w:eastAsia="Nirmala UI" w:cs="Nirmala UI"/>
        </w:rPr>
        <w:t>ꯑꯗꯣꯝ</w:t>
      </w:r>
      <w:r>
        <w:rPr>
          <w:rFonts w:ascii="Times New Roman" w:hAnsi="Times New Roman" w:eastAsia="Times New Roman" w:cs="Times New Roman"/>
        </w:rPr>
        <w:t xml:space="preserve"> </w:t>
      </w:r>
      <w:r>
        <w:rPr>
          <w:rFonts w:ascii="Nirmala UI" w:hAnsi="Nirmala UI" w:eastAsia="Nirmala UI" w:cs="Nirmala UI"/>
        </w:rPr>
        <w:t>ꯁꯤꯖꯤꯟꯅꯈꯤꯕ</w:t>
      </w:r>
      <w:r>
        <w:rPr>
          <w:rFonts w:ascii="Times New Roman" w:hAnsi="Times New Roman" w:eastAsia="Times New Roman" w:cs="Times New Roman"/>
        </w:rPr>
        <w:t xml:space="preserve"> </w:t>
      </w:r>
      <w:r>
        <w:rPr>
          <w:rFonts w:ascii="Nirmala UI" w:hAnsi="Nirmala UI" w:eastAsia="Nirmala UI" w:cs="Nirmala UI"/>
        </w:rPr>
        <w:t>ꯃꯁꯥꯏ</w:t>
      </w:r>
      <w:r>
        <w:rPr>
          <w:rFonts w:ascii="Times New Roman" w:hAnsi="Times New Roman" w:eastAsia="Times New Roman" w:cs="Times New Roman"/>
        </w:rPr>
        <w:t xml:space="preserve"> </w:t>
      </w:r>
      <w:r>
        <w:rPr>
          <w:rFonts w:ascii="Nirmala UI" w:hAnsi="Nirmala UI" w:eastAsia="Nirmala UI" w:cs="Nirmala UI"/>
        </w:rPr>
        <w:t>ꯑꯗꯨꯅ</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ꯆꯥꯎꯈꯠꯅꯕꯥ</w:t>
      </w:r>
      <w:r>
        <w:rPr>
          <w:rFonts w:ascii="Times New Roman" w:hAnsi="Times New Roman" w:eastAsia="Times New Roman" w:cs="Times New Roman"/>
        </w:rPr>
        <w:t xml:space="preserve"> </w:t>
      </w:r>
      <w:r>
        <w:rPr>
          <w:rFonts w:ascii="Nirmala UI" w:hAnsi="Nirmala UI" w:eastAsia="Nirmala UI" w:cs="Nirmala UI"/>
        </w:rPr>
        <w:t>ꯁꯦꯝꯂꯤ꯫</w:t>
      </w:r>
      <w:r>
        <w:rPr>
          <w:rFonts w:ascii="Times New Roman" w:hAnsi="Times New Roman" w:eastAsia="Times New Roman" w:cs="Times New Roman"/>
        </w:rPr>
        <w:t xml:space="preserve"> </w:t>
      </w:r>
      <w:r>
        <w:rPr>
          <w:rFonts w:ascii="Nirmala UI" w:hAnsi="Nirmala UI" w:eastAsia="Nirmala UI" w:cs="Nirmala UI"/>
        </w:rPr>
        <w:t>ꯑꯁꯤꯒꯤ</w:t>
      </w:r>
      <w:r>
        <w:rPr>
          <w:rFonts w:ascii="Times New Roman" w:hAnsi="Times New Roman" w:eastAsia="Times New Roman" w:cs="Times New Roman"/>
        </w:rPr>
        <w:t xml:space="preserve"> </w:t>
      </w:r>
      <w:r>
        <w:rPr>
          <w:rFonts w:ascii="Nirmala UI" w:hAnsi="Nirmala UI" w:eastAsia="Nirmala UI" w:cs="Nirmala UI"/>
        </w:rPr>
        <w:t>ꯑꯩꯅꯥ</w:t>
      </w:r>
      <w:r>
        <w:rPr>
          <w:rFonts w:ascii="Times New Roman" w:hAnsi="Times New Roman" w:eastAsia="Times New Roman" w:cs="Times New Roman"/>
        </w:rPr>
        <w:t xml:space="preserve"> </w:t>
      </w:r>
      <w:r>
        <w:rPr>
          <w:rFonts w:ascii="Nirmala UI" w:hAnsi="Nirmala UI" w:eastAsia="Nirmala UI" w:cs="Nirmala UI"/>
        </w:rPr>
        <w:t>ꯍꯛꯆꯤꯟꯕꯥ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ꯑꯆꯨꯝꯕꯥ</w:t>
      </w:r>
      <w:r>
        <w:rPr>
          <w:rFonts w:ascii="Times New Roman" w:hAnsi="Times New Roman" w:eastAsia="Times New Roman" w:cs="Times New Roman"/>
        </w:rPr>
        <w:t xml:space="preserve"> </w:t>
      </w:r>
      <w:r>
        <w:rPr>
          <w:rFonts w:ascii="Nirmala UI" w:hAnsi="Nirmala UI" w:eastAsia="Nirmala UI" w:cs="Nirmala UI"/>
        </w:rPr>
        <w:t>ꯃꯤꯁꯤꯡꯅ</w:t>
      </w:r>
      <w:r>
        <w:rPr>
          <w:rFonts w:ascii="Times New Roman" w:hAnsi="Times New Roman" w:eastAsia="Times New Roman" w:cs="Times New Roman"/>
        </w:rPr>
        <w:t xml:space="preserve"> </w:t>
      </w:r>
      <w:r>
        <w:rPr>
          <w:rFonts w:ascii="Nirmala UI" w:hAnsi="Nirmala UI" w:eastAsia="Nirmala UI" w:cs="Nirmala UI"/>
        </w:rPr>
        <w:t>ꯑꯗꯣꯝ</w:t>
      </w:r>
      <w:r>
        <w:rPr>
          <w:rFonts w:ascii="Times New Roman" w:hAnsi="Times New Roman" w:eastAsia="Times New Roman" w:cs="Times New Roman"/>
        </w:rPr>
        <w:t xml:space="preserve"> </w:t>
      </w:r>
      <w:r>
        <w:rPr>
          <w:rFonts w:ascii="Nirmala UI" w:hAnsi="Nirmala UI" w:eastAsia="Nirmala UI" w:cs="Nirmala UI"/>
        </w:rPr>
        <w:t>ꯁꯦꯜꯂꯤꯕ</w:t>
      </w:r>
      <w:r>
        <w:rPr>
          <w:rFonts w:ascii="Times New Roman" w:hAnsi="Times New Roman" w:eastAsia="Times New Roman" w:cs="Times New Roman"/>
        </w:rPr>
        <w:t xml:space="preserve"> </w:t>
      </w:r>
      <w:r>
        <w:rPr>
          <w:rFonts w:ascii="Nirmala UI" w:hAnsi="Nirmala UI" w:eastAsia="Nirmala UI" w:cs="Nirmala UI"/>
        </w:rPr>
        <w:t>ꯑꯗꯨꯅꯤ</w:t>
      </w:r>
      <w:r>
        <w:rPr>
          <w:rFonts w:ascii="Times New Roman" w:hAnsi="Times New Roman" w:eastAsia="Times New Roman" w:cs="Times New Roman"/>
        </w:rPr>
        <w:t xml:space="preserve"> </w:t>
      </w:r>
      <w:r>
        <w:rPr>
          <w:rFonts w:ascii="Nirmala UI" w:hAnsi="Nirmala UI" w:eastAsia="Nirmala UI" w:cs="Nirmala UI"/>
        </w:rPr>
        <w:t>ꯃꯍꯥꯛꯅ</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ꯃꯐꯝꯗꯒꯤ</w:t>
      </w:r>
      <w:r>
        <w:rPr>
          <w:rFonts w:ascii="Times New Roman" w:hAnsi="Times New Roman" w:eastAsia="Times New Roman" w:cs="Times New Roman"/>
        </w:rPr>
        <w:t xml:space="preserve"> </w:t>
      </w:r>
      <w:r>
        <w:rPr>
          <w:rFonts w:ascii="Nirmala UI" w:hAnsi="Nirmala UI" w:eastAsia="Nirmala UI" w:cs="Nirmala UI"/>
        </w:rPr>
        <w:t>ꯍꯧꯔꯛꯄ</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ꯆꯥꯎꯈꯠꯍꯟꯕꯥꯒꯤ</w:t>
      </w:r>
      <w:r>
        <w:rPr>
          <w:rFonts w:ascii="Times New Roman" w:hAnsi="Times New Roman" w:eastAsia="Times New Roman" w:cs="Times New Roman"/>
        </w:rPr>
        <w:t xml:space="preserve"> </w:t>
      </w:r>
      <w:r>
        <w:rPr>
          <w:rFonts w:ascii="Nirmala UI" w:hAnsi="Nirmala UI" w:eastAsia="Nirmala UI" w:cs="Nirmala UI"/>
        </w:rPr>
        <w:t>ꯃꯇꯦꯡ</w:t>
      </w:r>
      <w:r>
        <w:rPr>
          <w:rFonts w:ascii="Times New Roman" w:hAnsi="Times New Roman" w:eastAsia="Times New Roman" w:cs="Times New Roman"/>
        </w:rPr>
        <w:t xml:space="preserve"> </w:t>
      </w:r>
      <w:r>
        <w:rPr>
          <w:rFonts w:ascii="Nirmala UI" w:hAnsi="Nirmala UI" w:eastAsia="Nirmala UI" w:cs="Nirmala UI"/>
        </w:rPr>
        <w:t>ꯄꯥꯡꯊꯣꯛꯅꯕꯥ</w:t>
      </w:r>
      <w:r>
        <w:rPr>
          <w:rFonts w:ascii="Times New Roman" w:hAnsi="Times New Roman" w:eastAsia="Times New Roman" w:cs="Times New Roman"/>
        </w:rPr>
        <w:t xml:space="preserve"> </w:t>
      </w:r>
      <w:r>
        <w:rPr>
          <w:rFonts w:ascii="Nirmala UI" w:hAnsi="Nirmala UI" w:eastAsia="Nirmala UI" w:cs="Nirmala UI"/>
        </w:rPr>
        <w:t>ꯃꯁꯥꯗꯒꯤ</w:t>
      </w:r>
      <w:r>
        <w:rPr>
          <w:rFonts w:ascii="Times New Roman" w:hAnsi="Times New Roman" w:eastAsia="Times New Roman" w:cs="Times New Roman"/>
        </w:rPr>
        <w:t xml:space="preserve"> </w:t>
      </w:r>
      <w:r>
        <w:rPr>
          <w:rFonts w:ascii="Nirmala UI" w:hAnsi="Nirmala UI" w:eastAsia="Nirmala UI" w:cs="Nirmala UI"/>
        </w:rPr>
        <w:t>ꯃꯊꯥꯡꯗꯥ</w:t>
      </w:r>
      <w:r>
        <w:rPr>
          <w:rFonts w:ascii="Times New Roman" w:hAnsi="Times New Roman" w:eastAsia="Times New Roman" w:cs="Times New Roman"/>
        </w:rPr>
        <w:t xml:space="preserve"> </w:t>
      </w:r>
      <w:r>
        <w:rPr>
          <w:rFonts w:ascii="Nirmala UI" w:hAnsi="Nirmala UI" w:eastAsia="Nirmala UI" w:cs="Nirmala UI"/>
        </w:rPr>
        <w:t>ꯑꯁꯨꯝ</w:t>
      </w:r>
      <w:r>
        <w:rPr>
          <w:rFonts w:ascii="Times New Roman" w:hAnsi="Times New Roman" w:eastAsia="Times New Roman" w:cs="Times New Roman"/>
        </w:rPr>
        <w:t xml:space="preserve"> </w:t>
      </w:r>
      <w:r>
        <w:rPr>
          <w:rFonts w:ascii="Nirmala UI" w:hAnsi="Nirmala UI" w:eastAsia="Nirmala UI" w:cs="Nirmala UI"/>
        </w:rPr>
        <w:t>ꯂꯧꯔꯣꯏꯗꯕꯥ</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ꯈꯪꯗꯣꯛꯄꯥ</w:t>
      </w:r>
      <w:r>
        <w:rPr>
          <w:rFonts w:ascii="Times New Roman" w:hAnsi="Times New Roman" w:eastAsia="Times New Roman" w:cs="Times New Roman"/>
        </w:rPr>
        <w:t xml:space="preserve"> </w:t>
      </w:r>
      <w:r>
        <w:rPr>
          <w:rFonts w:ascii="Nirmala UI" w:hAnsi="Nirmala UI" w:eastAsia="Nirmala UI" w:cs="Nirmala UI"/>
        </w:rPr>
        <w:t>ꯑꯥꯡꯒꯝꯕꯥ</w:t>
      </w:r>
      <w:r>
        <w:rPr>
          <w:rFonts w:ascii="Times New Roman" w:hAnsi="Times New Roman" w:eastAsia="Times New Roman" w:cs="Times New Roman"/>
        </w:rPr>
        <w:t xml:space="preserve"> </w:t>
      </w:r>
      <w:r>
        <w:rPr>
          <w:rFonts w:ascii="Nirmala UI" w:hAnsi="Nirmala UI" w:eastAsia="Nirmala UI" w:cs="Nirmala UI"/>
        </w:rPr>
        <w:t>ꯅꯠꯇꯦ꯫</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ꯊꯕꯛ</w:t>
      </w:r>
      <w:r>
        <w:rPr>
          <w:rFonts w:ascii="Times New Roman" w:hAnsi="Times New Roman" w:eastAsia="Times New Roman" w:cs="Times New Roman"/>
        </w:rPr>
        <w:t xml:space="preserve"> </w:t>
      </w:r>
      <w:r>
        <w:rPr>
          <w:rFonts w:ascii="Nirmala UI" w:hAnsi="Nirmala UI" w:eastAsia="Nirmala UI" w:cs="Nirmala UI"/>
        </w:rPr>
        <w:t>ꯑꯁꯤꯗ</w:t>
      </w:r>
      <w:r>
        <w:rPr>
          <w:rFonts w:ascii="Times New Roman" w:hAnsi="Times New Roman" w:eastAsia="Times New Roman" w:cs="Times New Roman"/>
        </w:rPr>
        <w:t xml:space="preserve"> </w:t>
      </w:r>
      <w:r>
        <w:rPr>
          <w:rFonts w:ascii="Nirmala UI" w:hAnsi="Nirmala UI" w:eastAsia="Nirmala UI" w:cs="Nirmala UI"/>
        </w:rPr>
        <w:t>ꯄ꯭ꯔꯣꯇꯦꯁꯇꯦꯟꯇꯁꯤꯡꯗ</w:t>
      </w:r>
      <w:r>
        <w:rPr>
          <w:rFonts w:ascii="Times New Roman" w:hAnsi="Times New Roman" w:eastAsia="Times New Roman" w:cs="Times New Roman"/>
        </w:rPr>
        <w:t xml:space="preserve"> </w:t>
      </w:r>
      <w:r>
        <w:rPr>
          <w:rFonts w:ascii="Nirmala UI" w:hAnsi="Nirmala UI" w:eastAsia="Nirmala UI" w:cs="Nirmala UI"/>
        </w:rPr>
        <w:t>ꯃꯇꯦꯡ</w:t>
      </w:r>
      <w:r>
        <w:rPr>
          <w:rFonts w:ascii="Times New Roman" w:hAnsi="Times New Roman" w:eastAsia="Times New Roman" w:cs="Times New Roman"/>
        </w:rPr>
        <w:t xml:space="preserve"> </w:t>
      </w:r>
      <w:r>
        <w:rPr>
          <w:rFonts w:ascii="Nirmala UI" w:hAnsi="Nirmala UI" w:eastAsia="Nirmala UI" w:cs="Nirmala UI"/>
        </w:rPr>
        <w:t>ꯄꯥꯡꯊꯣꯛꯅꯕꯥ</w:t>
      </w:r>
      <w:r>
        <w:rPr>
          <w:rFonts w:ascii="Times New Roman" w:hAnsi="Times New Roman" w:eastAsia="Times New Roman" w:cs="Times New Roman"/>
        </w:rPr>
        <w:t xml:space="preserve"> </w:t>
      </w:r>
      <w:r>
        <w:rPr>
          <w:rFonts w:ascii="Nirmala UI" w:hAnsi="Nirmala UI" w:eastAsia="Nirmala UI" w:cs="Nirmala UI"/>
        </w:rPr>
        <w:t>ꯃꯍꯥꯛꯅ</w:t>
      </w:r>
      <w:r>
        <w:rPr>
          <w:rFonts w:ascii="Times New Roman" w:hAnsi="Times New Roman" w:eastAsia="Times New Roman" w:cs="Times New Roman"/>
        </w:rPr>
        <w:t xml:space="preserve"> </w:t>
      </w:r>
      <w:r>
        <w:rPr>
          <w:rFonts w:ascii="Nirmala UI" w:hAnsi="Nirmala UI" w:eastAsia="Nirmala UI" w:cs="Nirmala UI"/>
        </w:rPr>
        <w:t>ꯀꯔꯝꯅꯥ</w:t>
      </w:r>
      <w:r>
        <w:rPr>
          <w:rFonts w:ascii="Times New Roman" w:hAnsi="Times New Roman" w:eastAsia="Times New Roman" w:cs="Times New Roman"/>
        </w:rPr>
        <w:t xml:space="preserve"> </w:t>
      </w:r>
      <w:r>
        <w:rPr>
          <w:rFonts w:ascii="Nirmala UI" w:hAnsi="Nirmala UI" w:eastAsia="Nirmala UI" w:cs="Nirmala UI"/>
        </w:rPr>
        <w:t>ꯍꯦꯟꯅꯥ</w:t>
      </w:r>
      <w:r>
        <w:rPr>
          <w:rFonts w:ascii="Times New Roman" w:hAnsi="Times New Roman" w:eastAsia="Times New Roman" w:cs="Times New Roman"/>
        </w:rPr>
        <w:t xml:space="preserve"> </w:t>
      </w:r>
      <w:r>
        <w:rPr>
          <w:rFonts w:ascii="Nirmala UI" w:hAnsi="Nirmala UI" w:eastAsia="Nirmala UI" w:cs="Nirmala UI"/>
        </w:rPr>
        <w:t>ꯂꯥꯛꯀꯅꯤꯕꯒꯤ</w:t>
      </w:r>
      <w:r>
        <w:rPr>
          <w:rFonts w:ascii="Times New Roman" w:hAnsi="Times New Roman" w:eastAsia="Times New Roman" w:cs="Times New Roman"/>
        </w:rPr>
        <w:t xml:space="preserve"> </w:t>
      </w:r>
      <w:r>
        <w:rPr>
          <w:rFonts w:ascii="Nirmala UI" w:hAnsi="Nirmala UI" w:eastAsia="Nirmala UI" w:cs="Nirmala UI"/>
        </w:rPr>
        <w:t>ꯃꯔꯝ</w:t>
      </w:r>
      <w:r>
        <w:rPr>
          <w:rFonts w:ascii="Times New Roman" w:hAnsi="Times New Roman" w:eastAsia="Times New Roman" w:cs="Times New Roman"/>
        </w:rPr>
        <w:t xml:space="preserve"> </w:t>
      </w:r>
      <w:r>
        <w:rPr>
          <w:rFonts w:ascii="Nirmala UI" w:hAnsi="Nirmala UI" w:eastAsia="Nirmala UI" w:cs="Nirmala UI"/>
        </w:rPr>
        <w:t>ꯈꯪꯍꯟꯕꯥ</w:t>
      </w:r>
      <w:r>
        <w:rPr>
          <w:rFonts w:ascii="Times New Roman" w:hAnsi="Times New Roman" w:eastAsia="Times New Roman" w:cs="Times New Roman"/>
        </w:rPr>
        <w:t xml:space="preserve"> </w:t>
      </w:r>
      <w:r>
        <w:rPr>
          <w:rFonts w:ascii="Nirmala UI" w:hAnsi="Nirmala UI" w:eastAsia="Nirmala UI" w:cs="Nirmala UI"/>
        </w:rPr>
        <w:t>ꯀꯥꯏꯗꯧꯔꯤꯕꯥ</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ꯅꯠꯇꯦ꯫</w:t>
      </w:r>
      <w:r>
        <w:rPr>
          <w:rFonts w:ascii="Times New Roman" w:hAnsi="Times New Roman" w:eastAsia="Times New Roman" w:cs="Times New Roman"/>
        </w:rPr>
        <w:t xml:space="preserve"> </w:t>
      </w:r>
      <w:r>
        <w:rPr>
          <w:rFonts w:ascii="Nirmala UI" w:hAnsi="Nirmala UI" w:eastAsia="Nirmala UI" w:cs="Nirmala UI"/>
        </w:rPr>
        <w:t>ꯀꯥꯊꯣꯂꯤꯛ</w:t>
      </w:r>
      <w:r>
        <w:rPr>
          <w:rFonts w:ascii="Times New Roman" w:hAnsi="Times New Roman" w:eastAsia="Times New Roman" w:cs="Times New Roman"/>
        </w:rPr>
        <w:t xml:space="preserve"> </w:t>
      </w:r>
      <w:r>
        <w:rPr>
          <w:rFonts w:ascii="Nirmala UI" w:hAnsi="Nirmala UI" w:eastAsia="Nirmala UI" w:cs="Nirmala UI"/>
        </w:rPr>
        <w:t>ꯂꯩꯗꯔꯁꯤꯡꯅ</w:t>
      </w:r>
      <w:r>
        <w:rPr>
          <w:rFonts w:ascii="Times New Roman" w:hAnsi="Times New Roman" w:eastAsia="Times New Roman" w:cs="Times New Roman"/>
        </w:rPr>
        <w:t xml:space="preserve"> </w:t>
      </w:r>
      <w:r>
        <w:rPr>
          <w:rFonts w:ascii="Nirmala UI" w:hAnsi="Nirmala UI" w:eastAsia="Nirmala UI" w:cs="Nirmala UI"/>
        </w:rPr>
        <w:t>ꯆꯔꯆꯀꯤ</w:t>
      </w:r>
      <w:r>
        <w:rPr>
          <w:rFonts w:ascii="Times New Roman" w:hAnsi="Times New Roman" w:eastAsia="Times New Roman" w:cs="Times New Roman"/>
        </w:rPr>
        <w:t xml:space="preserve"> </w:t>
      </w:r>
      <w:r>
        <w:rPr>
          <w:rFonts w:ascii="Nirmala UI" w:hAnsi="Nirmala UI" w:eastAsia="Nirmala UI" w:cs="Nirmala UI"/>
        </w:rPr>
        <w:t>ꯋꯥꯔꯦꯄꯁꯦ</w:t>
      </w:r>
      <w:r>
        <w:rPr>
          <w:rFonts w:ascii="Times New Roman" w:hAnsi="Times New Roman" w:eastAsia="Times New Roman" w:cs="Times New Roman"/>
        </w:rPr>
        <w:t xml:space="preserve"> </w:t>
      </w:r>
      <w:r>
        <w:rPr>
          <w:rFonts w:ascii="Nirmala UI" w:hAnsi="Nirmala UI" w:eastAsia="Nirmala UI" w:cs="Nirmala UI"/>
        </w:rPr>
        <w:t>ꯇꯧꯗ꯭ꯔꯤꯕ</w:t>
      </w:r>
      <w:r>
        <w:rPr>
          <w:rFonts w:ascii="Times New Roman" w:hAnsi="Times New Roman" w:eastAsia="Times New Roman" w:cs="Times New Roman"/>
        </w:rPr>
        <w:t xml:space="preserve"> </w:t>
      </w:r>
      <w:r>
        <w:rPr>
          <w:rFonts w:ascii="Nirmala UI" w:hAnsi="Nirmala UI" w:eastAsia="Nirmala UI" w:cs="Nirmala UI"/>
        </w:rPr>
        <w:t>ꯃꯤꯁꯤꯡ</w:t>
      </w:r>
      <w:r>
        <w:rPr>
          <w:rFonts w:ascii="Times New Roman" w:hAnsi="Times New Roman" w:eastAsia="Times New Roman" w:cs="Times New Roman"/>
        </w:rPr>
        <w:t xml:space="preserve"> </w:t>
      </w:r>
      <w:r>
        <w:rPr>
          <w:rFonts w:ascii="Nirmala UI" w:hAnsi="Nirmala UI" w:eastAsia="Nirmala UI" w:cs="Nirmala UI"/>
        </w:rPr>
        <w:t>ꯑꯗꯨꯕꯨ</w:t>
      </w:r>
      <w:r>
        <w:rPr>
          <w:rFonts w:ascii="Times New Roman" w:hAnsi="Times New Roman" w:eastAsia="Times New Roman" w:cs="Times New Roman"/>
        </w:rPr>
        <w:t xml:space="preserve"> </w:t>
      </w:r>
      <w:r>
        <w:rPr>
          <w:rFonts w:ascii="Nirmala UI" w:hAnsi="Nirmala UI" w:eastAsia="Nirmala UI" w:cs="Nirmala UI"/>
        </w:rPr>
        <w:t>ꯀꯔꯝꯅꯥ</w:t>
      </w:r>
      <w:r>
        <w:rPr>
          <w:rFonts w:ascii="Times New Roman" w:hAnsi="Times New Roman" w:eastAsia="Times New Roman" w:cs="Times New Roman"/>
        </w:rPr>
        <w:t xml:space="preserve"> </w:t>
      </w:r>
      <w:r>
        <w:rPr>
          <w:rFonts w:ascii="Nirmala UI" w:hAnsi="Nirmala UI" w:eastAsia="Nirmala UI" w:cs="Nirmala UI"/>
        </w:rPr>
        <w:t>ꯌꯥꯝꯅꯥ</w:t>
      </w:r>
      <w:r>
        <w:rPr>
          <w:rFonts w:ascii="Times New Roman" w:hAnsi="Times New Roman" w:eastAsia="Times New Roman" w:cs="Times New Roman"/>
        </w:rPr>
        <w:t xml:space="preserve"> </w:t>
      </w:r>
      <w:r>
        <w:rPr>
          <w:rFonts w:ascii="Nirmala UI" w:hAnsi="Nirmala UI" w:eastAsia="Nirmala UI" w:cs="Nirmala UI"/>
        </w:rPr>
        <w:t>ꯆꯠꯅꯔꯤꯕꯒꯤ</w:t>
      </w:r>
      <w:r>
        <w:rPr>
          <w:rFonts w:ascii="Times New Roman" w:hAnsi="Times New Roman" w:eastAsia="Times New Roman" w:cs="Times New Roman"/>
        </w:rPr>
        <w:t xml:space="preserve"> </w:t>
      </w:r>
      <w:r>
        <w:rPr>
          <w:rFonts w:ascii="Nirmala UI" w:hAnsi="Nirmala UI" w:eastAsia="Nirmala UI" w:cs="Nirmala UI"/>
        </w:rPr>
        <w:t>ꯃꯔꯝ</w:t>
      </w:r>
      <w:r>
        <w:rPr>
          <w:rFonts w:ascii="Times New Roman" w:hAnsi="Times New Roman" w:eastAsia="Times New Roman" w:cs="Times New Roman"/>
        </w:rPr>
        <w:t xml:space="preserve">, </w:t>
      </w:r>
      <w:r>
        <w:rPr>
          <w:rFonts w:ascii="Nirmala UI" w:hAnsi="Nirmala UI" w:eastAsia="Nirmala UI" w:cs="Nirmala UI"/>
        </w:rPr>
        <w:t>ꯄꯣꯄꯀꯤ</w:t>
      </w:r>
      <w:r>
        <w:rPr>
          <w:rFonts w:ascii="Times New Roman" w:hAnsi="Times New Roman" w:eastAsia="Times New Roman" w:cs="Times New Roman"/>
        </w:rPr>
        <w:t xml:space="preserve"> </w:t>
      </w:r>
      <w:r>
        <w:rPr>
          <w:rFonts w:ascii="Nirmala UI" w:hAnsi="Nirmala UI" w:eastAsia="Nirmala UI" w:cs="Nirmala UI"/>
        </w:rPr>
        <w:t>ꯂꯤꯗꯔꯁꯤꯡꯗꯒꯤ</w:t>
      </w:r>
      <w:r>
        <w:rPr>
          <w:rFonts w:ascii="Times New Roman" w:hAnsi="Times New Roman" w:eastAsia="Times New Roman" w:cs="Times New Roman"/>
        </w:rPr>
        <w:t xml:space="preserve"> </w:t>
      </w:r>
      <w:r>
        <w:rPr>
          <w:rFonts w:ascii="Nirmala UI" w:hAnsi="Nirmala UI" w:eastAsia="Nirmala UI" w:cs="Nirmala UI"/>
        </w:rPr>
        <w:t>ꯍꯦꯟꯅꯥ</w:t>
      </w:r>
      <w:r>
        <w:rPr>
          <w:rFonts w:ascii="Times New Roman" w:hAnsi="Times New Roman" w:eastAsia="Times New Roman" w:cs="Times New Roman"/>
        </w:rPr>
        <w:t xml:space="preserve"> </w:t>
      </w:r>
      <w:r>
        <w:rPr>
          <w:rFonts w:ascii="Nirmala UI" w:hAnsi="Nirmala UI" w:eastAsia="Nirmala UI" w:cs="Nirmala UI"/>
        </w:rPr>
        <w:t>ꯁꯨꯅꯥ</w:t>
      </w:r>
      <w:r>
        <w:rPr>
          <w:rFonts w:ascii="Times New Roman" w:hAnsi="Times New Roman" w:eastAsia="Times New Roman" w:cs="Times New Roman"/>
        </w:rPr>
        <w:t xml:space="preserve"> </w:t>
      </w:r>
      <w:r>
        <w:rPr>
          <w:rFonts w:ascii="Nirmala UI" w:hAnsi="Nirmala UI" w:eastAsia="Nirmala UI" w:cs="Nirmala UI"/>
        </w:rPr>
        <w:t>ꯀꯅꯥꯅꯣ</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ဂီရိဇာရိုမန်ကက်သလစ်သည်</w:t>
      </w:r>
      <w:r>
        <w:rPr>
          <w:rFonts w:ascii="Times New Roman" w:hAnsi="Times New Roman" w:eastAsia="Times New Roman" w:cs="Times New Roman"/>
        </w:rPr>
        <w:t xml:space="preserve"> </w:t>
      </w:r>
      <w:r>
        <w:rPr>
          <w:rFonts w:ascii="Myanmar Text" w:hAnsi="Myanmar Text" w:eastAsia="Myanmar Text" w:cs="Myanmar Text"/>
        </w:rPr>
        <w:t>ကမ္ဘာတစ်ဝှမ်းလုံး၌</w:t>
      </w:r>
      <w:r>
        <w:rPr>
          <w:rFonts w:ascii="Times New Roman" w:hAnsi="Times New Roman" w:eastAsia="Times New Roman" w:cs="Times New Roman"/>
        </w:rPr>
        <w:t xml:space="preserve"> </w:t>
      </w:r>
      <w:r>
        <w:rPr>
          <w:rFonts w:ascii="Myanmar Text" w:hAnsi="Myanmar Text" w:eastAsia="Myanmar Text" w:cs="Myanmar Text"/>
        </w:rPr>
        <w:t>၎င်း၏</w:t>
      </w:r>
      <w:r>
        <w:rPr>
          <w:rFonts w:ascii="Times New Roman" w:hAnsi="Times New Roman" w:eastAsia="Times New Roman" w:cs="Times New Roman"/>
        </w:rPr>
        <w:t xml:space="preserve"> </w:t>
      </w:r>
      <w:r>
        <w:rPr>
          <w:rFonts w:ascii="Myanmar Text" w:hAnsi="Myanmar Text" w:eastAsia="Myanmar Text" w:cs="Myanmar Text"/>
        </w:rPr>
        <w:t>ခွဲစိတ်ပြန့်ပွားမှုအလုံးစုံနှင့်တကွ၊</w:t>
      </w:r>
      <w:r>
        <w:rPr>
          <w:rFonts w:ascii="Times New Roman" w:hAnsi="Times New Roman" w:eastAsia="Times New Roman" w:cs="Times New Roman"/>
        </w:rPr>
        <w:t xml:space="preserve"> </w:t>
      </w:r>
      <w:r>
        <w:rPr>
          <w:rFonts w:ascii="Myanmar Text" w:hAnsi="Myanmar Text" w:eastAsia="Myanmar Text" w:cs="Myanmar Text"/>
        </w:rPr>
        <w:t>ပုပ်ရဟန်းမင်း၏</w:t>
      </w:r>
      <w:r>
        <w:rPr>
          <w:rFonts w:ascii="Times New Roman" w:hAnsi="Times New Roman" w:eastAsia="Times New Roman" w:cs="Times New Roman"/>
        </w:rPr>
        <w:t xml:space="preserve"> </w:t>
      </w:r>
      <w:r>
        <w:rPr>
          <w:rFonts w:ascii="Myanmar Text" w:hAnsi="Myanmar Text" w:eastAsia="Myanmar Text" w:cs="Myanmar Text"/>
        </w:rPr>
        <w:t>ထိုင်ခုံ၏</w:t>
      </w:r>
      <w:r>
        <w:rPr>
          <w:rFonts w:ascii="Times New Roman" w:hAnsi="Times New Roman" w:eastAsia="Times New Roman" w:cs="Times New Roman"/>
        </w:rPr>
        <w:t xml:space="preserve"> </w:t>
      </w:r>
      <w:r>
        <w:rPr>
          <w:rFonts w:ascii="Myanmar Text" w:hAnsi="Myanmar Text" w:eastAsia="Myanmar Text" w:cs="Myanmar Text"/>
        </w:rPr>
        <w:t>ထိန်းချုပ်မှုအောက်တွင်ရှိပြီး၊</w:t>
      </w:r>
      <w:r>
        <w:rPr>
          <w:rFonts w:ascii="Times New Roman" w:hAnsi="Times New Roman" w:eastAsia="Times New Roman" w:cs="Times New Roman"/>
        </w:rPr>
        <w:t xml:space="preserve"> </w:t>
      </w:r>
      <w:r>
        <w:rPr>
          <w:rFonts w:ascii="Myanmar Text" w:hAnsi="Myanmar Text" w:eastAsia="Myanmar Text" w:cs="Myanmar Text"/>
        </w:rPr>
        <w:t>ထိုထိုင်ခုံ၏</w:t>
      </w:r>
      <w:r>
        <w:rPr>
          <w:rFonts w:ascii="Times New Roman" w:hAnsi="Times New Roman" w:eastAsia="Times New Roman" w:cs="Times New Roman"/>
        </w:rPr>
        <w:t xml:space="preserve"> </w:t>
      </w:r>
      <w:r>
        <w:rPr>
          <w:rFonts w:ascii="Myanmar Text" w:hAnsi="Myanmar Text" w:eastAsia="Myanmar Text" w:cs="Myanmar Text"/>
        </w:rPr>
        <w:t>အကျိုးစီးပွားကို</w:t>
      </w:r>
      <w:r>
        <w:rPr>
          <w:rFonts w:ascii="Times New Roman" w:hAnsi="Times New Roman" w:eastAsia="Times New Roman" w:cs="Times New Roman"/>
        </w:rPr>
        <w:t xml:space="preserve"> </w:t>
      </w:r>
      <w:r>
        <w:rPr>
          <w:rFonts w:ascii="Myanmar Text" w:hAnsi="Myanmar Text" w:eastAsia="Myanmar Text" w:cs="Myanmar Text"/>
        </w:rPr>
        <w:t>ဆောင်ရွက်ရန်</w:t>
      </w:r>
      <w:r>
        <w:rPr>
          <w:rFonts w:ascii="Times New Roman" w:hAnsi="Times New Roman" w:eastAsia="Times New Roman" w:cs="Times New Roman"/>
        </w:rPr>
        <w:t xml:space="preserve"> </w:t>
      </w:r>
      <w:r>
        <w:rPr>
          <w:rFonts w:ascii="Myanmar Text" w:hAnsi="Myanmar Text" w:eastAsia="Myanmar Text" w:cs="Myanmar Text"/>
        </w:rPr>
        <w:t>ရည်ရွယ်ထားသော</w:t>
      </w:r>
      <w:r>
        <w:rPr>
          <w:rFonts w:ascii="Times New Roman" w:hAnsi="Times New Roman" w:eastAsia="Times New Roman" w:cs="Times New Roman"/>
        </w:rPr>
        <w:t xml:space="preserve"> </w:t>
      </w:r>
      <w:r>
        <w:rPr>
          <w:rFonts w:ascii="Myanmar Text" w:hAnsi="Myanmar Text" w:eastAsia="Myanmar Text" w:cs="Myanmar Text"/>
        </w:rPr>
        <w:t>အလွန်ကြီးမားသည့်</w:t>
      </w:r>
      <w:r>
        <w:rPr>
          <w:rFonts w:ascii="Times New Roman" w:hAnsi="Times New Roman" w:eastAsia="Times New Roman" w:cs="Times New Roman"/>
        </w:rPr>
        <w:t xml:space="preserve"> </w:t>
      </w:r>
      <w:r>
        <w:rPr>
          <w:rFonts w:ascii="Myanmar Text" w:hAnsi="Myanmar Text" w:eastAsia="Myanmar Text" w:cs="Myanmar Text"/>
        </w:rPr>
        <w:t>အဖွဲ့အစည်းတစ်ခုတည်းကို</w:t>
      </w:r>
      <w:r>
        <w:rPr>
          <w:rFonts w:ascii="Times New Roman" w:hAnsi="Times New Roman" w:eastAsia="Times New Roman" w:cs="Times New Roman"/>
        </w:rPr>
        <w:t xml:space="preserve"> </w:t>
      </w:r>
      <w:r>
        <w:rPr>
          <w:rFonts w:ascii="Myanmar Text" w:hAnsi="Myanmar Text" w:eastAsia="Myanmar Text" w:cs="Myanmar Text"/>
        </w:rPr>
        <w:t>ဖွဲ့စည်းထားသည်။</w:t>
      </w:r>
      <w:r>
        <w:rPr>
          <w:rFonts w:ascii="Times New Roman" w:hAnsi="Times New Roman" w:eastAsia="Times New Roman" w:cs="Times New Roman"/>
        </w:rPr>
        <w:t xml:space="preserve"> </w:t>
      </w:r>
      <w:r>
        <w:rPr>
          <w:rFonts w:ascii="Myanmar Text" w:hAnsi="Myanmar Text" w:eastAsia="Myanmar Text" w:cs="Myanmar Text"/>
        </w:rPr>
        <w:t>ကမ္ဘာမြေပေါ်ရှိ</w:t>
      </w:r>
      <w:r>
        <w:rPr>
          <w:rFonts w:ascii="Times New Roman" w:hAnsi="Times New Roman" w:eastAsia="Times New Roman" w:cs="Times New Roman"/>
        </w:rPr>
        <w:t xml:space="preserve"> </w:t>
      </w:r>
      <w:r>
        <w:rPr>
          <w:rFonts w:ascii="Myanmar Text" w:hAnsi="Myanmar Text" w:eastAsia="Myanmar Text" w:cs="Myanmar Text"/>
        </w:rPr>
        <w:t>နိုင်ငံတိုင်း၌ရှိသော</w:t>
      </w:r>
      <w:r>
        <w:rPr>
          <w:rFonts w:ascii="Times New Roman" w:hAnsi="Times New Roman" w:eastAsia="Times New Roman" w:cs="Times New Roman"/>
        </w:rPr>
        <w:t xml:space="preserve"> </w:t>
      </w:r>
      <w:r>
        <w:rPr>
          <w:rFonts w:ascii="Myanmar Text" w:hAnsi="Myanmar Text" w:eastAsia="Myanmar Text" w:cs="Myanmar Text"/>
        </w:rPr>
        <w:t>၎င်း၏</w:t>
      </w:r>
      <w:r>
        <w:rPr>
          <w:rFonts w:ascii="Times New Roman" w:hAnsi="Times New Roman" w:eastAsia="Times New Roman" w:cs="Times New Roman"/>
        </w:rPr>
        <w:t xml:space="preserve"> </w:t>
      </w:r>
      <w:r>
        <w:rPr>
          <w:rFonts w:ascii="Myanmar Text" w:hAnsi="Myanmar Text" w:eastAsia="Myanmar Text" w:cs="Myanmar Text"/>
        </w:rPr>
        <w:t>သစ္စာရှိအသင်းဝင်</w:t>
      </w:r>
      <w:r>
        <w:rPr>
          <w:rFonts w:ascii="Times New Roman" w:hAnsi="Times New Roman" w:eastAsia="Times New Roman" w:cs="Times New Roman"/>
        </w:rPr>
        <w:t xml:space="preserve"> </w:t>
      </w:r>
      <w:r>
        <w:rPr>
          <w:rFonts w:ascii="Myanmar Text" w:hAnsi="Myanmar Text" w:eastAsia="Myanmar Text" w:cs="Myanmar Text"/>
        </w:rPr>
        <w:t>သန်းပေါင်းများစွာတို့ကို</w:t>
      </w:r>
      <w:r>
        <w:rPr>
          <w:rFonts w:ascii="Times New Roman" w:hAnsi="Times New Roman" w:eastAsia="Times New Roman" w:cs="Times New Roman"/>
        </w:rPr>
        <w:t xml:space="preserve"> </w:t>
      </w:r>
      <w:r>
        <w:rPr>
          <w:rFonts w:ascii="Myanmar Text" w:hAnsi="Myanmar Text" w:eastAsia="Myanmar Text" w:cs="Myanmar Text"/>
        </w:rPr>
        <w:t>ပုပ်ရဟန်းမင်းအား</w:t>
      </w:r>
      <w:r>
        <w:rPr>
          <w:rFonts w:ascii="Times New Roman" w:hAnsi="Times New Roman" w:eastAsia="Times New Roman" w:cs="Times New Roman"/>
        </w:rPr>
        <w:t xml:space="preserve"> </w:t>
      </w:r>
      <w:r>
        <w:rPr>
          <w:rFonts w:ascii="Myanmar Text" w:hAnsi="Myanmar Text" w:eastAsia="Myanmar Text" w:cs="Myanmar Text"/>
        </w:rPr>
        <w:t>သစ္စာနာခံရမည့်သူများအဖြစ်</w:t>
      </w:r>
      <w:r>
        <w:rPr>
          <w:rFonts w:ascii="Times New Roman" w:hAnsi="Times New Roman" w:eastAsia="Times New Roman" w:cs="Times New Roman"/>
        </w:rPr>
        <w:t xml:space="preserve"> </w:t>
      </w:r>
      <w:r>
        <w:rPr>
          <w:rFonts w:ascii="Myanmar Text" w:hAnsi="Myanmar Text" w:eastAsia="Myanmar Text" w:cs="Myanmar Text"/>
        </w:rPr>
        <w:t>မိမိတို့ကိုယ်ကို</w:t>
      </w:r>
      <w:r>
        <w:rPr>
          <w:rFonts w:ascii="Times New Roman" w:hAnsi="Times New Roman" w:eastAsia="Times New Roman" w:cs="Times New Roman"/>
        </w:rPr>
        <w:t xml:space="preserve"> </w:t>
      </w:r>
      <w:r>
        <w:rPr>
          <w:rFonts w:ascii="Myanmar Text" w:hAnsi="Myanmar Text" w:eastAsia="Myanmar Text" w:cs="Myanmar Text"/>
        </w:rPr>
        <w:t>မှတ်ယူရမည်ဟု</w:t>
      </w:r>
      <w:r>
        <w:rPr>
          <w:rFonts w:ascii="Times New Roman" w:hAnsi="Times New Roman" w:eastAsia="Times New Roman" w:cs="Times New Roman"/>
        </w:rPr>
        <w:t xml:space="preserve"> </w:t>
      </w:r>
      <w:r>
        <w:rPr>
          <w:rFonts w:ascii="Myanmar Text" w:hAnsi="Myanmar Text" w:eastAsia="Myanmar Text" w:cs="Myanmar Text"/>
        </w:rPr>
        <w:t>သင်ကြားထားကြသည်။</w:t>
      </w:r>
      <w:r>
        <w:rPr>
          <w:rFonts w:ascii="Times New Roman" w:hAnsi="Times New Roman" w:eastAsia="Times New Roman" w:cs="Times New Roman"/>
        </w:rPr>
        <w:t xml:space="preserve"> </w:t>
      </w:r>
      <w:r>
        <w:rPr>
          <w:rFonts w:ascii="Myanmar Text" w:hAnsi="Myanmar Text" w:eastAsia="Myanmar Text" w:cs="Myanmar Text"/>
        </w:rPr>
        <w:t>၎င်းတို့၏</w:t>
      </w:r>
      <w:r>
        <w:rPr>
          <w:rFonts w:ascii="Times New Roman" w:hAnsi="Times New Roman" w:eastAsia="Times New Roman" w:cs="Times New Roman"/>
        </w:rPr>
        <w:t xml:space="preserve"> </w:t>
      </w:r>
      <w:r>
        <w:rPr>
          <w:rFonts w:ascii="Myanmar Text" w:hAnsi="Myanmar Text" w:eastAsia="Myanmar Text" w:cs="Myanmar Text"/>
        </w:rPr>
        <w:t>လူမျိုးသားအဖြစ်အတည်အကျ</w:t>
      </w:r>
      <w:r>
        <w:rPr>
          <w:rFonts w:ascii="Times New Roman" w:hAnsi="Times New Roman" w:eastAsia="Times New Roman" w:cs="Times New Roman"/>
        </w:rPr>
        <w:t xml:space="preserve"> </w:t>
      </w:r>
      <w:r>
        <w:rPr>
          <w:rFonts w:ascii="Myanmar Text" w:hAnsi="Myanmar Text" w:eastAsia="Myanmar Text" w:cs="Myanmar Text"/>
        </w:rPr>
        <w:t>သို့မဟုတ်</w:t>
      </w:r>
      <w:r>
        <w:rPr>
          <w:rFonts w:ascii="Times New Roman" w:hAnsi="Times New Roman" w:eastAsia="Times New Roman" w:cs="Times New Roman"/>
        </w:rPr>
        <w:t xml:space="preserve"> </w:t>
      </w:r>
      <w:r>
        <w:rPr>
          <w:rFonts w:ascii="Myanmar Text" w:hAnsi="Myanmar Text" w:eastAsia="Myanmar Text" w:cs="Myanmar Text"/>
        </w:rPr>
        <w:t>၎င်းတို့၏</w:t>
      </w:r>
      <w:r>
        <w:rPr>
          <w:rFonts w:ascii="Times New Roman" w:hAnsi="Times New Roman" w:eastAsia="Times New Roman" w:cs="Times New Roman"/>
        </w:rPr>
        <w:t xml:space="preserve"> </w:t>
      </w:r>
      <w:r>
        <w:rPr>
          <w:rFonts w:ascii="Myanmar Text" w:hAnsi="Myanmar Text" w:eastAsia="Myanmar Text" w:cs="Myanmar Text"/>
        </w:rPr>
        <w:t>အစိုးရသည်</w:t>
      </w:r>
      <w:r>
        <w:rPr>
          <w:rFonts w:ascii="Times New Roman" w:hAnsi="Times New Roman" w:eastAsia="Times New Roman" w:cs="Times New Roman"/>
        </w:rPr>
        <w:t xml:space="preserve"> </w:t>
      </w:r>
      <w:r>
        <w:rPr>
          <w:rFonts w:ascii="Myanmar Text" w:hAnsi="Myanmar Text" w:eastAsia="Myanmar Text" w:cs="Myanmar Text"/>
        </w:rPr>
        <w:t>မည်သို့ပင်ဖြစ်စေကာမူ၊</w:t>
      </w:r>
      <w:r>
        <w:rPr>
          <w:rFonts w:ascii="Times New Roman" w:hAnsi="Times New Roman" w:eastAsia="Times New Roman" w:cs="Times New Roman"/>
        </w:rPr>
        <w:t xml:space="preserve"> </w:t>
      </w:r>
      <w:r>
        <w:rPr>
          <w:rFonts w:ascii="Myanmar Text" w:hAnsi="Myanmar Text" w:eastAsia="Myanmar Text" w:cs="Myanmar Text"/>
        </w:rPr>
        <w:t>ဂီရိဇာ၏</w:t>
      </w:r>
      <w:r>
        <w:rPr>
          <w:rFonts w:ascii="Times New Roman" w:hAnsi="Times New Roman" w:eastAsia="Times New Roman" w:cs="Times New Roman"/>
        </w:rPr>
        <w:t xml:space="preserve"> </w:t>
      </w:r>
      <w:r>
        <w:rPr>
          <w:rFonts w:ascii="Myanmar Text" w:hAnsi="Myanmar Text" w:eastAsia="Myanmar Text" w:cs="Myanmar Text"/>
        </w:rPr>
        <w:t>အာဏာကို</w:t>
      </w:r>
      <w:r>
        <w:rPr>
          <w:rFonts w:ascii="Times New Roman" w:hAnsi="Times New Roman" w:eastAsia="Times New Roman" w:cs="Times New Roman"/>
        </w:rPr>
        <w:t xml:space="preserve"> </w:t>
      </w:r>
      <w:r>
        <w:rPr>
          <w:rFonts w:ascii="Myanmar Text" w:hAnsi="Myanmar Text" w:eastAsia="Myanmar Text" w:cs="Myanmar Text"/>
        </w:rPr>
        <w:t>အခြားအာဏာအားလုံးထက်</w:t>
      </w:r>
      <w:r>
        <w:rPr>
          <w:rFonts w:ascii="Times New Roman" w:hAnsi="Times New Roman" w:eastAsia="Times New Roman" w:cs="Times New Roman"/>
        </w:rPr>
        <w:t xml:space="preserve"> </w:t>
      </w:r>
      <w:r>
        <w:rPr>
          <w:rFonts w:ascii="Myanmar Text" w:hAnsi="Myanmar Text" w:eastAsia="Myanmar Text" w:cs="Myanmar Text"/>
        </w:rPr>
        <w:t>မြင့်မားသည်ဟု</w:t>
      </w:r>
      <w:r>
        <w:rPr>
          <w:rFonts w:ascii="Times New Roman" w:hAnsi="Times New Roman" w:eastAsia="Times New Roman" w:cs="Times New Roman"/>
        </w:rPr>
        <w:t xml:space="preserve"> </w:t>
      </w:r>
      <w:r>
        <w:rPr>
          <w:rFonts w:ascii="Myanmar Text" w:hAnsi="Myanmar Text" w:eastAsia="Myanmar Text" w:cs="Myanmar Text"/>
        </w:rPr>
        <w:t>မှတ်ယူရမည်ဖြစ်သည်။</w:t>
      </w:r>
      <w:r>
        <w:rPr>
          <w:rFonts w:ascii="Times New Roman" w:hAnsi="Times New Roman" w:eastAsia="Times New Roman" w:cs="Times New Roman"/>
        </w:rPr>
        <w:t xml:space="preserve"> </w:t>
      </w:r>
      <w:r>
        <w:rPr>
          <w:rFonts w:ascii="Myanmar Text" w:hAnsi="Myanmar Text" w:eastAsia="Myanmar Text" w:cs="Myanmar Text"/>
        </w:rPr>
        <w:t>၎င်းတို့သည်</w:t>
      </w:r>
      <w:r>
        <w:rPr>
          <w:rFonts w:ascii="Times New Roman" w:hAnsi="Times New Roman" w:eastAsia="Times New Roman" w:cs="Times New Roman"/>
        </w:rPr>
        <w:t xml:space="preserve"> </w:t>
      </w:r>
      <w:r>
        <w:rPr>
          <w:rFonts w:ascii="Myanmar Text" w:hAnsi="Myanmar Text" w:eastAsia="Myanmar Text" w:cs="Myanmar Text"/>
        </w:rPr>
        <w:t>နိုင်ငံတော်အပေါ်</w:t>
      </w:r>
      <w:r>
        <w:rPr>
          <w:rFonts w:ascii="Times New Roman" w:hAnsi="Times New Roman" w:eastAsia="Times New Roman" w:cs="Times New Roman"/>
        </w:rPr>
        <w:t xml:space="preserve"> </w:t>
      </w:r>
      <w:r>
        <w:rPr>
          <w:rFonts w:ascii="Myanmar Text" w:hAnsi="Myanmar Text" w:eastAsia="Myanmar Text" w:cs="Myanmar Text"/>
        </w:rPr>
        <w:t>မိမိတို့၏</w:t>
      </w:r>
      <w:r>
        <w:rPr>
          <w:rFonts w:ascii="Times New Roman" w:hAnsi="Times New Roman" w:eastAsia="Times New Roman" w:cs="Times New Roman"/>
        </w:rPr>
        <w:t xml:space="preserve"> </w:t>
      </w:r>
      <w:r>
        <w:rPr>
          <w:rFonts w:ascii="Myanmar Text" w:hAnsi="Myanmar Text" w:eastAsia="Myanmar Text" w:cs="Myanmar Text"/>
        </w:rPr>
        <w:t>သစ္စာရှိမှုကို</w:t>
      </w:r>
      <w:r>
        <w:rPr>
          <w:rFonts w:ascii="Times New Roman" w:hAnsi="Times New Roman" w:eastAsia="Times New Roman" w:cs="Times New Roman"/>
        </w:rPr>
        <w:t xml:space="preserve"> </w:t>
      </w:r>
      <w:r>
        <w:rPr>
          <w:rFonts w:ascii="Myanmar Text" w:hAnsi="Myanmar Text" w:eastAsia="Myanmar Text" w:cs="Myanmar Text"/>
        </w:rPr>
        <w:t>ကတိပြုသော</w:t>
      </w:r>
      <w:r>
        <w:rPr>
          <w:rFonts w:ascii="Times New Roman" w:hAnsi="Times New Roman" w:eastAsia="Times New Roman" w:cs="Times New Roman"/>
        </w:rPr>
        <w:t xml:space="preserve"> </w:t>
      </w:r>
      <w:r>
        <w:rPr>
          <w:rFonts w:ascii="Myanmar Text" w:hAnsi="Myanmar Text" w:eastAsia="Myanmar Text" w:cs="Myanmar Text"/>
        </w:rPr>
        <w:t>ကျမ်းသစ္စာကို</w:t>
      </w:r>
      <w:r>
        <w:rPr>
          <w:rFonts w:ascii="Times New Roman" w:hAnsi="Times New Roman" w:eastAsia="Times New Roman" w:cs="Times New Roman"/>
        </w:rPr>
        <w:t xml:space="preserve"> </w:t>
      </w:r>
      <w:r>
        <w:rPr>
          <w:rFonts w:ascii="Myanmar Text" w:hAnsi="Myanmar Text" w:eastAsia="Myanmar Text" w:cs="Myanmar Text"/>
        </w:rPr>
        <w:t>ကျိန်ဆိုထားနိုင်သော်လည်း၊</w:t>
      </w:r>
      <w:r>
        <w:rPr>
          <w:rFonts w:ascii="Times New Roman" w:hAnsi="Times New Roman" w:eastAsia="Times New Roman" w:cs="Times New Roman"/>
        </w:rPr>
        <w:t xml:space="preserve"> </w:t>
      </w:r>
      <w:r>
        <w:rPr>
          <w:rFonts w:ascii="Myanmar Text" w:hAnsi="Myanmar Text" w:eastAsia="Myanmar Text" w:cs="Myanmar Text"/>
        </w:rPr>
        <w:t>ထိုအရာ၏</w:t>
      </w:r>
      <w:r>
        <w:rPr>
          <w:rFonts w:ascii="Times New Roman" w:hAnsi="Times New Roman" w:eastAsia="Times New Roman" w:cs="Times New Roman"/>
        </w:rPr>
        <w:t xml:space="preserve"> </w:t>
      </w:r>
      <w:r>
        <w:rPr>
          <w:rFonts w:ascii="Myanmar Text" w:hAnsi="Myanmar Text" w:eastAsia="Myanmar Text" w:cs="Myanmar Text"/>
        </w:rPr>
        <w:t>နောက်ကွယ်တွင်</w:t>
      </w:r>
      <w:r>
        <w:rPr>
          <w:rFonts w:ascii="Times New Roman" w:hAnsi="Times New Roman" w:eastAsia="Times New Roman" w:cs="Times New Roman"/>
        </w:rPr>
        <w:t xml:space="preserve"> </w:t>
      </w:r>
      <w:r>
        <w:rPr>
          <w:rFonts w:ascii="Myanmar Text" w:hAnsi="Myanmar Text" w:eastAsia="Myanmar Text" w:cs="Myanmar Text"/>
        </w:rPr>
        <w:t>ရောမအား</w:t>
      </w:r>
      <w:r>
        <w:rPr>
          <w:rFonts w:ascii="Times New Roman" w:hAnsi="Times New Roman" w:eastAsia="Times New Roman" w:cs="Times New Roman"/>
        </w:rPr>
        <w:t xml:space="preserve"> </w:t>
      </w:r>
      <w:r>
        <w:rPr>
          <w:rFonts w:ascii="Myanmar Text" w:hAnsi="Myanmar Text" w:eastAsia="Myanmar Text" w:cs="Myanmar Text"/>
        </w:rPr>
        <w:t>နာခံမည်ဟူသော</w:t>
      </w:r>
      <w:r>
        <w:rPr>
          <w:rFonts w:ascii="Times New Roman" w:hAnsi="Times New Roman" w:eastAsia="Times New Roman" w:cs="Times New Roman"/>
        </w:rPr>
        <w:t xml:space="preserve"> </w:t>
      </w:r>
      <w:r>
        <w:rPr>
          <w:rFonts w:ascii="Myanmar Text" w:hAnsi="Myanmar Text" w:eastAsia="Myanmar Text" w:cs="Myanmar Text"/>
        </w:rPr>
        <w:t>သစ္စာကတိတစ်ရပ်</w:t>
      </w:r>
      <w:r>
        <w:rPr>
          <w:rFonts w:ascii="Times New Roman" w:hAnsi="Times New Roman" w:eastAsia="Times New Roman" w:cs="Times New Roman"/>
        </w:rPr>
        <w:t xml:space="preserve"> </w:t>
      </w:r>
      <w:r>
        <w:rPr>
          <w:rFonts w:ascii="Myanmar Text" w:hAnsi="Myanmar Text" w:eastAsia="Myanmar Text" w:cs="Myanmar Text"/>
        </w:rPr>
        <w:t>ရှိနေသဖြင့်၊</w:t>
      </w:r>
      <w:r>
        <w:rPr>
          <w:rFonts w:ascii="Times New Roman" w:hAnsi="Times New Roman" w:eastAsia="Times New Roman" w:cs="Times New Roman"/>
        </w:rPr>
        <w:t xml:space="preserve"> </w:t>
      </w:r>
      <w:r>
        <w:rPr>
          <w:rFonts w:ascii="Myanmar Text" w:hAnsi="Myanmar Text" w:eastAsia="Myanmar Text" w:cs="Myanmar Text"/>
        </w:rPr>
        <w:t>ရောမ၏</w:t>
      </w:r>
      <w:r>
        <w:rPr>
          <w:rFonts w:ascii="Times New Roman" w:hAnsi="Times New Roman" w:eastAsia="Times New Roman" w:cs="Times New Roman"/>
        </w:rPr>
        <w:t xml:space="preserve"> </w:t>
      </w:r>
      <w:r>
        <w:rPr>
          <w:rFonts w:ascii="Myanmar Text" w:hAnsi="Myanmar Text" w:eastAsia="Myanmar Text" w:cs="Myanmar Text"/>
        </w:rPr>
        <w:t>အကျိုးစီးပွားနှင့်</w:t>
      </w:r>
      <w:r>
        <w:rPr>
          <w:rFonts w:ascii="Times New Roman" w:hAnsi="Times New Roman" w:eastAsia="Times New Roman" w:cs="Times New Roman"/>
        </w:rPr>
        <w:t xml:space="preserve"> </w:t>
      </w:r>
      <w:r>
        <w:rPr>
          <w:rFonts w:ascii="Myanmar Text" w:hAnsi="Myanmar Text" w:eastAsia="Myanmar Text" w:cs="Myanmar Text"/>
        </w:rPr>
        <w:t>ဆန့်ကျင်သော</w:t>
      </w:r>
      <w:r>
        <w:rPr>
          <w:rFonts w:ascii="Times New Roman" w:hAnsi="Times New Roman" w:eastAsia="Times New Roman" w:cs="Times New Roman"/>
        </w:rPr>
        <w:t xml:space="preserve"> </w:t>
      </w:r>
      <w:r>
        <w:rPr>
          <w:rFonts w:ascii="Myanmar Text" w:hAnsi="Myanmar Text" w:eastAsia="Myanmar Text" w:cs="Myanmar Text"/>
        </w:rPr>
        <w:t>ကတိကဝတ်မှန်သမျှမှ</w:t>
      </w:r>
      <w:r>
        <w:rPr>
          <w:rFonts w:ascii="Times New Roman" w:hAnsi="Times New Roman" w:eastAsia="Times New Roman" w:cs="Times New Roman"/>
        </w:rPr>
        <w:t xml:space="preserve"> </w:t>
      </w:r>
      <w:r>
        <w:rPr>
          <w:rFonts w:ascii="Myanmar Text" w:hAnsi="Myanmar Text" w:eastAsia="Myanmar Text" w:cs="Myanmar Text"/>
        </w:rPr>
        <w:t>၎င်းတို့ကို</w:t>
      </w:r>
      <w:r>
        <w:rPr>
          <w:rFonts w:ascii="Times New Roman" w:hAnsi="Times New Roman" w:eastAsia="Times New Roman" w:cs="Times New Roman"/>
        </w:rPr>
        <w:t xml:space="preserve"> </w:t>
      </w:r>
      <w:r>
        <w:rPr>
          <w:rFonts w:ascii="Myanmar Text" w:hAnsi="Myanmar Text" w:eastAsia="Myanmar Text" w:cs="Myanmar Text"/>
        </w:rPr>
        <w:t>ကင်းလွတ်စေသည်။</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“Hisitori yi paka shina ku na o tinatinak eya ya vuká ipava lá i lyonsha mú nji yi bimfumu; ne, wuna ya zola kudiatila ku kisika, ku landa kumisa malongu mándé mosi, ata ku lubutukilu lwa bafumu ne bantu. Mu mwaka wa 1204, Papa Innocent III wabudisa ku Peter II, mfumu wa Arragon, ndai yi yitatu yina ya nene: ‘Meme, Peter, mfumu wa B’arragon, ndi samba ne ndi silika ku vanda ntangu yonso wa lulendo ne wa butumunu ku nkumu ame, Papa Innocent, ku balandi bandé ba Katolika, ne ku Eklezia ya Roma, ne ku bikisa kimfumu kiame mu butumunu bwandi na bulelela, ku defendaka lukwikilu lwa Katolika, ne kuyangisaka bubi bwa ba-eretiki.’—John Dowling, The History of Romanism, b. 5, ch. 6, sec.</w:t>
      </w:r>
    </w:p>
    <w:p>
      <w:pPr>
        <w:pStyle w:val="ArticleScripture"/>
        <w:jc w:val="left"/>
      </w:pPr>
      <w:r>
        <w:rPr>
          <w:rFonts w:ascii="Times New Roman" w:hAnsi="Times New Roman" w:eastAsia="Times New Roman" w:cs="Times New Roman"/>
        </w:rPr>
        <w:t>“55. Ini selaras dengan tuntutan berkenaan kuasa paus Rom ‘bahawa adalah sah baginya untuk menurunkan maharaja-maharaja’ dan ‘bahawa dia boleh melepaskan para rakyat daripada kesetiaan mereka kepada pemerintah-pemerintah yang tidak adil.’—Mosheim, b. 3, cent. 11, pt. 2, ch. 2, sec. 9, note 17.</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ខ្ញុំសូមឲ្យគេចងចាំថា</w:t>
      </w:r>
      <w:r>
        <w:rPr>
          <w:rFonts w:ascii="Times New Roman" w:hAnsi="Times New Roman" w:eastAsia="Times New Roman" w:cs="Times New Roman"/>
        </w:rPr>
        <w:t xml:space="preserve"> </w:t>
      </w:r>
      <w:r>
        <w:rPr>
          <w:rFonts w:ascii="Leelawadee UI" w:hAnsi="Leelawadee UI" w:eastAsia="Leelawadee UI" w:cs="Leelawadee UI"/>
        </w:rPr>
        <w:t>នេះជាការអួតអាងរបស់រ៉ូមថា</w:t>
      </w:r>
      <w:r>
        <w:rPr>
          <w:rFonts w:ascii="Times New Roman" w:hAnsi="Times New Roman" w:eastAsia="Times New Roman" w:cs="Times New Roman"/>
        </w:rPr>
        <w:t xml:space="preserve"> </w:t>
      </w:r>
      <w:r>
        <w:rPr>
          <w:rFonts w:ascii="Leelawadee UI" w:hAnsi="Leelawadee UI" w:eastAsia="Leelawadee UI" w:cs="Leelawadee UI"/>
        </w:rPr>
        <w:t>នាងមិនដែលផ្លាស់ប្ដូរឡើយ។</w:t>
      </w:r>
      <w:r>
        <w:rPr>
          <w:rFonts w:ascii="Times New Roman" w:hAnsi="Times New Roman" w:eastAsia="Times New Roman" w:cs="Times New Roman"/>
        </w:rPr>
        <w:t xml:space="preserve"> </w:t>
      </w:r>
      <w:r>
        <w:rPr>
          <w:rFonts w:ascii="Leelawadee UI" w:hAnsi="Leelawadee UI" w:eastAsia="Leelawadee UI" w:cs="Leelawadee UI"/>
        </w:rPr>
        <w:t>គោលការណ៍របស់</w:t>
      </w:r>
      <w:r>
        <w:rPr>
          <w:rFonts w:ascii="Times New Roman" w:hAnsi="Times New Roman" w:eastAsia="Times New Roman" w:cs="Times New Roman"/>
        </w:rPr>
        <w:t xml:space="preserve"> Gregory VII </w:t>
      </w:r>
      <w:r>
        <w:rPr>
          <w:rFonts w:ascii="Leelawadee UI" w:hAnsi="Leelawadee UI" w:eastAsia="Leelawadee UI" w:cs="Leelawadee UI"/>
        </w:rPr>
        <w:t>និង</w:t>
      </w:r>
      <w:r>
        <w:rPr>
          <w:rFonts w:ascii="Times New Roman" w:hAnsi="Times New Roman" w:eastAsia="Times New Roman" w:cs="Times New Roman"/>
        </w:rPr>
        <w:t xml:space="preserve"> Innocent III </w:t>
      </w:r>
      <w:r>
        <w:rPr>
          <w:rFonts w:ascii="Leelawadee UI" w:hAnsi="Leelawadee UI" w:eastAsia="Leelawadee UI" w:cs="Leelawadee UI"/>
        </w:rPr>
        <w:t>នៅតែជាគោលការណ៍របស់សាសនាចក្រកាតូលិករ៉ូមដដែល។</w:t>
      </w:r>
      <w:r>
        <w:rPr>
          <w:rFonts w:ascii="Times New Roman" w:hAnsi="Times New Roman" w:eastAsia="Times New Roman" w:cs="Times New Roman"/>
        </w:rPr>
        <w:t xml:space="preserve"> </w:t>
      </w:r>
      <w:r>
        <w:rPr>
          <w:rFonts w:ascii="Leelawadee UI" w:hAnsi="Leelawadee UI" w:eastAsia="Leelawadee UI" w:cs="Leelawadee UI"/>
        </w:rPr>
        <w:t>ហើយបើនាងមានអំណាចតែប៉ុណ្ណោះ</w:t>
      </w:r>
      <w:r>
        <w:rPr>
          <w:rFonts w:ascii="Times New Roman" w:hAnsi="Times New Roman" w:eastAsia="Times New Roman" w:cs="Times New Roman"/>
        </w:rPr>
        <w:t xml:space="preserve"> </w:t>
      </w:r>
      <w:r>
        <w:rPr>
          <w:rFonts w:ascii="Leelawadee UI" w:hAnsi="Leelawadee UI" w:eastAsia="Leelawadee UI" w:cs="Leelawadee UI"/>
        </w:rPr>
        <w:t>នាងនឹងអនុវត្តវាដោយកម្លាំងខ្លាំងក្លាដូចគ្នានៅសម័យនេះ</w:t>
      </w:r>
      <w:r>
        <w:rPr>
          <w:rFonts w:ascii="Times New Roman" w:hAnsi="Times New Roman" w:eastAsia="Times New Roman" w:cs="Times New Roman"/>
        </w:rPr>
        <w:t xml:space="preserve"> </w:t>
      </w:r>
      <w:r>
        <w:rPr>
          <w:rFonts w:ascii="Leelawadee UI" w:hAnsi="Leelawadee UI" w:eastAsia="Leelawadee UI" w:cs="Leelawadee UI"/>
        </w:rPr>
        <w:t>ដូចដែលបានធ្វើនៅសតវត្សរ៍កន្លងមក។</w:t>
      </w:r>
      <w:r>
        <w:rPr>
          <w:rFonts w:ascii="Times New Roman" w:hAnsi="Times New Roman" w:eastAsia="Times New Roman" w:cs="Times New Roman"/>
        </w:rPr>
        <w:t xml:space="preserve"> </w:t>
      </w:r>
      <w:r>
        <w:rPr>
          <w:rFonts w:ascii="Leelawadee UI" w:hAnsi="Leelawadee UI" w:eastAsia="Leelawadee UI" w:cs="Leelawadee UI"/>
        </w:rPr>
        <w:t>ពួកប្រូតេស្តង់មិនសូវដឹងទេថា</w:t>
      </w:r>
      <w:r>
        <w:rPr>
          <w:rFonts w:ascii="Times New Roman" w:hAnsi="Times New Roman" w:eastAsia="Times New Roman" w:cs="Times New Roman"/>
        </w:rPr>
        <w:t xml:space="preserve"> </w:t>
      </w:r>
      <w:r>
        <w:rPr>
          <w:rFonts w:ascii="Leelawadee UI" w:hAnsi="Leelawadee UI" w:eastAsia="Leelawadee UI" w:cs="Leelawadee UI"/>
        </w:rPr>
        <w:t>ពួកគេកំពុងធ្វើអ្វី</w:t>
      </w:r>
      <w:r>
        <w:rPr>
          <w:rFonts w:ascii="Times New Roman" w:hAnsi="Times New Roman" w:eastAsia="Times New Roman" w:cs="Times New Roman"/>
        </w:rPr>
        <w:t xml:space="preserve"> </w:t>
      </w:r>
      <w:r>
        <w:rPr>
          <w:rFonts w:ascii="Leelawadee UI" w:hAnsi="Leelawadee UI" w:eastAsia="Leelawadee UI" w:cs="Leelawadee UI"/>
        </w:rPr>
        <w:t>នៅពេលពួកគេស្នើនឹងទទួលយកជំនួយពីរ៉ូមក្នុងកិច្ចការលើកតម្កើងថ្ងៃអាទិត្យ។</w:t>
      </w:r>
      <w:r>
        <w:rPr>
          <w:rFonts w:ascii="Times New Roman" w:hAnsi="Times New Roman" w:eastAsia="Times New Roman" w:cs="Times New Roman"/>
        </w:rPr>
        <w:t xml:space="preserve"> </w:t>
      </w:r>
      <w:r>
        <w:rPr>
          <w:rFonts w:ascii="Leelawadee UI" w:hAnsi="Leelawadee UI" w:eastAsia="Leelawadee UI" w:cs="Leelawadee UI"/>
        </w:rPr>
        <w:t>ខណៈដែលពួកគេផ្តោតចិត្តលើការសម្រេចគោលបំណងរបស់ខ្លួន</w:t>
      </w:r>
      <w:r>
        <w:rPr>
          <w:rFonts w:ascii="Times New Roman" w:hAnsi="Times New Roman" w:eastAsia="Times New Roman" w:cs="Times New Roman"/>
        </w:rPr>
        <w:t xml:space="preserve"> </w:t>
      </w:r>
      <w:r>
        <w:rPr>
          <w:rFonts w:ascii="Leelawadee UI" w:hAnsi="Leelawadee UI" w:eastAsia="Leelawadee UI" w:cs="Leelawadee UI"/>
        </w:rPr>
        <w:t>រ៉ូមកំពុងមានបំណងស្ថាបនាអំណាចរបស់នាងឡើងវិញ</w:t>
      </w:r>
      <w:r>
        <w:rPr>
          <w:rFonts w:ascii="Times New Roman" w:hAnsi="Times New Roman" w:eastAsia="Times New Roman" w:cs="Times New Roman"/>
        </w:rPr>
        <w:t xml:space="preserve"> </w:t>
      </w:r>
      <w:r>
        <w:rPr>
          <w:rFonts w:ascii="Leelawadee UI" w:hAnsi="Leelawadee UI" w:eastAsia="Leelawadee UI" w:cs="Leelawadee UI"/>
        </w:rPr>
        <w:t>ដើម្បីយកភាពជាអធិបតីដែលនាងបានបាត់បង់មកវិញ។</w:t>
      </w:r>
      <w:r>
        <w:rPr>
          <w:rFonts w:ascii="Times New Roman" w:hAnsi="Times New Roman" w:eastAsia="Times New Roman" w:cs="Times New Roman"/>
        </w:rPr>
        <w:t xml:space="preserve"> </w:t>
      </w:r>
      <w:r>
        <w:rPr>
          <w:rFonts w:ascii="Leelawadee UI" w:hAnsi="Leelawadee UI" w:eastAsia="Leelawadee UI" w:cs="Leelawadee UI"/>
        </w:rPr>
        <w:t>គ្រាន់តែឲ្យគោលការណ៍នេះត្រូវបានបង្កើតឡើងម្តងនៅសហរដ្ឋអាមេរិកថា</w:t>
      </w:r>
      <w:r>
        <w:rPr>
          <w:rFonts w:ascii="Times New Roman" w:hAnsi="Times New Roman" w:eastAsia="Times New Roman" w:cs="Times New Roman"/>
        </w:rPr>
        <w:t xml:space="preserve"> </w:t>
      </w:r>
      <w:r>
        <w:rPr>
          <w:rFonts w:ascii="Leelawadee UI" w:hAnsi="Leelawadee UI" w:eastAsia="Leelawadee UI" w:cs="Leelawadee UI"/>
        </w:rPr>
        <w:t>សាសនាចក្រអាចប្រើ</w:t>
      </w:r>
      <w:r>
        <w:rPr>
          <w:rFonts w:ascii="Times New Roman" w:hAnsi="Times New Roman" w:eastAsia="Times New Roman" w:cs="Times New Roman"/>
        </w:rPr>
        <w:t xml:space="preserve"> </w:t>
      </w:r>
      <w:r>
        <w:rPr>
          <w:rFonts w:ascii="Leelawadee UI" w:hAnsi="Leelawadee UI" w:eastAsia="Leelawadee UI" w:cs="Leelawadee UI"/>
        </w:rPr>
        <w:t>ឬគ្រប់គ្រងអំណាចរបស់រដ្ឋបាន</w:t>
      </w:r>
      <w:r>
        <w:rPr>
          <w:rFonts w:ascii="Times New Roman" w:hAnsi="Times New Roman" w:eastAsia="Times New Roman" w:cs="Times New Roman"/>
        </w:rPr>
        <w:t xml:space="preserve">; </w:t>
      </w:r>
      <w:r>
        <w:rPr>
          <w:rFonts w:ascii="Leelawadee UI" w:hAnsi="Leelawadee UI" w:eastAsia="Leelawadee UI" w:cs="Leelawadee UI"/>
        </w:rPr>
        <w:t>ថាការគោរពបែបសាសនាអាចត្រូវបានបង្ខំអនុវត្តដោយច្បាប់ស៊ីវិល</w:t>
      </w:r>
      <w:r>
        <w:rPr>
          <w:rFonts w:ascii="Times New Roman" w:hAnsi="Times New Roman" w:eastAsia="Times New Roman" w:cs="Times New Roman"/>
        </w:rPr>
        <w:t xml:space="preserve">; </w:t>
      </w:r>
      <w:r>
        <w:rPr>
          <w:rFonts w:ascii="Leelawadee UI" w:hAnsi="Leelawadee UI" w:eastAsia="Leelawadee UI" w:cs="Leelawadee UI"/>
        </w:rPr>
        <w:t>សរុបមកថា</w:t>
      </w:r>
      <w:r>
        <w:rPr>
          <w:rFonts w:ascii="Times New Roman" w:hAnsi="Times New Roman" w:eastAsia="Times New Roman" w:cs="Times New Roman"/>
        </w:rPr>
        <w:t xml:space="preserve"> </w:t>
      </w:r>
      <w:r>
        <w:rPr>
          <w:rFonts w:ascii="Leelawadee UI" w:hAnsi="Leelawadee UI" w:eastAsia="Leelawadee UI" w:cs="Leelawadee UI"/>
        </w:rPr>
        <w:t>អំណាចរបស់សាសនាចក្រ</w:t>
      </w:r>
      <w:r>
        <w:rPr>
          <w:rFonts w:ascii="Times New Roman" w:hAnsi="Times New Roman" w:eastAsia="Times New Roman" w:cs="Times New Roman"/>
        </w:rPr>
        <w:t xml:space="preserve"> </w:t>
      </w:r>
      <w:r>
        <w:rPr>
          <w:rFonts w:ascii="Leelawadee UI" w:hAnsi="Leelawadee UI" w:eastAsia="Leelawadee UI" w:cs="Leelawadee UI"/>
        </w:rPr>
        <w:t>និងរដ្ឋត្រូវត្រួតត្រាលើមនសិការ</w:t>
      </w:r>
      <w:r>
        <w:rPr>
          <w:rFonts w:ascii="Times New Roman" w:hAnsi="Times New Roman" w:eastAsia="Times New Roman" w:cs="Times New Roman"/>
        </w:rPr>
        <w:t xml:space="preserve"> </w:t>
      </w:r>
      <w:r>
        <w:rPr>
          <w:rFonts w:ascii="Leelawadee UI" w:hAnsi="Leelawadee UI" w:eastAsia="Leelawadee UI" w:cs="Leelawadee UI"/>
        </w:rPr>
        <w:t>ហើយជ័យជម្នះរបស់រ៉ូមនៅក្នុងប្រទេសនេះ</w:t>
      </w:r>
      <w:r>
        <w:rPr>
          <w:rFonts w:ascii="Times New Roman" w:hAnsi="Times New Roman" w:eastAsia="Times New Roman" w:cs="Times New Roman"/>
        </w:rPr>
        <w:t xml:space="preserve"> </w:t>
      </w:r>
      <w:r>
        <w:rPr>
          <w:rFonts w:ascii="Leelawadee UI" w:hAnsi="Leelawadee UI" w:eastAsia="Leelawadee UI" w:cs="Leelawadee UI"/>
        </w:rPr>
        <w:t>នឹងត្រូវបានធានាជាក់ជាមិនខាន។</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“Firman Tuhan telah memberikan amaran tentang bahaya yang bakal tiba; biarlah hal ini diabaikan, maka dunia Protestan akan mengetahui apakah sebenarnya tujuan-tujuan Rome, hanya apabila sudah terlambat untuk melepaskan diri daripada jerat itu. Ia sedang bertumbuh secara senyap kepada kuasa. Doktrin-doktrinnya sedang melaksanakan pengaruhnya di dewan-dewan perundangan, di dalam gereja-gereja, dan di dalam hati manusia. Ia sedang menimbunkan bangunan-bangunannya yang tinggi dan besar, di dalam relung-relung rahsia yang di dalamnya penganiayaan-penganiayaannya yang dahulu akan diulangi. Secara diam-diam dan tanpa disedari ia sedang menguatkan bala tenteranya untuk memajukan tujuannya sendiri apabila tiba masanya baginya untuk memukul. Yang diinginkannya hanyalah kedudukan yang menguntungkan, dan ini sudah pun sedang diberikan kepadanya. Kita akan segera melihat dan akan merasakan apakah tujuan unsur Roman itu. Sesiapa pun yang akan percaya dan menaati firman Tuhan dengan demikian akan menanggung celaan dan penganiayaan.” The Great Controversy, 563–581.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Nomoro Tharo</dc:title>
  <dc:subject>Penglihatan dan Waktu yang Telah Ditetapkan: Suatu Paralel Kenabian</dc:subject>
  <dc:creator>Jeff Pippenger</dc:creator>
  <cp:keywords/>
  <dc:description>Generated by ArticleDigger from panium\03_panium.json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