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Yesu Kristo amakɨnyɛtwa — Kumi na Nne</w:t>
      </w:r>
    </w:p>
    <w:p>
      <w:pPr>
        <w:pStyle w:val="ArticleSubtitle"/>
        <w:jc w:val="left"/>
      </w:pPr>
      <w:r>
        <w:rPr>
          <w:rFonts w:ascii="Arial" w:hAnsi="Arial" w:eastAsia="Arial" w:cs="Arial"/>
        </w:rPr>
        <w:t>Muhrim va Nkombo Haya Mushitouanela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2023-11-11</w:t>
      </w:r>
    </w:p>
    <w:p>
      <w:pPr>
        <w:pStyle w:val="ArticleBody"/>
        <w:jc w:val="left"/>
      </w:pPr>
      <w:r>
        <w:rPr>
          <w:rFonts w:ascii="Times New Roman" w:hAnsi="Times New Roman" w:eastAsia="Times New Roman" w:cs="Times New Roman"/>
        </w:rPr>
        <w:t>Perang masa percobaan para malaikat, yang bermula dengan Lucifer di langit ketiga sebagaimana digambarkan dalam Wahyu pasal dua belas, melambangkan perang masa percobaan manusia dan malaikat, yang berakhir di langit pertama. Ketika Iblis dan malaikat-malaikatnya diusir dari langit ketiga, Iblis membuka medan pertempuran yang baru di taman Eden. Sebagaimana dalam perang di langit ketiga bersama Lucifer, Allah juga menetapkan suatu masa percobaan bagi umat manusia. Perang di langit pertama yang sungguh-sungguh dimulai pada hukum hari Minggu yang segera akan datang melambangkan berakhirnya masa percobaan bagi umat manusia.</w:t>
      </w:r>
    </w:p>
    <w:p>
      <w:pPr>
        <w:pStyle w:val="ArticleBody"/>
        <w:jc w:val="left"/>
      </w:pPr>
      <w:r>
        <w:rPr>
          <w:rFonts w:ascii="Times New Roman" w:hAnsi="Times New Roman" w:eastAsia="Times New Roman" w:cs="Times New Roman"/>
        </w:rPr>
        <w:t>Dalam Wahyu pasal dua belas dan tiga belas, naga, binatang, dan nabi palsu ditampilkan. Lazimnya, ketiga kuasa itu dipahami terutama mewakili sejarah masa lampau dari ketiga kuasa tersebut, tetapi Yohanes diperintahkan untuk menuliskan “hal-hal yang akan terjadi,” dan seluruh kitab Wahyu berbicara tentang “hari-hari terakhir,” maka kami menerapkan prinsip Alkitab bahwa akhir digambarkan oleh permulaan, dan menerapkan lambang-lambang dalam Wahyu sebagai kebenaran masa kini, bukan masa lampau.</w:t>
      </w:r>
    </w:p>
    <w:p>
      <w:pPr>
        <w:pStyle w:val="ArticleBody"/>
        <w:jc w:val="left"/>
      </w:pPr>
      <w:r>
        <w:rPr>
          <w:rFonts w:ascii="Times New Roman" w:hAnsi="Times New Roman" w:eastAsia="Times New Roman" w:cs="Times New Roman"/>
        </w:rPr>
        <w:t>Satana e kile ea tsejoa, ntoeng eo a e qalileng leholimong la boraro, hammoho le ntoeng ea pele eo a e tliselitseng batho serapeng sa Edene, e le ea sebelisang “hypnotism” ho fetisa melaetsa ea hae e silafetseng e le hore a phethahatse ntoa ea hae.</w:t>
      </w:r>
    </w:p>
    <w:p>
      <w:pPr>
        <w:pStyle w:val="ArticleScripture"/>
        <w:jc w:val="left"/>
      </w:pPr>
      <w:r>
        <w:rPr>
          <w:rFonts w:ascii="Times New Roman" w:hAnsi="Times New Roman" w:eastAsia="Times New Roman" w:cs="Times New Roman"/>
        </w:rPr>
        <w:t>“</w:t>
      </w:r>
      <w:r>
        <w:rPr>
          <w:rFonts w:ascii="Myanmar Text" w:hAnsi="Myanmar Text" w:eastAsia="Myanmar Text" w:cs="Myanmar Text"/>
        </w:rPr>
        <w:t>စေတန်သည်</w:t>
      </w:r>
      <w:r>
        <w:rPr>
          <w:rFonts w:ascii="Times New Roman" w:hAnsi="Times New Roman" w:eastAsia="Times New Roman" w:cs="Times New Roman"/>
        </w:rPr>
        <w:t xml:space="preserve"> </w:t>
      </w:r>
      <w:r>
        <w:rPr>
          <w:rFonts w:ascii="Myanmar Text" w:hAnsi="Myanmar Text" w:eastAsia="Myanmar Text" w:cs="Myanmar Text"/>
        </w:rPr>
        <w:t>ဧဒင်ဥယျာဉ်၌</w:t>
      </w:r>
      <w:r>
        <w:rPr>
          <w:rFonts w:ascii="Times New Roman" w:hAnsi="Times New Roman" w:eastAsia="Times New Roman" w:cs="Times New Roman"/>
        </w:rPr>
        <w:t xml:space="preserve"> </w:t>
      </w:r>
      <w:r>
        <w:rPr>
          <w:rFonts w:ascii="Myanmar Text" w:hAnsi="Myanmar Text" w:eastAsia="Myanmar Text" w:cs="Myanmar Text"/>
        </w:rPr>
        <w:t>ပထမ</w:t>
      </w:r>
      <w:r>
        <w:rPr>
          <w:rFonts w:ascii="Times New Roman" w:hAnsi="Times New Roman" w:eastAsia="Times New Roman" w:cs="Times New Roman"/>
        </w:rPr>
        <w:t xml:space="preserve"> </w:t>
      </w:r>
      <w:r>
        <w:rPr>
          <w:rFonts w:ascii="Myanmar Text" w:hAnsi="Myanmar Text" w:eastAsia="Myanmar Text" w:cs="Myanmar Text"/>
        </w:rPr>
        <w:t>အာဒံကို</w:t>
      </w:r>
      <w:r>
        <w:rPr>
          <w:rFonts w:ascii="Times New Roman" w:hAnsi="Times New Roman" w:eastAsia="Times New Roman" w:cs="Times New Roman"/>
        </w:rPr>
        <w:t xml:space="preserve"> </w:t>
      </w:r>
      <w:r>
        <w:rPr>
          <w:rFonts w:ascii="Myanmar Text" w:hAnsi="Myanmar Text" w:eastAsia="Myanmar Text" w:cs="Myanmar Text"/>
        </w:rPr>
        <w:t>စုံစမ်းသွေးဆောင်ခဲ့ပြီး၊</w:t>
      </w:r>
      <w:r>
        <w:rPr>
          <w:rFonts w:ascii="Times New Roman" w:hAnsi="Times New Roman" w:eastAsia="Times New Roman" w:cs="Times New Roman"/>
        </w:rPr>
        <w:t xml:space="preserve"> </w:t>
      </w:r>
      <w:r>
        <w:rPr>
          <w:rFonts w:ascii="Myanmar Text" w:hAnsi="Myanmar Text" w:eastAsia="Myanmar Text" w:cs="Myanmar Text"/>
        </w:rPr>
        <w:t>အာဒံသည်</w:t>
      </w:r>
      <w:r>
        <w:rPr>
          <w:rFonts w:ascii="Times New Roman" w:hAnsi="Times New Roman" w:eastAsia="Times New Roman" w:cs="Times New Roman"/>
        </w:rPr>
        <w:t xml:space="preserve"> </w:t>
      </w:r>
      <w:r>
        <w:rPr>
          <w:rFonts w:ascii="Myanmar Text" w:hAnsi="Myanmar Text" w:eastAsia="Myanmar Text" w:cs="Myanmar Text"/>
        </w:rPr>
        <w:t>ရန်သူနှင့်</w:t>
      </w:r>
      <w:r>
        <w:rPr>
          <w:rFonts w:ascii="Times New Roman" w:hAnsi="Times New Roman" w:eastAsia="Times New Roman" w:cs="Times New Roman"/>
        </w:rPr>
        <w:t xml:space="preserve"> </w:t>
      </w:r>
      <w:r>
        <w:rPr>
          <w:rFonts w:ascii="Myanmar Text" w:hAnsi="Myanmar Text" w:eastAsia="Myanmar Text" w:cs="Myanmar Text"/>
        </w:rPr>
        <w:t>အကြောင်းပြဆင်ခြင်တိုင်ပင်သဖြင့်</w:t>
      </w:r>
      <w:r>
        <w:rPr>
          <w:rFonts w:ascii="Times New Roman" w:hAnsi="Times New Roman" w:eastAsia="Times New Roman" w:cs="Times New Roman"/>
        </w:rPr>
        <w:t xml:space="preserve"> </w:t>
      </w:r>
      <w:r>
        <w:rPr>
          <w:rFonts w:ascii="Myanmar Text" w:hAnsi="Myanmar Text" w:eastAsia="Myanmar Text" w:cs="Myanmar Text"/>
        </w:rPr>
        <w:t>သူ့အား</w:t>
      </w:r>
      <w:r>
        <w:rPr>
          <w:rFonts w:ascii="Times New Roman" w:hAnsi="Times New Roman" w:eastAsia="Times New Roman" w:cs="Times New Roman"/>
        </w:rPr>
        <w:t xml:space="preserve"> </w:t>
      </w:r>
      <w:r>
        <w:rPr>
          <w:rFonts w:ascii="Myanmar Text" w:hAnsi="Myanmar Text" w:eastAsia="Myanmar Text" w:cs="Myanmar Text"/>
        </w:rPr>
        <w:t>အသာစီးရစေခဲ့သည်။</w:t>
      </w:r>
      <w:r>
        <w:rPr>
          <w:rFonts w:ascii="Times New Roman" w:hAnsi="Times New Roman" w:eastAsia="Times New Roman" w:cs="Times New Roman"/>
        </w:rPr>
        <w:t xml:space="preserve"> </w:t>
      </w:r>
      <w:r>
        <w:rPr>
          <w:rFonts w:ascii="Myanmar Text" w:hAnsi="Myanmar Text" w:eastAsia="Myanmar Text" w:cs="Myanmar Text"/>
        </w:rPr>
        <w:t>စေတန်သည်</w:t>
      </w:r>
      <w:r>
        <w:rPr>
          <w:rFonts w:ascii="Times New Roman" w:hAnsi="Times New Roman" w:eastAsia="Times New Roman" w:cs="Times New Roman"/>
        </w:rPr>
        <w:t xml:space="preserve"> </w:t>
      </w:r>
      <w:r>
        <w:rPr>
          <w:rFonts w:ascii="Myanmar Text" w:hAnsi="Myanmar Text" w:eastAsia="Myanmar Text" w:cs="Myanmar Text"/>
        </w:rPr>
        <w:t>မိမိ၏</w:t>
      </w:r>
      <w:r>
        <w:rPr>
          <w:rFonts w:ascii="Times New Roman" w:hAnsi="Times New Roman" w:eastAsia="Times New Roman" w:cs="Times New Roman"/>
        </w:rPr>
        <w:t xml:space="preserve"> </w:t>
      </w:r>
      <w:r>
        <w:rPr>
          <w:rFonts w:ascii="Myanmar Text" w:hAnsi="Myanmar Text" w:eastAsia="Myanmar Text" w:cs="Myanmar Text"/>
        </w:rPr>
        <w:t>ဟိုပ်နိုတစ်ဇင်အာဏာကို</w:t>
      </w:r>
      <w:r>
        <w:rPr>
          <w:rFonts w:ascii="Times New Roman" w:hAnsi="Times New Roman" w:eastAsia="Times New Roman" w:cs="Times New Roman"/>
        </w:rPr>
        <w:t xml:space="preserve"> </w:t>
      </w:r>
      <w:r>
        <w:rPr>
          <w:rFonts w:ascii="Myanmar Text" w:hAnsi="Myanmar Text" w:eastAsia="Myanmar Text" w:cs="Myanmar Text"/>
        </w:rPr>
        <w:t>အာဒံနှင့်</w:t>
      </w:r>
      <w:r>
        <w:rPr>
          <w:rFonts w:ascii="Times New Roman" w:hAnsi="Times New Roman" w:eastAsia="Times New Roman" w:cs="Times New Roman"/>
        </w:rPr>
        <w:t xml:space="preserve"> </w:t>
      </w:r>
      <w:r>
        <w:rPr>
          <w:rFonts w:ascii="Myanmar Text" w:hAnsi="Myanmar Text" w:eastAsia="Myanmar Text" w:cs="Myanmar Text"/>
        </w:rPr>
        <w:t>ဟဝါအပေါ်၌</w:t>
      </w:r>
      <w:r>
        <w:rPr>
          <w:rFonts w:ascii="Times New Roman" w:hAnsi="Times New Roman" w:eastAsia="Times New Roman" w:cs="Times New Roman"/>
        </w:rPr>
        <w:t xml:space="preserve"> </w:t>
      </w:r>
      <w:r>
        <w:rPr>
          <w:rFonts w:ascii="Myanmar Text" w:hAnsi="Myanmar Text" w:eastAsia="Myanmar Text" w:cs="Myanmar Text"/>
        </w:rPr>
        <w:t>အသုံးချခဲ့ပြီး၊</w:t>
      </w:r>
      <w:r>
        <w:rPr>
          <w:rFonts w:ascii="Times New Roman" w:hAnsi="Times New Roman" w:eastAsia="Times New Roman" w:cs="Times New Roman"/>
        </w:rPr>
        <w:t xml:space="preserve"> </w:t>
      </w:r>
      <w:r>
        <w:rPr>
          <w:rFonts w:ascii="Myanmar Text" w:hAnsi="Myanmar Text" w:eastAsia="Myanmar Text" w:cs="Myanmar Text"/>
        </w:rPr>
        <w:t>ထိုအာဏာကိုပင်</w:t>
      </w:r>
      <w:r>
        <w:rPr>
          <w:rFonts w:ascii="Times New Roman" w:hAnsi="Times New Roman" w:eastAsia="Times New Roman" w:cs="Times New Roman"/>
        </w:rPr>
        <w:t xml:space="preserve"> </w:t>
      </w:r>
      <w:r>
        <w:rPr>
          <w:rFonts w:ascii="Myanmar Text" w:hAnsi="Myanmar Text" w:eastAsia="Myanmar Text" w:cs="Myanmar Text"/>
        </w:rPr>
        <w:t>ခရစ်တော်အပေါ်၌လည်း</w:t>
      </w:r>
      <w:r>
        <w:rPr>
          <w:rFonts w:ascii="Times New Roman" w:hAnsi="Times New Roman" w:eastAsia="Times New Roman" w:cs="Times New Roman"/>
        </w:rPr>
        <w:t xml:space="preserve"> </w:t>
      </w:r>
      <w:r>
        <w:rPr>
          <w:rFonts w:ascii="Myanmar Text" w:hAnsi="Myanmar Text" w:eastAsia="Myanmar Text" w:cs="Myanmar Text"/>
        </w:rPr>
        <w:t>အသုံးချရန်</w:t>
      </w:r>
      <w:r>
        <w:rPr>
          <w:rFonts w:ascii="Times New Roman" w:hAnsi="Times New Roman" w:eastAsia="Times New Roman" w:cs="Times New Roman"/>
        </w:rPr>
        <w:t xml:space="preserve"> </w:t>
      </w:r>
      <w:r>
        <w:rPr>
          <w:rFonts w:ascii="Myanmar Text" w:hAnsi="Myanmar Text" w:eastAsia="Myanmar Text" w:cs="Myanmar Text"/>
        </w:rPr>
        <w:t>ကြိုးပမ်းခဲ့သည်။</w:t>
      </w:r>
      <w:r>
        <w:rPr>
          <w:rFonts w:ascii="Times New Roman" w:hAnsi="Times New Roman" w:eastAsia="Times New Roman" w:cs="Times New Roman"/>
        </w:rPr>
        <w:t xml:space="preserve"> </w:t>
      </w:r>
      <w:r>
        <w:rPr>
          <w:rFonts w:ascii="Myanmar Text" w:hAnsi="Myanmar Text" w:eastAsia="Myanmar Text" w:cs="Myanmar Text"/>
        </w:rPr>
        <w:t>သို့သော်</w:t>
      </w:r>
      <w:r>
        <w:rPr>
          <w:rFonts w:ascii="Times New Roman" w:hAnsi="Times New Roman" w:eastAsia="Times New Roman" w:cs="Times New Roman"/>
        </w:rPr>
        <w:t xml:space="preserve"> </w:t>
      </w:r>
      <w:r>
        <w:rPr>
          <w:rFonts w:ascii="Myanmar Text" w:hAnsi="Myanmar Text" w:eastAsia="Myanmar Text" w:cs="Myanmar Text"/>
        </w:rPr>
        <w:t>ကျမ်းစာ၏</w:t>
      </w:r>
      <w:r>
        <w:rPr>
          <w:rFonts w:ascii="Times New Roman" w:hAnsi="Times New Roman" w:eastAsia="Times New Roman" w:cs="Times New Roman"/>
        </w:rPr>
        <w:t xml:space="preserve"> </w:t>
      </w:r>
      <w:r>
        <w:rPr>
          <w:rFonts w:ascii="Myanmar Text" w:hAnsi="Myanmar Text" w:eastAsia="Myanmar Text" w:cs="Myanmar Text"/>
        </w:rPr>
        <w:t>နှုတ်ကပတ်တော်ကို</w:t>
      </w:r>
      <w:r>
        <w:rPr>
          <w:rFonts w:ascii="Times New Roman" w:hAnsi="Times New Roman" w:eastAsia="Times New Roman" w:cs="Times New Roman"/>
        </w:rPr>
        <w:t xml:space="preserve"> </w:t>
      </w:r>
      <w:r>
        <w:rPr>
          <w:rFonts w:ascii="Myanmar Text" w:hAnsi="Myanmar Text" w:eastAsia="Myanmar Text" w:cs="Myanmar Text"/>
        </w:rPr>
        <w:t>ကိုးကားဖော်ပြပြီးနောက်တွင်</w:t>
      </w:r>
      <w:r>
        <w:rPr>
          <w:rFonts w:ascii="Times New Roman" w:hAnsi="Times New Roman" w:eastAsia="Times New Roman" w:cs="Times New Roman"/>
        </w:rPr>
        <w:t xml:space="preserve"> </w:t>
      </w:r>
      <w:r>
        <w:rPr>
          <w:rFonts w:ascii="Myanmar Text" w:hAnsi="Myanmar Text" w:eastAsia="Myanmar Text" w:cs="Myanmar Text"/>
        </w:rPr>
        <w:t>စေတန်သည်</w:t>
      </w:r>
      <w:r>
        <w:rPr>
          <w:rFonts w:ascii="Times New Roman" w:hAnsi="Times New Roman" w:eastAsia="Times New Roman" w:cs="Times New Roman"/>
        </w:rPr>
        <w:t xml:space="preserve"> </w:t>
      </w:r>
      <w:r>
        <w:rPr>
          <w:rFonts w:ascii="Myanmar Text" w:hAnsi="Myanmar Text" w:eastAsia="Myanmar Text" w:cs="Myanmar Text"/>
        </w:rPr>
        <w:t>မိမိအောင်မြင်နိုင်မည့်</w:t>
      </w:r>
      <w:r>
        <w:rPr>
          <w:rFonts w:ascii="Times New Roman" w:hAnsi="Times New Roman" w:eastAsia="Times New Roman" w:cs="Times New Roman"/>
        </w:rPr>
        <w:t xml:space="preserve"> </w:t>
      </w:r>
      <w:r>
        <w:rPr>
          <w:rFonts w:ascii="Myanmar Text" w:hAnsi="Myanmar Text" w:eastAsia="Myanmar Text" w:cs="Myanmar Text"/>
        </w:rPr>
        <w:t>အခွင့်အလမ်း</w:t>
      </w:r>
      <w:r>
        <w:rPr>
          <w:rFonts w:ascii="Times New Roman" w:hAnsi="Times New Roman" w:eastAsia="Times New Roman" w:cs="Times New Roman"/>
        </w:rPr>
        <w:t xml:space="preserve"> </w:t>
      </w:r>
      <w:r>
        <w:rPr>
          <w:rFonts w:ascii="Myanmar Text" w:hAnsi="Myanmar Text" w:eastAsia="Myanmar Text" w:cs="Myanmar Text"/>
        </w:rPr>
        <w:t>မရှိကြောင်း</w:t>
      </w:r>
      <w:r>
        <w:rPr>
          <w:rFonts w:ascii="Times New Roman" w:hAnsi="Times New Roman" w:eastAsia="Times New Roman" w:cs="Times New Roman"/>
        </w:rPr>
        <w:t xml:space="preserve"> </w:t>
      </w:r>
      <w:r>
        <w:rPr>
          <w:rFonts w:ascii="Myanmar Text" w:hAnsi="Myanmar Text" w:eastAsia="Myanmar Text" w:cs="Myanmar Text"/>
        </w:rPr>
        <w:t>သိခဲ့သည်။</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“Lelaki dan perempuan tidak boleh mempelajari ilmu tentang cara menawan pikiran orang-orang yang bergaul dengan mereka. Inilah ilmu yang diajarkan oleh Iblis. Kita harus menolak segala sesuatu yang sejenis itu. Kita tidak boleh berurusan dengan mesmerisme dan hipnotisme—ilmu dari dia yang telah kehilangan kedudukannya yang semula dan diusir dari pelataran sorgawi.” Mind, Character and Personality, 713.</w:t>
      </w:r>
    </w:p>
    <w:p>
      <w:pPr>
        <w:pStyle w:val="ArticleBody"/>
        <w:jc w:val="left"/>
      </w:pPr>
      <w:r>
        <w:rPr>
          <w:rFonts w:ascii="Times New Roman" w:hAnsi="Times New Roman" w:eastAsia="Times New Roman" w:cs="Times New Roman"/>
        </w:rPr>
        <w:t>“</w:t>
      </w:r>
      <w:r>
        <w:rPr>
          <w:rFonts w:ascii="Nirmala UI" w:hAnsi="Nirmala UI" w:eastAsia="Nirmala UI" w:cs="Nirmala UI"/>
        </w:rPr>
        <w:t>ꯁꯩꯇꯥꯟꯅ</w:t>
      </w:r>
      <w:r>
        <w:rPr>
          <w:rFonts w:ascii="Times New Roman" w:hAnsi="Times New Roman" w:eastAsia="Times New Roman" w:cs="Times New Roman"/>
        </w:rPr>
        <w:t xml:space="preserve"> </w:t>
      </w:r>
      <w:r>
        <w:rPr>
          <w:rFonts w:ascii="Nirmala UI" w:hAnsi="Nirmala UI" w:eastAsia="Nirmala UI" w:cs="Nirmala UI"/>
        </w:rPr>
        <w:t>ꯇꯝꯍꯜꯂꯤꯕ</w:t>
      </w:r>
      <w:r>
        <w:rPr>
          <w:rFonts w:ascii="Times New Roman" w:hAnsi="Times New Roman" w:eastAsia="Times New Roman" w:cs="Times New Roman"/>
        </w:rPr>
        <w:t xml:space="preserve"> </w:t>
      </w:r>
      <w:r>
        <w:rPr>
          <w:rFonts w:ascii="Nirmala UI" w:hAnsi="Nirmala UI" w:eastAsia="Nirmala UI" w:cs="Nirmala UI"/>
        </w:rPr>
        <w:t>ꯁꯥꯏꯟꯁ</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ꯒ꯭ꯂꯣꯕꯂꯤꯁ꯭ꯇ</w:t>
      </w:r>
      <w:r>
        <w:rPr>
          <w:rFonts w:ascii="Times New Roman" w:hAnsi="Times New Roman" w:eastAsia="Times New Roman" w:cs="Times New Roman"/>
        </w:rPr>
        <w:t xml:space="preserve"> </w:t>
      </w:r>
      <w:r>
        <w:rPr>
          <w:rFonts w:ascii="Nirmala UI" w:hAnsi="Nirmala UI" w:eastAsia="Nirmala UI" w:cs="Nirmala UI"/>
        </w:rPr>
        <w:t>ꯃꯔꯆꯦꯟꯠꯁꯤꯡꯅ</w:t>
      </w:r>
      <w:r>
        <w:rPr>
          <w:rFonts w:ascii="Times New Roman" w:hAnsi="Times New Roman" w:eastAsia="Times New Roman" w:cs="Times New Roman"/>
        </w:rPr>
        <w:t xml:space="preserve"> </w:t>
      </w:r>
      <w:r>
        <w:rPr>
          <w:rFonts w:ascii="Nirmala UI" w:hAnsi="Nirmala UI" w:eastAsia="Nirmala UI" w:cs="Nirmala UI"/>
        </w:rPr>
        <w:t>ꯃꯄꯨꯡ</w:t>
      </w:r>
      <w:r>
        <w:rPr>
          <w:rFonts w:ascii="Times New Roman" w:hAnsi="Times New Roman" w:eastAsia="Times New Roman" w:cs="Times New Roman"/>
        </w:rPr>
        <w:t xml:space="preserve"> </w:t>
      </w:r>
      <w:r>
        <w:rPr>
          <w:rFonts w:ascii="Nirmala UI" w:hAnsi="Nirmala UI" w:eastAsia="Nirmala UI" w:cs="Nirmala UI"/>
        </w:rPr>
        <w:t>ꯐꯥꯔꯕ</w:t>
      </w:r>
      <w:r>
        <w:rPr>
          <w:rFonts w:ascii="Times New Roman" w:hAnsi="Times New Roman" w:eastAsia="Times New Roman" w:cs="Times New Roman"/>
        </w:rPr>
        <w:t xml:space="preserve"> </w:t>
      </w:r>
      <w:r>
        <w:rPr>
          <w:rFonts w:ascii="Nirmala UI" w:hAnsi="Nirmala UI" w:eastAsia="Nirmala UI" w:cs="Nirmala UI"/>
        </w:rPr>
        <w:t>ꯃꯇꯝꯗ</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w:t>
      </w:r>
      <w:r>
        <w:rPr>
          <w:rFonts w:ascii="Nirmala UI" w:hAnsi="Nirmala UI" w:eastAsia="Nirmala UI" w:cs="Nirmala UI"/>
        </w:rPr>
        <w:t>ꯃꯥꯔꯤ</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ꯁꯨꯄꯔ</w:t>
      </w:r>
      <w:r>
        <w:rPr>
          <w:rFonts w:ascii="Times New Roman" w:hAnsi="Times New Roman" w:eastAsia="Times New Roman" w:cs="Times New Roman"/>
        </w:rPr>
        <w:t xml:space="preserve"> </w:t>
      </w:r>
      <w:r>
        <w:rPr>
          <w:rFonts w:ascii="Nirmala UI" w:hAnsi="Nirmala UI" w:eastAsia="Nirmala UI" w:cs="Nirmala UI"/>
        </w:rPr>
        <w:t>ꯍꯥꯏꯋꯦ</w:t>
      </w:r>
      <w:r>
        <w:rPr>
          <w:rFonts w:ascii="Times New Roman" w:hAnsi="Times New Roman" w:eastAsia="Times New Roman" w:cs="Times New Roman"/>
        </w:rPr>
        <w:t xml:space="preserve">” </w:t>
      </w:r>
      <w:r>
        <w:rPr>
          <w:rFonts w:ascii="Nirmala UI" w:hAnsi="Nirmala UI" w:eastAsia="Nirmala UI" w:cs="Nirmala UI"/>
        </w:rPr>
        <w:t>ꯍꯥꯏꯕ</w:t>
      </w:r>
      <w:r>
        <w:rPr>
          <w:rFonts w:ascii="Times New Roman" w:hAnsi="Times New Roman" w:eastAsia="Times New Roman" w:cs="Times New Roman"/>
        </w:rPr>
        <w:t xml:space="preserve"> </w:t>
      </w:r>
      <w:r>
        <w:rPr>
          <w:rFonts w:ascii="Nirmala UI" w:hAnsi="Nirmala UI" w:eastAsia="Nirmala UI" w:cs="Nirmala UI"/>
        </w:rPr>
        <w:t>ꯊꯧꯔꯥꯡ</w:t>
      </w:r>
      <w:r>
        <w:rPr>
          <w:rFonts w:ascii="Times New Roman" w:hAnsi="Times New Roman" w:eastAsia="Times New Roman" w:cs="Times New Roman"/>
        </w:rPr>
        <w:t xml:space="preserve"> </w:t>
      </w:r>
      <w:r>
        <w:rPr>
          <w:rFonts w:ascii="Nirmala UI" w:hAnsi="Nirmala UI" w:eastAsia="Nirmala UI" w:cs="Nirmala UI"/>
        </w:rPr>
        <w:t>ꯑꯁꯤꯒꯤ</w:t>
      </w:r>
      <w:r>
        <w:rPr>
          <w:rFonts w:ascii="Times New Roman" w:hAnsi="Times New Roman" w:eastAsia="Times New Roman" w:cs="Times New Roman"/>
        </w:rPr>
        <w:t xml:space="preserve"> </w:t>
      </w:r>
      <w:r>
        <w:rPr>
          <w:rFonts w:ascii="Nirmala UI" w:hAnsi="Nirmala UI" w:eastAsia="Nirmala UI" w:cs="Nirmala UI"/>
        </w:rPr>
        <w:t>ꯃꯈꯥꯗꯥ</w:t>
      </w:r>
      <w:r>
        <w:rPr>
          <w:rFonts w:ascii="Times New Roman" w:hAnsi="Times New Roman" w:eastAsia="Times New Roman" w:cs="Times New Roman"/>
        </w:rPr>
        <w:t xml:space="preserve"> “</w:t>
      </w:r>
      <w:r>
        <w:rPr>
          <w:rFonts w:ascii="Nirmala UI" w:hAnsi="Nirmala UI" w:eastAsia="Nirmala UI" w:cs="Nirmala UI"/>
        </w:rPr>
        <w:t>ꯑꯔꯣꯏꯕ</w:t>
      </w:r>
      <w:r>
        <w:rPr>
          <w:rFonts w:ascii="Times New Roman" w:hAnsi="Times New Roman" w:eastAsia="Times New Roman" w:cs="Times New Roman"/>
        </w:rPr>
        <w:t xml:space="preserve"> </w:t>
      </w:r>
      <w:r>
        <w:rPr>
          <w:rFonts w:ascii="Nirmala UI" w:hAnsi="Nirmala UI" w:eastAsia="Nirmala UI" w:cs="Nirmala UI"/>
        </w:rPr>
        <w:t>ꯅꯨꯃꯤꯠꯁꯤꯡ</w:t>
      </w:r>
      <w:r>
        <w:rPr>
          <w:rFonts w:ascii="Times New Roman" w:hAnsi="Times New Roman" w:eastAsia="Times New Roman" w:cs="Times New Roman"/>
        </w:rPr>
        <w:t>”</w:t>
      </w:r>
      <w:r>
        <w:rPr>
          <w:rFonts w:ascii="Nirmala UI" w:hAnsi="Nirmala UI" w:eastAsia="Nirmala UI" w:cs="Nirmala UI"/>
        </w:rPr>
        <w:t>ꯗ</w:t>
      </w:r>
      <w:r>
        <w:rPr>
          <w:rFonts w:ascii="Times New Roman" w:hAnsi="Times New Roman" w:eastAsia="Times New Roman" w:cs="Times New Roman"/>
        </w:rPr>
        <w:t xml:space="preserve"> </w:t>
      </w:r>
      <w:r>
        <w:rPr>
          <w:rFonts w:ascii="Nirmala UI" w:hAnsi="Nirmala UI" w:eastAsia="Nirmala UI" w:cs="Nirmala UI"/>
        </w:rPr>
        <w:t>ꯏꯔꯥꯏ</w:t>
      </w:r>
      <w:r>
        <w:rPr>
          <w:rFonts w:ascii="Times New Roman" w:hAnsi="Times New Roman" w:eastAsia="Times New Roman" w:cs="Times New Roman"/>
        </w:rPr>
        <w:t xml:space="preserve"> </w:t>
      </w:r>
      <w:r>
        <w:rPr>
          <w:rFonts w:ascii="Nirmala UI" w:hAnsi="Nirmala UI" w:eastAsia="Nirmala UI" w:cs="Nirmala UI"/>
        </w:rPr>
        <w:t>ꯄꯥꯡꯊꯣꯛꯄ</w:t>
      </w:r>
      <w:r>
        <w:rPr>
          <w:rFonts w:ascii="Times New Roman" w:hAnsi="Times New Roman" w:eastAsia="Times New Roman" w:cs="Times New Roman"/>
        </w:rPr>
        <w:t xml:space="preserve"> </w:t>
      </w:r>
      <w:r>
        <w:rPr>
          <w:rFonts w:ascii="Nirmala UI" w:hAnsi="Nirmala UI" w:eastAsia="Nirmala UI" w:cs="Nirmala UI"/>
        </w:rPr>
        <w:t>ꯉꯝꯃꯤ।</w:t>
      </w:r>
      <w:r>
        <w:rPr>
          <w:rFonts w:ascii="Times New Roman" w:hAnsi="Times New Roman" w:eastAsia="Times New Roman" w:cs="Times New Roman"/>
        </w:rPr>
        <w:t xml:space="preserve"> </w:t>
      </w:r>
      <w:r>
        <w:rPr>
          <w:rFonts w:ascii="Nirmala UI" w:hAnsi="Nirmala UI" w:eastAsia="Nirmala UI" w:cs="Nirmala UI"/>
        </w:rPr>
        <w:t>ꯁꯩꯇꯥꯟ</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ꯑꯔꯥꯟꯕꯥꯁꯤꯡꯒꯤ</w:t>
      </w:r>
      <w:r>
        <w:rPr>
          <w:rFonts w:ascii="Times New Roman" w:hAnsi="Times New Roman" w:eastAsia="Times New Roman" w:cs="Times New Roman"/>
        </w:rPr>
        <w:t xml:space="preserve"> </w:t>
      </w:r>
      <w:r>
        <w:rPr>
          <w:rFonts w:ascii="Nirmala UI" w:hAnsi="Nirmala UI" w:eastAsia="Nirmala UI" w:cs="Nirmala UI"/>
        </w:rPr>
        <w:t>ꯃꯄꯥ</w:t>
      </w:r>
      <w:r>
        <w:rPr>
          <w:rFonts w:ascii="Times New Roman" w:hAnsi="Times New Roman" w:eastAsia="Times New Roman" w:cs="Times New Roman"/>
        </w:rPr>
        <w:t xml:space="preserve"> </w:t>
      </w:r>
      <w:r>
        <w:rPr>
          <w:rFonts w:ascii="Nirmala UI" w:hAnsi="Nirmala UI" w:eastAsia="Nirmala UI" w:cs="Nirmala UI"/>
        </w:rPr>
        <w:t>ꯅꯤ</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ꯃꯤꯗꯤꯌꯥꯒꯤ</w:t>
      </w:r>
      <w:r>
        <w:rPr>
          <w:rFonts w:ascii="Times New Roman" w:hAnsi="Times New Roman" w:eastAsia="Times New Roman" w:cs="Times New Roman"/>
        </w:rPr>
        <w:t xml:space="preserve"> </w:t>
      </w:r>
      <w:r>
        <w:rPr>
          <w:rFonts w:ascii="Nirmala UI" w:hAnsi="Nirmala UI" w:eastAsia="Nirmala UI" w:cs="Nirmala UI"/>
        </w:rPr>
        <w:t>ꯑꯆꯧꯕ</w:t>
      </w:r>
      <w:r>
        <w:rPr>
          <w:rFonts w:ascii="Times New Roman" w:hAnsi="Times New Roman" w:eastAsia="Times New Roman" w:cs="Times New Roman"/>
        </w:rPr>
        <w:t xml:space="preserve"> </w:t>
      </w:r>
      <w:r>
        <w:rPr>
          <w:rFonts w:ascii="Nirmala UI" w:hAnsi="Nirmala UI" w:eastAsia="Nirmala UI" w:cs="Nirmala UI"/>
        </w:rPr>
        <w:t>ꯑꯃꯁꯤꯡꯅ</w:t>
      </w:r>
      <w:r>
        <w:rPr>
          <w:rFonts w:ascii="Times New Roman" w:hAnsi="Times New Roman" w:eastAsia="Times New Roman" w:cs="Times New Roman"/>
        </w:rPr>
        <w:t xml:space="preserve"> </w:t>
      </w:r>
      <w:r>
        <w:rPr>
          <w:rFonts w:ascii="Nirmala UI" w:hAnsi="Nirmala UI" w:eastAsia="Nirmala UI" w:cs="Nirmala UI"/>
        </w:rPr>
        <w:t>ꯑꯔꯥꯟꯕꯥꯁꯤꯡ</w:t>
      </w:r>
      <w:r>
        <w:rPr>
          <w:rFonts w:ascii="Times New Roman" w:hAnsi="Times New Roman" w:eastAsia="Times New Roman" w:cs="Times New Roman"/>
        </w:rPr>
        <w:t xml:space="preserve"> </w:t>
      </w:r>
      <w:r>
        <w:rPr>
          <w:rFonts w:ascii="Nirmala UI" w:hAnsi="Nirmala UI" w:eastAsia="Nirmala UI" w:cs="Nirmala UI"/>
        </w:rPr>
        <w:t>ꯈꯛꯇꯪ</w:t>
      </w:r>
      <w:r>
        <w:rPr>
          <w:rFonts w:ascii="Times New Roman" w:hAnsi="Times New Roman" w:eastAsia="Times New Roman" w:cs="Times New Roman"/>
        </w:rPr>
        <w:t xml:space="preserve"> </w:t>
      </w:r>
      <w:r>
        <w:rPr>
          <w:rFonts w:ascii="Nirmala UI" w:hAnsi="Nirmala UI" w:eastAsia="Nirmala UI" w:cs="Nirmala UI"/>
        </w:rPr>
        <w:t>ꯄꯨꯔꯛꯄ</w:t>
      </w:r>
      <w:r>
        <w:rPr>
          <w:rFonts w:ascii="Times New Roman" w:hAnsi="Times New Roman" w:eastAsia="Times New Roman" w:cs="Times New Roman"/>
        </w:rPr>
        <w:t xml:space="preserve"> </w:t>
      </w:r>
      <w:r>
        <w:rPr>
          <w:rFonts w:ascii="Nirmala UI" w:hAnsi="Nirmala UI" w:eastAsia="Nirmala UI" w:cs="Nirmala UI"/>
        </w:rPr>
        <w:t>ꯈꯛꯇ</w:t>
      </w:r>
      <w:r>
        <w:rPr>
          <w:rFonts w:ascii="Times New Roman" w:hAnsi="Times New Roman" w:eastAsia="Times New Roman" w:cs="Times New Roman"/>
        </w:rPr>
        <w:t xml:space="preserve"> </w:t>
      </w:r>
      <w:r>
        <w:rPr>
          <w:rFonts w:ascii="Nirmala UI" w:hAnsi="Nirmala UI" w:eastAsia="Nirmala UI" w:cs="Nirmala UI"/>
        </w:rPr>
        <w:t>ꯅꯠꯇ꯭ꯔꯒ</w:t>
      </w:r>
      <w:r>
        <w:rPr>
          <w:rFonts w:ascii="Times New Roman" w:hAnsi="Times New Roman" w:eastAsia="Times New Roman" w:cs="Times New Roman"/>
        </w:rPr>
        <w:t xml:space="preserve">, </w:t>
      </w:r>
      <w:r>
        <w:rPr>
          <w:rFonts w:ascii="Nirmala UI" w:hAnsi="Nirmala UI" w:eastAsia="Nirmala UI" w:cs="Nirmala UI"/>
        </w:rPr>
        <w:t>ꯃꯈꯣꯏꯅ</w:t>
      </w:r>
      <w:r>
        <w:rPr>
          <w:rFonts w:ascii="Times New Roman" w:hAnsi="Times New Roman" w:eastAsia="Times New Roman" w:cs="Times New Roman"/>
        </w:rPr>
        <w:t xml:space="preserve"> </w:t>
      </w:r>
      <w:r>
        <w:rPr>
          <w:rFonts w:ascii="Nirmala UI" w:hAnsi="Nirmala UI" w:eastAsia="Nirmala UI" w:cs="Nirmala UI"/>
        </w:rPr>
        <w:t>ꯑꯆꯨꯝꯕꯥ</w:t>
      </w:r>
      <w:r>
        <w:rPr>
          <w:rFonts w:ascii="Times New Roman" w:hAnsi="Times New Roman" w:eastAsia="Times New Roman" w:cs="Times New Roman"/>
        </w:rPr>
        <w:t xml:space="preserve"> </w:t>
      </w:r>
      <w:r>
        <w:rPr>
          <w:rFonts w:ascii="Nirmala UI" w:hAnsi="Nirmala UI" w:eastAsia="Nirmala UI" w:cs="Nirmala UI"/>
        </w:rPr>
        <w:t>ꯑꯇꯩ</w:t>
      </w:r>
      <w:r>
        <w:rPr>
          <w:rFonts w:ascii="Times New Roman" w:hAnsi="Times New Roman" w:eastAsia="Times New Roman" w:cs="Times New Roman"/>
        </w:rPr>
        <w:t xml:space="preserve"> </w:t>
      </w:r>
      <w:r>
        <w:rPr>
          <w:rFonts w:ascii="Nirmala UI" w:hAnsi="Nirmala UI" w:eastAsia="Nirmala UI" w:cs="Nirmala UI"/>
        </w:rPr>
        <w:t>ꯊꯪꯍꯜꯂꯤ</w:t>
      </w:r>
      <w:r>
        <w:rPr>
          <w:rFonts w:ascii="Times New Roman" w:hAnsi="Times New Roman" w:eastAsia="Times New Roman" w:cs="Times New Roman"/>
        </w:rPr>
        <w:t xml:space="preserve">, </w:t>
      </w:r>
      <w:r>
        <w:rPr>
          <w:rFonts w:ascii="Nirmala UI" w:hAnsi="Nirmala UI" w:eastAsia="Nirmala UI" w:cs="Nirmala UI"/>
        </w:rPr>
        <w:t>ꯃꯈꯣꯏꯒꯤ</w:t>
      </w:r>
      <w:r>
        <w:rPr>
          <w:rFonts w:ascii="Times New Roman" w:hAnsi="Times New Roman" w:eastAsia="Times New Roman" w:cs="Times New Roman"/>
        </w:rPr>
        <w:t xml:space="preserve"> </w:t>
      </w:r>
      <w:r>
        <w:rPr>
          <w:rFonts w:ascii="Nirmala UI" w:hAnsi="Nirmala UI" w:eastAsia="Nirmala UI" w:cs="Nirmala UI"/>
        </w:rPr>
        <w:t>ꯋꯥꯅꯥ</w:t>
      </w:r>
      <w:r>
        <w:rPr>
          <w:rFonts w:ascii="Times New Roman" w:hAnsi="Times New Roman" w:eastAsia="Times New Roman" w:cs="Times New Roman"/>
        </w:rPr>
        <w:t xml:space="preserve"> </w:t>
      </w:r>
      <w:r>
        <w:rPr>
          <w:rFonts w:ascii="Nirmala UI" w:hAnsi="Nirmala UI" w:eastAsia="Nirmala UI" w:cs="Nirmala UI"/>
        </w:rPr>
        <w:t>ꯍꯦꯔꯦꯇꯤꯛꯁ</w:t>
      </w:r>
      <w:r>
        <w:rPr>
          <w:rFonts w:ascii="Times New Roman" w:hAnsi="Times New Roman" w:eastAsia="Times New Roman" w:cs="Times New Roman"/>
        </w:rPr>
        <w:t xml:space="preserve"> </w:t>
      </w:r>
      <w:r>
        <w:rPr>
          <w:rFonts w:ascii="Nirmala UI" w:hAnsi="Nirmala UI" w:eastAsia="Nirmala UI" w:cs="Nirmala UI"/>
        </w:rPr>
        <w:t>ꯑꯣꯏꯅ</w:t>
      </w:r>
      <w:r>
        <w:rPr>
          <w:rFonts w:ascii="Times New Roman" w:hAnsi="Times New Roman" w:eastAsia="Times New Roman" w:cs="Times New Roman"/>
        </w:rPr>
        <w:t xml:space="preserve"> </w:t>
      </w:r>
      <w:r>
        <w:rPr>
          <w:rFonts w:ascii="Nirmala UI" w:hAnsi="Nirmala UI" w:eastAsia="Nirmala UI" w:cs="Nirmala UI"/>
        </w:rPr>
        <w:t>ꯂꯧꯔꯤꯕꯁꯤꯡꯕꯨ</w:t>
      </w:r>
      <w:r>
        <w:rPr>
          <w:rFonts w:ascii="Times New Roman" w:hAnsi="Times New Roman" w:eastAsia="Times New Roman" w:cs="Times New Roman"/>
        </w:rPr>
        <w:t xml:space="preserve"> </w:t>
      </w:r>
      <w:r>
        <w:rPr>
          <w:rFonts w:ascii="Nirmala UI" w:hAnsi="Nirmala UI" w:eastAsia="Nirmala UI" w:cs="Nirmala UI"/>
        </w:rPr>
        <w:t>ꯃꯇꯥꯡ</w:t>
      </w:r>
      <w:r>
        <w:rPr>
          <w:rFonts w:ascii="Times New Roman" w:hAnsi="Times New Roman" w:eastAsia="Times New Roman" w:cs="Times New Roman"/>
        </w:rPr>
        <w:t xml:space="preserve"> </w:t>
      </w:r>
      <w:r>
        <w:rPr>
          <w:rFonts w:ascii="Nirmala UI" w:hAnsi="Nirmala UI" w:eastAsia="Nirmala UI" w:cs="Nirmala UI"/>
        </w:rPr>
        <w:t>ꯇꯥꯕꯨ</w:t>
      </w:r>
      <w:r>
        <w:rPr>
          <w:rFonts w:ascii="Times New Roman" w:hAnsi="Times New Roman" w:eastAsia="Times New Roman" w:cs="Times New Roman"/>
        </w:rPr>
        <w:t xml:space="preserve"> </w:t>
      </w:r>
      <w:r>
        <w:rPr>
          <w:rFonts w:ascii="Nirmala UI" w:hAnsi="Nirmala UI" w:eastAsia="Nirmala UI" w:cs="Nirmala UI"/>
        </w:rPr>
        <w:t>ꯅꯦꯠꯂꯤ</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ꯃꯈꯣꯏꯅ</w:t>
      </w:r>
      <w:r>
        <w:rPr>
          <w:rFonts w:ascii="Times New Roman" w:hAnsi="Times New Roman" w:eastAsia="Times New Roman" w:cs="Times New Roman"/>
        </w:rPr>
        <w:t xml:space="preserve"> </w:t>
      </w:r>
      <w:r>
        <w:rPr>
          <w:rFonts w:ascii="Nirmala UI" w:hAnsi="Nirmala UI" w:eastAsia="Nirmala UI" w:cs="Nirmala UI"/>
        </w:rPr>
        <w:t>ꯃꯥꯂꯦꯝ</w:t>
      </w:r>
      <w:r>
        <w:rPr>
          <w:rFonts w:ascii="Times New Roman" w:hAnsi="Times New Roman" w:eastAsia="Times New Roman" w:cs="Times New Roman"/>
        </w:rPr>
        <w:t xml:space="preserve"> </w:t>
      </w:r>
      <w:r>
        <w:rPr>
          <w:rFonts w:ascii="Nirmala UI" w:hAnsi="Nirmala UI" w:eastAsia="Nirmala UI" w:cs="Nirmala UI"/>
        </w:rPr>
        <w:t>ꯑꯁꯤꯒꯤ</w:t>
      </w:r>
      <w:r>
        <w:rPr>
          <w:rFonts w:ascii="Times New Roman" w:hAnsi="Times New Roman" w:eastAsia="Times New Roman" w:cs="Times New Roman"/>
        </w:rPr>
        <w:t xml:space="preserve"> </w:t>
      </w:r>
      <w:r>
        <w:rPr>
          <w:rFonts w:ascii="Nirmala UI" w:hAnsi="Nirmala UI" w:eastAsia="Nirmala UI" w:cs="Nirmala UI"/>
        </w:rPr>
        <w:t>ꯏꯇꯤꯍꯥꯁꯇ</w:t>
      </w:r>
      <w:r>
        <w:rPr>
          <w:rFonts w:ascii="Times New Roman" w:hAnsi="Times New Roman" w:eastAsia="Times New Roman" w:cs="Times New Roman"/>
        </w:rPr>
        <w:t xml:space="preserve"> </w:t>
      </w:r>
      <w:r>
        <w:rPr>
          <w:rFonts w:ascii="Nirmala UI" w:hAnsi="Nirmala UI" w:eastAsia="Nirmala UI" w:cs="Nirmala UI"/>
        </w:rPr>
        <w:t>ꯃꯇꯝ</w:t>
      </w:r>
      <w:r>
        <w:rPr>
          <w:rFonts w:ascii="Times New Roman" w:hAnsi="Times New Roman" w:eastAsia="Times New Roman" w:cs="Times New Roman"/>
        </w:rPr>
        <w:t xml:space="preserve"> </w:t>
      </w:r>
      <w:r>
        <w:rPr>
          <w:rFonts w:ascii="Nirmala UI" w:hAnsi="Nirmala UI" w:eastAsia="Nirmala UI" w:cs="Nirmala UI"/>
        </w:rPr>
        <w:t>ꯈꯨꯗꯤꯡꯒꯤ</w:t>
      </w:r>
      <w:r>
        <w:rPr>
          <w:rFonts w:ascii="Times New Roman" w:hAnsi="Times New Roman" w:eastAsia="Times New Roman" w:cs="Times New Roman"/>
        </w:rPr>
        <w:t xml:space="preserve"> </w:t>
      </w:r>
      <w:r>
        <w:rPr>
          <w:rFonts w:ascii="Nirmala UI" w:hAnsi="Nirmala UI" w:eastAsia="Nirmala UI" w:cs="Nirmala UI"/>
        </w:rPr>
        <w:t>ꯃꯊꯛꯇ</w:t>
      </w:r>
      <w:r>
        <w:rPr>
          <w:rFonts w:ascii="Times New Roman" w:hAnsi="Times New Roman" w:eastAsia="Times New Roman" w:cs="Times New Roman"/>
        </w:rPr>
        <w:t xml:space="preserve"> </w:t>
      </w:r>
      <w:r>
        <w:rPr>
          <w:rFonts w:ascii="Nirmala UI" w:hAnsi="Nirmala UI" w:eastAsia="Nirmala UI" w:cs="Nirmala UI"/>
        </w:rPr>
        <w:t>ꯁꯤꯖꯤꯟꯅꯈꯤꯕ</w:t>
      </w:r>
      <w:r>
        <w:rPr>
          <w:rFonts w:ascii="Times New Roman" w:hAnsi="Times New Roman" w:eastAsia="Times New Roman" w:cs="Times New Roman"/>
        </w:rPr>
        <w:t xml:space="preserve"> </w:t>
      </w:r>
      <w:r>
        <w:rPr>
          <w:rFonts w:ascii="Nirmala UI" w:hAnsi="Nirmala UI" w:eastAsia="Nirmala UI" w:cs="Nirmala UI"/>
        </w:rPr>
        <w:t>ꯍꯤꯞꯅꯣꯇꯤꯖꯝꯒꯤ</w:t>
      </w:r>
      <w:r>
        <w:rPr>
          <w:rFonts w:ascii="Times New Roman" w:hAnsi="Times New Roman" w:eastAsia="Times New Roman" w:cs="Times New Roman"/>
        </w:rPr>
        <w:t xml:space="preserve"> </w:t>
      </w:r>
      <w:r>
        <w:rPr>
          <w:rFonts w:ascii="Nirmala UI" w:hAnsi="Nirmala UI" w:eastAsia="Nirmala UI" w:cs="Nirmala UI"/>
        </w:rPr>
        <w:t>ꯑꯇꯤꯌꯥ</w:t>
      </w:r>
      <w:r>
        <w:rPr>
          <w:rFonts w:ascii="Times New Roman" w:hAnsi="Times New Roman" w:eastAsia="Times New Roman" w:cs="Times New Roman"/>
        </w:rPr>
        <w:t xml:space="preserve"> </w:t>
      </w:r>
      <w:r>
        <w:rPr>
          <w:rFonts w:ascii="Nirmala UI" w:hAnsi="Nirmala UI" w:eastAsia="Nirmala UI" w:cs="Nirmala UI"/>
        </w:rPr>
        <w:t>ꯃꯇꯝ</w:t>
      </w:r>
      <w:r>
        <w:rPr>
          <w:rFonts w:ascii="Times New Roman" w:hAnsi="Times New Roman" w:eastAsia="Times New Roman" w:cs="Times New Roman"/>
        </w:rPr>
        <w:t xml:space="preserve"> </w:t>
      </w:r>
      <w:r>
        <w:rPr>
          <w:rFonts w:ascii="Nirmala UI" w:hAnsi="Nirmala UI" w:eastAsia="Nirmala UI" w:cs="Nirmala UI"/>
        </w:rPr>
        <w:t>ꯍꯦꯟꯅ</w:t>
      </w:r>
      <w:r>
        <w:rPr>
          <w:rFonts w:ascii="Times New Roman" w:hAnsi="Times New Roman" w:eastAsia="Times New Roman" w:cs="Times New Roman"/>
        </w:rPr>
        <w:t xml:space="preserve"> </w:t>
      </w:r>
      <w:r>
        <w:rPr>
          <w:rFonts w:ascii="Nirmala UI" w:hAnsi="Nirmala UI" w:eastAsia="Nirmala UI" w:cs="Nirmala UI"/>
        </w:rPr>
        <w:t>ꯑꯆꯠꯄ</w:t>
      </w:r>
      <w:r>
        <w:rPr>
          <w:rFonts w:ascii="Times New Roman" w:hAnsi="Times New Roman" w:eastAsia="Times New Roman" w:cs="Times New Roman"/>
        </w:rPr>
        <w:t xml:space="preserve"> </w:t>
      </w:r>
      <w:r>
        <w:rPr>
          <w:rFonts w:ascii="Nirmala UI" w:hAnsi="Nirmala UI" w:eastAsia="Nirmala UI" w:cs="Nirmala UI"/>
        </w:rPr>
        <w:t>ꯃꯑꯣꯡ</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ꯁꯤꯖꯤꯟꯅꯩ।</w:t>
      </w:r>
      <w:r>
        <w:rPr>
          <w:rFonts w:ascii="Times New Roman" w:hAnsi="Times New Roman" w:eastAsia="Times New Roman" w:cs="Times New Roman"/>
        </w:rPr>
        <w:t xml:space="preserve"> </w:t>
      </w:r>
      <w:r>
        <w:rPr>
          <w:rFonts w:ascii="Nirmala UI" w:hAnsi="Nirmala UI" w:eastAsia="Nirmala UI" w:cs="Nirmala UI"/>
        </w:rPr>
        <w:t>ꯑꯍꯨꯝꯁꯨꯕ</w:t>
      </w:r>
      <w:r>
        <w:rPr>
          <w:rFonts w:ascii="Times New Roman" w:hAnsi="Times New Roman" w:eastAsia="Times New Roman" w:cs="Times New Roman"/>
        </w:rPr>
        <w:t xml:space="preserve"> </w:t>
      </w:r>
      <w:r>
        <w:rPr>
          <w:rFonts w:ascii="Nirmala UI" w:hAnsi="Nirmala UI" w:eastAsia="Nirmala UI" w:cs="Nirmala UI"/>
        </w:rPr>
        <w:t>ꯇꯨꯡꯂꯣꯟꯗ</w:t>
      </w:r>
      <w:r>
        <w:rPr>
          <w:rFonts w:ascii="Times New Roman" w:hAnsi="Times New Roman" w:eastAsia="Times New Roman" w:cs="Times New Roman"/>
        </w:rPr>
        <w:t xml:space="preserve"> </w:t>
      </w:r>
      <w:r>
        <w:rPr>
          <w:rFonts w:ascii="Nirmala UI" w:hAnsi="Nirmala UI" w:eastAsia="Nirmala UI" w:cs="Nirmala UI"/>
        </w:rPr>
        <w:t>ꯍꯧꯒꯠꯈꯤꯕ</w:t>
      </w:r>
      <w:r>
        <w:rPr>
          <w:rFonts w:ascii="Times New Roman" w:hAnsi="Times New Roman" w:eastAsia="Times New Roman" w:cs="Times New Roman"/>
        </w:rPr>
        <w:t xml:space="preserve"> </w:t>
      </w:r>
      <w:r>
        <w:rPr>
          <w:rFonts w:ascii="Nirmala UI" w:hAnsi="Nirmala UI" w:eastAsia="Nirmala UI" w:cs="Nirmala UI"/>
        </w:rPr>
        <w:t>ꯂꯥꯟ</w:t>
      </w:r>
      <w:r>
        <w:rPr>
          <w:rFonts w:ascii="Times New Roman" w:hAnsi="Times New Roman" w:eastAsia="Times New Roman" w:cs="Times New Roman"/>
        </w:rPr>
        <w:t xml:space="preserve"> </w:t>
      </w:r>
      <w:r>
        <w:rPr>
          <w:rFonts w:ascii="Nirmala UI" w:hAnsi="Nirmala UI" w:eastAsia="Nirmala UI" w:cs="Nirmala UI"/>
        </w:rPr>
        <w:t>ꯑꯁꯤꯅ</w:t>
      </w:r>
      <w:r>
        <w:rPr>
          <w:rFonts w:ascii="Times New Roman" w:hAnsi="Times New Roman" w:eastAsia="Times New Roman" w:cs="Times New Roman"/>
        </w:rPr>
        <w:t xml:space="preserve"> </w:t>
      </w:r>
      <w:r>
        <w:rPr>
          <w:rFonts w:ascii="Nirmala UI" w:hAnsi="Nirmala UI" w:eastAsia="Nirmala UI" w:cs="Nirmala UI"/>
        </w:rPr>
        <w:t>ꯁꯩꯇꯥꯟꯒꯤ</w:t>
      </w:r>
      <w:r>
        <w:rPr>
          <w:rFonts w:ascii="Times New Roman" w:hAnsi="Times New Roman" w:eastAsia="Times New Roman" w:cs="Times New Roman"/>
        </w:rPr>
        <w:t xml:space="preserve"> </w:t>
      </w:r>
      <w:r>
        <w:rPr>
          <w:rFonts w:ascii="Nirmala UI" w:hAnsi="Nirmala UI" w:eastAsia="Nirmala UI" w:cs="Nirmala UI"/>
        </w:rPr>
        <w:t>ꯂꯥꯟꯒꯤ</w:t>
      </w:r>
      <w:r>
        <w:rPr>
          <w:rFonts w:ascii="Times New Roman" w:hAnsi="Times New Roman" w:eastAsia="Times New Roman" w:cs="Times New Roman"/>
        </w:rPr>
        <w:t xml:space="preserve"> </w:t>
      </w:r>
      <w:r>
        <w:rPr>
          <w:rFonts w:ascii="Nirmala UI" w:hAnsi="Nirmala UI" w:eastAsia="Nirmala UI" w:cs="Nirmala UI"/>
        </w:rPr>
        <w:t>ꯑꯁꯤꯒꯨꯝꯕ</w:t>
      </w:r>
      <w:r>
        <w:rPr>
          <w:rFonts w:ascii="Times New Roman" w:hAnsi="Times New Roman" w:eastAsia="Times New Roman" w:cs="Times New Roman"/>
        </w:rPr>
        <w:t xml:space="preserve"> </w:t>
      </w:r>
      <w:r>
        <w:rPr>
          <w:rFonts w:ascii="Nirmala UI" w:hAnsi="Nirmala UI" w:eastAsia="Nirmala UI" w:cs="Nirmala UI"/>
        </w:rPr>
        <w:t>ꯃꯆꯥ</w:t>
      </w:r>
      <w:r>
        <w:rPr>
          <w:rFonts w:ascii="Times New Roman" w:hAnsi="Times New Roman" w:eastAsia="Times New Roman" w:cs="Times New Roman"/>
        </w:rPr>
        <w:t xml:space="preserve"> </w:t>
      </w:r>
      <w:r>
        <w:rPr>
          <w:rFonts w:ascii="Nirmala UI" w:hAnsi="Nirmala UI" w:eastAsia="Nirmala UI" w:cs="Nirmala UI"/>
        </w:rPr>
        <w:t>ꯑꯁꯤꯕꯨ</w:t>
      </w:r>
      <w:r>
        <w:rPr>
          <w:rFonts w:ascii="Times New Roman" w:hAnsi="Times New Roman" w:eastAsia="Times New Roman" w:cs="Times New Roman"/>
        </w:rPr>
        <w:t xml:space="preserve"> </w:t>
      </w:r>
      <w:r>
        <w:rPr>
          <w:rFonts w:ascii="Nirmala UI" w:hAnsi="Nirmala UI" w:eastAsia="Nirmala UI" w:cs="Nirmala UI"/>
        </w:rPr>
        <w:t>ꯃꯥꯅꯨꯡꯗ</w:t>
      </w:r>
      <w:r>
        <w:rPr>
          <w:rFonts w:ascii="Times New Roman" w:hAnsi="Times New Roman" w:eastAsia="Times New Roman" w:cs="Times New Roman"/>
        </w:rPr>
        <w:t xml:space="preserve"> </w:t>
      </w:r>
      <w:r>
        <w:rPr>
          <w:rFonts w:ascii="Nirmala UI" w:hAnsi="Nirmala UI" w:eastAsia="Nirmala UI" w:cs="Nirmala UI"/>
        </w:rPr>
        <w:t>ꯄꯨꯊꯣꯛꯏ</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ꯑꯍꯥꯟꯕ</w:t>
      </w:r>
      <w:r>
        <w:rPr>
          <w:rFonts w:ascii="Times New Roman" w:hAnsi="Times New Roman" w:eastAsia="Times New Roman" w:cs="Times New Roman"/>
        </w:rPr>
        <w:t xml:space="preserve"> </w:t>
      </w:r>
      <w:r>
        <w:rPr>
          <w:rFonts w:ascii="Nirmala UI" w:hAnsi="Nirmala UI" w:eastAsia="Nirmala UI" w:cs="Nirmala UI"/>
        </w:rPr>
        <w:t>ꯇꯨꯡꯂꯣꯟꯒꯤ</w:t>
      </w:r>
      <w:r>
        <w:rPr>
          <w:rFonts w:ascii="Times New Roman" w:hAnsi="Times New Roman" w:eastAsia="Times New Roman" w:cs="Times New Roman"/>
        </w:rPr>
        <w:t xml:space="preserve"> </w:t>
      </w:r>
      <w:r>
        <w:rPr>
          <w:rFonts w:ascii="Nirmala UI" w:hAnsi="Nirmala UI" w:eastAsia="Nirmala UI" w:cs="Nirmala UI"/>
        </w:rPr>
        <w:t>ꯂꯥꯟ</w:t>
      </w:r>
      <w:r>
        <w:rPr>
          <w:rFonts w:ascii="Times New Roman" w:hAnsi="Times New Roman" w:eastAsia="Times New Roman" w:cs="Times New Roman"/>
        </w:rPr>
        <w:t xml:space="preserve"> </w:t>
      </w:r>
      <w:r>
        <w:rPr>
          <w:rFonts w:ascii="Nirmala UI" w:hAnsi="Nirmala UI" w:eastAsia="Nirmala UI" w:cs="Nirmala UI"/>
        </w:rPr>
        <w:t>ꯍꯧꯒꯠꯂꯛꯄ</w:t>
      </w:r>
      <w:r>
        <w:rPr>
          <w:rFonts w:ascii="Times New Roman" w:hAnsi="Times New Roman" w:eastAsia="Times New Roman" w:cs="Times New Roman"/>
        </w:rPr>
        <w:t xml:space="preserve"> </w:t>
      </w:r>
      <w:r>
        <w:rPr>
          <w:rFonts w:ascii="Nirmala UI" w:hAnsi="Nirmala UI" w:eastAsia="Nirmala UI" w:cs="Nirmala UI"/>
        </w:rPr>
        <w:t>ꯃꯇꯝꯗ</w:t>
      </w:r>
      <w:r>
        <w:rPr>
          <w:rFonts w:ascii="Times New Roman" w:hAnsi="Times New Roman" w:eastAsia="Times New Roman" w:cs="Times New Roman"/>
        </w:rPr>
        <w:t xml:space="preserve"> </w:t>
      </w:r>
      <w:r>
        <w:rPr>
          <w:rFonts w:ascii="Nirmala UI" w:hAnsi="Nirmala UI" w:eastAsia="Nirmala UI" w:cs="Nirmala UI"/>
        </w:rPr>
        <w:t>ꯍꯤꯡꯂꯤꯕ</w:t>
      </w:r>
      <w:r>
        <w:rPr>
          <w:rFonts w:ascii="Times New Roman" w:hAnsi="Times New Roman" w:eastAsia="Times New Roman" w:cs="Times New Roman"/>
        </w:rPr>
        <w:t xml:space="preserve"> </w:t>
      </w:r>
      <w:r>
        <w:rPr>
          <w:rFonts w:ascii="Nirmala UI" w:hAnsi="Nirmala UI" w:eastAsia="Nirmala UI" w:cs="Nirmala UI"/>
        </w:rPr>
        <w:t>ꯑꯝꯂꯤꯕꯁꯤꯡ</w:t>
      </w:r>
      <w:r>
        <w:rPr>
          <w:rFonts w:ascii="Times New Roman" w:hAnsi="Times New Roman" w:eastAsia="Times New Roman" w:cs="Times New Roman"/>
        </w:rPr>
        <w:t xml:space="preserve"> </w:t>
      </w:r>
      <w:r>
        <w:rPr>
          <w:rFonts w:ascii="Nirmala UI" w:hAnsi="Nirmala UI" w:eastAsia="Nirmala UI" w:cs="Nirmala UI"/>
        </w:rPr>
        <w:t>ꯑꯍꯥꯟꯕꯗꯒꯤ</w:t>
      </w:r>
      <w:r>
        <w:rPr>
          <w:rFonts w:ascii="Times New Roman" w:hAnsi="Times New Roman" w:eastAsia="Times New Roman" w:cs="Times New Roman"/>
        </w:rPr>
        <w:t xml:space="preserve"> </w:t>
      </w:r>
      <w:r>
        <w:rPr>
          <w:rFonts w:ascii="Nirmala UI" w:hAnsi="Nirmala UI" w:eastAsia="Nirmala UI" w:cs="Nirmala UI"/>
        </w:rPr>
        <w:t>ꯈꯪꯍꯜꯂꯕ</w:t>
      </w:r>
      <w:r>
        <w:rPr>
          <w:rFonts w:ascii="Times New Roman" w:hAnsi="Times New Roman" w:eastAsia="Times New Roman" w:cs="Times New Roman"/>
        </w:rPr>
        <w:t xml:space="preserve"> </w:t>
      </w:r>
      <w:r>
        <w:rPr>
          <w:rFonts w:ascii="Nirmala UI" w:hAnsi="Nirmala UI" w:eastAsia="Nirmala UI" w:cs="Nirmala UI"/>
        </w:rPr>
        <w:t>ꯈꯪꯍꯟꯕꯒꯤ</w:t>
      </w:r>
      <w:r>
        <w:rPr>
          <w:rFonts w:ascii="Times New Roman" w:hAnsi="Times New Roman" w:eastAsia="Times New Roman" w:cs="Times New Roman"/>
        </w:rPr>
        <w:t xml:space="preserve"> </w:t>
      </w:r>
      <w:r>
        <w:rPr>
          <w:rFonts w:ascii="Nirmala UI" w:hAnsi="Nirmala UI" w:eastAsia="Nirmala UI" w:cs="Nirmala UI"/>
        </w:rPr>
        <w:t>ꯃꯥꯐꯝꯗ</w:t>
      </w:r>
      <w:r>
        <w:rPr>
          <w:rFonts w:ascii="Times New Roman" w:hAnsi="Times New Roman" w:eastAsia="Times New Roman" w:cs="Times New Roman"/>
        </w:rPr>
        <w:t xml:space="preserve"> </w:t>
      </w:r>
      <w:r>
        <w:rPr>
          <w:rFonts w:ascii="Nirmala UI" w:hAnsi="Nirmala UI" w:eastAsia="Nirmala UI" w:cs="Nirmala UI"/>
        </w:rPr>
        <w:t>ꯃꯥꯌꯥꯏ</w:t>
      </w:r>
      <w:r>
        <w:rPr>
          <w:rFonts w:ascii="Times New Roman" w:hAnsi="Times New Roman" w:eastAsia="Times New Roman" w:cs="Times New Roman"/>
        </w:rPr>
        <w:t xml:space="preserve"> </w:t>
      </w:r>
      <w:r>
        <w:rPr>
          <w:rFonts w:ascii="Nirmala UI" w:hAnsi="Nirmala UI" w:eastAsia="Nirmala UI" w:cs="Nirmala UI"/>
        </w:rPr>
        <w:t>ꯏꯔꯤꯛꯄ</w:t>
      </w:r>
      <w:r>
        <w:rPr>
          <w:rFonts w:ascii="Times New Roman" w:hAnsi="Times New Roman" w:eastAsia="Times New Roman" w:cs="Times New Roman"/>
        </w:rPr>
        <w:t xml:space="preserve"> </w:t>
      </w:r>
      <w:r>
        <w:rPr>
          <w:rFonts w:ascii="Nirmala UI" w:hAnsi="Nirmala UI" w:eastAsia="Nirmala UI" w:cs="Nirmala UI"/>
        </w:rPr>
        <w:t>ꯉꯝꯅꯕꯤ</w:t>
      </w:r>
      <w:r>
        <w:rPr>
          <w:rFonts w:ascii="Times New Roman" w:hAnsi="Times New Roman" w:eastAsia="Times New Roman" w:cs="Times New Roman"/>
        </w:rPr>
        <w:t xml:space="preserve"> </w:t>
      </w:r>
      <w:r>
        <w:rPr>
          <w:rFonts w:ascii="Nirmala UI" w:hAnsi="Nirmala UI" w:eastAsia="Nirmala UI" w:cs="Nirmala UI"/>
        </w:rPr>
        <w:t>ꯑꯁꯤꯒꯤ</w:t>
      </w:r>
      <w:r>
        <w:rPr>
          <w:rFonts w:ascii="Times New Roman" w:hAnsi="Times New Roman" w:eastAsia="Times New Roman" w:cs="Times New Roman"/>
        </w:rPr>
        <w:t xml:space="preserve"> </w:t>
      </w:r>
      <w:r>
        <w:rPr>
          <w:rFonts w:ascii="Nirmala UI" w:hAnsi="Nirmala UI" w:eastAsia="Nirmala UI" w:cs="Nirmala UI"/>
        </w:rPr>
        <w:t>ꯃꯔꯝꯗꯅꯤ।</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ꯃꯥꯂꯦꯝ</w:t>
      </w:r>
      <w:r>
        <w:rPr>
          <w:rFonts w:ascii="Times New Roman" w:hAnsi="Times New Roman" w:eastAsia="Times New Roman" w:cs="Times New Roman"/>
        </w:rPr>
        <w:t xml:space="preserve"> </w:t>
      </w:r>
      <w:r>
        <w:rPr>
          <w:rFonts w:ascii="Nirmala UI" w:hAnsi="Nirmala UI" w:eastAsia="Nirmala UI" w:cs="Nirmala UI"/>
        </w:rPr>
        <w:t>ꯄꯨꯝꯅꯃꯛꯀꯤ</w:t>
      </w:r>
      <w:r>
        <w:rPr>
          <w:rFonts w:ascii="Times New Roman" w:hAnsi="Times New Roman" w:eastAsia="Times New Roman" w:cs="Times New Roman"/>
        </w:rPr>
        <w:t xml:space="preserve"> </w:t>
      </w:r>
      <w:r>
        <w:rPr>
          <w:rFonts w:ascii="Nirmala UI" w:hAnsi="Nirmala UI" w:eastAsia="Nirmala UI" w:cs="Nirmala UI"/>
        </w:rPr>
        <w:t>ꯋꯦꯕ</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ꯃꯥꯔꯤ</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ꯁꯨꯄꯔ</w:t>
      </w:r>
      <w:r>
        <w:rPr>
          <w:rFonts w:ascii="Times New Roman" w:hAnsi="Times New Roman" w:eastAsia="Times New Roman" w:cs="Times New Roman"/>
        </w:rPr>
        <w:t xml:space="preserve"> </w:t>
      </w:r>
      <w:r>
        <w:rPr>
          <w:rFonts w:ascii="Nirmala UI" w:hAnsi="Nirmala UI" w:eastAsia="Nirmala UI" w:cs="Nirmala UI"/>
        </w:rPr>
        <w:t>ꯍꯥꯏꯋꯦ</w:t>
      </w:r>
      <w:r>
        <w:rPr>
          <w:rFonts w:ascii="Times New Roman" w:hAnsi="Times New Roman" w:eastAsia="Times New Roman" w:cs="Times New Roman"/>
        </w:rPr>
        <w:t xml:space="preserve">” </w:t>
      </w:r>
      <w:r>
        <w:rPr>
          <w:rFonts w:ascii="Nirmala UI" w:hAnsi="Nirmala UI" w:eastAsia="Nirmala UI" w:cs="Nirmala UI"/>
        </w:rPr>
        <w:t>ꯍꯥꯏꯕ</w:t>
      </w:r>
      <w:r>
        <w:rPr>
          <w:rFonts w:ascii="Times New Roman" w:hAnsi="Times New Roman" w:eastAsia="Times New Roman" w:cs="Times New Roman"/>
        </w:rPr>
        <w:t xml:space="preserve"> </w:t>
      </w:r>
      <w:r>
        <w:rPr>
          <w:rFonts w:ascii="Nirmala UI" w:hAnsi="Nirmala UI" w:eastAsia="Nirmala UI" w:cs="Nirmala UI"/>
        </w:rPr>
        <w:t>ꯊꯧꯔꯥꯡ</w:t>
      </w:r>
      <w:r>
        <w:rPr>
          <w:rFonts w:ascii="Times New Roman" w:hAnsi="Times New Roman" w:eastAsia="Times New Roman" w:cs="Times New Roman"/>
        </w:rPr>
        <w:t xml:space="preserve"> </w:t>
      </w:r>
      <w:r>
        <w:rPr>
          <w:rFonts w:ascii="Nirmala UI" w:hAnsi="Nirmala UI" w:eastAsia="Nirmala UI" w:cs="Nirmala UI"/>
        </w:rPr>
        <w:t>ꯑꯁꯤꯒꯤ</w:t>
      </w:r>
      <w:r>
        <w:rPr>
          <w:rFonts w:ascii="Times New Roman" w:hAnsi="Times New Roman" w:eastAsia="Times New Roman" w:cs="Times New Roman"/>
        </w:rPr>
        <w:t xml:space="preserve"> </w:t>
      </w:r>
      <w:r>
        <w:rPr>
          <w:rFonts w:ascii="Nirmala UI" w:hAnsi="Nirmala UI" w:eastAsia="Nirmala UI" w:cs="Nirmala UI"/>
        </w:rPr>
        <w:t>ꯀꯟꯇ꯭ꯔꯣꯜ</w:t>
      </w:r>
      <w:r>
        <w:rPr>
          <w:rFonts w:ascii="Times New Roman" w:hAnsi="Times New Roman" w:eastAsia="Times New Roman" w:cs="Times New Roman"/>
        </w:rPr>
        <w:t xml:space="preserve"> </w:t>
      </w:r>
      <w:r>
        <w:rPr>
          <w:rFonts w:ascii="Nirmala UI" w:hAnsi="Nirmala UI" w:eastAsia="Nirmala UI" w:cs="Nirmala UI"/>
        </w:rPr>
        <w:t>ꯁꯦꯟꯇꯔ</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ꯌꯨꯅꯥꯏꯇꯦꯗ</w:t>
      </w:r>
      <w:r>
        <w:rPr>
          <w:rFonts w:ascii="Times New Roman" w:hAnsi="Times New Roman" w:eastAsia="Times New Roman" w:cs="Times New Roman"/>
        </w:rPr>
        <w:t xml:space="preserve"> </w:t>
      </w:r>
      <w:r>
        <w:rPr>
          <w:rFonts w:ascii="Nirmala UI" w:hAnsi="Nirmala UI" w:eastAsia="Nirmala UI" w:cs="Nirmala UI"/>
        </w:rPr>
        <w:t>ꯁ꯭ꯇꯦꯠꯁꯇ</w:t>
      </w:r>
      <w:r>
        <w:rPr>
          <w:rFonts w:ascii="Times New Roman" w:hAnsi="Times New Roman" w:eastAsia="Times New Roman" w:cs="Times New Roman"/>
        </w:rPr>
        <w:t xml:space="preserve"> </w:t>
      </w:r>
      <w:r>
        <w:rPr>
          <w:rFonts w:ascii="Nirmala UI" w:hAnsi="Nirmala UI" w:eastAsia="Nirmala UI" w:cs="Nirmala UI"/>
        </w:rPr>
        <w:t>ꯃꯅꯦꯖ</w:t>
      </w:r>
      <w:r>
        <w:rPr>
          <w:rFonts w:ascii="Times New Roman" w:hAnsi="Times New Roman" w:eastAsia="Times New Roman" w:cs="Times New Roman"/>
        </w:rPr>
        <w:t xml:space="preserve"> </w:t>
      </w:r>
      <w:r>
        <w:rPr>
          <w:rFonts w:ascii="Nirmala UI" w:hAnsi="Nirmala UI" w:eastAsia="Nirmala UI" w:cs="Nirmala UI"/>
        </w:rPr>
        <w:t>ꯇꯧꯕ</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ꯀꯟꯇ꯭ꯔꯣꯜ</w:t>
      </w:r>
      <w:r>
        <w:rPr>
          <w:rFonts w:ascii="Times New Roman" w:hAnsi="Times New Roman" w:eastAsia="Times New Roman" w:cs="Times New Roman"/>
        </w:rPr>
        <w:t xml:space="preserve"> </w:t>
      </w:r>
      <w:r>
        <w:rPr>
          <w:rFonts w:ascii="Nirmala UI" w:hAnsi="Nirmala UI" w:eastAsia="Nirmala UI" w:cs="Nirmala UI"/>
        </w:rPr>
        <w:t>ꯇꯧꯕ</w:t>
      </w:r>
      <w:r>
        <w:rPr>
          <w:rFonts w:ascii="Times New Roman" w:hAnsi="Times New Roman" w:eastAsia="Times New Roman" w:cs="Times New Roman"/>
        </w:rPr>
        <w:t xml:space="preserve"> </w:t>
      </w:r>
      <w:r>
        <w:rPr>
          <w:rFonts w:ascii="Nirmala UI" w:hAnsi="Nirmala UI" w:eastAsia="Nirmala UI" w:cs="Nirmala UI"/>
        </w:rPr>
        <w:t>ꯑꯣꯏꯔꯤ</w:t>
      </w:r>
      <w:r>
        <w:rPr>
          <w:rFonts w:ascii="Times New Roman" w:hAnsi="Times New Roman" w:eastAsia="Times New Roman" w:cs="Times New Roman"/>
        </w:rPr>
        <w:t xml:space="preserve"> </w:t>
      </w:r>
      <w:r>
        <w:rPr>
          <w:rFonts w:ascii="Nirmala UI" w:hAnsi="Nirmala UI" w:eastAsia="Nirmala UI" w:cs="Nirmala UI"/>
        </w:rPr>
        <w:t>ꯍꯥꯏꯕ</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ꯑꯩꯈꯣꯏꯅ</w:t>
      </w:r>
      <w:r>
        <w:rPr>
          <w:rFonts w:ascii="Times New Roman" w:hAnsi="Times New Roman" w:eastAsia="Times New Roman" w:cs="Times New Roman"/>
        </w:rPr>
        <w:t xml:space="preserve"> </w:t>
      </w:r>
      <w:r>
        <w:rPr>
          <w:rFonts w:ascii="Nirmala UI" w:hAnsi="Nirmala UI" w:eastAsia="Nirmala UI" w:cs="Nirmala UI"/>
        </w:rPr>
        <w:t>ꯈꯪꯂꯕ</w:t>
      </w:r>
      <w:r>
        <w:rPr>
          <w:rFonts w:ascii="Times New Roman" w:hAnsi="Times New Roman" w:eastAsia="Times New Roman" w:cs="Times New Roman"/>
        </w:rPr>
        <w:t xml:space="preserve"> </w:t>
      </w:r>
      <w:r>
        <w:rPr>
          <w:rFonts w:ascii="Nirmala UI" w:hAnsi="Nirmala UI" w:eastAsia="Nirmala UI" w:cs="Nirmala UI"/>
        </w:rPr>
        <w:t>ꯃꯇꯝꯗ</w:t>
      </w:r>
      <w:r>
        <w:rPr>
          <w:rFonts w:ascii="Times New Roman" w:hAnsi="Times New Roman" w:eastAsia="Times New Roman" w:cs="Times New Roman"/>
        </w:rPr>
        <w:t xml:space="preserve">, </w:t>
      </w:r>
      <w:r>
        <w:rPr>
          <w:rFonts w:ascii="Nirmala UI" w:hAnsi="Nirmala UI" w:eastAsia="Nirmala UI" w:cs="Nirmala UI"/>
        </w:rPr>
        <w:t>ꯌꯨꯅꯥꯏꯇꯦꯗ</w:t>
      </w:r>
      <w:r>
        <w:rPr>
          <w:rFonts w:ascii="Times New Roman" w:hAnsi="Times New Roman" w:eastAsia="Times New Roman" w:cs="Times New Roman"/>
        </w:rPr>
        <w:t xml:space="preserve"> </w:t>
      </w:r>
      <w:r>
        <w:rPr>
          <w:rFonts w:ascii="Nirmala UI" w:hAnsi="Nirmala UI" w:eastAsia="Nirmala UI" w:cs="Nirmala UI"/>
        </w:rPr>
        <w:t>ꯁ꯭ꯇꯦꯠꯁꯅ</w:t>
      </w:r>
      <w:r>
        <w:rPr>
          <w:rFonts w:ascii="Times New Roman" w:hAnsi="Times New Roman" w:eastAsia="Times New Roman" w:cs="Times New Roman"/>
        </w:rPr>
        <w:t xml:space="preserve"> </w:t>
      </w:r>
      <w:r>
        <w:rPr>
          <w:rFonts w:ascii="Nirmala UI" w:hAnsi="Nirmala UI" w:eastAsia="Nirmala UI" w:cs="Nirmala UI"/>
        </w:rPr>
        <w:t>ꯇꯨꯡꯂꯣꯟꯗꯒꯤ</w:t>
      </w:r>
      <w:r>
        <w:rPr>
          <w:rFonts w:ascii="Times New Roman" w:hAnsi="Times New Roman" w:eastAsia="Times New Roman" w:cs="Times New Roman"/>
        </w:rPr>
        <w:t xml:space="preserve"> </w:t>
      </w:r>
      <w:r>
        <w:rPr>
          <w:rFonts w:ascii="Nirmala UI" w:hAnsi="Nirmala UI" w:eastAsia="Nirmala UI" w:cs="Nirmala UI"/>
        </w:rPr>
        <w:t>ꯃꯩ</w:t>
      </w:r>
      <w:r>
        <w:rPr>
          <w:rFonts w:ascii="Times New Roman" w:hAnsi="Times New Roman" w:eastAsia="Times New Roman" w:cs="Times New Roman"/>
        </w:rPr>
        <w:t xml:space="preserve"> </w:t>
      </w:r>
      <w:r>
        <w:rPr>
          <w:rFonts w:ascii="Nirmala UI" w:hAnsi="Nirmala UI" w:eastAsia="Nirmala UI" w:cs="Nirmala UI"/>
        </w:rPr>
        <w:t>ꯄꯥꯠꯊꯣꯛꯂꯒ</w:t>
      </w:r>
      <w:r>
        <w:rPr>
          <w:rFonts w:ascii="Times New Roman" w:hAnsi="Times New Roman" w:eastAsia="Times New Roman" w:cs="Times New Roman"/>
        </w:rPr>
        <w:t xml:space="preserve"> </w:t>
      </w:r>
      <w:r>
        <w:rPr>
          <w:rFonts w:ascii="Nirmala UI" w:hAnsi="Nirmala UI" w:eastAsia="Nirmala UI" w:cs="Nirmala UI"/>
        </w:rPr>
        <w:t>ꯃꯥꯂꯦꯝ</w:t>
      </w:r>
      <w:r>
        <w:rPr>
          <w:rFonts w:ascii="Times New Roman" w:hAnsi="Times New Roman" w:eastAsia="Times New Roman" w:cs="Times New Roman"/>
        </w:rPr>
        <w:t xml:space="preserve"> </w:t>
      </w:r>
      <w:r>
        <w:rPr>
          <w:rFonts w:ascii="Nirmala UI" w:hAnsi="Nirmala UI" w:eastAsia="Nirmala UI" w:cs="Nirmala UI"/>
        </w:rPr>
        <w:t>ꯄꯨꯝꯅꯃꯛꯄꯨ</w:t>
      </w:r>
      <w:r>
        <w:rPr>
          <w:rFonts w:ascii="Times New Roman" w:hAnsi="Times New Roman" w:eastAsia="Times New Roman" w:cs="Times New Roman"/>
        </w:rPr>
        <w:t xml:space="preserve"> </w:t>
      </w:r>
      <w:r>
        <w:rPr>
          <w:rFonts w:ascii="Nirmala UI" w:hAnsi="Nirmala UI" w:eastAsia="Nirmala UI" w:cs="Nirmala UI"/>
        </w:rPr>
        <w:t>ꯊꯥꯡꯅꯍꯜꯂꯤ</w:t>
      </w:r>
      <w:r>
        <w:rPr>
          <w:rFonts w:ascii="Times New Roman" w:hAnsi="Times New Roman" w:eastAsia="Times New Roman" w:cs="Times New Roman"/>
        </w:rPr>
        <w:t xml:space="preserve"> </w:t>
      </w:r>
      <w:r>
        <w:rPr>
          <w:rFonts w:ascii="Nirmala UI" w:hAnsi="Nirmala UI" w:eastAsia="Nirmala UI" w:cs="Nirmala UI"/>
        </w:rPr>
        <w:t>ꯍꯥꯏꯕ</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ꯀꯔꯝꯅ</w:t>
      </w:r>
      <w:r>
        <w:rPr>
          <w:rFonts w:ascii="Times New Roman" w:hAnsi="Times New Roman" w:eastAsia="Times New Roman" w:cs="Times New Roman"/>
        </w:rPr>
        <w:t xml:space="preserve"> </w:t>
      </w:r>
      <w:r>
        <w:rPr>
          <w:rFonts w:ascii="Nirmala UI" w:hAnsi="Nirmala UI" w:eastAsia="Nirmala UI" w:cs="Nirmala UI"/>
        </w:rPr>
        <w:t>ꯑꯔꯊ</w:t>
      </w:r>
      <w:r>
        <w:rPr>
          <w:rFonts w:ascii="Times New Roman" w:hAnsi="Times New Roman" w:eastAsia="Times New Roman" w:cs="Times New Roman"/>
        </w:rPr>
        <w:t xml:space="preserve"> </w:t>
      </w:r>
      <w:r>
        <w:rPr>
          <w:rFonts w:ascii="Nirmala UI" w:hAnsi="Nirmala UI" w:eastAsia="Nirmala UI" w:cs="Nirmala UI"/>
        </w:rPr>
        <w:t>ꯑꯣꯏꯕꯒꯦ</w:t>
      </w:r>
      <w:r>
        <w:rPr>
          <w:rFonts w:ascii="Times New Roman" w:hAnsi="Times New Roman" w:eastAsia="Times New Roman" w:cs="Times New Roman"/>
        </w:rPr>
        <w:t xml:space="preserve"> </w:t>
      </w:r>
      <w:r>
        <w:rPr>
          <w:rFonts w:ascii="Nirmala UI" w:hAnsi="Nirmala UI" w:eastAsia="Nirmala UI" w:cs="Nirmala UI"/>
        </w:rPr>
        <w:t>ꯍꯥꯏꯕ</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ꯑꯩꯈꯣꯏꯅ</w:t>
      </w:r>
      <w:r>
        <w:rPr>
          <w:rFonts w:ascii="Times New Roman" w:hAnsi="Times New Roman" w:eastAsia="Times New Roman" w:cs="Times New Roman"/>
        </w:rPr>
        <w:t xml:space="preserve"> </w:t>
      </w:r>
      <w:r>
        <w:rPr>
          <w:rFonts w:ascii="Nirmala UI" w:hAnsi="Nirmala UI" w:eastAsia="Nirmala UI" w:cs="Nirmala UI"/>
        </w:rPr>
        <w:t>ꯎꯅꯕ</w:t>
      </w:r>
      <w:r>
        <w:rPr>
          <w:rFonts w:ascii="Times New Roman" w:hAnsi="Times New Roman" w:eastAsia="Times New Roman" w:cs="Times New Roman"/>
        </w:rPr>
        <w:t xml:space="preserve"> </w:t>
      </w:r>
      <w:r>
        <w:rPr>
          <w:rFonts w:ascii="Nirmala UI" w:hAnsi="Nirmala UI" w:eastAsia="Nirmala UI" w:cs="Nirmala UI"/>
        </w:rPr>
        <w:t>ꯉꯝꯃꯤ।</w:t>
      </w:r>
      <w:r>
        <w:rPr>
          <w:rFonts w:ascii="Times New Roman" w:hAnsi="Times New Roman" w:eastAsia="Times New Roman" w:cs="Times New Roman"/>
        </w:rPr>
        <w:t xml:space="preserve"> “</w:t>
      </w:r>
      <w:r>
        <w:rPr>
          <w:rFonts w:ascii="Nirmala UI" w:hAnsi="Nirmala UI" w:eastAsia="Nirmala UI" w:cs="Nirmala UI"/>
        </w:rPr>
        <w:t>ꯃꯩ</w:t>
      </w:r>
      <w:r>
        <w:rPr>
          <w:rFonts w:ascii="Times New Roman" w:hAnsi="Times New Roman" w:eastAsia="Times New Roman" w:cs="Times New Roman"/>
        </w:rPr>
        <w:t xml:space="preserve">” </w:t>
      </w:r>
      <w:r>
        <w:rPr>
          <w:rFonts w:ascii="Nirmala UI" w:hAnsi="Nirmala UI" w:eastAsia="Nirmala UI" w:cs="Nirmala UI"/>
        </w:rPr>
        <w:t>ꯍꯥꯏꯕ</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Revelation </w:t>
      </w:r>
      <w:r>
        <w:rPr>
          <w:rFonts w:ascii="Nirmala UI" w:hAnsi="Nirmala UI" w:eastAsia="Nirmala UI" w:cs="Nirmala UI"/>
        </w:rPr>
        <w:t>ꯒꯤ</w:t>
      </w:r>
      <w:r>
        <w:rPr>
          <w:rFonts w:ascii="Times New Roman" w:hAnsi="Times New Roman" w:eastAsia="Times New Roman" w:cs="Times New Roman"/>
        </w:rPr>
        <w:t xml:space="preserve"> </w:t>
      </w:r>
      <w:r>
        <w:rPr>
          <w:rFonts w:ascii="Nirmala UI" w:hAnsi="Nirmala UI" w:eastAsia="Nirmala UI" w:cs="Nirmala UI"/>
        </w:rPr>
        <w:t>ꯂꯥꯏꯔꯤꯛꯇ</w:t>
      </w:r>
      <w:r>
        <w:rPr>
          <w:rFonts w:ascii="Times New Roman" w:hAnsi="Times New Roman" w:eastAsia="Times New Roman" w:cs="Times New Roman"/>
        </w:rPr>
        <w:t xml:space="preserve"> </w:t>
      </w:r>
      <w:r>
        <w:rPr>
          <w:rFonts w:ascii="Nirmala UI" w:hAnsi="Nirmala UI" w:eastAsia="Nirmala UI" w:cs="Nirmala UI"/>
        </w:rPr>
        <w:t>ꯋꯥ</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ꯑꯣꯏꯅ</w:t>
      </w:r>
      <w:r>
        <w:rPr>
          <w:rFonts w:ascii="Times New Roman" w:hAnsi="Times New Roman" w:eastAsia="Times New Roman" w:cs="Times New Roman"/>
        </w:rPr>
        <w:t xml:space="preserve"> </w:t>
      </w:r>
      <w:r>
        <w:rPr>
          <w:rFonts w:ascii="Nirmala UI" w:hAnsi="Nirmala UI" w:eastAsia="Nirmala UI" w:cs="Nirmala UI"/>
        </w:rPr>
        <w:t>ꯐꯣꯡꯗꯣꯛꯏ।</w:t>
      </w:r>
    </w:p>
    <w:p>
      <w:pPr>
        <w:pStyle w:val="ArticleBody"/>
        <w:jc w:val="left"/>
      </w:pPr>
      <w:r>
        <w:rPr>
          <w:rFonts w:ascii="Times New Roman" w:hAnsi="Times New Roman" w:eastAsia="Times New Roman" w:cs="Times New Roman"/>
        </w:rPr>
        <w:t>Nyeleti wa Ufunuo sura ya kumi na tatu, na aya ya kumi na tatu, imetolewa kutoka katika vita vya mlima Karmeli ambapo manabii wa Baali na manabii wa Ashera hawakuweza kuita moto ushuke kutoka mbinguni kuthibitisha kwamba Baali na Ashtaroth walikuwa miungu ya kweli. Baali, akiwa mungu wa kiume, na Ashtaroth mungu wa kike, huwakilisha sanamu ya mnyama, yaani muungano usio mtakatifu wa kanisa na dola. Hao walikuwa manabii wa Yezebeli, ambaye alikuwa katika uhusiano usio mtakatifu na Ahabu. Mashahidi hao wawili wa kinabii wa sanamu ya mnyama katika kisa cha Mlima Karmeli hutambulisha jukumu la Marekani katika kwanza kuunda mfano wa mfumo wa upapa nchini Marekani, na baadaye ulimwenguni. “Moto” wa Karmeli ulipaswa kuwa uthibitisho wa yule Mungu wa kweli hasa alikuwa nani. Uliwakilisha ufunuo kutoka mbinguni unaomtambulisha Mungu wa kweli, na suala hilo hilo lipo wakati Marekani inaita moto ushuke kutoka mbinguni.</w:t>
      </w:r>
    </w:p>
    <w:p>
      <w:pPr>
        <w:pStyle w:val="ArticleBody"/>
        <w:jc w:val="left"/>
      </w:pPr>
      <w:r>
        <w:rPr>
          <w:rFonts w:ascii="Times New Roman" w:hAnsi="Times New Roman" w:eastAsia="Times New Roman" w:cs="Times New Roman"/>
        </w:rPr>
        <w:t>Dalam kitab Yesaya, Allah yang menyatakan kesudahan sejak permulaan berbicara kepada latar tempat Gunung Karmel pada zaman dahulu, dan juga kepada latar nubuat yang dilambangkan ketika Amerika Serikat menurunkan api dari langit.</w:t>
      </w:r>
    </w:p>
    <w:p>
      <w:pPr>
        <w:pStyle w:val="ArticleScripture"/>
        <w:jc w:val="left"/>
      </w:pPr>
      <w:r>
        <w:rPr>
          <w:rFonts w:ascii="Times New Roman" w:hAnsi="Times New Roman" w:eastAsia="Times New Roman" w:cs="Times New Roman"/>
        </w:rPr>
        <w:t>“Haga kem belehleli,” ku bolela Jehova; “tlisang mabaka a lena a tiileng,” ku bolela Kgoši ya Jakobo. A ba a a tliše, ba re bontšhe tše di tlogo direga; a ba bontšhe dilo tša pele, gore ke eng, gore re di hlahlobe, re tsebe bofelo bja tšona; goba ba re tsebiše dilo tše di sa tlago. Bontšhang dilo tše di tlogo ba gona ka morago ga mo, gore re tsebe gore le medimo; ee, dirang botse goba dirang bobe, gore re tlale makatša, re di bone mmogo. Bonang, ga le selo, gomme modiro wa lena ke lefela; ke manyami yo a le kgethago. Ke tsošitše yo mongwe go tšwa leboa, gomme o tla tla; go tšwa moo letšatši le hlabago o tla bitša leina la ka; gomme o tla gata dikgošana bjalo ka seretse, bjalo ka ge mmopi wa dipitsa a gata letsopa. Ke mang yo a boletšego go tloga mathomong, gore re tsebe? le pele ga nako, gore re kgone go re: “O lokile”? Ee, ga go yo a bontšhago; ee, ga go yo a bolelago; ee, ga go yo a kwago mantšu a lena. Wa pele o tla re go Tsione: “Bonang, bonang bona”; gomme ke tla nea Jerusalema yo a tlišago ditaba tše dibotse. Jesaya 41:21–27.</w:t>
      </w:r>
    </w:p>
    <w:p>
      <w:pPr>
        <w:pStyle w:val="ArticleBody"/>
        <w:jc w:val="left"/>
      </w:pPr>
      <w:r>
        <w:rPr>
          <w:rFonts w:ascii="Times New Roman" w:hAnsi="Times New Roman" w:eastAsia="Times New Roman" w:cs="Times New Roman"/>
        </w:rPr>
        <w:t>Dalam peperangan langit yang pertama yang akan bermula pada undang-undang Ahad yang akan segera datang itu, Amerika Syarikat, dan juga Iblis sendiri, akan diizinkan untuk “mengemukakan” “perkara” mereka, dan mereka akan menurunkan api dari langit dalam suatu usaha untuk membuktikan bahawa tuhan Izebel ialah Tuhan yang benar. Dunia akan dipaksa menerima tanda hari peribadatan tuhan itu. Api yang diturunkan dari langit itu, melalui “lebuh raya maklumat” kepada seluruh umat manusia, ialah suatu pekerjaan yang “sia-sia,” dan dia yang memilih mesej yang disampaikan melalui saluran itu ialah suatu “kekejian.”</w:t>
      </w:r>
    </w:p>
    <w:p>
      <w:pPr>
        <w:pStyle w:val="ArticleBody"/>
        <w:jc w:val="left"/>
      </w:pPr>
      <w:r>
        <w:rPr>
          <w:rFonts w:ascii="Times New Roman" w:hAnsi="Times New Roman" w:eastAsia="Times New Roman" w:cs="Times New Roman"/>
        </w:rPr>
        <w:t>Fa dikgannyeng tseo, ba ba sekete se lekgolo le masome a manê le dikete tse nne, mme morago ga moo boidiidi jo bogolo, e tla nna basupi ba Modimo mo kganetsanong ya gore ke mang yo e leng Modimo wa boammaaruri. Melaetsa e e fetisiwang go tswa mo matlhakoreng ka bobedi a ntwa e emetswe e le “molelo.” Ditšhaba tsotlhe di tla phuthiwa gore go tle go bonwe gore ke mang yo e leng Modimo wa boammaaruri, mme go tla nna le mephato e mebedi ya basupi gore “boammaaruri” bo tlhomamisiwe.</w:t>
      </w:r>
    </w:p>
    <w:p>
      <w:pPr>
        <w:pStyle w:val="ArticleScripture"/>
        <w:jc w:val="left"/>
      </w:pPr>
      <w:r>
        <w:rPr>
          <w:rFonts w:ascii="Times New Roman" w:hAnsi="Times New Roman" w:eastAsia="Times New Roman" w:cs="Times New Roman"/>
        </w:rPr>
        <w:t>Biarlah segala bangsa dihimpunkan bersama-sama, dan biarlah segala kaum dikumpulkan: siapakah di antara mereka yang dapat memberitahukan hal ini, dan menyatakan kepada kita perkara-perkara yang dahulu? Biarlah mereka mengemukakan saksi-saksi mereka, supaya mereka dibenarkan; atau biarlah mereka mendengar, lalu berkata, Itu benar. Kamu inilah saksi-saksi-Ku, firman TUHAN, dan hamba-Ku yang telah Kupilih: supaya kamu mengetahui dan percaya kepada-Ku, dan memahami bahwa Akulah Dia: sebelum Aku tidak ada Allah dibentuk, dan sesudah Aku pun tidak akan ada. Aku, bahkan Aku, ialah TUHAN; dan tidak ada juruselamat selain Aku. Aku telah memberitahukan, dan telah menyelamatkan, dan telah memperdengarkan, ketika tidak ada allah asing di antara kamu: sebab itu kamu inilah saksi-saksi-Ku, firman TUHAN, bahwa Akulah Allah. Yesaya 43:9–12.</w:t>
      </w:r>
    </w:p>
    <w:p>
      <w:pPr>
        <w:pStyle w:val="ArticleBody"/>
        <w:jc w:val="left"/>
      </w:pPr>
      <w:r>
        <w:rPr>
          <w:rFonts w:ascii="Times New Roman" w:hAnsi="Times New Roman" w:eastAsia="Times New Roman" w:cs="Times New Roman"/>
        </w:rPr>
        <w:t>Penzohna tlanghnak dongh bik cu, Setan hrang theihternaktu le Pathian hrang theihternaktu an nei. Langhternak cun zo saw Pathian dik tak a si timi a prove ding; asinain Pathian i zumhmi theihternaktu rinumte cu ziang saw an theihter ding?</w:t>
      </w:r>
    </w:p>
    <w:p>
      <w:pPr>
        <w:pStyle w:val="ArticleScripture"/>
        <w:jc w:val="left"/>
      </w:pPr>
      <w:r>
        <w:rPr>
          <w:rFonts w:ascii="Times New Roman" w:hAnsi="Times New Roman" w:eastAsia="Times New Roman" w:cs="Times New Roman"/>
        </w:rPr>
        <w:t>Uyo Mndzimu, iNkhosi yako-Israyeli, neMhlengi wakhe, iNkhosi yemabandla: Ngingowekucala, futsi ngingowekugcina; ngaphandle kwami kute Nkulunkulu. Ngubani-ke, njengami, longabita, amemezele, akuhlele embikwami, selokhu ngamisela bantfu basendvulo na? Letintfo letitako, naletiyawufika, abakukhombise kubo. Ningesabi, futsi ningetfuki; angikashongo yini kuwe kusukela kuleso sikhatsi, ngase ngimemezela na? Nine ningofakazi bami. Ukhona yini Nkulunkulu ngaphandle kwami? Yebo, kute Nkulunkulu; angati namunye. Labo labenta sitfombe lesibatiwe bonkhe bayize; netintfo tabo letitsandzekako atiyubasiti ngalutfo; futsi bona bangofakazi babo; ababoni, futsi abati; kuze bajabhe. Isaya 44:6–9.</w:t>
      </w:r>
    </w:p>
    <w:p>
      <w:pPr>
        <w:pStyle w:val="ArticleBody"/>
        <w:jc w:val="left"/>
      </w:pPr>
      <w:r>
        <w:rPr>
          <w:rFonts w:ascii="Times New Roman" w:hAnsi="Times New Roman" w:eastAsia="Times New Roman" w:cs="Times New Roman"/>
        </w:rPr>
        <w:t>Ba tšepahalago kopanong ya mafelelo ya Thaba ya Karamele ba swanetše go hlatsela therešo ya gore Modimo ke wa mathomo le wa mafelelo. Ke yena Modimo yo “a beilego setšhaba sa bogologolo,” gore a hlaolele “dilo tše di tlago.” Dihlatse tša Modimo di swanetše go tšweletša Kutollo ya Jesu Kriste yeo e bulwego pele ga ntwa ya mafelelo ya Thaba ya Karamele.</w:t>
      </w:r>
    </w:p>
    <w:p>
      <w:pPr>
        <w:pStyle w:val="ArticleBody"/>
        <w:jc w:val="left"/>
      </w:pPr>
      <w:r>
        <w:rPr>
          <w:rFonts w:ascii="Times New Roman" w:hAnsi="Times New Roman" w:eastAsia="Times New Roman" w:cs="Times New Roman"/>
        </w:rPr>
        <w:t>Mesej Gunung Karmel Iblis dilambangkan sebagai api yang turun dari langit.</w:t>
      </w:r>
    </w:p>
    <w:p>
      <w:pPr>
        <w:pStyle w:val="ArticleScripture"/>
        <w:jc w:val="left"/>
      </w:pPr>
      <w:r>
        <w:rPr>
          <w:rFonts w:ascii="Leelawadee UI" w:hAnsi="Leelawadee UI" w:eastAsia="Leelawadee UI" w:cs="Leelawadee UI"/>
        </w:rPr>
        <w:t>ហើយវាបានប្រព្រឹត្តអស្ចារ្យការណ៍យ៉ាងធំៗ</w:t>
      </w:r>
      <w:r>
        <w:rPr>
          <w:rFonts w:ascii="Times New Roman" w:hAnsi="Times New Roman" w:eastAsia="Times New Roman" w:cs="Times New Roman"/>
        </w:rPr>
        <w:t xml:space="preserve"> </w:t>
      </w:r>
      <w:r>
        <w:rPr>
          <w:rFonts w:ascii="Leelawadee UI" w:hAnsi="Leelawadee UI" w:eastAsia="Leelawadee UI" w:cs="Leelawadee UI"/>
        </w:rPr>
        <w:t>ដល់ថ្នាក់ធ្វើឲ្យភ្លើងធ្លាក់ចុះពីស្ថានសួគ៌មកលើផែនដី</w:t>
      </w:r>
      <w:r>
        <w:rPr>
          <w:rFonts w:ascii="Times New Roman" w:hAnsi="Times New Roman" w:eastAsia="Times New Roman" w:cs="Times New Roman"/>
        </w:rPr>
        <w:t xml:space="preserve"> </w:t>
      </w:r>
      <w:r>
        <w:rPr>
          <w:rFonts w:ascii="Leelawadee UI" w:hAnsi="Leelawadee UI" w:eastAsia="Leelawadee UI" w:cs="Leelawadee UI"/>
        </w:rPr>
        <w:t>នៅចំពោះមុខមនុស្សទាំងឡាយ</w:t>
      </w:r>
      <w:r>
        <w:rPr>
          <w:rFonts w:ascii="Times New Roman" w:hAnsi="Times New Roman" w:eastAsia="Times New Roman" w:cs="Times New Roman"/>
        </w:rPr>
        <w:t xml:space="preserve"> </w:t>
      </w:r>
      <w:r>
        <w:rPr>
          <w:rFonts w:ascii="Leelawadee UI" w:hAnsi="Leelawadee UI" w:eastAsia="Leelawadee UI" w:cs="Leelawadee UI"/>
        </w:rPr>
        <w:t>វិវរណៈ</w:t>
      </w:r>
      <w:r>
        <w:rPr>
          <w:rFonts w:ascii="Times New Roman" w:hAnsi="Times New Roman" w:eastAsia="Times New Roman" w:cs="Times New Roman"/>
        </w:rPr>
        <w:t xml:space="preserve"> 13:13</w:t>
      </w:r>
      <w:r>
        <w:rPr>
          <w:rFonts w:ascii="Leelawadee UI" w:hAnsi="Leelawadee UI" w:eastAsia="Leelawadee UI" w:cs="Leelawadee UI"/>
        </w:rPr>
        <w:t>។</w:t>
      </w:r>
    </w:p>
    <w:p>
      <w:pPr>
        <w:pStyle w:val="ArticleBody"/>
        <w:jc w:val="left"/>
      </w:pPr>
      <w:r>
        <w:rPr>
          <w:rFonts w:ascii="Times New Roman" w:hAnsi="Times New Roman" w:eastAsia="Times New Roman" w:cs="Times New Roman"/>
        </w:rPr>
        <w:t>Ayat itu menerangkan mukjizat-mukjizat yang dilakukan oleh Amerika Serikat melalui ilmu hipnotisme modern yang disampaikan kepada umat manusia di “jalan raya informasi super.” Namun ayat itu juga berbicara tentang penampakan Iblis sendiri ketika ia menyamar sebagai Kristus.</w:t>
      </w:r>
    </w:p>
    <w:p>
      <w:pPr>
        <w:pStyle w:val="ArticleScripture"/>
        <w:jc w:val="left"/>
      </w:pPr>
      <w:r>
        <w:rPr>
          <w:rFonts w:ascii="Times New Roman" w:hAnsi="Times New Roman" w:eastAsia="Times New Roman" w:cs="Times New Roman"/>
        </w:rPr>
        <w:t>“</w:t>
      </w:r>
      <w:r>
        <w:rPr>
          <w:rFonts w:ascii="Nirmala UI" w:hAnsi="Nirmala UI" w:eastAsia="Nirmala UI" w:cs="Nirmala UI"/>
        </w:rPr>
        <w:t>அம்சத்தினால்</w:t>
      </w:r>
      <w:r>
        <w:rPr>
          <w:rFonts w:ascii="Times New Roman" w:hAnsi="Times New Roman" w:eastAsia="Times New Roman" w:cs="Times New Roman"/>
        </w:rPr>
        <w:t xml:space="preserve"> </w:t>
      </w:r>
      <w:r>
        <w:rPr>
          <w:rFonts w:ascii="Nirmala UI" w:hAnsi="Nirmala UI" w:eastAsia="Nirmala UI" w:cs="Nirmala UI"/>
        </w:rPr>
        <w:t>மூன்றாம்</w:t>
      </w:r>
      <w:r>
        <w:rPr>
          <w:rFonts w:ascii="Times New Roman" w:hAnsi="Times New Roman" w:eastAsia="Times New Roman" w:cs="Times New Roman"/>
        </w:rPr>
        <w:t xml:space="preserve"> </w:t>
      </w:r>
      <w:r>
        <w:rPr>
          <w:rFonts w:ascii="Nirmala UI" w:hAnsi="Nirmala UI" w:eastAsia="Nirmala UI" w:cs="Nirmala UI"/>
        </w:rPr>
        <w:t>தூதனுடைய</w:t>
      </w:r>
      <w:r>
        <w:rPr>
          <w:rFonts w:ascii="Times New Roman" w:hAnsi="Times New Roman" w:eastAsia="Times New Roman" w:cs="Times New Roman"/>
        </w:rPr>
        <w:t xml:space="preserve"> </w:t>
      </w:r>
      <w:r>
        <w:rPr>
          <w:rFonts w:ascii="Nirmala UI" w:hAnsi="Nirmala UI" w:eastAsia="Nirmala UI" w:cs="Nirmala UI"/>
        </w:rPr>
        <w:t>செய்தியின்</w:t>
      </w:r>
      <w:r>
        <w:rPr>
          <w:rFonts w:ascii="Times New Roman" w:hAnsi="Times New Roman" w:eastAsia="Times New Roman" w:cs="Times New Roman"/>
        </w:rPr>
        <w:t xml:space="preserve"> </w:t>
      </w:r>
      <w:r>
        <w:rPr>
          <w:rFonts w:ascii="Nirmala UI" w:hAnsi="Nirmala UI" w:eastAsia="Nirmala UI" w:cs="Nirmala UI"/>
        </w:rPr>
        <w:t>அறிவிப்பில்</w:t>
      </w:r>
      <w:r>
        <w:rPr>
          <w:rFonts w:ascii="Times New Roman" w:hAnsi="Times New Roman" w:eastAsia="Times New Roman" w:cs="Times New Roman"/>
        </w:rPr>
        <w:t xml:space="preserve"> </w:t>
      </w:r>
      <w:r>
        <w:rPr>
          <w:rFonts w:ascii="Nirmala UI" w:hAnsi="Nirmala UI" w:eastAsia="Nirmala UI" w:cs="Nirmala UI"/>
        </w:rPr>
        <w:t>ஒன்றிணையும்</w:t>
      </w:r>
      <w:r>
        <w:rPr>
          <w:rFonts w:ascii="Times New Roman" w:hAnsi="Times New Roman" w:eastAsia="Times New Roman" w:cs="Times New Roman"/>
        </w:rPr>
        <w:t xml:space="preserve"> </w:t>
      </w:r>
      <w:r>
        <w:rPr>
          <w:rFonts w:ascii="Nirmala UI" w:hAnsi="Nirmala UI" w:eastAsia="Nirmala UI" w:cs="Nirmala UI"/>
        </w:rPr>
        <w:t>அந்தத்</w:t>
      </w:r>
      <w:r>
        <w:rPr>
          <w:rFonts w:ascii="Times New Roman" w:hAnsi="Times New Roman" w:eastAsia="Times New Roman" w:cs="Times New Roman"/>
        </w:rPr>
        <w:t xml:space="preserve"> </w:t>
      </w:r>
      <w:r>
        <w:rPr>
          <w:rFonts w:ascii="Nirmala UI" w:hAnsi="Nirmala UI" w:eastAsia="Nirmala UI" w:cs="Nirmala UI"/>
        </w:rPr>
        <w:t>தூதன்</w:t>
      </w:r>
      <w:r>
        <w:rPr>
          <w:rFonts w:ascii="Times New Roman" w:hAnsi="Times New Roman" w:eastAsia="Times New Roman" w:cs="Times New Roman"/>
        </w:rPr>
        <w:t xml:space="preserve">, </w:t>
      </w:r>
      <w:r>
        <w:rPr>
          <w:rFonts w:ascii="Nirmala UI" w:hAnsi="Nirmala UI" w:eastAsia="Nirmala UI" w:cs="Nirmala UI"/>
        </w:rPr>
        <w:t>தன்</w:t>
      </w:r>
      <w:r>
        <w:rPr>
          <w:rFonts w:ascii="Times New Roman" w:hAnsi="Times New Roman" w:eastAsia="Times New Roman" w:cs="Times New Roman"/>
        </w:rPr>
        <w:t xml:space="preserve"> </w:t>
      </w:r>
      <w:r>
        <w:rPr>
          <w:rFonts w:ascii="Nirmala UI" w:hAnsi="Nirmala UI" w:eastAsia="Nirmala UI" w:cs="Nirmala UI"/>
        </w:rPr>
        <w:t>மகிமையினால்</w:t>
      </w:r>
      <w:r>
        <w:rPr>
          <w:rFonts w:ascii="Times New Roman" w:hAnsi="Times New Roman" w:eastAsia="Times New Roman" w:cs="Times New Roman"/>
        </w:rPr>
        <w:t xml:space="preserve"> </w:t>
      </w:r>
      <w:r>
        <w:rPr>
          <w:rFonts w:ascii="Nirmala UI" w:hAnsi="Nirmala UI" w:eastAsia="Nirmala UI" w:cs="Nirmala UI"/>
        </w:rPr>
        <w:t>முழு</w:t>
      </w:r>
      <w:r>
        <w:rPr>
          <w:rFonts w:ascii="Times New Roman" w:hAnsi="Times New Roman" w:eastAsia="Times New Roman" w:cs="Times New Roman"/>
        </w:rPr>
        <w:t xml:space="preserve"> </w:t>
      </w:r>
      <w:r>
        <w:rPr>
          <w:rFonts w:ascii="Nirmala UI" w:hAnsi="Nirmala UI" w:eastAsia="Nirmala UI" w:cs="Nirmala UI"/>
        </w:rPr>
        <w:t>பூமியையும்</w:t>
      </w:r>
      <w:r>
        <w:rPr>
          <w:rFonts w:ascii="Times New Roman" w:hAnsi="Times New Roman" w:eastAsia="Times New Roman" w:cs="Times New Roman"/>
        </w:rPr>
        <w:t xml:space="preserve"> </w:t>
      </w:r>
      <w:r>
        <w:rPr>
          <w:rFonts w:ascii="Nirmala UI" w:hAnsi="Nirmala UI" w:eastAsia="Nirmala UI" w:cs="Nirmala UI"/>
        </w:rPr>
        <w:t>ஒளியூட்ட</w:t>
      </w:r>
      <w:r>
        <w:rPr>
          <w:rFonts w:ascii="Times New Roman" w:hAnsi="Times New Roman" w:eastAsia="Times New Roman" w:cs="Times New Roman"/>
        </w:rPr>
        <w:t xml:space="preserve"> </w:t>
      </w:r>
      <w:r>
        <w:rPr>
          <w:rFonts w:ascii="Nirmala UI" w:hAnsi="Nirmala UI" w:eastAsia="Nirmala UI" w:cs="Nirmala UI"/>
        </w:rPr>
        <w:t>வேண்டும்</w:t>
      </w:r>
      <w:r>
        <w:rPr>
          <w:rFonts w:ascii="Times New Roman" w:hAnsi="Times New Roman" w:eastAsia="Times New Roman" w:cs="Times New Roman"/>
        </w:rPr>
        <w:t xml:space="preserve">. </w:t>
      </w:r>
      <w:r>
        <w:rPr>
          <w:rFonts w:ascii="Nirmala UI" w:hAnsi="Nirmala UI" w:eastAsia="Nirmala UI" w:cs="Nirmala UI"/>
        </w:rPr>
        <w:t>உலகமெங்கும்</w:t>
      </w:r>
      <w:r>
        <w:rPr>
          <w:rFonts w:ascii="Times New Roman" w:hAnsi="Times New Roman" w:eastAsia="Times New Roman" w:cs="Times New Roman"/>
        </w:rPr>
        <w:t xml:space="preserve"> </w:t>
      </w:r>
      <w:r>
        <w:rPr>
          <w:rFonts w:ascii="Nirmala UI" w:hAnsi="Nirmala UI" w:eastAsia="Nirmala UI" w:cs="Nirmala UI"/>
        </w:rPr>
        <w:t>விரியும்</w:t>
      </w:r>
      <w:r>
        <w:rPr>
          <w:rFonts w:ascii="Times New Roman" w:hAnsi="Times New Roman" w:eastAsia="Times New Roman" w:cs="Times New Roman"/>
        </w:rPr>
        <w:t xml:space="preserve"> </w:t>
      </w:r>
      <w:r>
        <w:rPr>
          <w:rFonts w:ascii="Nirmala UI" w:hAnsi="Nirmala UI" w:eastAsia="Nirmala UI" w:cs="Nirmala UI"/>
        </w:rPr>
        <w:t>பரப்பும்</w:t>
      </w:r>
      <w:r>
        <w:rPr>
          <w:rFonts w:ascii="Times New Roman" w:hAnsi="Times New Roman" w:eastAsia="Times New Roman" w:cs="Times New Roman"/>
        </w:rPr>
        <w:t xml:space="preserve"> </w:t>
      </w:r>
      <w:r>
        <w:rPr>
          <w:rFonts w:ascii="Nirmala UI" w:hAnsi="Nirmala UI" w:eastAsia="Nirmala UI" w:cs="Nirmala UI"/>
        </w:rPr>
        <w:t>அபூர்வமான</w:t>
      </w:r>
      <w:r>
        <w:rPr>
          <w:rFonts w:ascii="Times New Roman" w:hAnsi="Times New Roman" w:eastAsia="Times New Roman" w:cs="Times New Roman"/>
        </w:rPr>
        <w:t xml:space="preserve"> </w:t>
      </w:r>
      <w:r>
        <w:rPr>
          <w:rFonts w:ascii="Nirmala UI" w:hAnsi="Nirmala UI" w:eastAsia="Nirmala UI" w:cs="Nirmala UI"/>
        </w:rPr>
        <w:t>வல்லமையும்</w:t>
      </w:r>
      <w:r>
        <w:rPr>
          <w:rFonts w:ascii="Times New Roman" w:hAnsi="Times New Roman" w:eastAsia="Times New Roman" w:cs="Times New Roman"/>
        </w:rPr>
        <w:t xml:space="preserve"> </w:t>
      </w:r>
      <w:r>
        <w:rPr>
          <w:rFonts w:ascii="Nirmala UI" w:hAnsi="Nirmala UI" w:eastAsia="Nirmala UI" w:cs="Nirmala UI"/>
        </w:rPr>
        <w:t>உடைய</w:t>
      </w:r>
      <w:r>
        <w:rPr>
          <w:rFonts w:ascii="Times New Roman" w:hAnsi="Times New Roman" w:eastAsia="Times New Roman" w:cs="Times New Roman"/>
        </w:rPr>
        <w:t xml:space="preserve"> </w:t>
      </w:r>
      <w:r>
        <w:rPr>
          <w:rFonts w:ascii="Nirmala UI" w:hAnsi="Nirmala UI" w:eastAsia="Nirmala UI" w:cs="Nirmala UI"/>
        </w:rPr>
        <w:t>ஒரு</w:t>
      </w:r>
      <w:r>
        <w:rPr>
          <w:rFonts w:ascii="Times New Roman" w:hAnsi="Times New Roman" w:eastAsia="Times New Roman" w:cs="Times New Roman"/>
        </w:rPr>
        <w:t xml:space="preserve"> </w:t>
      </w:r>
      <w:r>
        <w:rPr>
          <w:rFonts w:ascii="Nirmala UI" w:hAnsi="Nirmala UI" w:eastAsia="Nirmala UI" w:cs="Nirmala UI"/>
        </w:rPr>
        <w:t>கிரியை</w:t>
      </w:r>
      <w:r>
        <w:rPr>
          <w:rFonts w:ascii="Times New Roman" w:hAnsi="Times New Roman" w:eastAsia="Times New Roman" w:cs="Times New Roman"/>
        </w:rPr>
        <w:t xml:space="preserve"> </w:t>
      </w:r>
      <w:r>
        <w:rPr>
          <w:rFonts w:ascii="Nirmala UI" w:hAnsi="Nirmala UI" w:eastAsia="Nirmala UI" w:cs="Nirmala UI"/>
        </w:rPr>
        <w:t>இங்கே</w:t>
      </w:r>
      <w:r>
        <w:rPr>
          <w:rFonts w:ascii="Times New Roman" w:hAnsi="Times New Roman" w:eastAsia="Times New Roman" w:cs="Times New Roman"/>
        </w:rPr>
        <w:t xml:space="preserve"> </w:t>
      </w:r>
      <w:r>
        <w:rPr>
          <w:rFonts w:ascii="Nirmala UI" w:hAnsi="Nirmala UI" w:eastAsia="Nirmala UI" w:cs="Nirmala UI"/>
        </w:rPr>
        <w:t>முன்னறிவிக்கப்படுகிறது</w:t>
      </w:r>
      <w:r>
        <w:rPr>
          <w:rFonts w:ascii="Times New Roman" w:hAnsi="Times New Roman" w:eastAsia="Times New Roman" w:cs="Times New Roman"/>
        </w:rPr>
        <w:t xml:space="preserve">. 1840–44 </w:t>
      </w:r>
      <w:r>
        <w:rPr>
          <w:rFonts w:ascii="Nirmala UI" w:hAnsi="Nirmala UI" w:eastAsia="Nirmala UI" w:cs="Nirmala UI"/>
        </w:rPr>
        <w:t>ஆம்</w:t>
      </w:r>
      <w:r>
        <w:rPr>
          <w:rFonts w:ascii="Times New Roman" w:hAnsi="Times New Roman" w:eastAsia="Times New Roman" w:cs="Times New Roman"/>
        </w:rPr>
        <w:t xml:space="preserve"> </w:t>
      </w:r>
      <w:r>
        <w:rPr>
          <w:rFonts w:ascii="Nirmala UI" w:hAnsi="Nirmala UI" w:eastAsia="Nirmala UI" w:cs="Nirmala UI"/>
        </w:rPr>
        <w:t>ஆண்டுகளின்</w:t>
      </w:r>
      <w:r>
        <w:rPr>
          <w:rFonts w:ascii="Times New Roman" w:hAnsi="Times New Roman" w:eastAsia="Times New Roman" w:cs="Times New Roman"/>
        </w:rPr>
        <w:t xml:space="preserve"> </w:t>
      </w:r>
      <w:r>
        <w:rPr>
          <w:rFonts w:ascii="Nirmala UI" w:hAnsi="Nirmala UI" w:eastAsia="Nirmala UI" w:cs="Nirmala UI"/>
        </w:rPr>
        <w:t>வருகை</w:t>
      </w:r>
      <w:r>
        <w:rPr>
          <w:rFonts w:ascii="Times New Roman" w:hAnsi="Times New Roman" w:eastAsia="Times New Roman" w:cs="Times New Roman"/>
        </w:rPr>
        <w:t xml:space="preserve"> </w:t>
      </w:r>
      <w:r>
        <w:rPr>
          <w:rFonts w:ascii="Nirmala UI" w:hAnsi="Nirmala UI" w:eastAsia="Nirmala UI" w:cs="Nirmala UI"/>
        </w:rPr>
        <w:t>இயக்கம்</w:t>
      </w:r>
      <w:r>
        <w:rPr>
          <w:rFonts w:ascii="Times New Roman" w:hAnsi="Times New Roman" w:eastAsia="Times New Roman" w:cs="Times New Roman"/>
        </w:rPr>
        <w:t xml:space="preserve">, </w:t>
      </w:r>
      <w:r>
        <w:rPr>
          <w:rFonts w:ascii="Nirmala UI" w:hAnsi="Nirmala UI" w:eastAsia="Nirmala UI" w:cs="Nirmala UI"/>
        </w:rPr>
        <w:t>தேவனுடைய</w:t>
      </w:r>
      <w:r>
        <w:rPr>
          <w:rFonts w:ascii="Times New Roman" w:hAnsi="Times New Roman" w:eastAsia="Times New Roman" w:cs="Times New Roman"/>
        </w:rPr>
        <w:t xml:space="preserve"> </w:t>
      </w:r>
      <w:r>
        <w:rPr>
          <w:rFonts w:ascii="Nirmala UI" w:hAnsi="Nirmala UI" w:eastAsia="Nirmala UI" w:cs="Nirmala UI"/>
        </w:rPr>
        <w:t>வல்லமையின்</w:t>
      </w:r>
      <w:r>
        <w:rPr>
          <w:rFonts w:ascii="Times New Roman" w:hAnsi="Times New Roman" w:eastAsia="Times New Roman" w:cs="Times New Roman"/>
        </w:rPr>
        <w:t xml:space="preserve"> </w:t>
      </w:r>
      <w:r>
        <w:rPr>
          <w:rFonts w:ascii="Nirmala UI" w:hAnsi="Nirmala UI" w:eastAsia="Nirmala UI" w:cs="Nirmala UI"/>
        </w:rPr>
        <w:t>மகத்தான</w:t>
      </w:r>
      <w:r>
        <w:rPr>
          <w:rFonts w:ascii="Times New Roman" w:hAnsi="Times New Roman" w:eastAsia="Times New Roman" w:cs="Times New Roman"/>
        </w:rPr>
        <w:t xml:space="preserve"> </w:t>
      </w:r>
      <w:r>
        <w:rPr>
          <w:rFonts w:ascii="Nirmala UI" w:hAnsi="Nirmala UI" w:eastAsia="Nirmala UI" w:cs="Nirmala UI"/>
        </w:rPr>
        <w:t>வெளிப்பாடாக</w:t>
      </w:r>
      <w:r>
        <w:rPr>
          <w:rFonts w:ascii="Times New Roman" w:hAnsi="Times New Roman" w:eastAsia="Times New Roman" w:cs="Times New Roman"/>
        </w:rPr>
        <w:t xml:space="preserve"> </w:t>
      </w:r>
      <w:r>
        <w:rPr>
          <w:rFonts w:ascii="Nirmala UI" w:hAnsi="Nirmala UI" w:eastAsia="Nirmala UI" w:cs="Nirmala UI"/>
        </w:rPr>
        <w:t>இருந்தது</w:t>
      </w:r>
      <w:r>
        <w:rPr>
          <w:rFonts w:ascii="Times New Roman" w:hAnsi="Times New Roman" w:eastAsia="Times New Roman" w:cs="Times New Roman"/>
        </w:rPr>
        <w:t xml:space="preserve">; </w:t>
      </w:r>
      <w:r>
        <w:rPr>
          <w:rFonts w:ascii="Nirmala UI" w:hAnsi="Nirmala UI" w:eastAsia="Nirmala UI" w:cs="Nirmala UI"/>
        </w:rPr>
        <w:t>முதல்</w:t>
      </w:r>
      <w:r>
        <w:rPr>
          <w:rFonts w:ascii="Times New Roman" w:hAnsi="Times New Roman" w:eastAsia="Times New Roman" w:cs="Times New Roman"/>
        </w:rPr>
        <w:t xml:space="preserve"> </w:t>
      </w:r>
      <w:r>
        <w:rPr>
          <w:rFonts w:ascii="Nirmala UI" w:hAnsi="Nirmala UI" w:eastAsia="Nirmala UI" w:cs="Nirmala UI"/>
        </w:rPr>
        <w:t>தூதனுடைய</w:t>
      </w:r>
      <w:r>
        <w:rPr>
          <w:rFonts w:ascii="Times New Roman" w:hAnsi="Times New Roman" w:eastAsia="Times New Roman" w:cs="Times New Roman"/>
        </w:rPr>
        <w:t xml:space="preserve"> </w:t>
      </w:r>
      <w:r>
        <w:rPr>
          <w:rFonts w:ascii="Nirmala UI" w:hAnsi="Nirmala UI" w:eastAsia="Nirmala UI" w:cs="Nirmala UI"/>
        </w:rPr>
        <w:t>செய்தி</w:t>
      </w:r>
      <w:r>
        <w:rPr>
          <w:rFonts w:ascii="Times New Roman" w:hAnsi="Times New Roman" w:eastAsia="Times New Roman" w:cs="Times New Roman"/>
        </w:rPr>
        <w:t xml:space="preserve"> </w:t>
      </w:r>
      <w:r>
        <w:rPr>
          <w:rFonts w:ascii="Nirmala UI" w:hAnsi="Nirmala UI" w:eastAsia="Nirmala UI" w:cs="Nirmala UI"/>
        </w:rPr>
        <w:t>உலகிலுள்ள</w:t>
      </w:r>
      <w:r>
        <w:rPr>
          <w:rFonts w:ascii="Times New Roman" w:hAnsi="Times New Roman" w:eastAsia="Times New Roman" w:cs="Times New Roman"/>
        </w:rPr>
        <w:t xml:space="preserve"> </w:t>
      </w:r>
      <w:r>
        <w:rPr>
          <w:rFonts w:ascii="Nirmala UI" w:hAnsi="Nirmala UI" w:eastAsia="Nirmala UI" w:cs="Nirmala UI"/>
        </w:rPr>
        <w:t>ஒவ்வொரு</w:t>
      </w:r>
      <w:r>
        <w:rPr>
          <w:rFonts w:ascii="Times New Roman" w:hAnsi="Times New Roman" w:eastAsia="Times New Roman" w:cs="Times New Roman"/>
        </w:rPr>
        <w:t xml:space="preserve"> </w:t>
      </w:r>
      <w:r>
        <w:rPr>
          <w:rFonts w:ascii="Nirmala UI" w:hAnsi="Nirmala UI" w:eastAsia="Nirmala UI" w:cs="Nirmala UI"/>
        </w:rPr>
        <w:t>மிஷனரி</w:t>
      </w:r>
      <w:r>
        <w:rPr>
          <w:rFonts w:ascii="Times New Roman" w:hAnsi="Times New Roman" w:eastAsia="Times New Roman" w:cs="Times New Roman"/>
        </w:rPr>
        <w:t xml:space="preserve"> </w:t>
      </w:r>
      <w:r>
        <w:rPr>
          <w:rFonts w:ascii="Nirmala UI" w:hAnsi="Nirmala UI" w:eastAsia="Nirmala UI" w:cs="Nirmala UI"/>
        </w:rPr>
        <w:t>நிலையத்திற்கும்</w:t>
      </w:r>
      <w:r>
        <w:rPr>
          <w:rFonts w:ascii="Times New Roman" w:hAnsi="Times New Roman" w:eastAsia="Times New Roman" w:cs="Times New Roman"/>
        </w:rPr>
        <w:t xml:space="preserve"> </w:t>
      </w:r>
      <w:r>
        <w:rPr>
          <w:rFonts w:ascii="Nirmala UI" w:hAnsi="Nirmala UI" w:eastAsia="Nirmala UI" w:cs="Nirmala UI"/>
        </w:rPr>
        <w:t>எடுத்துச்</w:t>
      </w:r>
      <w:r>
        <w:rPr>
          <w:rFonts w:ascii="Times New Roman" w:hAnsi="Times New Roman" w:eastAsia="Times New Roman" w:cs="Times New Roman"/>
        </w:rPr>
        <w:t xml:space="preserve"> </w:t>
      </w:r>
      <w:r>
        <w:rPr>
          <w:rFonts w:ascii="Nirmala UI" w:hAnsi="Nirmala UI" w:eastAsia="Nirmala UI" w:cs="Nirmala UI"/>
        </w:rPr>
        <w:t>செல்லப்பட்டது</w:t>
      </w:r>
      <w:r>
        <w:rPr>
          <w:rFonts w:ascii="Times New Roman" w:hAnsi="Times New Roman" w:eastAsia="Times New Roman" w:cs="Times New Roman"/>
        </w:rPr>
        <w:t xml:space="preserve">; </w:t>
      </w:r>
      <w:r>
        <w:rPr>
          <w:rFonts w:ascii="Nirmala UI" w:hAnsi="Nirmala UI" w:eastAsia="Nirmala UI" w:cs="Nirmala UI"/>
        </w:rPr>
        <w:t>மேலும்</w:t>
      </w:r>
      <w:r>
        <w:rPr>
          <w:rFonts w:ascii="Times New Roman" w:hAnsi="Times New Roman" w:eastAsia="Times New Roman" w:cs="Times New Roman"/>
        </w:rPr>
        <w:t xml:space="preserve"> </w:t>
      </w:r>
      <w:r>
        <w:rPr>
          <w:rFonts w:ascii="Nirmala UI" w:hAnsi="Nirmala UI" w:eastAsia="Nirmala UI" w:cs="Nirmala UI"/>
        </w:rPr>
        <w:t>சில</w:t>
      </w:r>
      <w:r>
        <w:rPr>
          <w:rFonts w:ascii="Times New Roman" w:hAnsi="Times New Roman" w:eastAsia="Times New Roman" w:cs="Times New Roman"/>
        </w:rPr>
        <w:t xml:space="preserve"> </w:t>
      </w:r>
      <w:r>
        <w:rPr>
          <w:rFonts w:ascii="Nirmala UI" w:hAnsi="Nirmala UI" w:eastAsia="Nirmala UI" w:cs="Nirmala UI"/>
        </w:rPr>
        <w:t>நாடுகளில்</w:t>
      </w:r>
      <w:r>
        <w:rPr>
          <w:rFonts w:ascii="Times New Roman" w:hAnsi="Times New Roman" w:eastAsia="Times New Roman" w:cs="Times New Roman"/>
        </w:rPr>
        <w:t xml:space="preserve">, </w:t>
      </w:r>
      <w:r>
        <w:rPr>
          <w:rFonts w:ascii="Nirmala UI" w:hAnsi="Nirmala UI" w:eastAsia="Nirmala UI" w:cs="Nirmala UI"/>
        </w:rPr>
        <w:t>பதினாறாம்</w:t>
      </w:r>
      <w:r>
        <w:rPr>
          <w:rFonts w:ascii="Times New Roman" w:hAnsi="Times New Roman" w:eastAsia="Times New Roman" w:cs="Times New Roman"/>
        </w:rPr>
        <w:t xml:space="preserve"> </w:t>
      </w:r>
      <w:r>
        <w:rPr>
          <w:rFonts w:ascii="Nirmala UI" w:hAnsi="Nirmala UI" w:eastAsia="Nirmala UI" w:cs="Nirmala UI"/>
        </w:rPr>
        <w:t>நூற்றாண்டின்</w:t>
      </w:r>
      <w:r>
        <w:rPr>
          <w:rFonts w:ascii="Times New Roman" w:hAnsi="Times New Roman" w:eastAsia="Times New Roman" w:cs="Times New Roman"/>
        </w:rPr>
        <w:t xml:space="preserve"> </w:t>
      </w:r>
      <w:r>
        <w:rPr>
          <w:rFonts w:ascii="Nirmala UI" w:hAnsi="Nirmala UI" w:eastAsia="Nirmala UI" w:cs="Nirmala UI"/>
        </w:rPr>
        <w:t>மறுமலர்ச்சிக்குப்</w:t>
      </w:r>
      <w:r>
        <w:rPr>
          <w:rFonts w:ascii="Times New Roman" w:hAnsi="Times New Roman" w:eastAsia="Times New Roman" w:cs="Times New Roman"/>
        </w:rPr>
        <w:t xml:space="preserve"> </w:t>
      </w:r>
      <w:r>
        <w:rPr>
          <w:rFonts w:ascii="Nirmala UI" w:hAnsi="Nirmala UI" w:eastAsia="Nirmala UI" w:cs="Nirmala UI"/>
        </w:rPr>
        <w:t>பிறகு</w:t>
      </w:r>
      <w:r>
        <w:rPr>
          <w:rFonts w:ascii="Times New Roman" w:hAnsi="Times New Roman" w:eastAsia="Times New Roman" w:cs="Times New Roman"/>
        </w:rPr>
        <w:t xml:space="preserve"> </w:t>
      </w:r>
      <w:r>
        <w:rPr>
          <w:rFonts w:ascii="Nirmala UI" w:hAnsi="Nirmala UI" w:eastAsia="Nirmala UI" w:cs="Nirmala UI"/>
        </w:rPr>
        <w:t>எந்த</w:t>
      </w:r>
      <w:r>
        <w:rPr>
          <w:rFonts w:ascii="Times New Roman" w:hAnsi="Times New Roman" w:eastAsia="Times New Roman" w:cs="Times New Roman"/>
        </w:rPr>
        <w:t xml:space="preserve"> </w:t>
      </w:r>
      <w:r>
        <w:rPr>
          <w:rFonts w:ascii="Nirmala UI" w:hAnsi="Nirmala UI" w:eastAsia="Nirmala UI" w:cs="Nirmala UI"/>
        </w:rPr>
        <w:t>நாட்டிலும்</w:t>
      </w:r>
      <w:r>
        <w:rPr>
          <w:rFonts w:ascii="Times New Roman" w:hAnsi="Times New Roman" w:eastAsia="Times New Roman" w:cs="Times New Roman"/>
        </w:rPr>
        <w:t xml:space="preserve"> </w:t>
      </w:r>
      <w:r>
        <w:rPr>
          <w:rFonts w:ascii="Nirmala UI" w:hAnsi="Nirmala UI" w:eastAsia="Nirmala UI" w:cs="Nirmala UI"/>
        </w:rPr>
        <w:t>காணப்பட்டதிலுமப்பெரிய</w:t>
      </w:r>
      <w:r>
        <w:rPr>
          <w:rFonts w:ascii="Times New Roman" w:hAnsi="Times New Roman" w:eastAsia="Times New Roman" w:cs="Times New Roman"/>
        </w:rPr>
        <w:t xml:space="preserve"> </w:t>
      </w:r>
      <w:r>
        <w:rPr>
          <w:rFonts w:ascii="Nirmala UI" w:hAnsi="Nirmala UI" w:eastAsia="Nirmala UI" w:cs="Nirmala UI"/>
        </w:rPr>
        <w:t>மதஆர்வம்</w:t>
      </w:r>
      <w:r>
        <w:rPr>
          <w:rFonts w:ascii="Times New Roman" w:hAnsi="Times New Roman" w:eastAsia="Times New Roman" w:cs="Times New Roman"/>
        </w:rPr>
        <w:t xml:space="preserve"> </w:t>
      </w:r>
      <w:r>
        <w:rPr>
          <w:rFonts w:ascii="Nirmala UI" w:hAnsi="Nirmala UI" w:eastAsia="Nirmala UI" w:cs="Nirmala UI"/>
        </w:rPr>
        <w:t>தோன்றியது</w:t>
      </w:r>
      <w:r>
        <w:rPr>
          <w:rFonts w:ascii="Times New Roman" w:hAnsi="Times New Roman" w:eastAsia="Times New Roman" w:cs="Times New Roman"/>
        </w:rPr>
        <w:t xml:space="preserve">; </w:t>
      </w:r>
      <w:r>
        <w:rPr>
          <w:rFonts w:ascii="Nirmala UI" w:hAnsi="Nirmala UI" w:eastAsia="Nirmala UI" w:cs="Nirmala UI"/>
        </w:rPr>
        <w:t>ஆனாலும்</w:t>
      </w:r>
      <w:r>
        <w:rPr>
          <w:rFonts w:ascii="Times New Roman" w:hAnsi="Times New Roman" w:eastAsia="Times New Roman" w:cs="Times New Roman"/>
        </w:rPr>
        <w:t xml:space="preserve">, </w:t>
      </w:r>
      <w:r>
        <w:rPr>
          <w:rFonts w:ascii="Nirmala UI" w:hAnsi="Nirmala UI" w:eastAsia="Nirmala UI" w:cs="Nirmala UI"/>
        </w:rPr>
        <w:t>இவையெல்லாம்</w:t>
      </w:r>
      <w:r>
        <w:rPr>
          <w:rFonts w:ascii="Times New Roman" w:hAnsi="Times New Roman" w:eastAsia="Times New Roman" w:cs="Times New Roman"/>
        </w:rPr>
        <w:t xml:space="preserve"> </w:t>
      </w:r>
      <w:r>
        <w:rPr>
          <w:rFonts w:ascii="Nirmala UI" w:hAnsi="Nirmala UI" w:eastAsia="Nirmala UI" w:cs="Nirmala UI"/>
        </w:rPr>
        <w:t>மூன்றாம்</w:t>
      </w:r>
      <w:r>
        <w:rPr>
          <w:rFonts w:ascii="Times New Roman" w:hAnsi="Times New Roman" w:eastAsia="Times New Roman" w:cs="Times New Roman"/>
        </w:rPr>
        <w:t xml:space="preserve"> </w:t>
      </w:r>
      <w:r>
        <w:rPr>
          <w:rFonts w:ascii="Nirmala UI" w:hAnsi="Nirmala UI" w:eastAsia="Nirmala UI" w:cs="Nirmala UI"/>
        </w:rPr>
        <w:t>தூதனுடைய</w:t>
      </w:r>
      <w:r>
        <w:rPr>
          <w:rFonts w:ascii="Times New Roman" w:hAnsi="Times New Roman" w:eastAsia="Times New Roman" w:cs="Times New Roman"/>
        </w:rPr>
        <w:t xml:space="preserve"> </w:t>
      </w:r>
      <w:r>
        <w:rPr>
          <w:rFonts w:ascii="Nirmala UI" w:hAnsi="Nirmala UI" w:eastAsia="Nirmala UI" w:cs="Nirmala UI"/>
        </w:rPr>
        <w:t>கடைசி</w:t>
      </w:r>
      <w:r>
        <w:rPr>
          <w:rFonts w:ascii="Times New Roman" w:hAnsi="Times New Roman" w:eastAsia="Times New Roman" w:cs="Times New Roman"/>
        </w:rPr>
        <w:t xml:space="preserve"> </w:t>
      </w:r>
      <w:r>
        <w:rPr>
          <w:rFonts w:ascii="Nirmala UI" w:hAnsi="Nirmala UI" w:eastAsia="Nirmala UI" w:cs="Nirmala UI"/>
        </w:rPr>
        <w:t>எச்சரிக்கையின்</w:t>
      </w:r>
      <w:r>
        <w:rPr>
          <w:rFonts w:ascii="Times New Roman" w:hAnsi="Times New Roman" w:eastAsia="Times New Roman" w:cs="Times New Roman"/>
        </w:rPr>
        <w:t xml:space="preserve"> </w:t>
      </w:r>
      <w:r>
        <w:rPr>
          <w:rFonts w:ascii="Nirmala UI" w:hAnsi="Nirmala UI" w:eastAsia="Nirmala UI" w:cs="Nirmala UI"/>
        </w:rPr>
        <w:t>கீழ்</w:t>
      </w:r>
      <w:r>
        <w:rPr>
          <w:rFonts w:ascii="Times New Roman" w:hAnsi="Times New Roman" w:eastAsia="Times New Roman" w:cs="Times New Roman"/>
        </w:rPr>
        <w:t xml:space="preserve"> </w:t>
      </w:r>
      <w:r>
        <w:rPr>
          <w:rFonts w:ascii="Nirmala UI" w:hAnsi="Nirmala UI" w:eastAsia="Nirmala UI" w:cs="Nirmala UI"/>
        </w:rPr>
        <w:t>எழும்</w:t>
      </w:r>
      <w:r>
        <w:rPr>
          <w:rFonts w:ascii="Times New Roman" w:hAnsi="Times New Roman" w:eastAsia="Times New Roman" w:cs="Times New Roman"/>
        </w:rPr>
        <w:t xml:space="preserve"> </w:t>
      </w:r>
      <w:r>
        <w:rPr>
          <w:rFonts w:ascii="Nirmala UI" w:hAnsi="Nirmala UI" w:eastAsia="Nirmala UI" w:cs="Nirmala UI"/>
        </w:rPr>
        <w:t>வல்லமையுள்ள</w:t>
      </w:r>
      <w:r>
        <w:rPr>
          <w:rFonts w:ascii="Times New Roman" w:hAnsi="Times New Roman" w:eastAsia="Times New Roman" w:cs="Times New Roman"/>
        </w:rPr>
        <w:t xml:space="preserve"> </w:t>
      </w:r>
      <w:r>
        <w:rPr>
          <w:rFonts w:ascii="Nirmala UI" w:hAnsi="Nirmala UI" w:eastAsia="Nirmala UI" w:cs="Nirmala UI"/>
        </w:rPr>
        <w:t>இயக்கத்தினால்</w:t>
      </w:r>
      <w:r>
        <w:rPr>
          <w:rFonts w:ascii="Times New Roman" w:hAnsi="Times New Roman" w:eastAsia="Times New Roman" w:cs="Times New Roman"/>
        </w:rPr>
        <w:t xml:space="preserve"> </w:t>
      </w:r>
      <w:r>
        <w:rPr>
          <w:rFonts w:ascii="Nirmala UI" w:hAnsi="Nirmala UI" w:eastAsia="Nirmala UI" w:cs="Nirmala UI"/>
        </w:rPr>
        <w:t>மீறப்படவிருக்கின்றன</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“Kerja itu akan serupa dengan kerja pada Hari Pentakosta. Sebagaimana ‘hujan awal’ telah dikaruniakan, dalam pencurahan Roh Kudus pada permulaan Injil, untuk menyebabkan benih yang berharga itu bertunas, demikian pula ‘hujan akhir’ akan dikaruniakan pada penutupnya untuk mematangkan tuaian. ‘Maka kita akan mengetahui, jika kita terus berusaha mengenal TUHAN; kedatangan-Nya sudah pasti seperti fajar; dan Ia akan datang kepada kita seperti hujan, seperti hujan akhir dan hujan awal ke atas bumi.’ Hosea 6:3. ‘Sebab itu, hai anak-anak Sion, bersukacitalah dan bergembiralah di dalam TUHAN, Allahmu; karena Ia telah mengaruniakan kepadamu hujan awal dengan secukupnya, dan Ia akan menurunkan bagimu hujan, hujan awal, dan hujan akhir.’ Joel 2:23. ‘Pada hari-hari terakhir, firman Allah, Aku akan mencurahkan Roh-Ku ke atas semua manusia.’ ‘Dan akan terjadi, bahwa setiap orang yang berseru kepada nama Tuhan akan diselamatkan.’ Acts 2:17, 21.”</w:t>
      </w:r>
    </w:p>
    <w:p>
      <w:pPr>
        <w:pStyle w:val="ArticleScripture"/>
        <w:jc w:val="left"/>
      </w:pPr>
      <w:r>
        <w:rPr>
          <w:rFonts w:ascii="Times New Roman" w:hAnsi="Times New Roman" w:eastAsia="Times New Roman" w:cs="Times New Roman"/>
        </w:rPr>
        <w:t>“</w:t>
      </w:r>
      <w:r>
        <w:rPr>
          <w:rFonts w:ascii="Nirmala UI" w:hAnsi="Nirmala UI" w:eastAsia="Nirmala UI" w:cs="Nirmala UI"/>
        </w:rPr>
        <w:t>ಪವಿತ್ರ</w:t>
      </w:r>
      <w:r>
        <w:rPr>
          <w:rFonts w:ascii="Times New Roman" w:hAnsi="Times New Roman" w:eastAsia="Times New Roman" w:cs="Times New Roman"/>
        </w:rPr>
        <w:t xml:space="preserve"> </w:t>
      </w:r>
      <w:r>
        <w:rPr>
          <w:rFonts w:ascii="Nirmala UI" w:hAnsi="Nirmala UI" w:eastAsia="Nirmala UI" w:cs="Nirmala UI"/>
        </w:rPr>
        <w:t>ಸುವಾರ್ತೆಯ</w:t>
      </w:r>
      <w:r>
        <w:rPr>
          <w:rFonts w:ascii="Times New Roman" w:hAnsi="Times New Roman" w:eastAsia="Times New Roman" w:cs="Times New Roman"/>
        </w:rPr>
        <w:t xml:space="preserve"> </w:t>
      </w:r>
      <w:r>
        <w:rPr>
          <w:rFonts w:ascii="Nirmala UI" w:hAnsi="Nirmala UI" w:eastAsia="Nirmala UI" w:cs="Nirmala UI"/>
        </w:rPr>
        <w:t>ಮಹಾಕಾರ್ಯವು</w:t>
      </w:r>
      <w:r>
        <w:rPr>
          <w:rFonts w:ascii="Times New Roman" w:hAnsi="Times New Roman" w:eastAsia="Times New Roman" w:cs="Times New Roman"/>
        </w:rPr>
        <w:t xml:space="preserve"> </w:t>
      </w:r>
      <w:r>
        <w:rPr>
          <w:rFonts w:ascii="Nirmala UI" w:hAnsi="Nirmala UI" w:eastAsia="Nirmala UI" w:cs="Nirmala UI"/>
        </w:rPr>
        <w:t>ಅದರ</w:t>
      </w:r>
      <w:r>
        <w:rPr>
          <w:rFonts w:ascii="Times New Roman" w:hAnsi="Times New Roman" w:eastAsia="Times New Roman" w:cs="Times New Roman"/>
        </w:rPr>
        <w:t xml:space="preserve"> </w:t>
      </w:r>
      <w:r>
        <w:rPr>
          <w:rFonts w:ascii="Nirmala UI" w:hAnsi="Nirmala UI" w:eastAsia="Nirmala UI" w:cs="Nirmala UI"/>
        </w:rPr>
        <w:t>ಆರಂಭವನ್ನು</w:t>
      </w:r>
      <w:r>
        <w:rPr>
          <w:rFonts w:ascii="Times New Roman" w:hAnsi="Times New Roman" w:eastAsia="Times New Roman" w:cs="Times New Roman"/>
        </w:rPr>
        <w:t xml:space="preserve"> </w:t>
      </w:r>
      <w:r>
        <w:rPr>
          <w:rFonts w:ascii="Nirmala UI" w:hAnsi="Nirmala UI" w:eastAsia="Nirmala UI" w:cs="Nirmala UI"/>
        </w:rPr>
        <w:t>ಗುರುತಿಸಿದ</w:t>
      </w:r>
      <w:r>
        <w:rPr>
          <w:rFonts w:ascii="Times New Roman" w:hAnsi="Times New Roman" w:eastAsia="Times New Roman" w:cs="Times New Roman"/>
        </w:rPr>
        <w:t xml:space="preserve"> </w:t>
      </w:r>
      <w:r>
        <w:rPr>
          <w:rFonts w:ascii="Nirmala UI" w:hAnsi="Nirmala UI" w:eastAsia="Nirmala UI" w:cs="Nirmala UI"/>
        </w:rPr>
        <w:t>ದೇವರ</w:t>
      </w:r>
      <w:r>
        <w:rPr>
          <w:rFonts w:ascii="Times New Roman" w:hAnsi="Times New Roman" w:eastAsia="Times New Roman" w:cs="Times New Roman"/>
        </w:rPr>
        <w:t xml:space="preserve"> </w:t>
      </w:r>
      <w:r>
        <w:rPr>
          <w:rFonts w:ascii="Nirmala UI" w:hAnsi="Nirmala UI" w:eastAsia="Nirmala UI" w:cs="Nirmala UI"/>
        </w:rPr>
        <w:t>ಶಕ್ತಿಯ</w:t>
      </w:r>
      <w:r>
        <w:rPr>
          <w:rFonts w:ascii="Times New Roman" w:hAnsi="Times New Roman" w:eastAsia="Times New Roman" w:cs="Times New Roman"/>
        </w:rPr>
        <w:t xml:space="preserve"> </w:t>
      </w:r>
      <w:r>
        <w:rPr>
          <w:rFonts w:ascii="Nirmala UI" w:hAnsi="Nirmala UI" w:eastAsia="Nirmala UI" w:cs="Nirmala UI"/>
        </w:rPr>
        <w:t>ಪ್ರಕಾಶಕ್ಕಿಂತ</w:t>
      </w:r>
      <w:r>
        <w:rPr>
          <w:rFonts w:ascii="Times New Roman" w:hAnsi="Times New Roman" w:eastAsia="Times New Roman" w:cs="Times New Roman"/>
        </w:rPr>
        <w:t xml:space="preserve"> </w:t>
      </w:r>
      <w:r>
        <w:rPr>
          <w:rFonts w:ascii="Nirmala UI" w:hAnsi="Nirmala UI" w:eastAsia="Nirmala UI" w:cs="Nirmala UI"/>
        </w:rPr>
        <w:t>ಕಡಿಮೆಯಾದ</w:t>
      </w:r>
      <w:r>
        <w:rPr>
          <w:rFonts w:ascii="Times New Roman" w:hAnsi="Times New Roman" w:eastAsia="Times New Roman" w:cs="Times New Roman"/>
        </w:rPr>
        <w:t xml:space="preserve"> </w:t>
      </w:r>
      <w:r>
        <w:rPr>
          <w:rFonts w:ascii="Nirmala UI" w:hAnsi="Nirmala UI" w:eastAsia="Nirmala UI" w:cs="Nirmala UI"/>
        </w:rPr>
        <w:t>ಪ್ರಕಾಶದೊಂದಿಗೆ</w:t>
      </w:r>
      <w:r>
        <w:rPr>
          <w:rFonts w:ascii="Times New Roman" w:hAnsi="Times New Roman" w:eastAsia="Times New Roman" w:cs="Times New Roman"/>
        </w:rPr>
        <w:t xml:space="preserve"> </w:t>
      </w:r>
      <w:r>
        <w:rPr>
          <w:rFonts w:ascii="Nirmala UI" w:hAnsi="Nirmala UI" w:eastAsia="Nirmala UI" w:cs="Nirmala UI"/>
        </w:rPr>
        <w:t>ಅಂತ್ಯಗೊಳ್ಳುವದಿಲ್ಲ</w:t>
      </w:r>
      <w:r>
        <w:rPr>
          <w:rFonts w:ascii="Times New Roman" w:hAnsi="Times New Roman" w:eastAsia="Times New Roman" w:cs="Times New Roman"/>
        </w:rPr>
        <w:t xml:space="preserve">. </w:t>
      </w:r>
      <w:r>
        <w:rPr>
          <w:rFonts w:ascii="Nirmala UI" w:hAnsi="Nirmala UI" w:eastAsia="Nirmala UI" w:cs="Nirmala UI"/>
        </w:rPr>
        <w:t>ಸುವಾರ್ತೆಯ</w:t>
      </w:r>
      <w:r>
        <w:rPr>
          <w:rFonts w:ascii="Times New Roman" w:hAnsi="Times New Roman" w:eastAsia="Times New Roman" w:cs="Times New Roman"/>
        </w:rPr>
        <w:t xml:space="preserve"> </w:t>
      </w:r>
      <w:r>
        <w:rPr>
          <w:rFonts w:ascii="Nirmala UI" w:hAnsi="Nirmala UI" w:eastAsia="Nirmala UI" w:cs="Nirmala UI"/>
        </w:rPr>
        <w:t>ಆರಂಭದಲ್ಲಿ</w:t>
      </w:r>
      <w:r>
        <w:rPr>
          <w:rFonts w:ascii="Times New Roman" w:hAnsi="Times New Roman" w:eastAsia="Times New Roman" w:cs="Times New Roman"/>
        </w:rPr>
        <w:t xml:space="preserve"> </w:t>
      </w:r>
      <w:r>
        <w:rPr>
          <w:rFonts w:ascii="Nirmala UI" w:hAnsi="Nirmala UI" w:eastAsia="Nirmala UI" w:cs="Nirmala UI"/>
        </w:rPr>
        <w:t>ಪೂರ್ವಮಳೆಯ</w:t>
      </w:r>
      <w:r>
        <w:rPr>
          <w:rFonts w:ascii="Times New Roman" w:hAnsi="Times New Roman" w:eastAsia="Times New Roman" w:cs="Times New Roman"/>
        </w:rPr>
        <w:t xml:space="preserve"> </w:t>
      </w:r>
      <w:r>
        <w:rPr>
          <w:rFonts w:ascii="Nirmala UI" w:hAnsi="Nirmala UI" w:eastAsia="Nirmala UI" w:cs="Nirmala UI"/>
        </w:rPr>
        <w:t>ಸುರಿಮಳೆಯಲ್ಲಿಯೇ</w:t>
      </w:r>
      <w:r>
        <w:rPr>
          <w:rFonts w:ascii="Times New Roman" w:hAnsi="Times New Roman" w:eastAsia="Times New Roman" w:cs="Times New Roman"/>
        </w:rPr>
        <w:t xml:space="preserve"> </w:t>
      </w:r>
      <w:r>
        <w:rPr>
          <w:rFonts w:ascii="Nirmala UI" w:hAnsi="Nirmala UI" w:eastAsia="Nirmala UI" w:cs="Nirmala UI"/>
        </w:rPr>
        <w:t>ನೆರವೇರಿದ</w:t>
      </w:r>
      <w:r>
        <w:rPr>
          <w:rFonts w:ascii="Times New Roman" w:hAnsi="Times New Roman" w:eastAsia="Times New Roman" w:cs="Times New Roman"/>
        </w:rPr>
        <w:t xml:space="preserve"> </w:t>
      </w:r>
      <w:r>
        <w:rPr>
          <w:rFonts w:ascii="Nirmala UI" w:hAnsi="Nirmala UI" w:eastAsia="Nirmala UI" w:cs="Nirmala UI"/>
        </w:rPr>
        <w:t>ಪ್ರವಾದನೆಗಳು</w:t>
      </w:r>
      <w:r>
        <w:rPr>
          <w:rFonts w:ascii="Times New Roman" w:hAnsi="Times New Roman" w:eastAsia="Times New Roman" w:cs="Times New Roman"/>
        </w:rPr>
        <w:t xml:space="preserve">, </w:t>
      </w:r>
      <w:r>
        <w:rPr>
          <w:rFonts w:ascii="Nirmala UI" w:hAnsi="Nirmala UI" w:eastAsia="Nirmala UI" w:cs="Nirmala UI"/>
        </w:rPr>
        <w:t>ಅದರ</w:t>
      </w:r>
      <w:r>
        <w:rPr>
          <w:rFonts w:ascii="Times New Roman" w:hAnsi="Times New Roman" w:eastAsia="Times New Roman" w:cs="Times New Roman"/>
        </w:rPr>
        <w:t xml:space="preserve"> </w:t>
      </w:r>
      <w:r>
        <w:rPr>
          <w:rFonts w:ascii="Nirmala UI" w:hAnsi="Nirmala UI" w:eastAsia="Nirmala UI" w:cs="Nirmala UI"/>
        </w:rPr>
        <w:t>ಅಂತ್ಯದಲ್ಲಿ</w:t>
      </w:r>
      <w:r>
        <w:rPr>
          <w:rFonts w:ascii="Times New Roman" w:hAnsi="Times New Roman" w:eastAsia="Times New Roman" w:cs="Times New Roman"/>
        </w:rPr>
        <w:t xml:space="preserve"> </w:t>
      </w:r>
      <w:r>
        <w:rPr>
          <w:rFonts w:ascii="Nirmala UI" w:hAnsi="Nirmala UI" w:eastAsia="Nirmala UI" w:cs="Nirmala UI"/>
        </w:rPr>
        <w:t>ಉತ್ತರಮಳೆಯಲ್ಲಿಯೂ</w:t>
      </w:r>
      <w:r>
        <w:rPr>
          <w:rFonts w:ascii="Times New Roman" w:hAnsi="Times New Roman" w:eastAsia="Times New Roman" w:cs="Times New Roman"/>
        </w:rPr>
        <w:t xml:space="preserve"> </w:t>
      </w:r>
      <w:r>
        <w:rPr>
          <w:rFonts w:ascii="Nirmala UI" w:hAnsi="Nirmala UI" w:eastAsia="Nirmala UI" w:cs="Nirmala UI"/>
        </w:rPr>
        <w:t>ಮತ್ತೆ</w:t>
      </w:r>
      <w:r>
        <w:rPr>
          <w:rFonts w:ascii="Times New Roman" w:hAnsi="Times New Roman" w:eastAsia="Times New Roman" w:cs="Times New Roman"/>
        </w:rPr>
        <w:t xml:space="preserve"> </w:t>
      </w:r>
      <w:r>
        <w:rPr>
          <w:rFonts w:ascii="Nirmala UI" w:hAnsi="Nirmala UI" w:eastAsia="Nirmala UI" w:cs="Nirmala UI"/>
        </w:rPr>
        <w:t>ನೆರವೇರಬೇಕಾಗಿವೆ</w:t>
      </w:r>
      <w:r>
        <w:rPr>
          <w:rFonts w:ascii="Times New Roman" w:hAnsi="Times New Roman" w:eastAsia="Times New Roman" w:cs="Times New Roman"/>
        </w:rPr>
        <w:t xml:space="preserve">. </w:t>
      </w:r>
      <w:r>
        <w:rPr>
          <w:rFonts w:ascii="Nirmala UI" w:hAnsi="Nirmala UI" w:eastAsia="Nirmala UI" w:cs="Nirmala UI"/>
        </w:rPr>
        <w:t>ಅಪೋಸ್ತಲ</w:t>
      </w:r>
      <w:r>
        <w:rPr>
          <w:rFonts w:ascii="Times New Roman" w:hAnsi="Times New Roman" w:eastAsia="Times New Roman" w:cs="Times New Roman"/>
        </w:rPr>
        <w:t xml:space="preserve"> </w:t>
      </w:r>
      <w:r>
        <w:rPr>
          <w:rFonts w:ascii="Nirmala UI" w:hAnsi="Nirmala UI" w:eastAsia="Nirmala UI" w:cs="Nirmala UI"/>
        </w:rPr>
        <w:t>ಪೇತ್ರನು</w:t>
      </w:r>
      <w:r>
        <w:rPr>
          <w:rFonts w:ascii="Times New Roman" w:hAnsi="Times New Roman" w:eastAsia="Times New Roman" w:cs="Times New Roman"/>
        </w:rPr>
        <w:t xml:space="preserve"> </w:t>
      </w:r>
      <w:r>
        <w:rPr>
          <w:rFonts w:ascii="Nirmala UI" w:hAnsi="Nirmala UI" w:eastAsia="Nirmala UI" w:cs="Nirmala UI"/>
        </w:rPr>
        <w:t>ಹೀಗೆಂದು</w:t>
      </w:r>
      <w:r>
        <w:rPr>
          <w:rFonts w:ascii="Times New Roman" w:hAnsi="Times New Roman" w:eastAsia="Times New Roman" w:cs="Times New Roman"/>
        </w:rPr>
        <w:t xml:space="preserve"> </w:t>
      </w:r>
      <w:r>
        <w:rPr>
          <w:rFonts w:ascii="Nirmala UI" w:hAnsi="Nirmala UI" w:eastAsia="Nirmala UI" w:cs="Nirmala UI"/>
        </w:rPr>
        <w:t>ಮುಂಚಿತವಾಗಿ</w:t>
      </w:r>
      <w:r>
        <w:rPr>
          <w:rFonts w:ascii="Times New Roman" w:hAnsi="Times New Roman" w:eastAsia="Times New Roman" w:cs="Times New Roman"/>
        </w:rPr>
        <w:t xml:space="preserve"> </w:t>
      </w:r>
      <w:r>
        <w:rPr>
          <w:rFonts w:ascii="Nirmala UI" w:hAnsi="Nirmala UI" w:eastAsia="Nirmala UI" w:cs="Nirmala UI"/>
        </w:rPr>
        <w:t>ನಿರೀಕ್ಷಿಸಿದ</w:t>
      </w:r>
      <w:r>
        <w:rPr>
          <w:rFonts w:ascii="Times New Roman" w:hAnsi="Times New Roman" w:eastAsia="Times New Roman" w:cs="Times New Roman"/>
        </w:rPr>
        <w:t xml:space="preserve"> ‘</w:t>
      </w:r>
      <w:r>
        <w:rPr>
          <w:rFonts w:ascii="Nirmala UI" w:hAnsi="Nirmala UI" w:eastAsia="Nirmala UI" w:cs="Nirmala UI"/>
        </w:rPr>
        <w:t>ಶಾಂತಿದಾಯಕ</w:t>
      </w:r>
      <w:r>
        <w:rPr>
          <w:rFonts w:ascii="Times New Roman" w:hAnsi="Times New Roman" w:eastAsia="Times New Roman" w:cs="Times New Roman"/>
        </w:rPr>
        <w:t xml:space="preserve"> </w:t>
      </w:r>
      <w:r>
        <w:rPr>
          <w:rFonts w:ascii="Nirmala UI" w:hAnsi="Nirmala UI" w:eastAsia="Nirmala UI" w:cs="Nirmala UI"/>
        </w:rPr>
        <w:t>ಕಾಲಗಳು</w:t>
      </w:r>
      <w:r>
        <w:rPr>
          <w:rFonts w:ascii="Times New Roman" w:hAnsi="Times New Roman" w:eastAsia="Times New Roman" w:cs="Times New Roman"/>
        </w:rPr>
        <w:t xml:space="preserve">’ </w:t>
      </w:r>
      <w:r>
        <w:rPr>
          <w:rFonts w:ascii="Nirmala UI" w:hAnsi="Nirmala UI" w:eastAsia="Nirmala UI" w:cs="Nirmala UI"/>
        </w:rPr>
        <w:t>ಇಲ್ಲಿವೆ</w:t>
      </w:r>
      <w:r>
        <w:rPr>
          <w:rFonts w:ascii="Times New Roman" w:hAnsi="Times New Roman" w:eastAsia="Times New Roman" w:cs="Times New Roman"/>
        </w:rPr>
        <w:t>: ‘</w:t>
      </w:r>
      <w:r>
        <w:rPr>
          <w:rFonts w:ascii="Nirmala UI" w:hAnsi="Nirmala UI" w:eastAsia="Nirmala UI" w:cs="Nirmala UI"/>
        </w:rPr>
        <w:t>ಆದದರಿಂದ</w:t>
      </w:r>
      <w:r>
        <w:rPr>
          <w:rFonts w:ascii="Times New Roman" w:hAnsi="Times New Roman" w:eastAsia="Times New Roman" w:cs="Times New Roman"/>
        </w:rPr>
        <w:t xml:space="preserve"> </w:t>
      </w:r>
      <w:r>
        <w:rPr>
          <w:rFonts w:ascii="Nirmala UI" w:hAnsi="Nirmala UI" w:eastAsia="Nirmala UI" w:cs="Nirmala UI"/>
        </w:rPr>
        <w:t>ನೀವು</w:t>
      </w:r>
      <w:r>
        <w:rPr>
          <w:rFonts w:ascii="Times New Roman" w:hAnsi="Times New Roman" w:eastAsia="Times New Roman" w:cs="Times New Roman"/>
        </w:rPr>
        <w:t xml:space="preserve"> </w:t>
      </w:r>
      <w:r>
        <w:rPr>
          <w:rFonts w:ascii="Nirmala UI" w:hAnsi="Nirmala UI" w:eastAsia="Nirmala UI" w:cs="Nirmala UI"/>
        </w:rPr>
        <w:t>ಪಶ್ಚಾತ್ತಾಪಪಟ್ಟು</w:t>
      </w:r>
      <w:r>
        <w:rPr>
          <w:rFonts w:ascii="Times New Roman" w:hAnsi="Times New Roman" w:eastAsia="Times New Roman" w:cs="Times New Roman"/>
        </w:rPr>
        <w:t xml:space="preserve"> </w:t>
      </w:r>
      <w:r>
        <w:rPr>
          <w:rFonts w:ascii="Nirmala UI" w:hAnsi="Nirmala UI" w:eastAsia="Nirmala UI" w:cs="Nirmala UI"/>
        </w:rPr>
        <w:t>ಪರಿವರ್ತಿತರಾಗಿರಿ</w:t>
      </w:r>
      <w:r>
        <w:rPr>
          <w:rFonts w:ascii="Times New Roman" w:hAnsi="Times New Roman" w:eastAsia="Times New Roman" w:cs="Times New Roman"/>
        </w:rPr>
        <w:t xml:space="preserve">; </w:t>
      </w:r>
      <w:r>
        <w:rPr>
          <w:rFonts w:ascii="Nirmala UI" w:hAnsi="Nirmala UI" w:eastAsia="Nirmala UI" w:cs="Nirmala UI"/>
        </w:rPr>
        <w:t>ಹೀಗೆ</w:t>
      </w:r>
      <w:r>
        <w:rPr>
          <w:rFonts w:ascii="Times New Roman" w:hAnsi="Times New Roman" w:eastAsia="Times New Roman" w:cs="Times New Roman"/>
        </w:rPr>
        <w:t xml:space="preserve"> </w:t>
      </w:r>
      <w:r>
        <w:rPr>
          <w:rFonts w:ascii="Nirmala UI" w:hAnsi="Nirmala UI" w:eastAsia="Nirmala UI" w:cs="Nirmala UI"/>
        </w:rPr>
        <w:t>ನಿಮ್ಮ</w:t>
      </w:r>
      <w:r>
        <w:rPr>
          <w:rFonts w:ascii="Times New Roman" w:hAnsi="Times New Roman" w:eastAsia="Times New Roman" w:cs="Times New Roman"/>
        </w:rPr>
        <w:t xml:space="preserve"> </w:t>
      </w:r>
      <w:r>
        <w:rPr>
          <w:rFonts w:ascii="Nirmala UI" w:hAnsi="Nirmala UI" w:eastAsia="Nirmala UI" w:cs="Nirmala UI"/>
        </w:rPr>
        <w:t>ಪಾಪಗಳು</w:t>
      </w:r>
      <w:r>
        <w:rPr>
          <w:rFonts w:ascii="Times New Roman" w:hAnsi="Times New Roman" w:eastAsia="Times New Roman" w:cs="Times New Roman"/>
        </w:rPr>
        <w:t xml:space="preserve"> </w:t>
      </w:r>
      <w:r>
        <w:rPr>
          <w:rFonts w:ascii="Nirmala UI" w:hAnsi="Nirmala UI" w:eastAsia="Nirmala UI" w:cs="Nirmala UI"/>
        </w:rPr>
        <w:t>ಅಳಿದುಹೋಗುವವು</w:t>
      </w:r>
      <w:r>
        <w:rPr>
          <w:rFonts w:ascii="Times New Roman" w:hAnsi="Times New Roman" w:eastAsia="Times New Roman" w:cs="Times New Roman"/>
        </w:rPr>
        <w:t xml:space="preserve">; </w:t>
      </w:r>
      <w:r>
        <w:rPr>
          <w:rFonts w:ascii="Nirmala UI" w:hAnsi="Nirmala UI" w:eastAsia="Nirmala UI" w:cs="Nirmala UI"/>
        </w:rPr>
        <w:t>ಆಗ</w:t>
      </w:r>
      <w:r>
        <w:rPr>
          <w:rFonts w:ascii="Times New Roman" w:hAnsi="Times New Roman" w:eastAsia="Times New Roman" w:cs="Times New Roman"/>
        </w:rPr>
        <w:t xml:space="preserve"> </w:t>
      </w:r>
      <w:r>
        <w:rPr>
          <w:rFonts w:ascii="Nirmala UI" w:hAnsi="Nirmala UI" w:eastAsia="Nirmala UI" w:cs="Nirmala UI"/>
        </w:rPr>
        <w:t>ಕರ್ತನ</w:t>
      </w:r>
      <w:r>
        <w:rPr>
          <w:rFonts w:ascii="Times New Roman" w:hAnsi="Times New Roman" w:eastAsia="Times New Roman" w:cs="Times New Roman"/>
        </w:rPr>
        <w:t xml:space="preserve"> </w:t>
      </w:r>
      <w:r>
        <w:rPr>
          <w:rFonts w:ascii="Nirmala UI" w:hAnsi="Nirmala UI" w:eastAsia="Nirmala UI" w:cs="Nirmala UI"/>
        </w:rPr>
        <w:t>ಸನ್ನಿಧಿಯಿಂದ</w:t>
      </w:r>
      <w:r>
        <w:rPr>
          <w:rFonts w:ascii="Times New Roman" w:hAnsi="Times New Roman" w:eastAsia="Times New Roman" w:cs="Times New Roman"/>
        </w:rPr>
        <w:t xml:space="preserve"> </w:t>
      </w:r>
      <w:r>
        <w:rPr>
          <w:rFonts w:ascii="Nirmala UI" w:hAnsi="Nirmala UI" w:eastAsia="Nirmala UI" w:cs="Nirmala UI"/>
        </w:rPr>
        <w:t>ಶಾಂತಿದಾಯಕ</w:t>
      </w:r>
      <w:r>
        <w:rPr>
          <w:rFonts w:ascii="Times New Roman" w:hAnsi="Times New Roman" w:eastAsia="Times New Roman" w:cs="Times New Roman"/>
        </w:rPr>
        <w:t xml:space="preserve"> </w:t>
      </w:r>
      <w:r>
        <w:rPr>
          <w:rFonts w:ascii="Nirmala UI" w:hAnsi="Nirmala UI" w:eastAsia="Nirmala UI" w:cs="Nirmala UI"/>
        </w:rPr>
        <w:t>ಕಾಲಗಳು</w:t>
      </w:r>
      <w:r>
        <w:rPr>
          <w:rFonts w:ascii="Times New Roman" w:hAnsi="Times New Roman" w:eastAsia="Times New Roman" w:cs="Times New Roman"/>
        </w:rPr>
        <w:t xml:space="preserve"> </w:t>
      </w:r>
      <w:r>
        <w:rPr>
          <w:rFonts w:ascii="Nirmala UI" w:hAnsi="Nirmala UI" w:eastAsia="Nirmala UI" w:cs="Nirmala UI"/>
        </w:rPr>
        <w:t>ಬರುವುದು</w:t>
      </w:r>
      <w:r>
        <w:rPr>
          <w:rFonts w:ascii="Times New Roman" w:hAnsi="Times New Roman" w:eastAsia="Times New Roman" w:cs="Times New Roman"/>
        </w:rPr>
        <w:t xml:space="preserve">; </w:t>
      </w:r>
      <w:r>
        <w:rPr>
          <w:rFonts w:ascii="Nirmala UI" w:hAnsi="Nirmala UI" w:eastAsia="Nirmala UI" w:cs="Nirmala UI"/>
        </w:rPr>
        <w:t>ಮತ್ತು</w:t>
      </w:r>
      <w:r>
        <w:rPr>
          <w:rFonts w:ascii="Times New Roman" w:hAnsi="Times New Roman" w:eastAsia="Times New Roman" w:cs="Times New Roman"/>
        </w:rPr>
        <w:t xml:space="preserve"> </w:t>
      </w:r>
      <w:r>
        <w:rPr>
          <w:rFonts w:ascii="Nirmala UI" w:hAnsi="Nirmala UI" w:eastAsia="Nirmala UI" w:cs="Nirmala UI"/>
        </w:rPr>
        <w:t>ಆತನು</w:t>
      </w:r>
      <w:r>
        <w:rPr>
          <w:rFonts w:ascii="Times New Roman" w:hAnsi="Times New Roman" w:eastAsia="Times New Roman" w:cs="Times New Roman"/>
        </w:rPr>
        <w:t xml:space="preserve"> </w:t>
      </w:r>
      <w:r>
        <w:rPr>
          <w:rFonts w:ascii="Nirmala UI" w:hAnsi="Nirmala UI" w:eastAsia="Nirmala UI" w:cs="Nirmala UI"/>
        </w:rPr>
        <w:t>ಯೇಸುವನ್ನು</w:t>
      </w:r>
      <w:r>
        <w:rPr>
          <w:rFonts w:ascii="Times New Roman" w:hAnsi="Times New Roman" w:eastAsia="Times New Roman" w:cs="Times New Roman"/>
        </w:rPr>
        <w:t xml:space="preserve"> </w:t>
      </w:r>
      <w:r>
        <w:rPr>
          <w:rFonts w:ascii="Nirmala UI" w:hAnsi="Nirmala UI" w:eastAsia="Nirmala UI" w:cs="Nirmala UI"/>
        </w:rPr>
        <w:t>ಕಳುಹಿಸುವನು</w:t>
      </w:r>
      <w:r>
        <w:rPr>
          <w:rFonts w:ascii="Times New Roman" w:hAnsi="Times New Roman" w:eastAsia="Times New Roman" w:cs="Times New Roman"/>
        </w:rPr>
        <w:t xml:space="preserve">.’ </w:t>
      </w:r>
      <w:r>
        <w:rPr>
          <w:rFonts w:ascii="Nirmala UI" w:hAnsi="Nirmala UI" w:eastAsia="Nirmala UI" w:cs="Nirmala UI"/>
        </w:rPr>
        <w:t>ಕೃತ್ಯಗಳು</w:t>
      </w:r>
      <w:r>
        <w:rPr>
          <w:rFonts w:ascii="Times New Roman" w:hAnsi="Times New Roman" w:eastAsia="Times New Roman" w:cs="Times New Roman"/>
        </w:rPr>
        <w:t xml:space="preserve"> 3:19, 20.”</w:t>
      </w:r>
    </w:p>
    <w:p>
      <w:pPr>
        <w:pStyle w:val="ArticleScripture"/>
        <w:jc w:val="left"/>
      </w:pPr>
      <w:r>
        <w:rPr>
          <w:rFonts w:ascii="Times New Roman" w:hAnsi="Times New Roman" w:eastAsia="Times New Roman" w:cs="Times New Roman"/>
        </w:rPr>
        <w:t>“</w:t>
      </w:r>
      <w:r>
        <w:rPr>
          <w:rFonts w:ascii="Nirmala UI" w:hAnsi="Nirmala UI" w:eastAsia="Nirmala UI" w:cs="Nirmala UI"/>
        </w:rPr>
        <w:t>பரிசுத்த</w:t>
      </w:r>
      <w:r>
        <w:rPr>
          <w:rFonts w:ascii="Times New Roman" w:hAnsi="Times New Roman" w:eastAsia="Times New Roman" w:cs="Times New Roman"/>
        </w:rPr>
        <w:t xml:space="preserve"> </w:t>
      </w:r>
      <w:r>
        <w:rPr>
          <w:rFonts w:ascii="Nirmala UI" w:hAnsi="Nirmala UI" w:eastAsia="Nirmala UI" w:cs="Nirmala UI"/>
        </w:rPr>
        <w:t>அர்ப்பணிப்பினால்</w:t>
      </w:r>
      <w:r>
        <w:rPr>
          <w:rFonts w:ascii="Times New Roman" w:hAnsi="Times New Roman" w:eastAsia="Times New Roman" w:cs="Times New Roman"/>
        </w:rPr>
        <w:t xml:space="preserve"> </w:t>
      </w:r>
      <w:r>
        <w:rPr>
          <w:rFonts w:ascii="Nirmala UI" w:hAnsi="Nirmala UI" w:eastAsia="Nirmala UI" w:cs="Nirmala UI"/>
        </w:rPr>
        <w:t>ஒளிர்ந்து</w:t>
      </w:r>
      <w:r>
        <w:rPr>
          <w:rFonts w:ascii="Times New Roman" w:hAnsi="Times New Roman" w:eastAsia="Times New Roman" w:cs="Times New Roman"/>
        </w:rPr>
        <w:t xml:space="preserve"> </w:t>
      </w:r>
      <w:r>
        <w:rPr>
          <w:rFonts w:ascii="Nirmala UI" w:hAnsi="Nirmala UI" w:eastAsia="Nirmala UI" w:cs="Nirmala UI"/>
        </w:rPr>
        <w:t>பிரகாசிக்கும்</w:t>
      </w:r>
      <w:r>
        <w:rPr>
          <w:rFonts w:ascii="Times New Roman" w:hAnsi="Times New Roman" w:eastAsia="Times New Roman" w:cs="Times New Roman"/>
        </w:rPr>
        <w:t xml:space="preserve"> </w:t>
      </w:r>
      <w:r>
        <w:rPr>
          <w:rFonts w:ascii="Nirmala UI" w:hAnsi="Nirmala UI" w:eastAsia="Nirmala UI" w:cs="Nirmala UI"/>
        </w:rPr>
        <w:t>முகங்களையுடைய</w:t>
      </w:r>
      <w:r>
        <w:rPr>
          <w:rFonts w:ascii="Times New Roman" w:hAnsi="Times New Roman" w:eastAsia="Times New Roman" w:cs="Times New Roman"/>
        </w:rPr>
        <w:t xml:space="preserve"> </w:t>
      </w:r>
      <w:r>
        <w:rPr>
          <w:rFonts w:ascii="Nirmala UI" w:hAnsi="Nirmala UI" w:eastAsia="Nirmala UI" w:cs="Nirmala UI"/>
        </w:rPr>
        <w:t>தேவனுடைய</w:t>
      </w:r>
      <w:r>
        <w:rPr>
          <w:rFonts w:ascii="Times New Roman" w:hAnsi="Times New Roman" w:eastAsia="Times New Roman" w:cs="Times New Roman"/>
        </w:rPr>
        <w:t xml:space="preserve"> </w:t>
      </w:r>
      <w:r>
        <w:rPr>
          <w:rFonts w:ascii="Nirmala UI" w:hAnsi="Nirmala UI" w:eastAsia="Nirmala UI" w:cs="Nirmala UI"/>
        </w:rPr>
        <w:t>ஊழியக்காரர்கள்</w:t>
      </w:r>
      <w:r>
        <w:rPr>
          <w:rFonts w:ascii="Times New Roman" w:hAnsi="Times New Roman" w:eastAsia="Times New Roman" w:cs="Times New Roman"/>
        </w:rPr>
        <w:t xml:space="preserve">, </w:t>
      </w:r>
      <w:r>
        <w:rPr>
          <w:rFonts w:ascii="Nirmala UI" w:hAnsi="Nirmala UI" w:eastAsia="Nirmala UI" w:cs="Nirmala UI"/>
        </w:rPr>
        <w:t>பரலோகத்திலிருந்து</w:t>
      </w:r>
      <w:r>
        <w:rPr>
          <w:rFonts w:ascii="Times New Roman" w:hAnsi="Times New Roman" w:eastAsia="Times New Roman" w:cs="Times New Roman"/>
        </w:rPr>
        <w:t xml:space="preserve"> </w:t>
      </w:r>
      <w:r>
        <w:rPr>
          <w:rFonts w:ascii="Nirmala UI" w:hAnsi="Nirmala UI" w:eastAsia="Nirmala UI" w:cs="Nirmala UI"/>
        </w:rPr>
        <w:t>வந்த</w:t>
      </w:r>
      <w:r>
        <w:rPr>
          <w:rFonts w:ascii="Times New Roman" w:hAnsi="Times New Roman" w:eastAsia="Times New Roman" w:cs="Times New Roman"/>
        </w:rPr>
        <w:t xml:space="preserve"> </w:t>
      </w:r>
      <w:r>
        <w:rPr>
          <w:rFonts w:ascii="Nirmala UI" w:hAnsi="Nirmala UI" w:eastAsia="Nirmala UI" w:cs="Nirmala UI"/>
        </w:rPr>
        <w:t>செய்தியை</w:t>
      </w:r>
      <w:r>
        <w:rPr>
          <w:rFonts w:ascii="Times New Roman" w:hAnsi="Times New Roman" w:eastAsia="Times New Roman" w:cs="Times New Roman"/>
        </w:rPr>
        <w:t xml:space="preserve"> </w:t>
      </w:r>
      <w:r>
        <w:rPr>
          <w:rFonts w:ascii="Nirmala UI" w:hAnsi="Nirmala UI" w:eastAsia="Nirmala UI" w:cs="Nirmala UI"/>
        </w:rPr>
        <w:t>அறிவிக்க</w:t>
      </w:r>
      <w:r>
        <w:rPr>
          <w:rFonts w:ascii="Times New Roman" w:hAnsi="Times New Roman" w:eastAsia="Times New Roman" w:cs="Times New Roman"/>
        </w:rPr>
        <w:t xml:space="preserve"> </w:t>
      </w:r>
      <w:r>
        <w:rPr>
          <w:rFonts w:ascii="Nirmala UI" w:hAnsi="Nirmala UI" w:eastAsia="Nirmala UI" w:cs="Nirmala UI"/>
        </w:rPr>
        <w:t>இடமிருந்து</w:t>
      </w:r>
      <w:r>
        <w:rPr>
          <w:rFonts w:ascii="Times New Roman" w:hAnsi="Times New Roman" w:eastAsia="Times New Roman" w:cs="Times New Roman"/>
        </w:rPr>
        <w:t xml:space="preserve"> </w:t>
      </w:r>
      <w:r>
        <w:rPr>
          <w:rFonts w:ascii="Nirmala UI" w:hAnsi="Nirmala UI" w:eastAsia="Nirmala UI" w:cs="Nirmala UI"/>
        </w:rPr>
        <w:t>இடம்</w:t>
      </w:r>
      <w:r>
        <w:rPr>
          <w:rFonts w:ascii="Times New Roman" w:hAnsi="Times New Roman" w:eastAsia="Times New Roman" w:cs="Times New Roman"/>
        </w:rPr>
        <w:t xml:space="preserve"> </w:t>
      </w:r>
      <w:r>
        <w:rPr>
          <w:rFonts w:ascii="Nirmala UI" w:hAnsi="Nirmala UI" w:eastAsia="Nirmala UI" w:cs="Nirmala UI"/>
        </w:rPr>
        <w:t>விரைவாகச்</w:t>
      </w:r>
      <w:r>
        <w:rPr>
          <w:rFonts w:ascii="Times New Roman" w:hAnsi="Times New Roman" w:eastAsia="Times New Roman" w:cs="Times New Roman"/>
        </w:rPr>
        <w:t xml:space="preserve"> </w:t>
      </w:r>
      <w:r>
        <w:rPr>
          <w:rFonts w:ascii="Nirmala UI" w:hAnsi="Nirmala UI" w:eastAsia="Nirmala UI" w:cs="Nirmala UI"/>
        </w:rPr>
        <w:t>செல்வார்கள்</w:t>
      </w:r>
      <w:r>
        <w:rPr>
          <w:rFonts w:ascii="Times New Roman" w:hAnsi="Times New Roman" w:eastAsia="Times New Roman" w:cs="Times New Roman"/>
        </w:rPr>
        <w:t xml:space="preserve">. </w:t>
      </w:r>
      <w:r>
        <w:rPr>
          <w:rFonts w:ascii="Nirmala UI" w:hAnsi="Nirmala UI" w:eastAsia="Nirmala UI" w:cs="Nirmala UI"/>
        </w:rPr>
        <w:t>பூமியெங்கும்</w:t>
      </w:r>
      <w:r>
        <w:rPr>
          <w:rFonts w:ascii="Times New Roman" w:hAnsi="Times New Roman" w:eastAsia="Times New Roman" w:cs="Times New Roman"/>
        </w:rPr>
        <w:t xml:space="preserve"> </w:t>
      </w:r>
      <w:r>
        <w:rPr>
          <w:rFonts w:ascii="Nirmala UI" w:hAnsi="Nirmala UI" w:eastAsia="Nirmala UI" w:cs="Nirmala UI"/>
        </w:rPr>
        <w:t>ஆயிரக்கணக்கான</w:t>
      </w:r>
      <w:r>
        <w:rPr>
          <w:rFonts w:ascii="Times New Roman" w:hAnsi="Times New Roman" w:eastAsia="Times New Roman" w:cs="Times New Roman"/>
        </w:rPr>
        <w:t xml:space="preserve"> </w:t>
      </w:r>
      <w:r>
        <w:rPr>
          <w:rFonts w:ascii="Nirmala UI" w:hAnsi="Nirmala UI" w:eastAsia="Nirmala UI" w:cs="Nirmala UI"/>
        </w:rPr>
        <w:t>குரல்களினால்</w:t>
      </w:r>
      <w:r>
        <w:rPr>
          <w:rFonts w:ascii="Times New Roman" w:hAnsi="Times New Roman" w:eastAsia="Times New Roman" w:cs="Times New Roman"/>
        </w:rPr>
        <w:t xml:space="preserve"> </w:t>
      </w:r>
      <w:r>
        <w:rPr>
          <w:rFonts w:ascii="Nirmala UI" w:hAnsi="Nirmala UI" w:eastAsia="Nirmala UI" w:cs="Nirmala UI"/>
        </w:rPr>
        <w:t>எச்சரிக்கை</w:t>
      </w:r>
      <w:r>
        <w:rPr>
          <w:rFonts w:ascii="Times New Roman" w:hAnsi="Times New Roman" w:eastAsia="Times New Roman" w:cs="Times New Roman"/>
        </w:rPr>
        <w:t xml:space="preserve"> </w:t>
      </w:r>
      <w:r>
        <w:rPr>
          <w:rFonts w:ascii="Nirmala UI" w:hAnsi="Nirmala UI" w:eastAsia="Nirmala UI" w:cs="Nirmala UI"/>
        </w:rPr>
        <w:t>அறிவிக்கப்படும்</w:t>
      </w:r>
      <w:r>
        <w:rPr>
          <w:rFonts w:ascii="Times New Roman" w:hAnsi="Times New Roman" w:eastAsia="Times New Roman" w:cs="Times New Roman"/>
        </w:rPr>
        <w:t xml:space="preserve">. </w:t>
      </w:r>
      <w:r>
        <w:rPr>
          <w:rFonts w:ascii="Nirmala UI" w:hAnsi="Nirmala UI" w:eastAsia="Nirmala UI" w:cs="Nirmala UI"/>
        </w:rPr>
        <w:t>அதிசயங்கள்</w:t>
      </w:r>
      <w:r>
        <w:rPr>
          <w:rFonts w:ascii="Times New Roman" w:hAnsi="Times New Roman" w:eastAsia="Times New Roman" w:cs="Times New Roman"/>
        </w:rPr>
        <w:t xml:space="preserve"> </w:t>
      </w:r>
      <w:r>
        <w:rPr>
          <w:rFonts w:ascii="Nirmala UI" w:hAnsi="Nirmala UI" w:eastAsia="Nirmala UI" w:cs="Nirmala UI"/>
        </w:rPr>
        <w:t>செய்யப்படும்</w:t>
      </w:r>
      <w:r>
        <w:rPr>
          <w:rFonts w:ascii="Times New Roman" w:hAnsi="Times New Roman" w:eastAsia="Times New Roman" w:cs="Times New Roman"/>
        </w:rPr>
        <w:t xml:space="preserve">, </w:t>
      </w:r>
      <w:r>
        <w:rPr>
          <w:rFonts w:ascii="Nirmala UI" w:hAnsi="Nirmala UI" w:eastAsia="Nirmala UI" w:cs="Nirmala UI"/>
        </w:rPr>
        <w:t>நோயாளிகள்</w:t>
      </w:r>
      <w:r>
        <w:rPr>
          <w:rFonts w:ascii="Times New Roman" w:hAnsi="Times New Roman" w:eastAsia="Times New Roman" w:cs="Times New Roman"/>
        </w:rPr>
        <w:t xml:space="preserve"> </w:t>
      </w:r>
      <w:r>
        <w:rPr>
          <w:rFonts w:ascii="Nirmala UI" w:hAnsi="Nirmala UI" w:eastAsia="Nirmala UI" w:cs="Nirmala UI"/>
        </w:rPr>
        <w:t>சுகமாக்கப்படுவார்கள்</w:t>
      </w:r>
      <w:r>
        <w:rPr>
          <w:rFonts w:ascii="Times New Roman" w:hAnsi="Times New Roman" w:eastAsia="Times New Roman" w:cs="Times New Roman"/>
        </w:rPr>
        <w:t xml:space="preserve">, </w:t>
      </w:r>
      <w:r>
        <w:rPr>
          <w:rFonts w:ascii="Nirmala UI" w:hAnsi="Nirmala UI" w:eastAsia="Nirmala UI" w:cs="Nirmala UI"/>
        </w:rPr>
        <w:t>அடையாளங்களும்</w:t>
      </w:r>
      <w:r>
        <w:rPr>
          <w:rFonts w:ascii="Times New Roman" w:hAnsi="Times New Roman" w:eastAsia="Times New Roman" w:cs="Times New Roman"/>
        </w:rPr>
        <w:t xml:space="preserve"> </w:t>
      </w:r>
      <w:r>
        <w:rPr>
          <w:rFonts w:ascii="Nirmala UI" w:hAnsi="Nirmala UI" w:eastAsia="Nirmala UI" w:cs="Nirmala UI"/>
        </w:rPr>
        <w:t>அற்புதங்களும்</w:t>
      </w:r>
      <w:r>
        <w:rPr>
          <w:rFonts w:ascii="Times New Roman" w:hAnsi="Times New Roman" w:eastAsia="Times New Roman" w:cs="Times New Roman"/>
        </w:rPr>
        <w:t xml:space="preserve"> </w:t>
      </w:r>
      <w:r>
        <w:rPr>
          <w:rFonts w:ascii="Nirmala UI" w:hAnsi="Nirmala UI" w:eastAsia="Nirmala UI" w:cs="Nirmala UI"/>
        </w:rPr>
        <w:t>விசுவாசிகளுக்குப்</w:t>
      </w:r>
      <w:r>
        <w:rPr>
          <w:rFonts w:ascii="Times New Roman" w:hAnsi="Times New Roman" w:eastAsia="Times New Roman" w:cs="Times New Roman"/>
        </w:rPr>
        <w:t xml:space="preserve"> </w:t>
      </w:r>
      <w:r>
        <w:rPr>
          <w:rFonts w:ascii="Nirmala UI" w:hAnsi="Nirmala UI" w:eastAsia="Nirmala UI" w:cs="Nirmala UI"/>
        </w:rPr>
        <w:t>பின்பற்றிவரும்</w:t>
      </w:r>
      <w:r>
        <w:rPr>
          <w:rFonts w:ascii="Times New Roman" w:hAnsi="Times New Roman" w:eastAsia="Times New Roman" w:cs="Times New Roman"/>
        </w:rPr>
        <w:t xml:space="preserve">. </w:t>
      </w:r>
      <w:r>
        <w:rPr>
          <w:rFonts w:ascii="Nirmala UI" w:hAnsi="Nirmala UI" w:eastAsia="Nirmala UI" w:cs="Nirmala UI"/>
        </w:rPr>
        <w:t>சாத்தானும்</w:t>
      </w:r>
      <w:r>
        <w:rPr>
          <w:rFonts w:ascii="Times New Roman" w:hAnsi="Times New Roman" w:eastAsia="Times New Roman" w:cs="Times New Roman"/>
        </w:rPr>
        <w:t xml:space="preserve"> </w:t>
      </w:r>
      <w:r>
        <w:rPr>
          <w:rFonts w:ascii="Nirmala UI" w:hAnsi="Nirmala UI" w:eastAsia="Nirmala UI" w:cs="Nirmala UI"/>
        </w:rPr>
        <w:t>பொய்யான</w:t>
      </w:r>
      <w:r>
        <w:rPr>
          <w:rFonts w:ascii="Times New Roman" w:hAnsi="Times New Roman" w:eastAsia="Times New Roman" w:cs="Times New Roman"/>
        </w:rPr>
        <w:t xml:space="preserve"> </w:t>
      </w:r>
      <w:r>
        <w:rPr>
          <w:rFonts w:ascii="Nirmala UI" w:hAnsi="Nirmala UI" w:eastAsia="Nirmala UI" w:cs="Nirmala UI"/>
        </w:rPr>
        <w:t>அற்புதங்களினால்</w:t>
      </w:r>
      <w:r>
        <w:rPr>
          <w:rFonts w:ascii="Times New Roman" w:hAnsi="Times New Roman" w:eastAsia="Times New Roman" w:cs="Times New Roman"/>
        </w:rPr>
        <w:t xml:space="preserve"> </w:t>
      </w:r>
      <w:r>
        <w:rPr>
          <w:rFonts w:ascii="Nirmala UI" w:hAnsi="Nirmala UI" w:eastAsia="Nirmala UI" w:cs="Nirmala UI"/>
        </w:rPr>
        <w:t>கிரியையாற்றுகிறான்</w:t>
      </w:r>
      <w:r>
        <w:rPr>
          <w:rFonts w:ascii="Times New Roman" w:hAnsi="Times New Roman" w:eastAsia="Times New Roman" w:cs="Times New Roman"/>
        </w:rPr>
        <w:t xml:space="preserve">; </w:t>
      </w:r>
      <w:r>
        <w:rPr>
          <w:rFonts w:ascii="Nirmala UI" w:hAnsi="Nirmala UI" w:eastAsia="Nirmala UI" w:cs="Nirmala UI"/>
        </w:rPr>
        <w:t>மனிதர்களின்</w:t>
      </w:r>
      <w:r>
        <w:rPr>
          <w:rFonts w:ascii="Times New Roman" w:hAnsi="Times New Roman" w:eastAsia="Times New Roman" w:cs="Times New Roman"/>
        </w:rPr>
        <w:t xml:space="preserve"> </w:t>
      </w:r>
      <w:r>
        <w:rPr>
          <w:rFonts w:ascii="Nirmala UI" w:hAnsi="Nirmala UI" w:eastAsia="Nirmala UI" w:cs="Nirmala UI"/>
        </w:rPr>
        <w:t>கண்முன்பாகவே</w:t>
      </w:r>
      <w:r>
        <w:rPr>
          <w:rFonts w:ascii="Times New Roman" w:hAnsi="Times New Roman" w:eastAsia="Times New Roman" w:cs="Times New Roman"/>
        </w:rPr>
        <w:t xml:space="preserve"> </w:t>
      </w:r>
      <w:r>
        <w:rPr>
          <w:rFonts w:ascii="Nirmala UI" w:hAnsi="Nirmala UI" w:eastAsia="Nirmala UI" w:cs="Nirmala UI"/>
        </w:rPr>
        <w:t>பரலோகத்திலிருந்து</w:t>
      </w:r>
      <w:r>
        <w:rPr>
          <w:rFonts w:ascii="Times New Roman" w:hAnsi="Times New Roman" w:eastAsia="Times New Roman" w:cs="Times New Roman"/>
        </w:rPr>
        <w:t xml:space="preserve"> </w:t>
      </w:r>
      <w:r>
        <w:rPr>
          <w:rFonts w:ascii="Nirmala UI" w:hAnsi="Nirmala UI" w:eastAsia="Nirmala UI" w:cs="Nirmala UI"/>
        </w:rPr>
        <w:t>அக்கினியைக்</w:t>
      </w:r>
      <w:r>
        <w:rPr>
          <w:rFonts w:ascii="Times New Roman" w:hAnsi="Times New Roman" w:eastAsia="Times New Roman" w:cs="Times New Roman"/>
        </w:rPr>
        <w:t xml:space="preserve"> </w:t>
      </w:r>
      <w:r>
        <w:rPr>
          <w:rFonts w:ascii="Nirmala UI" w:hAnsi="Nirmala UI" w:eastAsia="Nirmala UI" w:cs="Nirmala UI"/>
        </w:rPr>
        <w:t>கூட</w:t>
      </w:r>
      <w:r>
        <w:rPr>
          <w:rFonts w:ascii="Times New Roman" w:hAnsi="Times New Roman" w:eastAsia="Times New Roman" w:cs="Times New Roman"/>
        </w:rPr>
        <w:t xml:space="preserve"> </w:t>
      </w:r>
      <w:r>
        <w:rPr>
          <w:rFonts w:ascii="Nirmala UI" w:hAnsi="Nirmala UI" w:eastAsia="Nirmala UI" w:cs="Nirmala UI"/>
        </w:rPr>
        <w:t>இறக்குகிறான்</w:t>
      </w:r>
      <w:r>
        <w:rPr>
          <w:rFonts w:ascii="Times New Roman" w:hAnsi="Times New Roman" w:eastAsia="Times New Roman" w:cs="Times New Roman"/>
        </w:rPr>
        <w:t xml:space="preserve">. </w:t>
      </w:r>
      <w:r>
        <w:rPr>
          <w:rFonts w:ascii="Nirmala UI" w:hAnsi="Nirmala UI" w:eastAsia="Nirmala UI" w:cs="Nirmala UI"/>
        </w:rPr>
        <w:t>வெளிப்படுத்தின</w:t>
      </w:r>
      <w:r>
        <w:rPr>
          <w:rFonts w:ascii="Times New Roman" w:hAnsi="Times New Roman" w:eastAsia="Times New Roman" w:cs="Times New Roman"/>
        </w:rPr>
        <w:t xml:space="preserve"> </w:t>
      </w:r>
      <w:r>
        <w:rPr>
          <w:rFonts w:ascii="Nirmala UI" w:hAnsi="Nirmala UI" w:eastAsia="Nirmala UI" w:cs="Nirmala UI"/>
        </w:rPr>
        <w:t>விசேஷம்</w:t>
      </w:r>
      <w:r>
        <w:rPr>
          <w:rFonts w:ascii="Times New Roman" w:hAnsi="Times New Roman" w:eastAsia="Times New Roman" w:cs="Times New Roman"/>
        </w:rPr>
        <w:t xml:space="preserve"> 13:13. </w:t>
      </w:r>
      <w:r>
        <w:rPr>
          <w:rFonts w:ascii="Nirmala UI" w:hAnsi="Nirmala UI" w:eastAsia="Nirmala UI" w:cs="Nirmala UI"/>
        </w:rPr>
        <w:t>இவ்வாறு</w:t>
      </w:r>
      <w:r>
        <w:rPr>
          <w:rFonts w:ascii="Times New Roman" w:hAnsi="Times New Roman" w:eastAsia="Times New Roman" w:cs="Times New Roman"/>
        </w:rPr>
        <w:t xml:space="preserve"> </w:t>
      </w:r>
      <w:r>
        <w:rPr>
          <w:rFonts w:ascii="Nirmala UI" w:hAnsi="Nirmala UI" w:eastAsia="Nirmala UI" w:cs="Nirmala UI"/>
        </w:rPr>
        <w:t>பூமியின்</w:t>
      </w:r>
      <w:r>
        <w:rPr>
          <w:rFonts w:ascii="Times New Roman" w:hAnsi="Times New Roman" w:eastAsia="Times New Roman" w:cs="Times New Roman"/>
        </w:rPr>
        <w:t xml:space="preserve"> </w:t>
      </w:r>
      <w:r>
        <w:rPr>
          <w:rFonts w:ascii="Nirmala UI" w:hAnsi="Nirmala UI" w:eastAsia="Nirmala UI" w:cs="Nirmala UI"/>
        </w:rPr>
        <w:t>குடியிருப்போர்</w:t>
      </w:r>
      <w:r>
        <w:rPr>
          <w:rFonts w:ascii="Times New Roman" w:hAnsi="Times New Roman" w:eastAsia="Times New Roman" w:cs="Times New Roman"/>
        </w:rPr>
        <w:t xml:space="preserve"> </w:t>
      </w:r>
      <w:r>
        <w:rPr>
          <w:rFonts w:ascii="Nirmala UI" w:hAnsi="Nirmala UI" w:eastAsia="Nirmala UI" w:cs="Nirmala UI"/>
        </w:rPr>
        <w:t>தாங்கள்</w:t>
      </w:r>
      <w:r>
        <w:rPr>
          <w:rFonts w:ascii="Times New Roman" w:hAnsi="Times New Roman" w:eastAsia="Times New Roman" w:cs="Times New Roman"/>
        </w:rPr>
        <w:t xml:space="preserve"> </w:t>
      </w:r>
      <w:r>
        <w:rPr>
          <w:rFonts w:ascii="Nirmala UI" w:hAnsi="Nirmala UI" w:eastAsia="Nirmala UI" w:cs="Nirmala UI"/>
        </w:rPr>
        <w:t>எந்தப்</w:t>
      </w:r>
      <w:r>
        <w:rPr>
          <w:rFonts w:ascii="Times New Roman" w:hAnsi="Times New Roman" w:eastAsia="Times New Roman" w:cs="Times New Roman"/>
        </w:rPr>
        <w:t xml:space="preserve"> </w:t>
      </w:r>
      <w:r>
        <w:rPr>
          <w:rFonts w:ascii="Nirmala UI" w:hAnsi="Nirmala UI" w:eastAsia="Nirmala UI" w:cs="Nirmala UI"/>
        </w:rPr>
        <w:t>பக்கம்</w:t>
      </w:r>
      <w:r>
        <w:rPr>
          <w:rFonts w:ascii="Times New Roman" w:hAnsi="Times New Roman" w:eastAsia="Times New Roman" w:cs="Times New Roman"/>
        </w:rPr>
        <w:t xml:space="preserve"> </w:t>
      </w:r>
      <w:r>
        <w:rPr>
          <w:rFonts w:ascii="Nirmala UI" w:hAnsi="Nirmala UI" w:eastAsia="Nirmala UI" w:cs="Nirmala UI"/>
        </w:rPr>
        <w:t>நிற்கவேண்டும்</w:t>
      </w:r>
      <w:r>
        <w:rPr>
          <w:rFonts w:ascii="Times New Roman" w:hAnsi="Times New Roman" w:eastAsia="Times New Roman" w:cs="Times New Roman"/>
        </w:rPr>
        <w:t xml:space="preserve"> </w:t>
      </w:r>
      <w:r>
        <w:rPr>
          <w:rFonts w:ascii="Nirmala UI" w:hAnsi="Nirmala UI" w:eastAsia="Nirmala UI" w:cs="Nirmala UI"/>
        </w:rPr>
        <w:t>என்பதைத்</w:t>
      </w:r>
      <w:r>
        <w:rPr>
          <w:rFonts w:ascii="Times New Roman" w:hAnsi="Times New Roman" w:eastAsia="Times New Roman" w:cs="Times New Roman"/>
        </w:rPr>
        <w:t xml:space="preserve"> </w:t>
      </w:r>
      <w:r>
        <w:rPr>
          <w:rFonts w:ascii="Nirmala UI" w:hAnsi="Nirmala UI" w:eastAsia="Nirmala UI" w:cs="Nirmala UI"/>
        </w:rPr>
        <w:t>தீர்மானிக்க</w:t>
      </w:r>
      <w:r>
        <w:rPr>
          <w:rFonts w:ascii="Times New Roman" w:hAnsi="Times New Roman" w:eastAsia="Times New Roman" w:cs="Times New Roman"/>
        </w:rPr>
        <w:t xml:space="preserve"> </w:t>
      </w:r>
      <w:r>
        <w:rPr>
          <w:rFonts w:ascii="Nirmala UI" w:hAnsi="Nirmala UI" w:eastAsia="Nirmala UI" w:cs="Nirmala UI"/>
        </w:rPr>
        <w:t>அழைக்கப்படுவார்கள்</w:t>
      </w:r>
      <w:r>
        <w:rPr>
          <w:rFonts w:ascii="Times New Roman" w:hAnsi="Times New Roman" w:eastAsia="Times New Roman" w:cs="Times New Roman"/>
        </w:rPr>
        <w:t>.” The Great Controversy, 611, 612.</w:t>
      </w:r>
    </w:p>
    <w:p>
      <w:pPr>
        <w:pStyle w:val="ArticleBody"/>
        <w:jc w:val="left"/>
      </w:pPr>
      <w:r>
        <w:rPr>
          <w:rFonts w:ascii="Times New Roman" w:hAnsi="Times New Roman" w:eastAsia="Times New Roman" w:cs="Times New Roman"/>
        </w:rPr>
        <w:t>Apabila kita sampai pada waktu apabila Satan menurunkan api dari langit, “penduduk bumi akan dibawa untuk mengambil pendirian mereka.” Pada waktu itu, saksi Tuhan “akan bergegas dari satu tempat ke satu tempat untuk memberitakan mesej dari syurga. Dengan ribuan suara, di seluruh bumi, amaran itu akan diberikan.” Pekerjaan yang dilaksanakan oleh saksi Tuhan “akan serupa dengan pekerjaan pada Hari Pentakosta,” apabila “malaikat yang bergabung dalam pemberitaan mesej malaikat ketiga akan menerangi seluruh bumi dengan kemuliaannya.” Pada Pentakosta, api ialah lambang pencurahan Roh Kudus, dan api juga ialah lambang pencurahan roh najis Satan.</w:t>
      </w:r>
    </w:p>
    <w:p>
      <w:pPr>
        <w:pStyle w:val="ArticleBody"/>
        <w:jc w:val="left"/>
      </w:pPr>
      <w:r>
        <w:rPr>
          <w:rFonts w:ascii="Myanmar Text" w:hAnsi="Myanmar Text" w:eastAsia="Myanmar Text" w:cs="Myanmar Text"/>
        </w:rPr>
        <w:t>တမန်တော်ယောဟန်သည်</w:t>
      </w:r>
      <w:r>
        <w:rPr>
          <w:rFonts w:ascii="Times New Roman" w:hAnsi="Times New Roman" w:eastAsia="Times New Roman" w:cs="Times New Roman"/>
        </w:rPr>
        <w:t xml:space="preserve"> </w:t>
      </w:r>
      <w:r>
        <w:rPr>
          <w:rFonts w:ascii="Myanmar Text" w:hAnsi="Myanmar Text" w:eastAsia="Myanmar Text" w:cs="Myanmar Text"/>
        </w:rPr>
        <w:t>ဗျာဒိတ်ကျမ်း</w:t>
      </w:r>
      <w:r>
        <w:rPr>
          <w:rFonts w:ascii="Times New Roman" w:hAnsi="Times New Roman" w:eastAsia="Times New Roman" w:cs="Times New Roman"/>
        </w:rPr>
        <w:t xml:space="preserve"> </w:t>
      </w:r>
      <w:r>
        <w:rPr>
          <w:rFonts w:ascii="Myanmar Text" w:hAnsi="Myanmar Text" w:eastAsia="Myanmar Text" w:cs="Myanmar Text"/>
        </w:rPr>
        <w:t>အခန်း</w:t>
      </w:r>
      <w:r>
        <w:rPr>
          <w:rFonts w:ascii="Times New Roman" w:hAnsi="Times New Roman" w:eastAsia="Times New Roman" w:cs="Times New Roman"/>
        </w:rPr>
        <w:t xml:space="preserve"> </w:t>
      </w:r>
      <w:r>
        <w:rPr>
          <w:rFonts w:ascii="Myanmar Text" w:hAnsi="Myanmar Text" w:eastAsia="Myanmar Text" w:cs="Myanmar Text"/>
        </w:rPr>
        <w:t>၇</w:t>
      </w:r>
      <w:r>
        <w:rPr>
          <w:rFonts w:ascii="Times New Roman" w:hAnsi="Times New Roman" w:eastAsia="Times New Roman" w:cs="Times New Roman"/>
        </w:rPr>
        <w:t xml:space="preserve"> </w:t>
      </w:r>
      <w:r>
        <w:rPr>
          <w:rFonts w:ascii="Myanmar Text" w:hAnsi="Myanmar Text" w:eastAsia="Myanmar Text" w:cs="Myanmar Text"/>
        </w:rPr>
        <w:t>တွင်</w:t>
      </w:r>
      <w:r>
        <w:rPr>
          <w:rFonts w:ascii="Times New Roman" w:hAnsi="Times New Roman" w:eastAsia="Times New Roman" w:cs="Times New Roman"/>
        </w:rPr>
        <w:t xml:space="preserve"> </w:t>
      </w:r>
      <w:r>
        <w:rPr>
          <w:rFonts w:ascii="Myanmar Text" w:hAnsi="Myanmar Text" w:eastAsia="Myanmar Text" w:cs="Myanmar Text"/>
        </w:rPr>
        <w:t>တစ်သိန်းလေးသောင်းလေးထောင်နှင့်</w:t>
      </w:r>
      <w:r>
        <w:rPr>
          <w:rFonts w:ascii="Times New Roman" w:hAnsi="Times New Roman" w:eastAsia="Times New Roman" w:cs="Times New Roman"/>
        </w:rPr>
        <w:t xml:space="preserve"> </w:t>
      </w:r>
      <w:r>
        <w:rPr>
          <w:rFonts w:ascii="Myanmar Text" w:hAnsi="Myanmar Text" w:eastAsia="Myanmar Text" w:cs="Myanmar Text"/>
        </w:rPr>
        <w:t>လူအုပ်ကြီးကို</w:t>
      </w:r>
      <w:r>
        <w:rPr>
          <w:rFonts w:ascii="Times New Roman" w:hAnsi="Times New Roman" w:eastAsia="Times New Roman" w:cs="Times New Roman"/>
        </w:rPr>
        <w:t xml:space="preserve"> </w:t>
      </w:r>
      <w:r>
        <w:rPr>
          <w:rFonts w:ascii="Myanmar Text" w:hAnsi="Myanmar Text" w:eastAsia="Myanmar Text" w:cs="Myanmar Text"/>
        </w:rPr>
        <w:t>ကိုယ်စားပြုပြီးနောက်၊</w:t>
      </w:r>
      <w:r>
        <w:rPr>
          <w:rFonts w:ascii="Times New Roman" w:hAnsi="Times New Roman" w:eastAsia="Times New Roman" w:cs="Times New Roman"/>
        </w:rPr>
        <w:t xml:space="preserve"> </w:t>
      </w:r>
      <w:r>
        <w:rPr>
          <w:rFonts w:ascii="Myanmar Text" w:hAnsi="Myanmar Text" w:eastAsia="Myanmar Text" w:cs="Myanmar Text"/>
        </w:rPr>
        <w:t>သတ္တမမြောက်ဖြစ်သော</w:t>
      </w:r>
      <w:r>
        <w:rPr>
          <w:rFonts w:ascii="Times New Roman" w:hAnsi="Times New Roman" w:eastAsia="Times New Roman" w:cs="Times New Roman"/>
        </w:rPr>
        <w:t xml:space="preserve"> </w:t>
      </w:r>
      <w:r>
        <w:rPr>
          <w:rFonts w:ascii="Myanmar Text" w:hAnsi="Myanmar Text" w:eastAsia="Myanmar Text" w:cs="Myanmar Text"/>
        </w:rPr>
        <w:t>နောက်ဆုံးတံဆိပ်</w:t>
      </w:r>
      <w:r>
        <w:rPr>
          <w:rFonts w:ascii="Times New Roman" w:hAnsi="Times New Roman" w:eastAsia="Times New Roman" w:cs="Times New Roman"/>
        </w:rPr>
        <w:t xml:space="preserve"> </w:t>
      </w:r>
      <w:r>
        <w:rPr>
          <w:rFonts w:ascii="Myanmar Text" w:hAnsi="Myanmar Text" w:eastAsia="Myanmar Text" w:cs="Myanmar Text"/>
        </w:rPr>
        <w:t>ဖွင့်လှစ်ခြင်းကို</w:t>
      </w:r>
      <w:r>
        <w:rPr>
          <w:rFonts w:ascii="Times New Roman" w:hAnsi="Times New Roman" w:eastAsia="Times New Roman" w:cs="Times New Roman"/>
        </w:rPr>
        <w:t xml:space="preserve"> </w:t>
      </w:r>
      <w:r>
        <w:rPr>
          <w:rFonts w:ascii="Myanmar Text" w:hAnsi="Myanmar Text" w:eastAsia="Myanmar Text" w:cs="Myanmar Text"/>
        </w:rPr>
        <w:t>ဖော်ထုတ်ညွှန်ပြသည်။</w:t>
      </w:r>
      <w:r>
        <w:rPr>
          <w:rFonts w:ascii="Times New Roman" w:hAnsi="Times New Roman" w:eastAsia="Times New Roman" w:cs="Times New Roman"/>
        </w:rPr>
        <w:t xml:space="preserve"> </w:t>
      </w:r>
      <w:r>
        <w:rPr>
          <w:rFonts w:ascii="Myanmar Text" w:hAnsi="Myanmar Text" w:eastAsia="Myanmar Text" w:cs="Myanmar Text"/>
        </w:rPr>
        <w:t>နောက်ဆုံးတံဆိပ်</w:t>
      </w:r>
      <w:r>
        <w:rPr>
          <w:rFonts w:ascii="Times New Roman" w:hAnsi="Times New Roman" w:eastAsia="Times New Roman" w:cs="Times New Roman"/>
        </w:rPr>
        <w:t xml:space="preserve"> </w:t>
      </w:r>
      <w:r>
        <w:rPr>
          <w:rFonts w:ascii="Myanmar Text" w:hAnsi="Myanmar Text" w:eastAsia="Myanmar Text" w:cs="Myanmar Text"/>
        </w:rPr>
        <w:t>သို့မဟုတ်</w:t>
      </w:r>
      <w:r>
        <w:rPr>
          <w:rFonts w:ascii="Times New Roman" w:hAnsi="Times New Roman" w:eastAsia="Times New Roman" w:cs="Times New Roman"/>
        </w:rPr>
        <w:t xml:space="preserve"> </w:t>
      </w:r>
      <w:r>
        <w:rPr>
          <w:rFonts w:ascii="Myanmar Text" w:hAnsi="Myanmar Text" w:eastAsia="Myanmar Text" w:cs="Myanmar Text"/>
        </w:rPr>
        <w:t>သတ္တမတံဆိပ်သည်</w:t>
      </w:r>
      <w:r>
        <w:rPr>
          <w:rFonts w:ascii="Times New Roman" w:hAnsi="Times New Roman" w:eastAsia="Times New Roman" w:cs="Times New Roman"/>
        </w:rPr>
        <w:t xml:space="preserve"> </w:t>
      </w:r>
      <w:r>
        <w:rPr>
          <w:rFonts w:ascii="Myanmar Text" w:hAnsi="Myanmar Text" w:eastAsia="Myanmar Text" w:cs="Myanmar Text"/>
        </w:rPr>
        <w:t>ယေရှုခရစ်၏</w:t>
      </w:r>
      <w:r>
        <w:rPr>
          <w:rFonts w:ascii="Times New Roman" w:hAnsi="Times New Roman" w:eastAsia="Times New Roman" w:cs="Times New Roman"/>
        </w:rPr>
        <w:t xml:space="preserve"> </w:t>
      </w:r>
      <w:r>
        <w:rPr>
          <w:rFonts w:ascii="Myanmar Text" w:hAnsi="Myanmar Text" w:eastAsia="Myanmar Text" w:cs="Myanmar Text"/>
        </w:rPr>
        <w:t>ဗျာဒိတ်တော်</w:t>
      </w:r>
      <w:r>
        <w:rPr>
          <w:rFonts w:ascii="Times New Roman" w:hAnsi="Times New Roman" w:eastAsia="Times New Roman" w:cs="Times New Roman"/>
        </w:rPr>
        <w:t xml:space="preserve"> </w:t>
      </w:r>
      <w:r>
        <w:rPr>
          <w:rFonts w:ascii="Myanmar Text" w:hAnsi="Myanmar Text" w:eastAsia="Myanmar Text" w:cs="Myanmar Text"/>
        </w:rPr>
        <w:t>ဖွင့်လှစ်ခြင်းကို</w:t>
      </w:r>
      <w:r>
        <w:rPr>
          <w:rFonts w:ascii="Times New Roman" w:hAnsi="Times New Roman" w:eastAsia="Times New Roman" w:cs="Times New Roman"/>
        </w:rPr>
        <w:t xml:space="preserve"> </w:t>
      </w:r>
      <w:r>
        <w:rPr>
          <w:rFonts w:ascii="Myanmar Text" w:hAnsi="Myanmar Text" w:eastAsia="Myanmar Text" w:cs="Myanmar Text"/>
        </w:rPr>
        <w:t>ကိုယ်စားပြုပြီး၊</w:t>
      </w:r>
      <w:r>
        <w:rPr>
          <w:rFonts w:ascii="Times New Roman" w:hAnsi="Times New Roman" w:eastAsia="Times New Roman" w:cs="Times New Roman"/>
        </w:rPr>
        <w:t xml:space="preserve"> </w:t>
      </w:r>
      <w:r>
        <w:rPr>
          <w:rFonts w:ascii="Myanmar Text" w:hAnsi="Myanmar Text" w:eastAsia="Myanmar Text" w:cs="Myanmar Text"/>
        </w:rPr>
        <w:t>စမ်းသပ်ကာလ</w:t>
      </w:r>
      <w:r>
        <w:rPr>
          <w:rFonts w:ascii="Times New Roman" w:hAnsi="Times New Roman" w:eastAsia="Times New Roman" w:cs="Times New Roman"/>
        </w:rPr>
        <w:t xml:space="preserve"> </w:t>
      </w:r>
      <w:r>
        <w:rPr>
          <w:rFonts w:ascii="Myanmar Text" w:hAnsi="Myanmar Text" w:eastAsia="Myanmar Text" w:cs="Myanmar Text"/>
        </w:rPr>
        <w:t>ပိတ်သိမ်းမတိုင်မီ</w:t>
      </w:r>
      <w:r>
        <w:rPr>
          <w:rFonts w:ascii="Times New Roman" w:hAnsi="Times New Roman" w:eastAsia="Times New Roman" w:cs="Times New Roman"/>
        </w:rPr>
        <w:t xml:space="preserve"> </w:t>
      </w:r>
      <w:r>
        <w:rPr>
          <w:rFonts w:ascii="Myanmar Text" w:hAnsi="Myanmar Text" w:eastAsia="Myanmar Text" w:cs="Myanmar Text"/>
        </w:rPr>
        <w:t>အနည်းငယ်အချိန်၌သာ</w:t>
      </w:r>
      <w:r>
        <w:rPr>
          <w:rFonts w:ascii="Times New Roman" w:hAnsi="Times New Roman" w:eastAsia="Times New Roman" w:cs="Times New Roman"/>
        </w:rPr>
        <w:t xml:space="preserve"> </w:t>
      </w:r>
      <w:r>
        <w:rPr>
          <w:rFonts w:ascii="Myanmar Text" w:hAnsi="Myanmar Text" w:eastAsia="Myanmar Text" w:cs="Myanmar Text"/>
        </w:rPr>
        <w:t>ဖွင့်လှစ်ရမည့်</w:t>
      </w:r>
      <w:r>
        <w:rPr>
          <w:rFonts w:ascii="Times New Roman" w:hAnsi="Times New Roman" w:eastAsia="Times New Roman" w:cs="Times New Roman"/>
        </w:rPr>
        <w:t xml:space="preserve"> </w:t>
      </w:r>
      <w:r>
        <w:rPr>
          <w:rFonts w:ascii="Myanmar Text" w:hAnsi="Myanmar Text" w:eastAsia="Myanmar Text" w:cs="Myanmar Text"/>
        </w:rPr>
        <w:t>ဗျာဒိတ်ကျမ်းအတွင်းရှိ</w:t>
      </w:r>
      <w:r>
        <w:rPr>
          <w:rFonts w:ascii="Times New Roman" w:hAnsi="Times New Roman" w:eastAsia="Times New Roman" w:cs="Times New Roman"/>
        </w:rPr>
        <w:t xml:space="preserve"> </w:t>
      </w:r>
      <w:r>
        <w:rPr>
          <w:rFonts w:ascii="Myanmar Text" w:hAnsi="Myanmar Text" w:eastAsia="Myanmar Text" w:cs="Myanmar Text"/>
        </w:rPr>
        <w:t>တစ်ခုတည်းသော</w:t>
      </w:r>
      <w:r>
        <w:rPr>
          <w:rFonts w:ascii="Times New Roman" w:hAnsi="Times New Roman" w:eastAsia="Times New Roman" w:cs="Times New Roman"/>
        </w:rPr>
        <w:t xml:space="preserve"> </w:t>
      </w:r>
      <w:r>
        <w:rPr>
          <w:rFonts w:ascii="Myanmar Text" w:hAnsi="Myanmar Text" w:eastAsia="Myanmar Text" w:cs="Myanmar Text"/>
        </w:rPr>
        <w:t>ပရောဖက်ပြုချက်လည်း</w:t>
      </w:r>
      <w:r>
        <w:rPr>
          <w:rFonts w:ascii="Times New Roman" w:hAnsi="Times New Roman" w:eastAsia="Times New Roman" w:cs="Times New Roman"/>
        </w:rPr>
        <w:t xml:space="preserve"> </w:t>
      </w:r>
      <w:r>
        <w:rPr>
          <w:rFonts w:ascii="Myanmar Text" w:hAnsi="Myanmar Text" w:eastAsia="Myanmar Text" w:cs="Myanmar Text"/>
        </w:rPr>
        <w:t>ဖြစ်သည်။</w:t>
      </w:r>
      <w:r>
        <w:rPr>
          <w:rFonts w:ascii="Times New Roman" w:hAnsi="Times New Roman" w:eastAsia="Times New Roman" w:cs="Times New Roman"/>
        </w:rPr>
        <w:t xml:space="preserve"> </w:t>
      </w:r>
      <w:r>
        <w:rPr>
          <w:rFonts w:ascii="Myanmar Text" w:hAnsi="Myanmar Text" w:eastAsia="Myanmar Text" w:cs="Myanmar Text"/>
        </w:rPr>
        <w:t>သတ္တမတံဆိပ်၊</w:t>
      </w:r>
      <w:r>
        <w:rPr>
          <w:rFonts w:ascii="Times New Roman" w:hAnsi="Times New Roman" w:eastAsia="Times New Roman" w:cs="Times New Roman"/>
        </w:rPr>
        <w:t xml:space="preserve"> </w:t>
      </w:r>
      <w:r>
        <w:rPr>
          <w:rFonts w:ascii="Myanmar Text" w:hAnsi="Myanmar Text" w:eastAsia="Myanmar Text" w:cs="Myanmar Text"/>
        </w:rPr>
        <w:t>မိုးကြိုးခုနစ်သံနှင့်</w:t>
      </w:r>
      <w:r>
        <w:rPr>
          <w:rFonts w:ascii="Times New Roman" w:hAnsi="Times New Roman" w:eastAsia="Times New Roman" w:cs="Times New Roman"/>
        </w:rPr>
        <w:t xml:space="preserve"> </w:t>
      </w:r>
      <w:r>
        <w:rPr>
          <w:rFonts w:ascii="Myanmar Text" w:hAnsi="Myanmar Text" w:eastAsia="Myanmar Text" w:cs="Myanmar Text"/>
        </w:rPr>
        <w:t>ယေရှုခရစ်၏</w:t>
      </w:r>
      <w:r>
        <w:rPr>
          <w:rFonts w:ascii="Times New Roman" w:hAnsi="Times New Roman" w:eastAsia="Times New Roman" w:cs="Times New Roman"/>
        </w:rPr>
        <w:t xml:space="preserve"> </w:t>
      </w:r>
      <w:r>
        <w:rPr>
          <w:rFonts w:ascii="Myanmar Text" w:hAnsi="Myanmar Text" w:eastAsia="Myanmar Text" w:cs="Myanmar Text"/>
        </w:rPr>
        <w:t>ဗျာဒိတ်တော်တို့သည်</w:t>
      </w:r>
      <w:r>
        <w:rPr>
          <w:rFonts w:ascii="Times New Roman" w:hAnsi="Times New Roman" w:eastAsia="Times New Roman" w:cs="Times New Roman"/>
        </w:rPr>
        <w:t xml:space="preserve"> </w:t>
      </w:r>
      <w:r>
        <w:rPr>
          <w:rFonts w:ascii="Myanmar Text" w:hAnsi="Myanmar Text" w:eastAsia="Myanmar Text" w:cs="Myanmar Text"/>
        </w:rPr>
        <w:t>တူညီသောအမှန်တရားတစ်ရပ်၏</w:t>
      </w:r>
      <w:r>
        <w:rPr>
          <w:rFonts w:ascii="Times New Roman" w:hAnsi="Times New Roman" w:eastAsia="Times New Roman" w:cs="Times New Roman"/>
        </w:rPr>
        <w:t xml:space="preserve"> </w:t>
      </w:r>
      <w:r>
        <w:rPr>
          <w:rFonts w:ascii="Myanmar Text" w:hAnsi="Myanmar Text" w:eastAsia="Myanmar Text" w:cs="Myanmar Text"/>
        </w:rPr>
        <w:t>သင်္ကေတများအားလုံးဖြစ်ကြပြီး၊</w:t>
      </w:r>
      <w:r>
        <w:rPr>
          <w:rFonts w:ascii="Times New Roman" w:hAnsi="Times New Roman" w:eastAsia="Times New Roman" w:cs="Times New Roman"/>
        </w:rPr>
        <w:t xml:space="preserve"> </w:t>
      </w:r>
      <w:r>
        <w:rPr>
          <w:rFonts w:ascii="Myanmar Text" w:hAnsi="Myanmar Text" w:eastAsia="Myanmar Text" w:cs="Myanmar Text"/>
        </w:rPr>
        <w:t>ထိုအမှန်တရားကို</w:t>
      </w:r>
      <w:r>
        <w:rPr>
          <w:rFonts w:ascii="Times New Roman" w:hAnsi="Times New Roman" w:eastAsia="Times New Roman" w:cs="Times New Roman"/>
        </w:rPr>
        <w:t xml:space="preserve"> </w:t>
      </w:r>
      <w:r>
        <w:rPr>
          <w:rFonts w:ascii="Myanmar Text" w:hAnsi="Myanmar Text" w:eastAsia="Myanmar Text" w:cs="Myanmar Text"/>
        </w:rPr>
        <w:t>စမ်းသပ်ကာလ</w:t>
      </w:r>
      <w:r>
        <w:rPr>
          <w:rFonts w:ascii="Times New Roman" w:hAnsi="Times New Roman" w:eastAsia="Times New Roman" w:cs="Times New Roman"/>
        </w:rPr>
        <w:t xml:space="preserve"> </w:t>
      </w:r>
      <w:r>
        <w:rPr>
          <w:rFonts w:ascii="Myanmar Text" w:hAnsi="Myanmar Text" w:eastAsia="Myanmar Text" w:cs="Myanmar Text"/>
        </w:rPr>
        <w:t>ပိတ်သိမ်းမတိုင်မီ</w:t>
      </w:r>
      <w:r>
        <w:rPr>
          <w:rFonts w:ascii="Times New Roman" w:hAnsi="Times New Roman" w:eastAsia="Times New Roman" w:cs="Times New Roman"/>
        </w:rPr>
        <w:t xml:space="preserve"> </w:t>
      </w:r>
      <w:r>
        <w:rPr>
          <w:rFonts w:ascii="Myanmar Text" w:hAnsi="Myanmar Text" w:eastAsia="Myanmar Text" w:cs="Myanmar Text"/>
        </w:rPr>
        <w:t>အနည်းငယ်အချိန်၌</w:t>
      </w:r>
      <w:r>
        <w:rPr>
          <w:rFonts w:ascii="Times New Roman" w:hAnsi="Times New Roman" w:eastAsia="Times New Roman" w:cs="Times New Roman"/>
        </w:rPr>
        <w:t xml:space="preserve"> </w:t>
      </w:r>
      <w:r>
        <w:rPr>
          <w:rFonts w:ascii="Myanmar Text" w:hAnsi="Myanmar Text" w:eastAsia="Myanmar Text" w:cs="Myanmar Text"/>
        </w:rPr>
        <w:t>ဖွင့်ပြတော်မူသည်။</w:t>
      </w:r>
      <w:r>
        <w:rPr>
          <w:rFonts w:ascii="Times New Roman" w:hAnsi="Times New Roman" w:eastAsia="Times New Roman" w:cs="Times New Roman"/>
        </w:rPr>
        <w:t xml:space="preserve"> </w:t>
      </w:r>
      <w:r>
        <w:rPr>
          <w:rFonts w:ascii="Myanmar Text" w:hAnsi="Myanmar Text" w:eastAsia="Myanmar Text" w:cs="Myanmar Text"/>
        </w:rPr>
        <w:t>ယေရှုခရစ်၏</w:t>
      </w:r>
      <w:r>
        <w:rPr>
          <w:rFonts w:ascii="Times New Roman" w:hAnsi="Times New Roman" w:eastAsia="Times New Roman" w:cs="Times New Roman"/>
        </w:rPr>
        <w:t xml:space="preserve"> </w:t>
      </w:r>
      <w:r>
        <w:rPr>
          <w:rFonts w:ascii="Myanmar Text" w:hAnsi="Myanmar Text" w:eastAsia="Myanmar Text" w:cs="Myanmar Text"/>
        </w:rPr>
        <w:t>ဗျာဒိတ်တော်သည်</w:t>
      </w:r>
      <w:r>
        <w:rPr>
          <w:rFonts w:ascii="Times New Roman" w:hAnsi="Times New Roman" w:eastAsia="Times New Roman" w:cs="Times New Roman"/>
        </w:rPr>
        <w:t xml:space="preserve"> </w:t>
      </w:r>
      <w:r>
        <w:rPr>
          <w:rFonts w:ascii="Myanmar Text" w:hAnsi="Myanmar Text" w:eastAsia="Myanmar Text" w:cs="Myanmar Text"/>
        </w:rPr>
        <w:t>အာလဖာနှင့်</w:t>
      </w:r>
      <w:r>
        <w:rPr>
          <w:rFonts w:ascii="Times New Roman" w:hAnsi="Times New Roman" w:eastAsia="Times New Roman" w:cs="Times New Roman"/>
        </w:rPr>
        <w:t xml:space="preserve"> </w:t>
      </w:r>
      <w:r>
        <w:rPr>
          <w:rFonts w:ascii="Myanmar Text" w:hAnsi="Myanmar Text" w:eastAsia="Myanmar Text" w:cs="Myanmar Text"/>
        </w:rPr>
        <w:t>အိုမေဂါတော်ဖြစ်တော်မူသော</w:t>
      </w:r>
      <w:r>
        <w:rPr>
          <w:rFonts w:ascii="Times New Roman" w:hAnsi="Times New Roman" w:eastAsia="Times New Roman" w:cs="Times New Roman"/>
        </w:rPr>
        <w:t xml:space="preserve"> </w:t>
      </w:r>
      <w:r>
        <w:rPr>
          <w:rFonts w:ascii="Myanmar Text" w:hAnsi="Myanmar Text" w:eastAsia="Myanmar Text" w:cs="Myanmar Text"/>
        </w:rPr>
        <w:t>ခရစ်တော်၏</w:t>
      </w:r>
      <w:r>
        <w:rPr>
          <w:rFonts w:ascii="Times New Roman" w:hAnsi="Times New Roman" w:eastAsia="Times New Roman" w:cs="Times New Roman"/>
        </w:rPr>
        <w:t xml:space="preserve"> </w:t>
      </w:r>
      <w:r>
        <w:rPr>
          <w:rFonts w:ascii="Myanmar Text" w:hAnsi="Myanmar Text" w:eastAsia="Myanmar Text" w:cs="Myanmar Text"/>
        </w:rPr>
        <w:t>အကျင့်စရိုက်နှင့်</w:t>
      </w:r>
      <w:r>
        <w:rPr>
          <w:rFonts w:ascii="Times New Roman" w:hAnsi="Times New Roman" w:eastAsia="Times New Roman" w:cs="Times New Roman"/>
        </w:rPr>
        <w:t xml:space="preserve"> </w:t>
      </w:r>
      <w:r>
        <w:rPr>
          <w:rFonts w:ascii="Myanmar Text" w:hAnsi="Myanmar Text" w:eastAsia="Myanmar Text" w:cs="Myanmar Text"/>
        </w:rPr>
        <w:t>ဖန်ဆင်းရှင်တန်ခိုးကို</w:t>
      </w:r>
      <w:r>
        <w:rPr>
          <w:rFonts w:ascii="Times New Roman" w:hAnsi="Times New Roman" w:eastAsia="Times New Roman" w:cs="Times New Roman"/>
        </w:rPr>
        <w:t xml:space="preserve"> </w:t>
      </w:r>
      <w:r>
        <w:rPr>
          <w:rFonts w:ascii="Myanmar Text" w:hAnsi="Myanmar Text" w:eastAsia="Myanmar Text" w:cs="Myanmar Text"/>
        </w:rPr>
        <w:t>အထူးအလေးပေး</w:t>
      </w:r>
      <w:r>
        <w:rPr>
          <w:rFonts w:ascii="Times New Roman" w:hAnsi="Times New Roman" w:eastAsia="Times New Roman" w:cs="Times New Roman"/>
        </w:rPr>
        <w:t xml:space="preserve"> </w:t>
      </w:r>
      <w:r>
        <w:rPr>
          <w:rFonts w:ascii="Myanmar Text" w:hAnsi="Myanmar Text" w:eastAsia="Myanmar Text" w:cs="Myanmar Text"/>
        </w:rPr>
        <w:t>ဖော်ပြသည်။</w:t>
      </w:r>
      <w:r>
        <w:rPr>
          <w:rFonts w:ascii="Times New Roman" w:hAnsi="Times New Roman" w:eastAsia="Times New Roman" w:cs="Times New Roman"/>
        </w:rPr>
        <w:t xml:space="preserve"> </w:t>
      </w:r>
      <w:r>
        <w:rPr>
          <w:rFonts w:ascii="Myanmar Text" w:hAnsi="Myanmar Text" w:eastAsia="Myanmar Text" w:cs="Myanmar Text"/>
        </w:rPr>
        <w:t>မိုးကြိုးခုနစ်သံသည်</w:t>
      </w:r>
      <w:r>
        <w:rPr>
          <w:rFonts w:ascii="Times New Roman" w:hAnsi="Times New Roman" w:eastAsia="Times New Roman" w:cs="Times New Roman"/>
        </w:rPr>
        <w:t xml:space="preserve"> </w:t>
      </w:r>
      <w:r>
        <w:rPr>
          <w:rFonts w:ascii="Myanmar Text" w:hAnsi="Myanmar Text" w:eastAsia="Myanmar Text" w:cs="Myanmar Text"/>
        </w:rPr>
        <w:t>တစ်သိန်းလေးသောင်းလေးထောင်တို့ကို</w:t>
      </w:r>
      <w:r>
        <w:rPr>
          <w:rFonts w:ascii="Times New Roman" w:hAnsi="Times New Roman" w:eastAsia="Times New Roman" w:cs="Times New Roman"/>
        </w:rPr>
        <w:t xml:space="preserve"> </w:t>
      </w:r>
      <w:r>
        <w:rPr>
          <w:rFonts w:ascii="Myanmar Text" w:hAnsi="Myanmar Text" w:eastAsia="Myanmar Text" w:cs="Myanmar Text"/>
        </w:rPr>
        <w:t>တံဆိပ်ခတ်မှတ်သော</w:t>
      </w:r>
      <w:r>
        <w:rPr>
          <w:rFonts w:ascii="Times New Roman" w:hAnsi="Times New Roman" w:eastAsia="Times New Roman" w:cs="Times New Roman"/>
        </w:rPr>
        <w:t xml:space="preserve"> </w:t>
      </w:r>
      <w:r>
        <w:rPr>
          <w:rFonts w:ascii="Myanmar Text" w:hAnsi="Myanmar Text" w:eastAsia="Myanmar Text" w:cs="Myanmar Text"/>
        </w:rPr>
        <w:t>သမိုင်းကာလကို</w:t>
      </w:r>
      <w:r>
        <w:rPr>
          <w:rFonts w:ascii="Times New Roman" w:hAnsi="Times New Roman" w:eastAsia="Times New Roman" w:cs="Times New Roman"/>
        </w:rPr>
        <w:t xml:space="preserve"> </w:t>
      </w:r>
      <w:r>
        <w:rPr>
          <w:rFonts w:ascii="Myanmar Text" w:hAnsi="Myanmar Text" w:eastAsia="Myanmar Text" w:cs="Myanmar Text"/>
        </w:rPr>
        <w:t>ဖော်ညွှန်းပြီး၊</w:t>
      </w:r>
      <w:r>
        <w:rPr>
          <w:rFonts w:ascii="Times New Roman" w:hAnsi="Times New Roman" w:eastAsia="Times New Roman" w:cs="Times New Roman"/>
        </w:rPr>
        <w:t xml:space="preserve"> </w:t>
      </w:r>
      <w:r>
        <w:rPr>
          <w:rFonts w:ascii="Myanmar Text" w:hAnsi="Myanmar Text" w:eastAsia="Myanmar Text" w:cs="Myanmar Text"/>
        </w:rPr>
        <w:t>သတ္တမတံဆိပ်သည်</w:t>
      </w:r>
      <w:r>
        <w:rPr>
          <w:rFonts w:ascii="Times New Roman" w:hAnsi="Times New Roman" w:eastAsia="Times New Roman" w:cs="Times New Roman"/>
        </w:rPr>
        <w:t xml:space="preserve"> </w:t>
      </w:r>
      <w:r>
        <w:rPr>
          <w:rFonts w:ascii="Myanmar Text" w:hAnsi="Myanmar Text" w:eastAsia="Myanmar Text" w:cs="Myanmar Text"/>
        </w:rPr>
        <w:t>သက်သေခံနှစ်ပါး</w:t>
      </w:r>
      <w:r>
        <w:rPr>
          <w:rFonts w:ascii="Times New Roman" w:hAnsi="Times New Roman" w:eastAsia="Times New Roman" w:cs="Times New Roman"/>
        </w:rPr>
        <w:t xml:space="preserve"> </w:t>
      </w:r>
      <w:r>
        <w:rPr>
          <w:rFonts w:ascii="Myanmar Text" w:hAnsi="Myanmar Text" w:eastAsia="Myanmar Text" w:cs="Myanmar Text"/>
        </w:rPr>
        <w:t>ထမြောက်၍</w:t>
      </w:r>
      <w:r>
        <w:rPr>
          <w:rFonts w:ascii="Times New Roman" w:hAnsi="Times New Roman" w:eastAsia="Times New Roman" w:cs="Times New Roman"/>
        </w:rPr>
        <w:t xml:space="preserve"> </w:t>
      </w:r>
      <w:r>
        <w:rPr>
          <w:rFonts w:ascii="Myanmar Text" w:hAnsi="Myanmar Text" w:eastAsia="Myanmar Text" w:cs="Myanmar Text"/>
        </w:rPr>
        <w:t>ဘုရားသခင်၏</w:t>
      </w:r>
      <w:r>
        <w:rPr>
          <w:rFonts w:ascii="Times New Roman" w:hAnsi="Times New Roman" w:eastAsia="Times New Roman" w:cs="Times New Roman"/>
        </w:rPr>
        <w:t xml:space="preserve"> “</w:t>
      </w:r>
      <w:r>
        <w:rPr>
          <w:rFonts w:ascii="Myanmar Text" w:hAnsi="Myanmar Text" w:eastAsia="Myanmar Text" w:cs="Myanmar Text"/>
        </w:rPr>
        <w:t>အမှန်တရား</w:t>
      </w:r>
      <w:r>
        <w:rPr>
          <w:rFonts w:ascii="Times New Roman" w:hAnsi="Times New Roman" w:eastAsia="Times New Roman" w:cs="Times New Roman"/>
        </w:rPr>
        <w:t xml:space="preserve">” </w:t>
      </w:r>
      <w:r>
        <w:rPr>
          <w:rFonts w:ascii="Myanmar Text" w:hAnsi="Myanmar Text" w:eastAsia="Myanmar Text" w:cs="Myanmar Text"/>
        </w:rPr>
        <w:t>၏</w:t>
      </w:r>
      <w:r>
        <w:rPr>
          <w:rFonts w:ascii="Times New Roman" w:hAnsi="Times New Roman" w:eastAsia="Times New Roman" w:cs="Times New Roman"/>
        </w:rPr>
        <w:t xml:space="preserve"> </w:t>
      </w:r>
      <w:r>
        <w:rPr>
          <w:rFonts w:ascii="Myanmar Text" w:hAnsi="Myanmar Text" w:eastAsia="Myanmar Text" w:cs="Myanmar Text"/>
        </w:rPr>
        <w:t>ဖန်ဆင်းရှင်တန်ခိုးကို</w:t>
      </w:r>
      <w:r>
        <w:rPr>
          <w:rFonts w:ascii="Times New Roman" w:hAnsi="Times New Roman" w:eastAsia="Times New Roman" w:cs="Times New Roman"/>
        </w:rPr>
        <w:t xml:space="preserve"> </w:t>
      </w:r>
      <w:r>
        <w:rPr>
          <w:rFonts w:ascii="Myanmar Text" w:hAnsi="Myanmar Text" w:eastAsia="Myanmar Text" w:cs="Myanmar Text"/>
        </w:rPr>
        <w:t>လက်ခံရရှိသော</w:t>
      </w:r>
      <w:r>
        <w:rPr>
          <w:rFonts w:ascii="Times New Roman" w:hAnsi="Times New Roman" w:eastAsia="Times New Roman" w:cs="Times New Roman"/>
        </w:rPr>
        <w:t xml:space="preserve"> </w:t>
      </w:r>
      <w:r>
        <w:rPr>
          <w:rFonts w:ascii="Myanmar Text" w:hAnsi="Myanmar Text" w:eastAsia="Myanmar Text" w:cs="Myanmar Text"/>
        </w:rPr>
        <w:t>သမိုင်းကာလအတွင်း</w:t>
      </w:r>
      <w:r>
        <w:rPr>
          <w:rFonts w:ascii="Times New Roman" w:hAnsi="Times New Roman" w:eastAsia="Times New Roman" w:cs="Times New Roman"/>
        </w:rPr>
        <w:t xml:space="preserve"> </w:t>
      </w:r>
      <w:r>
        <w:rPr>
          <w:rFonts w:ascii="Myanmar Text" w:hAnsi="Myanmar Text" w:eastAsia="Myanmar Text" w:cs="Myanmar Text"/>
        </w:rPr>
        <w:t>သန့်ရှင်းသောဝိညာဉ်တော်</w:t>
      </w:r>
      <w:r>
        <w:rPr>
          <w:rFonts w:ascii="Times New Roman" w:hAnsi="Times New Roman" w:eastAsia="Times New Roman" w:cs="Times New Roman"/>
        </w:rPr>
        <w:t xml:space="preserve"> </w:t>
      </w:r>
      <w:r>
        <w:rPr>
          <w:rFonts w:ascii="Myanmar Text" w:hAnsi="Myanmar Text" w:eastAsia="Myanmar Text" w:cs="Myanmar Text"/>
        </w:rPr>
        <w:t>လောင်းချခြင်းကို</w:t>
      </w:r>
      <w:r>
        <w:rPr>
          <w:rFonts w:ascii="Times New Roman" w:hAnsi="Times New Roman" w:eastAsia="Times New Roman" w:cs="Times New Roman"/>
        </w:rPr>
        <w:t xml:space="preserve"> </w:t>
      </w:r>
      <w:r>
        <w:rPr>
          <w:rFonts w:ascii="Myanmar Text" w:hAnsi="Myanmar Text" w:eastAsia="Myanmar Text" w:cs="Myanmar Text"/>
        </w:rPr>
        <w:t>ဖော်ညွှန်းသည်။</w:t>
      </w:r>
      <w:r>
        <w:rPr>
          <w:rFonts w:ascii="Times New Roman" w:hAnsi="Times New Roman" w:eastAsia="Times New Roman" w:cs="Times New Roman"/>
        </w:rPr>
        <w:t xml:space="preserve"> </w:t>
      </w:r>
      <w:r>
        <w:rPr>
          <w:rFonts w:ascii="Myanmar Text" w:hAnsi="Myanmar Text" w:eastAsia="Myanmar Text" w:cs="Myanmar Text"/>
        </w:rPr>
        <w:t>ထိုတန်ခိုးသည်</w:t>
      </w:r>
      <w:r>
        <w:rPr>
          <w:rFonts w:ascii="Times New Roman" w:hAnsi="Times New Roman" w:eastAsia="Times New Roman" w:cs="Times New Roman"/>
        </w:rPr>
        <w:t xml:space="preserve"> </w:t>
      </w:r>
      <w:r>
        <w:rPr>
          <w:rFonts w:ascii="Myanmar Text" w:hAnsi="Myanmar Text" w:eastAsia="Myanmar Text" w:cs="Myanmar Text"/>
        </w:rPr>
        <w:t>ခမည်းတော်ထံမှ</w:t>
      </w:r>
      <w:r>
        <w:rPr>
          <w:rFonts w:ascii="Times New Roman" w:hAnsi="Times New Roman" w:eastAsia="Times New Roman" w:cs="Times New Roman"/>
        </w:rPr>
        <w:t xml:space="preserve"> </w:t>
      </w:r>
      <w:r>
        <w:rPr>
          <w:rFonts w:ascii="Myanmar Text" w:hAnsi="Myanmar Text" w:eastAsia="Myanmar Text" w:cs="Myanmar Text"/>
        </w:rPr>
        <w:t>သားတော်ထံသို့၊</w:t>
      </w:r>
      <w:r>
        <w:rPr>
          <w:rFonts w:ascii="Times New Roman" w:hAnsi="Times New Roman" w:eastAsia="Times New Roman" w:cs="Times New Roman"/>
        </w:rPr>
        <w:t xml:space="preserve"> </w:t>
      </w:r>
      <w:r>
        <w:rPr>
          <w:rFonts w:ascii="Myanmar Text" w:hAnsi="Myanmar Text" w:eastAsia="Myanmar Text" w:cs="Myanmar Text"/>
        </w:rPr>
        <w:t>ဂါဗြေလထံသို့၊</w:t>
      </w:r>
      <w:r>
        <w:rPr>
          <w:rFonts w:ascii="Times New Roman" w:hAnsi="Times New Roman" w:eastAsia="Times New Roman" w:cs="Times New Roman"/>
        </w:rPr>
        <w:t xml:space="preserve"> </w:t>
      </w:r>
      <w:r>
        <w:rPr>
          <w:rFonts w:ascii="Myanmar Text" w:hAnsi="Myanmar Text" w:eastAsia="Myanmar Text" w:cs="Myanmar Text"/>
        </w:rPr>
        <w:t>ပရောဖက်ထံသို့</w:t>
      </w:r>
      <w:r>
        <w:rPr>
          <w:rFonts w:ascii="Times New Roman" w:hAnsi="Times New Roman" w:eastAsia="Times New Roman" w:cs="Times New Roman"/>
        </w:rPr>
        <w:t xml:space="preserve"> </w:t>
      </w:r>
      <w:r>
        <w:rPr>
          <w:rFonts w:ascii="Myanmar Text" w:hAnsi="Myanmar Text" w:eastAsia="Myanmar Text" w:cs="Myanmar Text"/>
        </w:rPr>
        <w:t>ဆင့်ကဲ</w:t>
      </w:r>
      <w:r>
        <w:rPr>
          <w:rFonts w:ascii="Times New Roman" w:hAnsi="Times New Roman" w:eastAsia="Times New Roman" w:cs="Times New Roman"/>
        </w:rPr>
        <w:t xml:space="preserve"> </w:t>
      </w:r>
      <w:r>
        <w:rPr>
          <w:rFonts w:ascii="Myanmar Text" w:hAnsi="Myanmar Text" w:eastAsia="Myanmar Text" w:cs="Myanmar Text"/>
        </w:rPr>
        <w:t>ပို့ဆောင်ခြင်းခံရပြီး၊</w:t>
      </w:r>
      <w:r>
        <w:rPr>
          <w:rFonts w:ascii="Times New Roman" w:hAnsi="Times New Roman" w:eastAsia="Times New Roman" w:cs="Times New Roman"/>
        </w:rPr>
        <w:t xml:space="preserve"> </w:t>
      </w:r>
      <w:r>
        <w:rPr>
          <w:rFonts w:ascii="Myanmar Text" w:hAnsi="Myanmar Text" w:eastAsia="Myanmar Text" w:cs="Myanmar Text"/>
        </w:rPr>
        <w:t>ထိုအရာအတွင်း</w:t>
      </w:r>
      <w:r>
        <w:rPr>
          <w:rFonts w:ascii="Times New Roman" w:hAnsi="Times New Roman" w:eastAsia="Times New Roman" w:cs="Times New Roman"/>
        </w:rPr>
        <w:t xml:space="preserve"> </w:t>
      </w:r>
      <w:r>
        <w:rPr>
          <w:rFonts w:ascii="Myanmar Text" w:hAnsi="Myanmar Text" w:eastAsia="Myanmar Text" w:cs="Myanmar Text"/>
        </w:rPr>
        <w:t>ပါဝင်နေသော</w:t>
      </w:r>
      <w:r>
        <w:rPr>
          <w:rFonts w:ascii="Times New Roman" w:hAnsi="Times New Roman" w:eastAsia="Times New Roman" w:cs="Times New Roman"/>
        </w:rPr>
        <w:t xml:space="preserve"> </w:t>
      </w:r>
      <w:r>
        <w:rPr>
          <w:rFonts w:ascii="Myanmar Text" w:hAnsi="Myanmar Text" w:eastAsia="Myanmar Text" w:cs="Myanmar Text"/>
        </w:rPr>
        <w:t>တန်ခိုးကို</w:t>
      </w:r>
      <w:r>
        <w:rPr>
          <w:rFonts w:ascii="Times New Roman" w:hAnsi="Times New Roman" w:eastAsia="Times New Roman" w:cs="Times New Roman"/>
        </w:rPr>
        <w:t xml:space="preserve"> </w:t>
      </w:r>
      <w:r>
        <w:rPr>
          <w:rFonts w:ascii="Myanmar Text" w:hAnsi="Myanmar Text" w:eastAsia="Myanmar Text" w:cs="Myanmar Text"/>
        </w:rPr>
        <w:t>ဖတ်ရန်၊</w:t>
      </w:r>
      <w:r>
        <w:rPr>
          <w:rFonts w:ascii="Times New Roman" w:hAnsi="Times New Roman" w:eastAsia="Times New Roman" w:cs="Times New Roman"/>
        </w:rPr>
        <w:t xml:space="preserve"> </w:t>
      </w:r>
      <w:r>
        <w:rPr>
          <w:rFonts w:ascii="Myanmar Text" w:hAnsi="Myanmar Text" w:eastAsia="Myanmar Text" w:cs="Myanmar Text"/>
        </w:rPr>
        <w:t>ကြားနာရန်၊</w:t>
      </w:r>
      <w:r>
        <w:rPr>
          <w:rFonts w:ascii="Times New Roman" w:hAnsi="Times New Roman" w:eastAsia="Times New Roman" w:cs="Times New Roman"/>
        </w:rPr>
        <w:t xml:space="preserve"> </w:t>
      </w:r>
      <w:r>
        <w:rPr>
          <w:rFonts w:ascii="Myanmar Text" w:hAnsi="Myanmar Text" w:eastAsia="Myanmar Text" w:cs="Myanmar Text"/>
        </w:rPr>
        <w:t>စောင့်ထိန်းရန်</w:t>
      </w:r>
      <w:r>
        <w:rPr>
          <w:rFonts w:ascii="Times New Roman" w:hAnsi="Times New Roman" w:eastAsia="Times New Roman" w:cs="Times New Roman"/>
        </w:rPr>
        <w:t xml:space="preserve"> </w:t>
      </w:r>
      <w:r>
        <w:rPr>
          <w:rFonts w:ascii="Myanmar Text" w:hAnsi="Myanmar Text" w:eastAsia="Myanmar Text" w:cs="Myanmar Text"/>
        </w:rPr>
        <w:t>ရွေးချယ်သူတို့ထံသို့</w:t>
      </w:r>
      <w:r>
        <w:rPr>
          <w:rFonts w:ascii="Times New Roman" w:hAnsi="Times New Roman" w:eastAsia="Times New Roman" w:cs="Times New Roman"/>
        </w:rPr>
        <w:t xml:space="preserve"> </w:t>
      </w:r>
      <w:r>
        <w:rPr>
          <w:rFonts w:ascii="Myanmar Text" w:hAnsi="Myanmar Text" w:eastAsia="Myanmar Text" w:cs="Myanmar Text"/>
        </w:rPr>
        <w:t>ရောက်ရှိစေသည်။</w:t>
      </w:r>
    </w:p>
    <w:p>
      <w:pPr>
        <w:pStyle w:val="ArticleScripture"/>
        <w:jc w:val="left"/>
      </w:pPr>
      <w:r>
        <w:rPr>
          <w:rFonts w:ascii="Times New Roman" w:hAnsi="Times New Roman" w:eastAsia="Times New Roman" w:cs="Times New Roman"/>
        </w:rPr>
        <w:t>Ndipo atatsegula chizindikiro chachisanu ndi chiwiri, kunakhala chete kumwamba ngati kwa theka la ola. Ndipo ndinaona angelo asanu ndi awiri amene anayima pamaso pa Mulungu; ndipo anapatsidwa iwo malipenga asanu ndi awiri. Ndipo mngelo wina anadza nayima pa guwa la nsembe, ali ndi chofukizira chagolide; ndipo anapatsidwa zofukiza zambiri, kuti akazipereke pamodzi ndi mapemphero a oyera mtima onse pa guwa la nsembe lagolide limene linali pamaso pa mpando wachifumu. Ndipo utsi wa zofukizazo, umene unakwera pamodzi ndi mapemphero a oyera mtima, unakwera kupita pamaso pa Mulungu kuchokera m’manja mwa mngeloyo. Ndipo mngeloyo anatenga chofukizira, nachidzaza ndi moto wa pa guwa la nsembe, nachiponya pa dziko lapansi; ndipo panali mawu, ndi mabingu, ndi mphezi, ndi chivomezi. Chivumbulutso 8:1–5.</w:t>
      </w:r>
    </w:p>
    <w:p>
      <w:pPr>
        <w:pStyle w:val="ArticleBody"/>
        <w:jc w:val="left"/>
      </w:pPr>
      <w:r>
        <w:rPr>
          <w:rFonts w:ascii="Times New Roman" w:hAnsi="Times New Roman" w:eastAsia="Times New Roman" w:cs="Times New Roman"/>
        </w:rPr>
        <w:t>Kha ditemde, “ḓaṅeloi dza sumbe” “dzo ima phanḓa ha Mudzimu” dzi na “phalaphala dza sumbe.” Kha mvelele ya u pfesesa ha kale, avho vharuṅwa vha phalaphala dza sumbe vho no pfesesiwa nga nḓila yone sa vhaimeli vha khaṱhulo dza Mudzimu dzo livhiswaho kha Roma nga nṱhani ha u kombetshedzwa ha vhurabeli ha Swondaha. Roma ya Vhannḓa, nga fhasi ha Constantine, yo pasa mulayo wa u thoma wa Swondaha nga ṅwaha wa 321, nahone nga ṅwaha wa 330, muvhuso wawe wo kovhekanywa wa vha vhukati na vhukovhela. U bva kha iyo tshifhinga phalaphala dza u thoma dziṋa dza thoma u lila, nahone dza imela maanḓa a ḓivhazwakale e a ḓiswa u lwa na muvhuso wawe, nahone nga ṅwaha wa 476, dza sia muḓi wa Roma u kha nyimele ine wa si tsha dovha wa vha na muvhusi wa Muroma a tshi vhusa muḓi uyo, une wa vha tshiga tsha maanḓa na vhugala ha Roma. Musi vhupapa vhu tshi pasa mulayo wa Swondaha kha Khoro ya Orleans nga ṅwaha wa 538, Mohammed o vuswa uri a ḓise khaṱhulo kha kereke ya Roma, sa zwe zwa imelwa nga phalaphala ya vhuṱanu na ya vhurathi, dze dza dovha dza vha khombo ya u thoma na ya vhuvhili, nahone dza imela Vhuislamo. Naho u pfesesa ha mvelele ha idzo phalaphala ku hone, dzo ṱaluswa kha ndimana ine dza sumbedzwa khayo kha Nzumbululo ya vhuṱahe sa “maṱungu.”</w:t>
      </w:r>
    </w:p>
    <w:p>
      <w:pPr>
        <w:pStyle w:val="ArticleScripture"/>
        <w:jc w:val="left"/>
      </w:pPr>
      <w:r>
        <w:rPr>
          <w:rFonts w:ascii="Times New Roman" w:hAnsi="Times New Roman" w:eastAsia="Times New Roman" w:cs="Times New Roman"/>
        </w:rPr>
        <w:t>Leloko la banna ba ba setseng, ba ba sa bolawang ke dikotlhao tseo, ga ba a ka ba ikotlhaya mo ditirong tsa diatla tsa bone, gore ba se ka ba obamela bademona le medingwana ya gouta, le selefera, le kgotlho, le maje, le dikgong; e e sa kgoneng go bona, le fa e le go utlwa, le fa e le go tsamaya. Le gone ga ba a ka ba ikotlhaya mo dipolaong tsa bone, le fa e le mo boloi jwa bone, le fa e le mo boakeng jwa bone, le fa e le mo boshong jwa bone. Tshenolo 9:20, 21.</w:t>
      </w:r>
    </w:p>
    <w:p>
      <w:pPr>
        <w:pStyle w:val="ArticleBody"/>
        <w:jc w:val="left"/>
      </w:pPr>
      <w:r>
        <w:rPr>
          <w:rFonts w:ascii="Times New Roman" w:hAnsi="Times New Roman" w:eastAsia="Times New Roman" w:cs="Times New Roman"/>
        </w:rPr>
        <w:t>Pengenapan yang sempurna dan terakhir bagi tujuh sangkakala ialah tujuh malapetaka terakhir dalam Wahyu pasal enam belas. Bahkan tinjauan sepintas lalu terhadap ciri-ciri nubuatan dari tujuh sangkakala dalam Wahyu pasal sembilan menunjukkan bahawa semuanya memiliki ciri-ciri yang sejajar dengan tujuh malapetaka terakhir. Pembukaan meterai yang ketujuh berlaku dalam sejarah pada saat masa percubaan hampir berakhir dan murka Allah, sebagaimana dilambangkan oleh tujuh malapetaka terakhir, hampir dicurahkan.</w:t>
      </w:r>
    </w:p>
    <w:p>
      <w:pPr>
        <w:pStyle w:val="ArticleBody"/>
        <w:jc w:val="left"/>
      </w:pPr>
      <w:r>
        <w:rPr>
          <w:rFonts w:ascii="Times New Roman" w:hAnsi="Times New Roman" w:eastAsia="Times New Roman" w:cs="Times New Roman"/>
        </w:rPr>
        <w:t>Ha Kresto, e le Tau ea leloko la Juda, a “bula tiiso ea bosupa,” lengeloi la tla la ema pel’a aletare, le tšoere senkhe sa khauta; ’me la fuoa libano tse ngata, hore le li nyehele hammoho le lithapelo tsa bahalaleli bohle holim’a aletare ea khauta e neng e le ka pel’a terone. ’Me mosi oa libano, o ileng oa nyoloha hammoho le lithapelo tsa bahalaleli, oa nyolohela pel’a Molimo o tsoa letsohong la lengeloi.” Ho tšolleloa ha Moea o Halalelang ka Pentekonta ho ile ha etelloa pele ke thapelo e kopaneng ea balumeli ba neng ba bokane Jerusalema.</w:t>
      </w:r>
    </w:p>
    <w:p>
      <w:pPr>
        <w:pStyle w:val="ArticleScripture"/>
        <w:jc w:val="left"/>
      </w:pPr>
      <w:r>
        <w:rPr>
          <w:rFonts w:ascii="Times New Roman" w:hAnsi="Times New Roman" w:eastAsia="Times New Roman" w:cs="Times New Roman"/>
        </w:rPr>
        <w:t>“Pembaharuan kesalehan yang sejati di antara kita adalah kebutuhan kita yang terbesar dan paling mendesak dari segala kebutuhan. Mencari hal ini haruslah menjadi pekerjaan kita yang pertama. Harus ada usaha yang sungguh-sungguh untuk memperoleh berkat Tuhan, bukan karena Allah tidak rela mengaruniakan berkat-Nya kepada kita, melainkan karena kita belum siap untuk menerimanya. Bapa kita yang di surga lebih rela memberikan Roh Kudus-Nya kepada mereka yang meminta kepada-Nya, daripada orang tua di bumi memberikan pemberian yang baik kepada anak-anak mereka. Tetapi adalah tugas kita, melalui pengakuan dosa, perendahan diri, pertobatan, dan doa yang sungguh-sungguh, untuk memenuhi syarat-syarat yang atasnya Allah telah berjanji untuk mengaruniakan kepada kita berkat-Nya. Suatu pembaharuan hanya patut diharapkan sebagai jawaban atas doa.” Selected Messages, buku 1, 121.</w:t>
      </w:r>
    </w:p>
    <w:p>
      <w:pPr>
        <w:pStyle w:val="ArticleBody"/>
        <w:jc w:val="left"/>
      </w:pPr>
      <w:r>
        <w:rPr>
          <w:rFonts w:ascii="Leelawadee UI" w:hAnsi="Leelawadee UI" w:eastAsia="Leelawadee UI" w:cs="Leelawadee UI"/>
        </w:rPr>
        <w:t>ការបើកត្រាទីប្រាំពីរនោះកំពុងកំណត់សម្គាល់អំពីការបោះត្រាលើមនុស្សមួយសែនបួនម៉ឺនបួនពាន់នាក់។</w:t>
      </w:r>
      <w:r>
        <w:rPr>
          <w:rFonts w:ascii="Times New Roman" w:hAnsi="Times New Roman" w:eastAsia="Times New Roman" w:cs="Times New Roman"/>
        </w:rPr>
        <w:t xml:space="preserve"> </w:t>
      </w:r>
      <w:r>
        <w:rPr>
          <w:rFonts w:ascii="Leelawadee UI" w:hAnsi="Leelawadee UI" w:eastAsia="Leelawadee UI" w:cs="Leelawadee UI"/>
        </w:rPr>
        <w:t>ការបោះត្រានេះត្រូវបានចាប់ផ្តើមដោយការអធិស្ឋាន</w:t>
      </w:r>
      <w:r>
        <w:rPr>
          <w:rFonts w:ascii="Times New Roman" w:hAnsi="Times New Roman" w:eastAsia="Times New Roman" w:cs="Times New Roman"/>
        </w:rPr>
        <w:t xml:space="preserve"> </w:t>
      </w:r>
      <w:r>
        <w:rPr>
          <w:rFonts w:ascii="Leelawadee UI" w:hAnsi="Leelawadee UI" w:eastAsia="Leelawadee UI" w:cs="Leelawadee UI"/>
        </w:rPr>
        <w:t>ប៉ុន្តែមិនមែនដោយសកម្មភាពនៃការអធិស្ឋានជាទូទៅប៉ុណ្ណោះទេ</w:t>
      </w:r>
      <w:r>
        <w:rPr>
          <w:rFonts w:ascii="Times New Roman" w:hAnsi="Times New Roman" w:eastAsia="Times New Roman" w:cs="Times New Roman"/>
        </w:rPr>
        <w:t xml:space="preserve"> </w:t>
      </w:r>
      <w:r>
        <w:rPr>
          <w:rFonts w:ascii="Leelawadee UI" w:hAnsi="Leelawadee UI" w:eastAsia="Leelawadee UI" w:cs="Leelawadee UI"/>
        </w:rPr>
        <w:t>គឺដោយការអធិស្ឋានជាក់លាក់មួយ។</w:t>
      </w:r>
      <w:r>
        <w:rPr>
          <w:rFonts w:ascii="Times New Roman" w:hAnsi="Times New Roman" w:eastAsia="Times New Roman" w:cs="Times New Roman"/>
        </w:rPr>
        <w:t xml:space="preserve"> </w:t>
      </w:r>
      <w:r>
        <w:rPr>
          <w:rFonts w:ascii="Leelawadee UI" w:hAnsi="Leelawadee UI" w:eastAsia="Leelawadee UI" w:cs="Leelawadee UI"/>
        </w:rPr>
        <w:t>ការអធិស្ឋានជាក់លាក់នោះត្រូវបានកំណត់សម្គាល់នៅក្នុងព្រះគម្ពីរដានីយ៉ែល</w:t>
      </w:r>
      <w:r>
        <w:rPr>
          <w:rFonts w:ascii="Times New Roman" w:hAnsi="Times New Roman" w:eastAsia="Times New Roman" w:cs="Times New Roman"/>
        </w:rPr>
        <w:t xml:space="preserve"> </w:t>
      </w:r>
      <w:r>
        <w:rPr>
          <w:rFonts w:ascii="Leelawadee UI" w:hAnsi="Leelawadee UI" w:eastAsia="Leelawadee UI" w:cs="Leelawadee UI"/>
        </w:rPr>
        <w:t>ដែលជាការពិតហើយ</w:t>
      </w:r>
      <w:r>
        <w:rPr>
          <w:rFonts w:ascii="Times New Roman" w:hAnsi="Times New Roman" w:eastAsia="Times New Roman" w:cs="Times New Roman"/>
        </w:rPr>
        <w:t xml:space="preserve"> </w:t>
      </w:r>
      <w:r>
        <w:rPr>
          <w:rFonts w:ascii="Leelawadee UI" w:hAnsi="Leelawadee UI" w:eastAsia="Leelawadee UI" w:cs="Leelawadee UI"/>
        </w:rPr>
        <w:t>ក៏ជាព្រះគម្ពីរវិវរណៈដែរ។</w:t>
      </w:r>
    </w:p>
    <w:p>
      <w:pPr>
        <w:pStyle w:val="ArticleBody"/>
        <w:jc w:val="left"/>
      </w:pPr>
      <w:r>
        <w:rPr>
          <w:rFonts w:ascii="Times New Roman" w:hAnsi="Times New Roman" w:eastAsia="Times New Roman" w:cs="Times New Roman"/>
        </w:rPr>
        <w:t>Yohane dalam Wahyu dan Daniel dalam kitabnya melambangkan seratus empat puluh empat ribu pada “hari-hari terakhir.” Pada “hari-hari terakhir” mereka yang akan menjadi saksi-saksi Tuhan selama peperangan langit pertama akan memberi kesaksian tentang nubuat yang dibukakan meterainya tepat sebelum masa kasihan berakhir. Hal ini dilambangkan sebagai meterai yang ketujuh dalam ayat-ayat yang sekarang kita pertimbangkan. Doa-doa yang datang kepada malaikat dengan “pedupaan emas” dilambangkan oleh doa Daniel dalam pasal sembilan kitabnya. Doa itu adalah doa yang khusus, yang telah digariskan oleh Musa sehubungan dengan nubuat tentang “tujuh masa.” Doa itu bersifat rangkap dua, dan Daniel menempatkan konteks doanya yang rangkap dua itu dalam istilah “kutuk” dan “sumpah” dari Musa. Kitab Daniel dan Wahyu adalah kitab yang sama, dan garis-garis nubuat yang sama yang terdapat dalam kitab Daniel diangkat kembali dalam kitab Wahyu.</w:t>
      </w:r>
    </w:p>
    <w:p>
      <w:pPr>
        <w:pStyle w:val="ArticleBody"/>
        <w:jc w:val="left"/>
      </w:pPr>
      <w:r>
        <w:rPr>
          <w:rFonts w:ascii="Times New Roman" w:hAnsi="Times New Roman" w:eastAsia="Times New Roman" w:cs="Times New Roman"/>
        </w:rPr>
        <w:t>La oración que trae consigo el derramamiento del fuego santo en el movimiento del ángel poderoso de Apocalipsis dieciocho, es la oración de Daniel de los “siete tiempos”. Es la oración que hizo descender del cielo al ángel Gabriel para explicar a Daniel las profecías. Al concluir su oración, que abarca los primeros veinte versículos de Daniel nueve, Gabriel descendió como a la hora de la ofrenda de la tarde. Las oraciones que ascienden, y que el ángel con el incensario de oro recibe, son oraciones que ascienden cuando el sol se pone, en el atardecer de “los postreros días”.</w:t>
      </w:r>
    </w:p>
    <w:p>
      <w:pPr>
        <w:pStyle w:val="ArticleScripture"/>
        <w:jc w:val="left"/>
      </w:pPr>
      <w:r>
        <w:rPr>
          <w:rFonts w:ascii="Times New Roman" w:hAnsi="Times New Roman" w:eastAsia="Times New Roman" w:cs="Times New Roman"/>
        </w:rPr>
        <w:t>Тэгээд би ярьж, залбирч, өөрийн нүгэл болон өөрийн ард түмэн Израилийн нүглийг наманчилж, өөрийн Бурханы ариун уулын төлөө ЭЗЭН Бурханыхаа өмнө гуйлтаа өргөж байх үед; тийм ээ, би залбирал дунд ярьж байх үед, эхний үзэгдэлд харсан өнөөх хүн Габриел хурдан нисэн ирж, оройн тахилын цагийн орчимд надад хүрэв. Даниел 9:20, 21.</w:t>
      </w:r>
    </w:p>
    <w:p>
      <w:pPr>
        <w:pStyle w:val="ArticleBody"/>
        <w:jc w:val="left"/>
      </w:pPr>
      <w:r>
        <w:rPr>
          <w:rFonts w:ascii="Times New Roman" w:hAnsi="Times New Roman" w:eastAsia="Times New Roman" w:cs="Times New Roman"/>
        </w:rPr>
        <w:t>Badalani bja Daniel e ne e le boipobolo e seng fela jwa maleo a gagwe, mme gape le jwa maleo a batho ba Modimo. Thapelo ya gagwe ke sekao sa motheo sa thapelo ya boikwatlhao e e amanang le “dinako di supa” tsa Lefitiko kgaolo ya masome a mabedi le borataro.</w:t>
      </w:r>
    </w:p>
    <w:p>
      <w:pPr>
        <w:pStyle w:val="ArticleScripture"/>
        <w:jc w:val="left"/>
      </w:pPr>
      <w:r>
        <w:rPr>
          <w:rFonts w:ascii="Myanmar Text" w:hAnsi="Myanmar Text" w:eastAsia="Myanmar Text" w:cs="Myanmar Text"/>
        </w:rPr>
        <w:t>အကြွင်းကျန်သော</w:t>
      </w:r>
      <w:r>
        <w:rPr>
          <w:rFonts w:ascii="Times New Roman" w:hAnsi="Times New Roman" w:eastAsia="Times New Roman" w:cs="Times New Roman"/>
        </w:rPr>
        <w:t xml:space="preserve"> </w:t>
      </w:r>
      <w:r>
        <w:rPr>
          <w:rFonts w:ascii="Myanmar Text" w:hAnsi="Myanmar Text" w:eastAsia="Myanmar Text" w:cs="Myanmar Text"/>
        </w:rPr>
        <w:t>သင်တို့သည်</w:t>
      </w:r>
      <w:r>
        <w:rPr>
          <w:rFonts w:ascii="Times New Roman" w:hAnsi="Times New Roman" w:eastAsia="Times New Roman" w:cs="Times New Roman"/>
        </w:rPr>
        <w:t xml:space="preserve"> </w:t>
      </w:r>
      <w:r>
        <w:rPr>
          <w:rFonts w:ascii="Myanmar Text" w:hAnsi="Myanmar Text" w:eastAsia="Myanmar Text" w:cs="Myanmar Text"/>
        </w:rPr>
        <w:t>သင်တို့၏ရန်သူတို့၏ပြည်၌</w:t>
      </w:r>
      <w:r>
        <w:rPr>
          <w:rFonts w:ascii="Times New Roman" w:hAnsi="Times New Roman" w:eastAsia="Times New Roman" w:cs="Times New Roman"/>
        </w:rPr>
        <w:t xml:space="preserve"> </w:t>
      </w:r>
      <w:r>
        <w:rPr>
          <w:rFonts w:ascii="Myanmar Text" w:hAnsi="Myanmar Text" w:eastAsia="Myanmar Text" w:cs="Myanmar Text"/>
        </w:rPr>
        <w:t>မိမိတို့၏အပြစ်ကြောင့်</w:t>
      </w:r>
      <w:r>
        <w:rPr>
          <w:rFonts w:ascii="Times New Roman" w:hAnsi="Times New Roman" w:eastAsia="Times New Roman" w:cs="Times New Roman"/>
        </w:rPr>
        <w:t xml:space="preserve"> </w:t>
      </w:r>
      <w:r>
        <w:rPr>
          <w:rFonts w:ascii="Myanmar Text" w:hAnsi="Myanmar Text" w:eastAsia="Myanmar Text" w:cs="Myanmar Text"/>
        </w:rPr>
        <w:t>ပျော်ရွှင်ခြင်းကင်းမဲ့၍</w:t>
      </w:r>
      <w:r>
        <w:rPr>
          <w:rFonts w:ascii="Times New Roman" w:hAnsi="Times New Roman" w:eastAsia="Times New Roman" w:cs="Times New Roman"/>
        </w:rPr>
        <w:t xml:space="preserve"> </w:t>
      </w:r>
      <w:r>
        <w:rPr>
          <w:rFonts w:ascii="Myanmar Text" w:hAnsi="Myanmar Text" w:eastAsia="Myanmar Text" w:cs="Myanmar Text"/>
        </w:rPr>
        <w:t>လျော့နည်းဆုတ်ယုတ်သွားကြလိမ့်မည်။</w:t>
      </w:r>
      <w:r>
        <w:rPr>
          <w:rFonts w:ascii="Times New Roman" w:hAnsi="Times New Roman" w:eastAsia="Times New Roman" w:cs="Times New Roman"/>
        </w:rPr>
        <w:t xml:space="preserve"> </w:t>
      </w:r>
      <w:r>
        <w:rPr>
          <w:rFonts w:ascii="Myanmar Text" w:hAnsi="Myanmar Text" w:eastAsia="Myanmar Text" w:cs="Myanmar Text"/>
        </w:rPr>
        <w:t>ထို့ပြင်</w:t>
      </w:r>
      <w:r>
        <w:rPr>
          <w:rFonts w:ascii="Times New Roman" w:hAnsi="Times New Roman" w:eastAsia="Times New Roman" w:cs="Times New Roman"/>
        </w:rPr>
        <w:t xml:space="preserve"> </w:t>
      </w:r>
      <w:r>
        <w:rPr>
          <w:rFonts w:ascii="Myanmar Text" w:hAnsi="Myanmar Text" w:eastAsia="Myanmar Text" w:cs="Myanmar Text"/>
        </w:rPr>
        <w:t>မိမိတို့၏ဘိုးဘေးတို့၏အပြစ်များကြောင့်လည်း</w:t>
      </w:r>
      <w:r>
        <w:rPr>
          <w:rFonts w:ascii="Times New Roman" w:hAnsi="Times New Roman" w:eastAsia="Times New Roman" w:cs="Times New Roman"/>
        </w:rPr>
        <w:t xml:space="preserve"> </w:t>
      </w:r>
      <w:r>
        <w:rPr>
          <w:rFonts w:ascii="Myanmar Text" w:hAnsi="Myanmar Text" w:eastAsia="Myanmar Text" w:cs="Myanmar Text"/>
        </w:rPr>
        <w:t>ထိုသူတို့နှင့်အတူ</w:t>
      </w:r>
      <w:r>
        <w:rPr>
          <w:rFonts w:ascii="Times New Roman" w:hAnsi="Times New Roman" w:eastAsia="Times New Roman" w:cs="Times New Roman"/>
        </w:rPr>
        <w:t xml:space="preserve"> </w:t>
      </w:r>
      <w:r>
        <w:rPr>
          <w:rFonts w:ascii="Myanmar Text" w:hAnsi="Myanmar Text" w:eastAsia="Myanmar Text" w:cs="Myanmar Text"/>
        </w:rPr>
        <w:t>လျော့နည်းဆုတ်ယုတ်သွားကြလိမ့်မည်။</w:t>
      </w:r>
      <w:r>
        <w:rPr>
          <w:rFonts w:ascii="Times New Roman" w:hAnsi="Times New Roman" w:eastAsia="Times New Roman" w:cs="Times New Roman"/>
        </w:rPr>
        <w:t xml:space="preserve"> </w:t>
      </w:r>
      <w:r>
        <w:rPr>
          <w:rFonts w:ascii="Myanmar Text" w:hAnsi="Myanmar Text" w:eastAsia="Myanmar Text" w:cs="Myanmar Text"/>
        </w:rPr>
        <w:t>သူတို့သည်</w:t>
      </w:r>
      <w:r>
        <w:rPr>
          <w:rFonts w:ascii="Times New Roman" w:hAnsi="Times New Roman" w:eastAsia="Times New Roman" w:cs="Times New Roman"/>
        </w:rPr>
        <w:t xml:space="preserve"> </w:t>
      </w:r>
      <w:r>
        <w:rPr>
          <w:rFonts w:ascii="Myanmar Text" w:hAnsi="Myanmar Text" w:eastAsia="Myanmar Text" w:cs="Myanmar Text"/>
        </w:rPr>
        <w:t>မိမိတို့၏အပြစ်ကိုလည်းကောင်း၊</w:t>
      </w:r>
      <w:r>
        <w:rPr>
          <w:rFonts w:ascii="Times New Roman" w:hAnsi="Times New Roman" w:eastAsia="Times New Roman" w:cs="Times New Roman"/>
        </w:rPr>
        <w:t xml:space="preserve"> </w:t>
      </w:r>
      <w:r>
        <w:rPr>
          <w:rFonts w:ascii="Myanmar Text" w:hAnsi="Myanmar Text" w:eastAsia="Myanmar Text" w:cs="Myanmar Text"/>
        </w:rPr>
        <w:t>မိမိတို့၏ဘိုးဘေးတို့၏အပြစ်ကိုလည်းကောင်း၊</w:t>
      </w:r>
      <w:r>
        <w:rPr>
          <w:rFonts w:ascii="Times New Roman" w:hAnsi="Times New Roman" w:eastAsia="Times New Roman" w:cs="Times New Roman"/>
        </w:rPr>
        <w:t xml:space="preserve"> </w:t>
      </w:r>
      <w:r>
        <w:rPr>
          <w:rFonts w:ascii="Myanmar Text" w:hAnsi="Myanmar Text" w:eastAsia="Myanmar Text" w:cs="Myanmar Text"/>
        </w:rPr>
        <w:t>ငါ့ကိုပြစ်မှားလွန်ကျူးခဲ့သော</w:t>
      </w:r>
      <w:r>
        <w:rPr>
          <w:rFonts w:ascii="Times New Roman" w:hAnsi="Times New Roman" w:eastAsia="Times New Roman" w:cs="Times New Roman"/>
        </w:rPr>
        <w:t xml:space="preserve"> </w:t>
      </w:r>
      <w:r>
        <w:rPr>
          <w:rFonts w:ascii="Myanmar Text" w:hAnsi="Myanmar Text" w:eastAsia="Myanmar Text" w:cs="Myanmar Text"/>
        </w:rPr>
        <w:t>မိမိတို့၏လွန်ကျူးမှုကိုလည်းကောင်း</w:t>
      </w:r>
      <w:r>
        <w:rPr>
          <w:rFonts w:ascii="Times New Roman" w:hAnsi="Times New Roman" w:eastAsia="Times New Roman" w:cs="Times New Roman"/>
        </w:rPr>
        <w:t xml:space="preserve"> </w:t>
      </w:r>
      <w:r>
        <w:rPr>
          <w:rFonts w:ascii="Myanmar Text" w:hAnsi="Myanmar Text" w:eastAsia="Myanmar Text" w:cs="Myanmar Text"/>
        </w:rPr>
        <w:t>ဝန်ခံကြ၍၊</w:t>
      </w:r>
      <w:r>
        <w:rPr>
          <w:rFonts w:ascii="Times New Roman" w:hAnsi="Times New Roman" w:eastAsia="Times New Roman" w:cs="Times New Roman"/>
        </w:rPr>
        <w:t xml:space="preserve"> </w:t>
      </w:r>
      <w:r>
        <w:rPr>
          <w:rFonts w:ascii="Myanmar Text" w:hAnsi="Myanmar Text" w:eastAsia="Myanmar Text" w:cs="Myanmar Text"/>
        </w:rPr>
        <w:t>ထို့ပြင်</w:t>
      </w:r>
      <w:r>
        <w:rPr>
          <w:rFonts w:ascii="Times New Roman" w:hAnsi="Times New Roman" w:eastAsia="Times New Roman" w:cs="Times New Roman"/>
        </w:rPr>
        <w:t xml:space="preserve"> </w:t>
      </w:r>
      <w:r>
        <w:rPr>
          <w:rFonts w:ascii="Myanmar Text" w:hAnsi="Myanmar Text" w:eastAsia="Myanmar Text" w:cs="Myanmar Text"/>
        </w:rPr>
        <w:t>သူတို့သည်</w:t>
      </w:r>
      <w:r>
        <w:rPr>
          <w:rFonts w:ascii="Times New Roman" w:hAnsi="Times New Roman" w:eastAsia="Times New Roman" w:cs="Times New Roman"/>
        </w:rPr>
        <w:t xml:space="preserve"> </w:t>
      </w:r>
      <w:r>
        <w:rPr>
          <w:rFonts w:ascii="Myanmar Text" w:hAnsi="Myanmar Text" w:eastAsia="Myanmar Text" w:cs="Myanmar Text"/>
        </w:rPr>
        <w:t>ငါ့ကိုဆန့်ကျင်လျက်</w:t>
      </w:r>
      <w:r>
        <w:rPr>
          <w:rFonts w:ascii="Times New Roman" w:hAnsi="Times New Roman" w:eastAsia="Times New Roman" w:cs="Times New Roman"/>
        </w:rPr>
        <w:t xml:space="preserve"> </w:t>
      </w:r>
      <w:r>
        <w:rPr>
          <w:rFonts w:ascii="Myanmar Text" w:hAnsi="Myanmar Text" w:eastAsia="Myanmar Text" w:cs="Myanmar Text"/>
        </w:rPr>
        <w:t>ကျင့်လည်ခဲ့ကြသည်ကိုလည်း</w:t>
      </w:r>
      <w:r>
        <w:rPr>
          <w:rFonts w:ascii="Times New Roman" w:hAnsi="Times New Roman" w:eastAsia="Times New Roman" w:cs="Times New Roman"/>
        </w:rPr>
        <w:t xml:space="preserve"> </w:t>
      </w:r>
      <w:r>
        <w:rPr>
          <w:rFonts w:ascii="Myanmar Text" w:hAnsi="Myanmar Text" w:eastAsia="Myanmar Text" w:cs="Myanmar Text"/>
        </w:rPr>
        <w:t>ဝန်ခံကြလျှင်၊</w:t>
      </w:r>
      <w:r>
        <w:rPr>
          <w:rFonts w:ascii="Times New Roman" w:hAnsi="Times New Roman" w:eastAsia="Times New Roman" w:cs="Times New Roman"/>
        </w:rPr>
        <w:t xml:space="preserve"> </w:t>
      </w:r>
      <w:r>
        <w:rPr>
          <w:rFonts w:ascii="Myanmar Text" w:hAnsi="Myanmar Text" w:eastAsia="Myanmar Text" w:cs="Myanmar Text"/>
        </w:rPr>
        <w:t>ငါသည်လည်း</w:t>
      </w:r>
      <w:r>
        <w:rPr>
          <w:rFonts w:ascii="Times New Roman" w:hAnsi="Times New Roman" w:eastAsia="Times New Roman" w:cs="Times New Roman"/>
        </w:rPr>
        <w:t xml:space="preserve"> </w:t>
      </w:r>
      <w:r>
        <w:rPr>
          <w:rFonts w:ascii="Myanmar Text" w:hAnsi="Myanmar Text" w:eastAsia="Myanmar Text" w:cs="Myanmar Text"/>
        </w:rPr>
        <w:t>သူတို့ကိုဆန့်ကျင်လျက်</w:t>
      </w:r>
      <w:r>
        <w:rPr>
          <w:rFonts w:ascii="Times New Roman" w:hAnsi="Times New Roman" w:eastAsia="Times New Roman" w:cs="Times New Roman"/>
        </w:rPr>
        <w:t xml:space="preserve"> </w:t>
      </w:r>
      <w:r>
        <w:rPr>
          <w:rFonts w:ascii="Myanmar Text" w:hAnsi="Myanmar Text" w:eastAsia="Myanmar Text" w:cs="Myanmar Text"/>
        </w:rPr>
        <w:t>ကျင့်၍</w:t>
      </w:r>
      <w:r>
        <w:rPr>
          <w:rFonts w:ascii="Times New Roman" w:hAnsi="Times New Roman" w:eastAsia="Times New Roman" w:cs="Times New Roman"/>
        </w:rPr>
        <w:t xml:space="preserve"> </w:t>
      </w:r>
      <w:r>
        <w:rPr>
          <w:rFonts w:ascii="Myanmar Text" w:hAnsi="Myanmar Text" w:eastAsia="Myanmar Text" w:cs="Myanmar Text"/>
        </w:rPr>
        <w:t>သူတို့ကို</w:t>
      </w:r>
      <w:r>
        <w:rPr>
          <w:rFonts w:ascii="Times New Roman" w:hAnsi="Times New Roman" w:eastAsia="Times New Roman" w:cs="Times New Roman"/>
        </w:rPr>
        <w:t xml:space="preserve"> </w:t>
      </w:r>
      <w:r>
        <w:rPr>
          <w:rFonts w:ascii="Myanmar Text" w:hAnsi="Myanmar Text" w:eastAsia="Myanmar Text" w:cs="Myanmar Text"/>
        </w:rPr>
        <w:t>ရန်သူတို့၏ပြည်သို့</w:t>
      </w:r>
      <w:r>
        <w:rPr>
          <w:rFonts w:ascii="Times New Roman" w:hAnsi="Times New Roman" w:eastAsia="Times New Roman" w:cs="Times New Roman"/>
        </w:rPr>
        <w:t xml:space="preserve"> </w:t>
      </w:r>
      <w:r>
        <w:rPr>
          <w:rFonts w:ascii="Myanmar Text" w:hAnsi="Myanmar Text" w:eastAsia="Myanmar Text" w:cs="Myanmar Text"/>
        </w:rPr>
        <w:t>ဆောင်သွားခဲ့သည်ကိုလည်း</w:t>
      </w:r>
      <w:r>
        <w:rPr>
          <w:rFonts w:ascii="Times New Roman" w:hAnsi="Times New Roman" w:eastAsia="Times New Roman" w:cs="Times New Roman"/>
        </w:rPr>
        <w:t xml:space="preserve"> </w:t>
      </w:r>
      <w:r>
        <w:rPr>
          <w:rFonts w:ascii="Myanmar Text" w:hAnsi="Myanmar Text" w:eastAsia="Myanmar Text" w:cs="Myanmar Text"/>
        </w:rPr>
        <w:t>ဝန်ခံကြလျှင်၊</w:t>
      </w:r>
      <w:r>
        <w:rPr>
          <w:rFonts w:ascii="Times New Roman" w:hAnsi="Times New Roman" w:eastAsia="Times New Roman" w:cs="Times New Roman"/>
        </w:rPr>
        <w:t xml:space="preserve"> </w:t>
      </w:r>
      <w:r>
        <w:rPr>
          <w:rFonts w:ascii="Myanmar Text" w:hAnsi="Myanmar Text" w:eastAsia="Myanmar Text" w:cs="Myanmar Text"/>
        </w:rPr>
        <w:t>ထိုအခါ</w:t>
      </w:r>
      <w:r>
        <w:rPr>
          <w:rFonts w:ascii="Times New Roman" w:hAnsi="Times New Roman" w:eastAsia="Times New Roman" w:cs="Times New Roman"/>
        </w:rPr>
        <w:t xml:space="preserve"> </w:t>
      </w:r>
      <w:r>
        <w:rPr>
          <w:rFonts w:ascii="Myanmar Text" w:hAnsi="Myanmar Text" w:eastAsia="Myanmar Text" w:cs="Myanmar Text"/>
        </w:rPr>
        <w:t>သူတို့၏</w:t>
      </w:r>
      <w:r>
        <w:rPr>
          <w:rFonts w:ascii="Times New Roman" w:hAnsi="Times New Roman" w:eastAsia="Times New Roman" w:cs="Times New Roman"/>
        </w:rPr>
        <w:t xml:space="preserve"> </w:t>
      </w:r>
      <w:r>
        <w:rPr>
          <w:rFonts w:ascii="Myanmar Text" w:hAnsi="Myanmar Text" w:eastAsia="Myanmar Text" w:cs="Myanmar Text"/>
        </w:rPr>
        <w:t>အရေဖျားမဖြတ်ရသေးသောစိတ်နှလုံးသည်</w:t>
      </w:r>
      <w:r>
        <w:rPr>
          <w:rFonts w:ascii="Times New Roman" w:hAnsi="Times New Roman" w:eastAsia="Times New Roman" w:cs="Times New Roman"/>
        </w:rPr>
        <w:t xml:space="preserve"> </w:t>
      </w:r>
      <w:r>
        <w:rPr>
          <w:rFonts w:ascii="Myanmar Text" w:hAnsi="Myanmar Text" w:eastAsia="Myanmar Text" w:cs="Myanmar Text"/>
        </w:rPr>
        <w:t>နှိမ့်ချလျက်၊</w:t>
      </w:r>
      <w:r>
        <w:rPr>
          <w:rFonts w:ascii="Times New Roman" w:hAnsi="Times New Roman" w:eastAsia="Times New Roman" w:cs="Times New Roman"/>
        </w:rPr>
        <w:t xml:space="preserve"> </w:t>
      </w:r>
      <w:r>
        <w:rPr>
          <w:rFonts w:ascii="Myanmar Text" w:hAnsi="Myanmar Text" w:eastAsia="Myanmar Text" w:cs="Myanmar Text"/>
        </w:rPr>
        <w:t>မိမိတို့၏အပြစ်ကြောင့်ခံရသော</w:t>
      </w:r>
      <w:r>
        <w:rPr>
          <w:rFonts w:ascii="Times New Roman" w:hAnsi="Times New Roman" w:eastAsia="Times New Roman" w:cs="Times New Roman"/>
        </w:rPr>
        <w:t xml:space="preserve"> </w:t>
      </w:r>
      <w:r>
        <w:rPr>
          <w:rFonts w:ascii="Myanmar Text" w:hAnsi="Myanmar Text" w:eastAsia="Myanmar Text" w:cs="Myanmar Text"/>
        </w:rPr>
        <w:t>အပြစ်ဒဏ်ကို</w:t>
      </w:r>
      <w:r>
        <w:rPr>
          <w:rFonts w:ascii="Times New Roman" w:hAnsi="Times New Roman" w:eastAsia="Times New Roman" w:cs="Times New Roman"/>
        </w:rPr>
        <w:t xml:space="preserve"> </w:t>
      </w:r>
      <w:r>
        <w:rPr>
          <w:rFonts w:ascii="Myanmar Text" w:hAnsi="Myanmar Text" w:eastAsia="Myanmar Text" w:cs="Myanmar Text"/>
        </w:rPr>
        <w:t>လက်ခံကြလျှင်၊</w:t>
      </w:r>
      <w:r>
        <w:rPr>
          <w:rFonts w:ascii="Times New Roman" w:hAnsi="Times New Roman" w:eastAsia="Times New Roman" w:cs="Times New Roman"/>
        </w:rPr>
        <w:t xml:space="preserve"> </w:t>
      </w:r>
      <w:r>
        <w:rPr>
          <w:rFonts w:ascii="Myanmar Text" w:hAnsi="Myanmar Text" w:eastAsia="Myanmar Text" w:cs="Myanmar Text"/>
        </w:rPr>
        <w:t>ထိုအခါ</w:t>
      </w:r>
      <w:r>
        <w:rPr>
          <w:rFonts w:ascii="Times New Roman" w:hAnsi="Times New Roman" w:eastAsia="Times New Roman" w:cs="Times New Roman"/>
        </w:rPr>
        <w:t xml:space="preserve"> </w:t>
      </w:r>
      <w:r>
        <w:rPr>
          <w:rFonts w:ascii="Myanmar Text" w:hAnsi="Myanmar Text" w:eastAsia="Myanmar Text" w:cs="Myanmar Text"/>
        </w:rPr>
        <w:t>ငါသည်</w:t>
      </w:r>
      <w:r>
        <w:rPr>
          <w:rFonts w:ascii="Times New Roman" w:hAnsi="Times New Roman" w:eastAsia="Times New Roman" w:cs="Times New Roman"/>
        </w:rPr>
        <w:t xml:space="preserve"> </w:t>
      </w:r>
      <w:r>
        <w:rPr>
          <w:rFonts w:ascii="Myanmar Text" w:hAnsi="Myanmar Text" w:eastAsia="Myanmar Text" w:cs="Myanmar Text"/>
        </w:rPr>
        <w:t>ယာကုပ်နှင့်ချုပ်ဆိုခဲ့သော</w:t>
      </w:r>
      <w:r>
        <w:rPr>
          <w:rFonts w:ascii="Times New Roman" w:hAnsi="Times New Roman" w:eastAsia="Times New Roman" w:cs="Times New Roman"/>
        </w:rPr>
        <w:t xml:space="preserve"> </w:t>
      </w:r>
      <w:r>
        <w:rPr>
          <w:rFonts w:ascii="Myanmar Text" w:hAnsi="Myanmar Text" w:eastAsia="Myanmar Text" w:cs="Myanmar Text"/>
        </w:rPr>
        <w:t>ငါ၏ပဋိညာဉ်ကို</w:t>
      </w:r>
      <w:r>
        <w:rPr>
          <w:rFonts w:ascii="Times New Roman" w:hAnsi="Times New Roman" w:eastAsia="Times New Roman" w:cs="Times New Roman"/>
        </w:rPr>
        <w:t xml:space="preserve"> </w:t>
      </w:r>
      <w:r>
        <w:rPr>
          <w:rFonts w:ascii="Myanmar Text" w:hAnsi="Myanmar Text" w:eastAsia="Myanmar Text" w:cs="Myanmar Text"/>
        </w:rPr>
        <w:t>အောက်မေ့မည်။</w:t>
      </w:r>
      <w:r>
        <w:rPr>
          <w:rFonts w:ascii="Times New Roman" w:hAnsi="Times New Roman" w:eastAsia="Times New Roman" w:cs="Times New Roman"/>
        </w:rPr>
        <w:t xml:space="preserve"> </w:t>
      </w:r>
      <w:r>
        <w:rPr>
          <w:rFonts w:ascii="Myanmar Text" w:hAnsi="Myanmar Text" w:eastAsia="Myanmar Text" w:cs="Myanmar Text"/>
        </w:rPr>
        <w:t>ဣဇာက်နှင့်ချုပ်ဆိုခဲ့သော</w:t>
      </w:r>
      <w:r>
        <w:rPr>
          <w:rFonts w:ascii="Times New Roman" w:hAnsi="Times New Roman" w:eastAsia="Times New Roman" w:cs="Times New Roman"/>
        </w:rPr>
        <w:t xml:space="preserve"> </w:t>
      </w:r>
      <w:r>
        <w:rPr>
          <w:rFonts w:ascii="Myanmar Text" w:hAnsi="Myanmar Text" w:eastAsia="Myanmar Text" w:cs="Myanmar Text"/>
        </w:rPr>
        <w:t>ငါ၏ပဋိညာဉ်ကိုလည်း</w:t>
      </w:r>
      <w:r>
        <w:rPr>
          <w:rFonts w:ascii="Times New Roman" w:hAnsi="Times New Roman" w:eastAsia="Times New Roman" w:cs="Times New Roman"/>
        </w:rPr>
        <w:t xml:space="preserve"> </w:t>
      </w:r>
      <w:r>
        <w:rPr>
          <w:rFonts w:ascii="Myanmar Text" w:hAnsi="Myanmar Text" w:eastAsia="Myanmar Text" w:cs="Myanmar Text"/>
        </w:rPr>
        <w:t>အောက်မေ့မည်။</w:t>
      </w:r>
      <w:r>
        <w:rPr>
          <w:rFonts w:ascii="Times New Roman" w:hAnsi="Times New Roman" w:eastAsia="Times New Roman" w:cs="Times New Roman"/>
        </w:rPr>
        <w:t xml:space="preserve"> </w:t>
      </w:r>
      <w:r>
        <w:rPr>
          <w:rFonts w:ascii="Myanmar Text" w:hAnsi="Myanmar Text" w:eastAsia="Myanmar Text" w:cs="Myanmar Text"/>
        </w:rPr>
        <w:t>အာဗြဟံနှင့်ချုပ်ဆိုခဲ့သော</w:t>
      </w:r>
      <w:r>
        <w:rPr>
          <w:rFonts w:ascii="Times New Roman" w:hAnsi="Times New Roman" w:eastAsia="Times New Roman" w:cs="Times New Roman"/>
        </w:rPr>
        <w:t xml:space="preserve"> </w:t>
      </w:r>
      <w:r>
        <w:rPr>
          <w:rFonts w:ascii="Myanmar Text" w:hAnsi="Myanmar Text" w:eastAsia="Myanmar Text" w:cs="Myanmar Text"/>
        </w:rPr>
        <w:t>ငါ၏ပဋိညာဉ်ကိုလည်း</w:t>
      </w:r>
      <w:r>
        <w:rPr>
          <w:rFonts w:ascii="Times New Roman" w:hAnsi="Times New Roman" w:eastAsia="Times New Roman" w:cs="Times New Roman"/>
        </w:rPr>
        <w:t xml:space="preserve"> </w:t>
      </w:r>
      <w:r>
        <w:rPr>
          <w:rFonts w:ascii="Myanmar Text" w:hAnsi="Myanmar Text" w:eastAsia="Myanmar Text" w:cs="Myanmar Text"/>
        </w:rPr>
        <w:t>အောက်မေ့မည်။</w:t>
      </w:r>
      <w:r>
        <w:rPr>
          <w:rFonts w:ascii="Times New Roman" w:hAnsi="Times New Roman" w:eastAsia="Times New Roman" w:cs="Times New Roman"/>
        </w:rPr>
        <w:t xml:space="preserve"> </w:t>
      </w:r>
      <w:r>
        <w:rPr>
          <w:rFonts w:ascii="Myanmar Text" w:hAnsi="Myanmar Text" w:eastAsia="Myanmar Text" w:cs="Myanmar Text"/>
        </w:rPr>
        <w:t>ထိုပြည်ကိုလည်း</w:t>
      </w:r>
      <w:r>
        <w:rPr>
          <w:rFonts w:ascii="Times New Roman" w:hAnsi="Times New Roman" w:eastAsia="Times New Roman" w:cs="Times New Roman"/>
        </w:rPr>
        <w:t xml:space="preserve"> </w:t>
      </w:r>
      <w:r>
        <w:rPr>
          <w:rFonts w:ascii="Myanmar Text" w:hAnsi="Myanmar Text" w:eastAsia="Myanmar Text" w:cs="Myanmar Text"/>
        </w:rPr>
        <w:t>ငါအောက်မေ့မည်။</w:t>
      </w:r>
      <w:r>
        <w:rPr>
          <w:rFonts w:ascii="Times New Roman" w:hAnsi="Times New Roman" w:eastAsia="Times New Roman" w:cs="Times New Roman"/>
        </w:rPr>
        <w:t xml:space="preserve"> </w:t>
      </w:r>
      <w:r>
        <w:rPr>
          <w:rFonts w:ascii="Myanmar Text" w:hAnsi="Myanmar Text" w:eastAsia="Myanmar Text" w:cs="Myanmar Text"/>
        </w:rPr>
        <w:t>ဝတ်ပြုရာကျမ်း</w:t>
      </w:r>
      <w:r>
        <w:rPr>
          <w:rFonts w:ascii="Times New Roman" w:hAnsi="Times New Roman" w:eastAsia="Times New Roman" w:cs="Times New Roman"/>
        </w:rPr>
        <w:t xml:space="preserve"> </w:t>
      </w:r>
      <w:r>
        <w:rPr>
          <w:rFonts w:ascii="Myanmar Text" w:hAnsi="Myanmar Text" w:eastAsia="Myanmar Text" w:cs="Myanmar Text"/>
        </w:rPr>
        <w:t>၂၆း၃၉</w:t>
      </w:r>
      <w:r>
        <w:rPr>
          <w:rFonts w:ascii="Times New Roman" w:hAnsi="Times New Roman" w:eastAsia="Times New Roman" w:cs="Times New Roman"/>
        </w:rPr>
        <w:t>–</w:t>
      </w:r>
      <w:r>
        <w:rPr>
          <w:rFonts w:ascii="Myanmar Text" w:hAnsi="Myanmar Text" w:eastAsia="Myanmar Text" w:cs="Myanmar Text"/>
        </w:rPr>
        <w:t>၄၂။</w:t>
      </w:r>
    </w:p>
    <w:p>
      <w:pPr>
        <w:pStyle w:val="ArticleBody"/>
        <w:jc w:val="left"/>
      </w:pPr>
      <w:r>
        <w:rPr>
          <w:rFonts w:ascii="Times New Roman" w:hAnsi="Times New Roman" w:eastAsia="Times New Roman" w:cs="Times New Roman"/>
        </w:rPr>
        <w:t>Selepas Musa mengemukakan hukuman yang berkaitan dengan “tujuh kali”, yang disebutnya sebagai “perselisihan” perjanjian Allah, dia menjelaskan apa yang harus dilakukan oleh umat Allah jika dan apabila mereka menyedari bahawa mereka adalah hamba di negeri musuh, sebagaimana Daniel. Mereka perlu, sebagaimana yang diwakili oleh Daniel, mengaku dosa mereka, dan juga dosa nenek moyang mereka.</w:t>
      </w:r>
    </w:p>
    <w:p>
      <w:pPr>
        <w:pStyle w:val="ArticleBody"/>
        <w:jc w:val="left"/>
      </w:pPr>
      <w:r>
        <w:rPr>
          <w:rFonts w:ascii="Times New Roman" w:hAnsi="Times New Roman" w:eastAsia="Times New Roman" w:cs="Times New Roman"/>
        </w:rPr>
        <w:t>Apabila doa khusus ini dipanjatkan oleh mereka yang dipanggil untuk menjadi seratus empat puluh empat ribu, malaikat yang memegang pedupaan emas itu akan mengambil “pedupaan itu, lalu” mengisinya “dengan api dari mezbah, dan melemparkannya ke bumi; maka terdengarlah bunyi-bunyian, guruh, kilat, dan gempa bumi.” Api kudus yang melambangkan pekabaran “kebenaran”, sebagai lawan dari pekabaran palsu tentang “api” yang didatangkan turun dari langit oleh Amerika Serikat dan Iblis, terjadi pada masa “gempa bumi” itu, yaitu undang-undang hari Minggu.</w:t>
      </w:r>
    </w:p>
    <w:p>
      <w:pPr>
        <w:pStyle w:val="ArticleBody"/>
        <w:jc w:val="left"/>
      </w:pPr>
      <w:r>
        <w:rPr>
          <w:rFonts w:ascii="Times New Roman" w:hAnsi="Times New Roman" w:eastAsia="Times New Roman" w:cs="Times New Roman"/>
        </w:rPr>
        <w:t>Dalam kitab Zakharia, kita diberitahu bahwa Zerubabel meletakkan baik dasar maupun batu penjuru puncak Bait Suci dalam sejarah pembangunan kembali Bait Suci dan Yerusalem setelah kembalinya dari perbudakan yang Daniel turut alami.</w:t>
      </w:r>
    </w:p>
    <w:p>
      <w:pPr>
        <w:pStyle w:val="ArticleScripture"/>
        <w:jc w:val="left"/>
      </w:pPr>
      <w:r>
        <w:rPr>
          <w:rFonts w:ascii="Times New Roman" w:hAnsi="Times New Roman" w:eastAsia="Times New Roman" w:cs="Times New Roman"/>
        </w:rPr>
        <w:t>Maka ia menjawab dan berfirman kepadaku, katanya: Inilah firman TUHAN kepada Zerubabel: Bukan dengan keperkasaan, dan bukan dengan kekuatan, melainkan dengan Roh-Ku, firman TUHAN semesta alam. Siapakah engkau, hai gunung besar? Di hadapan Zerubabel engkau akan menjadi tanah rata; dan ia akan mengeluarkan batu penjuru itu diiringi sorak-sorai, sambil berseru: Kasih karunia, kasih karunia atasnya! Lagipula datanglah firman TUHAN kepadaku, demikian: Tangan Zerubabel telah meletakkan dasar rumah ini; tangannya juga akan menyelesaikannya; dan engkau akan mengetahui bahwa TUHAN semesta alam telah mengutus aku kepadamu. Sebab siapakah yang menghina hari perkara-perkara yang kecil? Karena mereka akan bersukacita, dan akan melihat tali unting-unting di tangan Zerubabel bersama ketujuh itu; itulah mata TUHAN, yang menjelajah ke seluruh bumi. Zakharia 4:6–10.</w:t>
      </w:r>
    </w:p>
    <w:p>
      <w:pPr>
        <w:pStyle w:val="ArticleBody"/>
        <w:jc w:val="left"/>
      </w:pPr>
      <w:r>
        <w:rPr>
          <w:rFonts w:ascii="Times New Roman" w:hAnsi="Times New Roman" w:eastAsia="Times New Roman" w:cs="Times New Roman"/>
        </w:rPr>
        <w:t>Zerubabel bererti “keturunan Babel”, dan merupakan suatu lambang bagi pekhabaran malaikat kedua, yang apabila digabungkan dengan pekhabaran Seruan Tengah Malam, telah meletakkan “asas” pada gerakan permulaan Adventisme. Zerubabel juga melambangkan pengulangan pekhabaran malaikat kedua dalam gerakan penutupan Adventisme, iaitu dalam gerakan Future for America, apabila “batu penjuru utama” diletakkan.</w:t>
      </w:r>
    </w:p>
    <w:p>
      <w:pPr>
        <w:pStyle w:val="ArticleBody"/>
        <w:jc w:val="left"/>
      </w:pPr>
      <w:r>
        <w:rPr>
          <w:rFonts w:ascii="Times New Roman" w:hAnsi="Times New Roman" w:eastAsia="Times New Roman" w:cs="Times New Roman"/>
        </w:rPr>
        <w:t>Lefatshe le ile la thaba ka baka la dipaki tše pedi tšeo di bego di bolailwe mo moeding wa marapo a go hwa, setarateng seo e lego “tsela-kgolo ya tshedimošo ya godimo.” Ge dipaki tše pedi tšeo di tsošitšwe gore di phele gape, lefase le ile la tšhoga, gomme magodimo a thaba. Sakaria, bjalo ka baporofeta ka moka, o šupa “matšatši a bofelo” ge batho ba Modimo ba thaba. Sakaria o re botša gore ba thaba ge dipaki tše pedi di tsoga bahung, ge ba bona “tšeo tše šupago.” “Tšeo tše šupago” ke lona lentšu leo le swanago la Seheberu leo le fetoletšwego e le “gašupa” go Lefitiko masomepedi a tshela. Kgato ya morongwa wa pele e beile leswika la motheo la gašupa ga Moshe, gomme “therešo” yeo gape e swanetše go ba leswika la hlogo la mokgatlo wa morongwa wa boraro, go sa šetšwe go ganwa ga yona ka 1863.</w:t>
      </w:r>
    </w:p>
    <w:p>
      <w:pPr>
        <w:pStyle w:val="ArticleBody"/>
        <w:jc w:val="left"/>
      </w:pPr>
      <w:r>
        <w:rPr>
          <w:rFonts w:ascii="Times New Roman" w:hAnsi="Times New Roman" w:eastAsia="Times New Roman" w:cs="Times New Roman"/>
        </w:rPr>
        <w:t>Bila hal itu dikenali dan digenapi, serta dilaksanakan dengan doa ganda yang sepatutnya, api yang sejati akan dicampakkan ke bumi, seperti yang terjadi pada hari Pentakosta.</w:t>
      </w:r>
    </w:p>
    <w:p>
      <w:pPr>
        <w:pStyle w:val="ArticleBody"/>
        <w:jc w:val="left"/>
      </w:pPr>
      <w:r>
        <w:rPr>
          <w:rFonts w:ascii="Times New Roman" w:hAnsi="Times New Roman" w:eastAsia="Times New Roman" w:cs="Times New Roman"/>
        </w:rPr>
        <w:t>Ndzi ta ya emahlweni hi hlamusela ku pfuriwa ka xisimbati xa vunkombo exihlokweni lexi landzelaka.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Yesu Kristo amakɨnyɛtwa — Kumi na Nne</dc:title>
  <dc:subject>Muhrim va Nkombo Haya Mushitouanela</dc:subject>
  <dc:creator>Jeff Pippenger</dc:creator>
  <cp:keywords/>
  <dc:description>Generated by ArticleDigger from revelation\14_revelation.json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