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Myanmar Text" w:hAnsi="Myanmar Text" w:eastAsia="Myanmar Text" w:cs="Myanmar Text"/>
        </w:rPr>
        <w:t>ဝှက်ကွယ်နေသော သမိုင်း — အခန်းငယ် လေးဆယ့် နှစ်ဆယ့်သုံးမတ်၃၂</w:t>
      </w:r>
    </w:p>
    <w:p>
      <w:pPr>
        <w:pStyle w:val="ArticleSubtitle"/>
        <w:jc w:val="left"/>
      </w:pPr>
      <w:r>
        <w:rPr>
          <w:rFonts w:ascii="Myanmar Text" w:hAnsi="Myanmar Text" w:eastAsia="Myanmar Text" w:cs="Myanmar Text"/>
        </w:rPr>
        <w:t>ဧဇကေလ အမှတ် ဆယ့်သုံး</w:t>
      </w:r>
    </w:p>
    <w:p>
      <w:pPr>
        <w:pStyle w:val="ArticleByline"/>
        <w:jc w:val="left"/>
      </w:pPr>
      <w:r>
        <w:rPr>
          <w:rFonts w:ascii="Myanmar Text" w:hAnsi="Myanmar Text" w:eastAsia="Myanmar Text" w:cs="Myanmar Text"/>
        </w:rPr>
        <w:t>Jeff Pippenger</w:t>
      </w:r>
    </w:p>
    <w:p>
      <w:pPr>
        <w:pStyle w:val="ArticleDate"/>
        <w:jc w:val="left"/>
      </w:pPr>
      <w:r>
        <w:rPr>
          <w:rFonts w:ascii="Myanmar Text" w:hAnsi="Myanmar Text" w:eastAsia="Myanmar Text" w:cs="Myanmar Text"/>
        </w:rPr>
        <w:t>2026-10-02</w:t>
      </w:r>
    </w:p>
    <w:p>
      <w:pPr>
        <w:pStyle w:val="ArticleBody"/>
        <w:jc w:val="left"/>
      </w:pPr>
      <w:r>
        <w:rPr>
          <w:rFonts w:ascii="Myanmar Text" w:hAnsi="Myanmar Text" w:eastAsia="Myanmar Text" w:cs="Myanmar Text"/>
        </w:rPr>
        <w:t>ဧဇကေလကျမ်း၌ပါရှိသော သတိပေးသတင်းစကားမှာ “မြို့ဝိုင်းပိတ်ခြင်း၏နိမိတ်လက္ခဏာ” ဖြစ်သည်။ မြို့ဝိုင်းပိတ်ခြင်း စတင်သောအခါ ဧဇကေလ၏ဇနီးသည် သေဆုံးခဲ့ပြီး၊ ဧဇကေလအား သူမ၏သေဆုံးမှုအတွက် ဝမ်းနည်းပူဆွေးခြင်းမပြုရန် အမိန့်ပေးခံရသည်။ သူမ၏သေဆုံးမှုနှင့်အတူ၊ ထိုသေဆုံးမှုအပေါ် သူ၏ဝမ်းနည်းပူဆွေးခြင်းမရှိခြင်းသည် မြို့ဝိုင်းပိတ်ခြင်းနှင့် ယေရုရှလင်မြို့၏ နီးကပ်လာသော ဖျက်ဆီးခြင်းကို သင်္ကေတပြုခဲ့သည်။ သူ၏ပြုမူဆောင်ရွက်ချက်များနှင့် သူမ၏သေဆုံးမှုတို့သည် နောင်ကာလ၌ ယေရှုက “ပျက်စီးခြင်း၏ စက်ဆုပ်ဖွယ်အရာ” ဟု ဖော်ပြတော်မူသော သတိပေးနိမိတ်လက္ခဏာတစ်ရပ်ကို ကြိုတင်ပုံဖော်ပြသသော သတိပေးနိမိတ်လက္ခဏာတစ်ရပ်အဖြစ် ကိုယ်စားပြုကြသည်။</w:t>
      </w:r>
    </w:p>
    <w:p>
      <w:pPr>
        <w:pStyle w:val="ArticleScripture"/>
        <w:jc w:val="left"/>
      </w:pPr>
      <w:r>
        <w:rPr>
          <w:rFonts w:ascii="Myanmar Text" w:hAnsi="Myanmar Text" w:eastAsia="Myanmar Text" w:cs="Myanmar Text"/>
        </w:rPr>
        <w:t>ထို့ကြောင့် သင်တို့သည် ဒံယေလအနာဂတ္တိဆရာအားဖြင့် မိန့်တော်မူခဲ့သော ပျက်စီးခြင်း၏ ရွံရှာဖွယ်အရာသည် သန့်ရှင်းရာဌာန၌ ရပ်နေသည်ကို မြင်ကြသောအခါ၊ (ဖတ်ရှုသောသူသည် နားလည်စေ)။ မဿဲ 24:15။</w:t>
      </w:r>
    </w:p>
    <w:p>
      <w:pPr>
        <w:pStyle w:val="ArticleBody"/>
        <w:jc w:val="left"/>
      </w:pPr>
      <w:r>
        <w:rPr>
          <w:rFonts w:ascii="Myanmar Text" w:hAnsi="Myanmar Text" w:eastAsia="Myanmar Text" w:cs="Myanmar Text"/>
        </w:rPr>
        <w:t>ရောမတပ်လက်ရာအလံများကို ဗိမာန်တော်၏ဝန်းရံနယ်အတွင်း၌ ထားရှိသောအခါ၊ ယေရုရှလင်မြို့ရှိ ခရစ်ယာန်များသည် မြို့မှ ထွက်ပြေးရမည်ဖြစ်သည်။ ယေရုရှလင်၏ ဖျက်ဆီးခြင်းဆိုင်ရာ နိမိတ်လက္ခဏာအကြောင်း သက်သေနှစ်ပါးသည် ဝိုင်းရံမည့်အချိန်မတိုင်မီ ‘နိမိတ်လက္ခဏာ’ ကို ကြိုတင်သိမြင်ခွဲခြားရန် အရေးကြီးမှုကို အလေးပေးဖော်ပြကြပြီး၊ မှုတ်သွင်းတော်မူခြင်းသည် ထိုသက်သေနှစ်ပါးသည် နောက်ဆုံးသောကာလများ၌ ၎င်းတို့၏ “ပို၍ တိုက်ရိုက်သော အသုံးချမှု” ကို တွေ့ရှိကြောင်းကိုလည်း ထပ်မံသတ်မှတ်ဖော်ထုတ်သည်။ ယေဇကျေလနှင့် ယောဟန်တို့သည် ဗိမာန်တော်ဆိုင်ရာ ရူပါရုံတစ်ခုအတွင်း၌ ရှိနေကြသည့်အကြောင်းနှင့် ဆက်စပ်၍ ခရစ်တော်၏ ယေရုရှလင်ဖျက်ဆီးခြင်းဆိုင်ရာ သတိပေးချက်ကို ပြောဆိုလျက်၊ Sister White သည် အောက်ပါအတိုင်း ရေးသားခဲ့သည်။</w:t>
      </w:r>
    </w:p>
    <w:p>
      <w:pPr>
        <w:pStyle w:val="ArticleScripture"/>
        <w:jc w:val="left"/>
      </w:pPr>
      <w:r>
        <w:rPr>
          <w:rFonts w:ascii="Myanmar Text" w:hAnsi="Myanmar Text" w:eastAsia="Myanmar Text" w:cs="Myanmar Text"/>
        </w:rPr>
        <w:t>“ဤပရောဖက်ပြုချက်များသည် ယေရုရှလင်မြို့ ပျက်စီးသည့်အခါ၌ တစ်စိတ်တစ်ပိုင်းအားဖြင့် ပြည့်စုံခြင်းကို ရရှိခဲ့သော်လည်း၊ ၎င်းတို့သည် နောက်ဆုံးသောနေ့ရက်များနှင့် ပို၍ တိုက်ရိုက်သက်ဆိုင်မှု ရှိကြသည်။</w:t>
      </w:r>
    </w:p>
    <w:p>
      <w:pPr>
        <w:pStyle w:val="ArticleScripture"/>
        <w:jc w:val="left"/>
      </w:pPr>
      <w:r>
        <w:rPr>
          <w:rFonts w:ascii="Myanmar Text" w:hAnsi="Myanmar Text" w:eastAsia="Myanmar Text" w:cs="Myanmar Text"/>
        </w:rPr>
        <w:t>“ကျွန်ုပ်တို့သည် ကြီးမား၍ ဂုဏ်သိက္ခာနှင့်တကွ လေးနက်သော အဖြစ်အပျက်များ၏ တံခါးပေါက်ဝတွင် ရပ်တည်လျက်ရှိကြသည်။ ပရောဖက်ပြုချက်သည် လျင်မြန်စွာ ပြည့်စုံလျက်ရှိသည်။ သခင်ဘုရားသည် တံခါးဝ၌ ရှိတော်မူ၏။ မကြာမီ အသက်ရှင်လျက်ရှိသူ အပေါင်းတို့အတွက် အလွန်စိတ်ဝင်စားဖွယ်ကောင်းသော ကာလတစ်ရပ်သည် ကျွန်ုပ်တို့၏ရှေ့၌ ဖွင့်လှစ်လာမည်။ အတိတ်က ပဋိပက္ခများသည် ပြန်လည်အသက်ဝင်လာမည်ဖြစ်၍၊ ပဋိပက္ခအသစ်များလည်း ပေါ်ပေါက်လာမည်။ ကျွန်ုပ်တို့၏ ကမ္ဘာ၌ ဖြစ်ပေါ်လိမ့်မည့် အဖြစ်အပျက်မြင်ကွင်းများကို ယခုထိ မည်သူမျှ အိပ်မက်ထဲ၌ပင် မတွေးမိသေးကြပေ။” Testimonies, volume 5, 753.</w:t>
      </w:r>
    </w:p>
    <w:p>
      <w:pPr>
        <w:pStyle w:val="ArticleBody"/>
        <w:jc w:val="left"/>
      </w:pPr>
      <w:r>
        <w:rPr>
          <w:rFonts w:ascii="Myanmar Text" w:hAnsi="Myanmar Text" w:eastAsia="Myanmar Text" w:cs="Myanmar Text"/>
        </w:rPr>
        <w:t>အခန်း ၄ တွင် ယေဇကျေလအား “ဝိုင်းရံခြင်း၏ နိမိတ်လက္ခဏာ” ကို အလေးပေးဖော်ပြသော ဥပမာပုံပြင်တစ်ရပ်ကို လက်တွေ့ဆောင်ရွက်ပြသရန် ညွှန်ကြားခြင်းခံရ၏။ ယေဇကျေလသည် မိမိ၏ စာအုပ်တွင် မိမိ၏ ညီအစ်ကိုများက မြင်လိုခြင်းမရှိသော ဥပမာပုံပြင်ကို ငါးကြိမ်တိုင်တိုင် လက်တွေ့ဆောင်ရွက်ပြသခဲ့၏။ ယေဇကျေလသည် မိမိ၏ ညီအစ်ကိုများအား ငါးကြိမ်တိုင်တိုင် ဟောပြောခဲ့သော်လည်း၊ သူတို့သည် နားမထောင်ရန် ငြင်းပယ်ခဲ့ကြ၏။ သူ၏ လက်တွေ့ဆောင်ရွက်ပြသသော ဥပမာပုံပြင်များနှင့် သတင်းစကားများသည်၊ သူ၏ ဥပမာပုံပြင်များနှင့် နှုတ်ကပတ်စကားများနှင့် ဆက်နွှယ်သော “အသိပညာ” ၏ တိုးပွားခြင်းကို လက်မခံရန် ငြင်းပယ်သော မိုက်မဲသော အပျိုကညာများ၏ ငါးဆိုင်အုပ်စုတစ်ရပ်ကို သရုပ်ဖော်ပြသလျက်ရှိ၏။ ထိုနှုတ်ကပတ်စကားများနှင့် ဥပမာပုံပြင်များသည်၊ “နောက်ဆုံးသော ကာလများ၌ ပိုမိုတိုက်ရိုက် သက်ဆိုင်မှုရှိသော” ယေရုရှလင်မြို့၏ ဖျက်ဆီးခြင်းနှင့် တိုက်ရိုက်ဆက်စပ်လျက်ရှိကြ၏။</w:t>
      </w:r>
    </w:p>
    <w:p>
      <w:pPr>
        <w:pStyle w:val="ArticleScripture"/>
        <w:jc w:val="left"/>
      </w:pPr>
      <w:r>
        <w:rPr>
          <w:rFonts w:ascii="Myanmar Text" w:hAnsi="Myanmar Text" w:eastAsia="Myanmar Text" w:cs="Myanmar Text"/>
        </w:rPr>
        <w:t>လူသား၏သားရေ၊ သင်သည် အုတ်ချပ်တစ်ချပ်ကိုယူ၍ မိမိရှေ့၌ ချထားလော့။ ထို့နောက် ထိုအုတ်ချပ်ပေါ်တွင် မြို့တည်းဟူသော ယေရုရှလင်မြို့ကို ရေးဆွဲလော့။ ထို့ပြင် ထိုမြို့ကို ဝိုင်းထားတိုက်ခိုက်လော့။ ၎င်းကိုဆန့်ကျင်၍ ခိုင်ခံ့သော တပ်ရင်းမြို့တံတိုင်းကို ဆောက်လော့။ ၎င်းကိုဆန့်ကျင်၍ မြေတောင်ပုံကို ပုံလောင်းလော့။ ၎င်းကိုဆန့်ကျင်၍ တပ်စခန်းကိုလည်း ချထားလော့။ ၎င်း၏ ပတ်လည်အနှံ့တွင် မြို့ရိုးထိုးဖောက်ရန် ထိုးကျည်တုံးများကိုလည်း တပ်ဆင်လော့။ ထို့အပြင် သင်သည် သံပြားတစ်ပြားကိုယူ၍ သင်နှင့် မြို့အကြား၌ သံတံတိုင်းကဲ့သို့ ထားလော့။ သင်၏မျက်နှာကို ထိုမြို့ဘက်သို့ တည်စေလော့။ ထိုမြို့သည် ဝိုင်းထားခြင်းကို ခံရလိမ့်မည်။ သင်သည်လည်း ၎င်းကို ဝိုင်းထားတိုက်ခိုက်ရမည်။ ဤအမှုသည် ဣသရေလအမျိုးအတွက် နိမိတ်လက္ခဏာဖြစ်ရမည်။</w:t>
      </w:r>
    </w:p>
    <w:p>
      <w:pPr>
        <w:pStyle w:val="ArticleScripture"/>
        <w:jc w:val="left"/>
      </w:pPr>
      <w:r>
        <w:rPr>
          <w:rFonts w:ascii="Myanmar Text" w:hAnsi="Myanmar Text" w:eastAsia="Myanmar Text" w:cs="Myanmar Text"/>
        </w:rPr>
        <w:t>သင်သည် လက်ဝဲဘက်အပေါ်၌လည်း လဲလျောင်း၍ ဣသရေလအမျိုး၏ ဒုစရိုက်အပြစ်ကို ထိုအပေါ်၌ တင်ရမည်။ သင်သည် ထိုအပေါ်၌ လဲလျောင်းရမည့် ရက်အရေအတွက်အတိုင်း သူတို့၏ ဒုစရိုက်အပြစ်ကို ဆောင်ရွက်ရမည်။ အကြောင်းမူကား၊ ငါသည် သူတို့၏ ဒုစရိုက်အပြစ်နှင့်ဆိုင်သော နှစ်များကို ရက်အရေအတွက်အတိုင်း သင်၏အပေါ်၌ တင်ထားပြီ။ သုံးရာကိုးဆယ်ရက်တိုင်အောင် ဤသို့ ဣသရေလအမျိုး၏ ဒုစရိုက်အပြစ်ကို သင်ဆောင်ရွက်ရမည်။ ထို့နောက် ထိုရက်များကို ပြီးစီးသောအခါ သင်သည် တဖန် လက်ယာဘက်အပေါ်၌ လဲလျောင်းရမည်။ ယုဒအမျိုး၏ ဒုစရိုက်အပြစ်ကို ရက်လေးဆယ်တိုင်အောင် သင်ဆောင်ရွက်ရမည်။ ငါသည် သင့်အား တစ်ရက်လျှင် တစ်နှစ်စီ ခန့်ထားပြီ။ ထို့ကြောင့် သင်သည် ယေရုရှလင်မြို့၏ ဝိုင်းရံခြင်းဘက်သို့ မျက်နှာပြု၍ သင်၏လက်ရုံးကို ဖော်ထားလျက်၊ ထိုမြို့ကို ဆန့်ကျင်၍ ပရောဖက်ပြုရမည်။ ထို့ပြင် ကြည့်ရှုလော့၊ ငါသည် သင့်အပေါ်၌ ချည်နှောင်ခြင်းတို့ကို တင်မည်။ သင်၏ ဝိုင်းရံခြင်းရက်များ မပြီးဆုံးမချင်း သင်သည် တစ်ဘက်မှ တစ်ဘက်သို့ မလှည့်နိုင်ရ။ ယေဇကျေလ 4:1–8။</w:t>
      </w:r>
    </w:p>
    <w:p>
      <w:pPr>
        <w:pStyle w:val="ArticleHeading"/>
        <w:jc w:val="left"/>
      </w:pPr>
      <w:r>
        <w:rPr>
          <w:rFonts w:ascii="Myanmar Text" w:hAnsi="Myanmar Text" w:eastAsia="Myanmar Text" w:cs="Myanmar Text"/>
        </w:rPr>
        <w:t>လက္ခဏာ</w:t>
      </w:r>
    </w:p>
    <w:p>
      <w:pPr>
        <w:pStyle w:val="ArticleBody"/>
        <w:jc w:val="left"/>
      </w:pPr>
      <w:r>
        <w:rPr>
          <w:rFonts w:ascii="Myanmar Text" w:hAnsi="Myanmar Text" w:eastAsia="Myanmar Text" w:cs="Myanmar Text"/>
        </w:rPr>
        <w:t>“နိမိတ်လက္ခဏာ” ဟူသော စကားလုံးသည် ယေဇကျေလကျမ်း၌ ကိုးကြိမ် တွေ့ရသည်။ အခန်း ၄ တွင် ယေရုရှလင်မြို့ကို ဝိုင်းရံတိုက်ခိုက်ခြင်းသည် ဣသရေလအမျိုးအိမ်အတွက် “နိမိတ်လက္ခဏာ” ဖြစ်၏။ အခန်း ၁၂ တွင်လည်း ယေဇကျေလသည် ယေရုရှလင်မြို့၏ ဝိုင်းရံတိုက်ခိုက်ခြင်းနှင့် ဖျက်ဆီးခြင်းကို ဖော်ညွှန်းပြသော “နိမိတ်လက္ခဏာ” တစ်ဖန် ဖြစ်ပြန်သည်။</w:t>
      </w:r>
    </w:p>
    <w:p>
      <w:pPr>
        <w:pStyle w:val="ArticleScripture"/>
        <w:jc w:val="left"/>
      </w:pPr>
      <w:r>
        <w:rPr>
          <w:rFonts w:ascii="Myanmar Text" w:hAnsi="Myanmar Text" w:eastAsia="Myanmar Text" w:cs="Myanmar Text"/>
        </w:rPr>
        <w:t>လူသား၏သားရေ၊ သင်သည် မြင်နိုင်သော မျက်စိရှိသော်လည်း မမြင်ကြ၊ ကြားနိုင်သော နားရှိသော်လည်း မကြားကြသော ပုန်ကန်တတ်သည့် အိမ်မျိုး၏ အလယ်တွင် နေ၏။ အကြောင်းမူကား၊ သူတို့သည် ပုန်ကန်တတ်သည့် အိမ်မျိုးဖြစ်ကြ၏။ ထို့ကြောင့် လူသား၏သားရေ၊ ပြောင်းရွှေ့ထွက်ခွာရန် အသုံးအဆောင်များကို ကိုယ်အဘို့ ပြင်ဆင်လော့။ သူတို့၏ မျက်မှောက်၌ နေ့အချိန်တွင် ပြောင်းရွှေ့လော့။ သင်၏ နေရာမှ အခြားနေရာသို့ သူတို့၏ မျက်မှောက်၌ ပြောင်းရွှေ့လော့။ သူတို့သည် ပုန်ကန်တတ်သည့် အိမ်မျိုးဖြစ်ကြသော်လည်း၊ ထိုသို့ဖြင့် စဉ်းစားဆင်ခြင်ကြမည်အကြောင်း ဖြစ်ကောင်းဖြစ်မည်။ ထိုအခါ ပြောင်းရွှေ့ထွက်ခွာရာတွင် အသုံးပြုသော အသုံးအဆောင်များကဲ့သို့၊ သင်၏ အသုံးအဆောင်များကို နေ့အချိန်တွင် သူတို့၏ မျက်မှောက်၌ ထုတ်ယူလော့။ ညဦးယံအချိန်၌လည်း အကျဉ်းသို့ ခေါ်ဆောင်ခံရသူများ ထွက်ခွာသကဲ့သို့၊ သင်သည် သူတို့၏ မျက်မှောက်၌ ထွက်ခွာလော့။ သူတို့၏ မျက်မှောက်၌ တံတိုင်းကို ထိုးဖောက်လျက်၊ ထိုမှတစ်ဆင့် သယ်ထုတ်လော့။ သူတို့၏ မျက်မှောက်၌ ထိုအရာကို သင်၏ ပခုံးပေါ်၌ ထမ်း၍ မိုးမှောင်ရီတရီအချိန်တွင် သယ်ထုတ်လော့။ သင်သည် မြေကို မမြင်စေခြင်းငှာ မျက်နှာကို ဖုံးအုပ်လော့။ အကြောင်းမူကား၊ ဣသရေလအိမ်မျိုးအတွက် သင့်ကို နိမိတ်လက္ခဏာအဖြစ် ငါ ခန့်ထားပြီ။ Ezekiel 12:2–6။</w:t>
      </w:r>
    </w:p>
    <w:p>
      <w:pPr>
        <w:pStyle w:val="ArticleBody"/>
        <w:jc w:val="left"/>
      </w:pPr>
      <w:r>
        <w:rPr>
          <w:rFonts w:ascii="Myanmar Text" w:hAnsi="Myanmar Text" w:eastAsia="Myanmar Text" w:cs="Myanmar Text"/>
        </w:rPr>
        <w:t>ပုန်ကန်သောအိမ်သည် ပြုမူပြသထားသော ဥပမာတော်ကို မြင်သောအခါ၊ ထိုအရာသည် အဘယ်ကို ဆိုလိုသနည်းကို မသိကြသဖြင့်၊ ယေဇကျေလအား ရှင်းပြစေခြင်းငှာ မေးမြန်းကြ၏။</w:t>
      </w:r>
    </w:p>
    <w:p>
      <w:pPr>
        <w:pStyle w:val="ArticleScripture"/>
        <w:jc w:val="left"/>
      </w:pPr>
      <w:r>
        <w:rPr>
          <w:rFonts w:ascii="Myanmar Text" w:hAnsi="Myanmar Text" w:eastAsia="Myanmar Text" w:cs="Myanmar Text"/>
        </w:rPr>
        <w:t>လူသား၏သားရေ၊ ပုန်ကန်သောအိမ်တော်ဖြစ်သည့် ဣသရေလအမျိုးအနွယ်သည် သင့်အား “သင်သည် အဘယ်သို့ ပြုနေသနည်း” ဟု မမေးသလော။ သင်သည် သူတို့အား ပြောလော့။ အရှင်ထာဝရဘုရား မိန့်တော်မူသည်မှာ၊ ဤဝန်ထုပ်သည် ယေရုရှလင်မြို့၌ရှိသော မင်းနှင့် သူတို့အလယ်၌ရှိသော ဣသရေလအမျိုးအနွယ်အိမ်တော်တစ်ရပ်လုံးကို ဆိုင်သည်။ “ကျွန်ုပ်သည် သင်တို့အတွက် နိမိတ်လက္ခဏာဖြစ်၏။ ကျွန်ုပ်ပြုခဲ့သကဲ့သို့ သူတို့၌လည်း ထိုသို့ ပြုခြင်းခံရလိမ့်မည်။ သူတို့သည် ရွှေ့ပြောင်းသွားရ၍ သိမ်းသွားခြင်းသို့ ရောက်ကြလိမ့်မည်။” ယေဇကျေလ ၁၂:၉–၁၁။</w:t>
      </w:r>
    </w:p>
    <w:p>
      <w:pPr>
        <w:pStyle w:val="ArticleBody"/>
        <w:jc w:val="left"/>
      </w:pPr>
      <w:r>
        <w:rPr>
          <w:rFonts w:ascii="Myanmar Text" w:hAnsi="Myanmar Text" w:eastAsia="Myanmar Text" w:cs="Myanmar Text"/>
        </w:rPr>
        <w:t>ယေရုရှလင်မြို့ကို ဝိုင်းထားခြင်းသည် နောက်ဆုံးကာလများ၌ ဘုရားသခင်၏ လူမျိုးအတွက် နိမိတ်လက္ခဏာတစ်ရပ် ဖြစ်သည်။</w:t>
      </w:r>
    </w:p>
    <w:p>
      <w:pPr>
        <w:pStyle w:val="ArticleScripture"/>
        <w:jc w:val="left"/>
      </w:pPr>
      <w:r>
        <w:rPr>
          <w:rFonts w:ascii="Myanmar Text" w:hAnsi="Myanmar Text" w:eastAsia="Myanmar Text" w:cs="Myanmar Text"/>
        </w:rPr>
        <w:t>“ရှေးခေတ် ပရောဖက်တော် အသီးသီးတို့သည် မိမိတို့ခေတ်အတွက် ပြောဆိုခဲ့သည်ထက် ကျွန်ုပ်တို့၏ခေတ်အတွက် ပို၍ ပြောဆိုခဲ့ကြသဖြင့်၊ သူတို့၏ ပရောဖက်ပြုခြင်းသည် ကျွန်ုပ်တို့အတွက် အာဏာသက်ရောက်လျက်ရှိ၏။ ‘ထိုအရာအလုံးစုံတို့သည် သူတို့၌ ဥပမာအဖြစ် ဖြစ်ပျက်ခဲ့ကြ၏။ ထို့ပြင် လောကခေတ်အဆုံးကာလတို့သို့ ရောက်ရှိလာသော ကျွန်ုပ်တို့ကို သတိပေးတော်မူခြင်းအတွက် ထိုအရာတို့ကို ရေးမှတ်ထားခြင်း ဖြစ်၏။’ ၁ ကောရိန္သု 10:11။ ‘သူတို့သည် မိမိတို့အတွက် မဟုတ်ဘဲ ကျွန်ုပ်တို့အတွက်ပင် ယင်းအရာတို့ကို ဆောင်ရွက်ပေးခဲ့ကြကြောင်း ထင်ရှားပြသခံရကြ၏။ ယခု ထိုအရာတို့ကို ကောင်းကင်မှ စေလွှတ်တော်မူသော သန့်ရှင်းသော ဝိညာဉ်တော်အားဖြင့် သင်တို့အား ဧဝံဂေလိတရား ဟောကြားခဲ့သောသူတို့က သင်တို့အား ကြားပြောကြပြီ။ ထိုအရာတို့ကို ကောင်းကင်တမန်များပင် ငုံ့ကြည့်လိုလျက်ရှိကြ၏။’ ၁ ပေတရု 1:12။....”</w:t>
      </w:r>
    </w:p>
    <w:p>
      <w:pPr>
        <w:pStyle w:val="ArticleScripture"/>
        <w:jc w:val="left"/>
      </w:pPr>
      <w:r>
        <w:rPr>
          <w:rFonts w:ascii="Myanmar Text" w:hAnsi="Myanmar Text" w:eastAsia="Myanmar Text" w:cs="Myanmar Text"/>
        </w:rPr>
        <w:t>“ဤနောက်ဆုံးမျိုးဆက်အတွက် သမ္မာကျမ်းစာသည် မိမိ၏ဘဏ္ဍာတော်များကို စုဆောင်း၍ တစ်စုတစ်စည်းတည်း ချုပ်နှောင်ထားပြီးဖြစ်သည်။ ဓမ္မဟောင်းသမိုင်း၌ ဖြစ်ပျက်ခဲ့သမျှ ကြီးမြတ်သော အဖြစ်အပျက်များနှင့် လေးနက်သံယောဇဉ်ပြည့်သော ဆောင်ရွက်ချက်များအားလုံးသည် ဤနောက်ဆုံးသောနေ့ရက်များတွင် အသင်းတော်အတွင်း၌ ထပ်မံဖြစ်ပျက်ခဲ့ပြီး၊ ယခုလည်း ထပ်မံဖြစ်ပျက်လျက်ရှိသည်။” Selected Messages, book 3, 338, 339.</w:t>
      </w:r>
    </w:p>
    <w:p>
      <w:pPr>
        <w:pStyle w:val="ArticleHeading"/>
        <w:jc w:val="left"/>
      </w:pPr>
      <w:r>
        <w:rPr>
          <w:rFonts w:ascii="Myanmar Text" w:hAnsi="Myanmar Text" w:eastAsia="Myanmar Text" w:cs="Myanmar Text"/>
        </w:rPr>
        <w:t>ဤတစ်နေ့တည်း၌</w:t>
      </w:r>
    </w:p>
    <w:p>
      <w:pPr>
        <w:pStyle w:val="ArticleBody"/>
        <w:jc w:val="left"/>
      </w:pPr>
      <w:r>
        <w:rPr>
          <w:rFonts w:ascii="Myanmar Text" w:hAnsi="Myanmar Text" w:eastAsia="Myanmar Text" w:cs="Myanmar Text"/>
        </w:rPr>
        <w:t>‘ယေရုရှလင်မြို့၏ ဝိုင်းရံခြင်းနှင့် ဖျက်ဆီးခြင်း’ ကို သရုပ်ဆောင်ဖော်ပြသော ဥပမာ၌ ယေဇကျေလသည် နောက်ဆုံးကာလများ၌ ဘုရားသခင်၏ လူမျိုးအတွက် နိမိတ်လက္ခဏာတစ်ရပ်ဖြစ်၏။</w:t>
      </w:r>
    </w:p>
    <w:p>
      <w:pPr>
        <w:pStyle w:val="ArticleScripture"/>
        <w:jc w:val="left"/>
      </w:pPr>
      <w:r>
        <w:rPr>
          <w:rFonts w:ascii="Myanmar Text" w:hAnsi="Myanmar Text" w:eastAsia="Myanmar Text" w:cs="Myanmar Text"/>
        </w:rPr>
        <w:t>တဖန် ကိုးနှစ်မြောက်နှစ်၊ ဒသမလ၊ လ၏ ဒသမနေ့၌ ထာဝရဘုရား၏ နှုတ်ကပတ်တော်သည် အကျွန်ုပ်ထံသို့ ရောက်လာ၍၊ “လူသား၊ ဤနေ့၏ နာမကို၊ ဤနေ့တည်းဟူသော ဤနေ့၏ နာမကို ရေးမှတ်လော့။ ဗာဗုလုန်ဘုရင်သည် ယေရုရှလင်မြို့ကို ဤနေ့တည်းဟူသော ဤနေ့၌ ဝိုင်းထားလေပြီ။” ဟု မိန့်တော်မူ၏။</w:t>
      </w:r>
    </w:p>
    <w:p>
      <w:pPr>
        <w:pStyle w:val="ArticleScripture"/>
        <w:jc w:val="left"/>
      </w:pPr>
      <w:r>
        <w:rPr>
          <w:rFonts w:ascii="Myanmar Text" w:hAnsi="Myanmar Text" w:eastAsia="Myanmar Text" w:cs="Myanmar Text"/>
        </w:rPr>
        <w:t>ပုန်ကန်သောအိမ်တော်အား ပုံဥပမာတစ်ရပ်ကို ပြောလော့။ သူတို့အား ဆိုလော့၊ အရှင်ထာဝရဘုရား မိန့်တော်မူသည်ကား၊ အိုးကို တင်လော့၊ တင်လော့၊ ထိုအိုးထဲသို့ ရေကိုလည်း လောင်းထည့်လော့။ ထိုအိုးထဲသို့ ၎င်း၏အပိုင်းအစများကို စုထည့်လော့။ ကောင်းသောအပိုင်းအစတိုင်း၊ ပေါင်နှင့် ပခုံးကိုပင် ထည့်လော့။ ရွေးချယ်ထားသောအရိုးများနှင့် ပြည့်စုံစေလော့။ သိုးစုထဲမှ အကောင်းဆုံးကို ယူလော့။ ထိုအိုးအောက်တွင် အရိုးများကိုလည်း မီးရှို့လော့။ ၎င်းကို ကောင်းစွာ ပွက်စေလော့။ ၎င်းအတွင်း၌ အရိုးများကိုလည်း ကောင်းစွာ ပြုတ်စေလော့။ သို့ဖြစ်၍ အရှင်ထာဝရဘုရား မိန့်တော်မူသည်ကား၊ သွေးထွက်သတ်ဖြတ်သော မြို့သည် အမင်္ဂလာရှိ၏။ အညစ်အကြေးသည် ၎င်းအတွင်း၌ရှိ၍၊ ၎င်း၏အညစ်အကြေးသည် မထွက်မပယ်ရသေးသော အိုးသည် အမင်္ဂလာရှိ၏။ ၎င်းကို အပိုင်းအစတစ်ပိုင်းစီအလိုက် ထုတ်ယူကြလော့။ ၎င်းအပေါ်၌ စာရေးမချကြနှင့်။ အကြောင်းမူကား၊ သူမ၏သွေးသည် သူမအလယ်၌ရှိ၏။ သူမသည် ထိုသွေးကို ကျောက်တုံး၏ထိပ်ပေါ်မှာ တင်ထား၏။ မြေပေါ်သို့ လောင်းချ၍ ဖုန်နှင့် မဖုံးမကွယ်ခဲ့။ ထိုသို့ပြုခြင်းသည် အမျက်ဒေါသကို ပေါ်ထွက်စေ၍ အပြစ်ဒဏ်ပေးလက်စားချေရန် ဖြစ်စေခြင်းငှာတည်း။ ငါသည် သူမ၏သွေးကို မဖုံးမကွယ်ရစေရန် ကျောက်တုံး၏ထိပ်ပေါ်မှာ တင်ထားပြီ။</w:t>
      </w:r>
    </w:p>
    <w:p>
      <w:pPr>
        <w:pStyle w:val="ArticleScripture"/>
        <w:jc w:val="left"/>
      </w:pPr>
      <w:r>
        <w:rPr>
          <w:rFonts w:ascii="Myanmar Text" w:hAnsi="Myanmar Text" w:eastAsia="Myanmar Text" w:cs="Myanmar Text"/>
        </w:rPr>
        <w:t>ထိုကြောင့် အရှင်ထာဝရဘုရား မိန့်တော်မူသည်ကား၊ အသွေးသွန်မြို့သည် အမင်္ဂလာရှိ၏။ မီးပုံကို ငါကြီးမားစေမည်။ ထင်းကိုပုံထပ်လော့၊ မီးကိုမွှေးလော့၊ အသားကိုကျက်ကုန်စေလော့၊ အမွှေးအကြိုင်ခတ်၍ကောင်းစွာပြုတ်လော့၊ အရိုးတို့ကိုလည်း မီးလောင်စေလော့။ ထို့နောက် ၎င်းအိုးကို မီးခဲပေါ်၌ အလွတ်ထားလော့။ သို့ဖြစ်၍ ၎င်း၏ကြေးဝါသည် ပူလောင်ကာ မီးလောင်၍၊ ၎င်းအတွင်းရှိ အညစ်အကြေးသည် ပျော်ဝင်သွားစေခြင်းငှာ၊ ၎င်း၏အမြှုပ်သည်လည်း ကုန်စင်ပျောက်ကွယ်သွားစေခြင်းငှာ ဖြစ်၏။ သူမသည် မုသာတို့ကြောင့် မိမိကိုယ်ကို ပင်ပန်းနွမ်းနယ်စေပြီ။ သို့သော် သူမ၏ များပြားလှသော အမြှုပ်သည် သူမထဲမှ မထွက်သွားခဲ့။ သူမ၏အမြှုပ်သည် မီး၌ရှိရလိမ့်မည်။ သင်၏ အညစ်အကြေး၌ ကာမဖောက်ပြန်ခြင်းရှိ၏။ အကြောင်းမူကား ငါသည် သင်ကို သန့်စင်စေခဲ့သော်လည်း သင်သည် မသန့်စင်ခဲ့။ ထို့ကြောင့် ငါ၏အမျက်ဒေါသကို သင်ပေါ်၌ ငြိမ်းစေသည်တိုင်အောင်၊ သင်၏ အညစ်အကြေးမှ သင်သည် နောက်တစ်ဖန် သန့်စင်ခြင်းမခံရတော့။ ငါ ထာဝရဘုရားသည် ဤသို့ မိန့်တော်မူပြီ။ ထိုအမှုသည် ဖြစ်ပျက်လိမ့်မည်။ ငါပြုမည်။ ငါသည် နောက်ပြန်မဆုတ်၊ မနှမြော၊ နောင်တမရ။ သင်၏အကျင့်အတိုင်း၊ သင်၏ပြုမူချက်များအတိုင်း၊ သူတို့သည် သင့်ကို တရားစီရင်ကြလိမ့်မည်ဟု အရှင်ထာဝရဘုရား မိန့်တော်မူ၏။</w:t>
      </w:r>
    </w:p>
    <w:p>
      <w:pPr>
        <w:pStyle w:val="ArticleScripture"/>
        <w:jc w:val="left"/>
      </w:pPr>
      <w:r>
        <w:rPr>
          <w:rFonts w:ascii="Myanmar Text" w:hAnsi="Myanmar Text" w:eastAsia="Myanmar Text" w:cs="Myanmar Text"/>
        </w:rPr>
        <w:t>ထာဝရဘုရား၏ နှုတ်ကပတ်တော်သည်လည်း ငါ့ထံသို့ ရောက်လာ၍၊ “လူသား၊ ကြည့်ရှုလော့၊ သင်၏မျက်စိတို့၏ အလွန်ချစ်မြတ်နိုးရာကို ငါသည် တစ်ချက်ဒဏ်ခတ်ခြင်းဖြင့် သင့်ထံမှ ဖယ်ရှားယူမည်။ သို့သော် သင်သည် မညည်းတွားရ၊ မငိုကြွေးရ၊ သင်၏မျက်ရည်လည်း မစီးကျရ။ အသံထွက်၍ မငိုကြွေးဘဲ နေလော့။ သေသူအတွက် ဝမ်းနည်းခြင်းမပြုနှင့်။ သင်၏ခေါင်းပေါ်၌ ခေါင်းစည်းကို စည်းထားလော့။ သင်၏ခြေ၌ ဖိနပ်ကိုစီးထားလော့။ နှုတ်ခမ်းကို မဖုံးနှင့်။ လူတို့ပေးသော ဝမ်းနည်းခြင်းမုန့်ကိုလည်း မစားနှင့်” ဟု မိန့်တော်မူ၏။ ထို့ကြောင့် ငါသည် နံနက်၌ လူတို့အား ပြောဆိုခဲ့၏။ ညဦးယံ၌ ငါ၏မယား သေ၏။ နံနက်၌လည်း ငါသည် ငါ့အား မှာထားတော်မူသည့်အတိုင်း ပြု၏။ လူတို့က ငါ့အား “သင်သည် ဤသို့ပြုသောအရာတို့သည် ငါတို့အတွက် အဘယ်အဓိပ္ပာယ်ရှိသည်ကို ငါတို့အား မပြောပြမည်လော” ဟု ဆိုကြ၏။</w:t>
      </w:r>
    </w:p>
    <w:p>
      <w:pPr>
        <w:pStyle w:val="ArticleScripture"/>
        <w:jc w:val="left"/>
      </w:pPr>
      <w:r>
        <w:rPr>
          <w:rFonts w:ascii="Myanmar Text" w:hAnsi="Myanmar Text" w:eastAsia="Myanmar Text" w:cs="Myanmar Text"/>
        </w:rPr>
        <w:t>ထိုအခါ ငါသည် သူတို့အား ပြန်၍ဖြေကြားသည်မှာ၊ “ထာဝရဘုရား၏ နှုတ်ကပတ်တော်သည် ငါ့ထံသို့ ရောက်လာ၍ မိန့်တော်မူသည်ကား၊ ‘ဣသရေလအမျိုးသားတို့၏ အိမ်တော်အား ပြောလော့။ အရှင်ထာဝရဘုရား မိန့်တော်မူသည်ကား၊ ကြည့်ရှုလော့၊ သင်တို့၏ ခွန်အားဂုဏ်အသရေ၊ သင်တို့မျက်စိ၏ နှစ်သက်ရာ၊ သင်တို့ဝိညာဉ်က နှမြောမြတ်နိုးရာ ဖြစ်သော ငါ၏ သန့်ရှင်းရာဌာနကို ငါ မညှိုးနွမ်းစေလိမ့်မည်။ သင်တို့ထားရစ်ခဲ့သော သင်တို့၏ သားသမီးတို့လည်း ထားဘေးဖြင့် ကျဆုံးကြလိမ့်မည်။ သင်တို့သည် ငါပြုခဲ့သကဲ့သို့ ပြုရကြလိမ့်မည်။ သင်တို့သည် နှုတ်ခမ်းကို မဖုံးရ၊ လူတို့၏ မုန့်ကို မစားရ။ သင်တို့၏ ခေါင်းပေါ်၌ ခေါင်းတန်းများ ရှိရမည်။ သင်တို့၏ ခြေထောက်၌ ဖိနပ်များ ဝတ်လျက် ရှိရမည်။ သင်တို့သည် မညည်းတွားရ၊ မငိုကြွေးရ။ သို့ရာတွင် သင်တို့၏ အပြစ်ဒုစရိုက်များကြောင့် ပိန်ချုံးကြွေကျရကြလိမ့်မည်။ အချင်းချင်းလည်း ညည်းတွားကြလိမ့်မည်။ ထိုသို့ ယေဇကျေလသည် သင်တို့အတွက် နိမိတ်လက္ခဏာ ဖြစ်၏။ သူပြုသမျှအတိုင်း သင်တို့လည်း ပြုရကြလိမ့်မည်။ ဤအမှု ရောက်လာသောအခါ ငါသည် အရှင်ထာဝရဘုရား ဖြစ်ကြောင်းကို သင်တို့ သိကြလိမ့်မည်။’ ” ယေဇကျေလ ၂၄:၁–၂၄။</w:t>
      </w:r>
    </w:p>
    <w:p>
      <w:pPr>
        <w:pStyle w:val="ArticleBody"/>
        <w:jc w:val="left"/>
      </w:pPr>
      <w:r>
        <w:rPr>
          <w:rFonts w:ascii="Myanmar Text" w:hAnsi="Myanmar Text" w:eastAsia="Myanmar Text" w:cs="Myanmar Text"/>
        </w:rPr>
        <w:t>ဧဇကေလသည် ယေရုရှလင်မြို့၏ ပထမပတ်ဝန်းကျင်ဝိုင်းရံမှုနှင့် နောက်ဆုံးပျက်စီးခြင်းကိုလည်းကောင်း၊ ထိုနောက်တွင် လောဒိကဲယာဆိုင်ရာ သတ္တမနေ့အက်ဒဗင်တစ်အသင်းတော်၏ အဖွဲ့ဝင်များ၏ ဖမ်းဆီးသိမ်းပိုက်ခံရခြင်းကိုလည်းကောင်း ဖော်ညွှန်းသတ်မှတ်သော နိမိတ်လက္ခဏာတစ်ပါးဖြစ်သည်။</w:t>
      </w:r>
    </w:p>
    <w:p>
      <w:pPr>
        <w:pStyle w:val="ArticleScripture"/>
        <w:jc w:val="left"/>
      </w:pPr>
      <w:r>
        <w:rPr>
          <w:rFonts w:ascii="Myanmar Text" w:hAnsi="Myanmar Text" w:eastAsia="Myanmar Text" w:cs="Myanmar Text"/>
        </w:rPr>
        <w:t>“ခရစ်တော်သည် သံလွင်တောင်၏ အမြင့်ဆုံးထိပ်မှ အောက်သို့ ကြည့်တော်မူသောအခါ၊ အသင်းတော်တိုင်း၌ ဤအခြေအနေများ တည်ရှိလျက်ရှိသည်ကို မြင်တော်မူ၏။ ထိုသတိပေးချက်များသည် အလွန်ကြီးမားသော အလင်းကို ခံယူခဲ့ကြသော ယေရုရှလင်မြို့သားတို့၏ ခြေရာနင်းလျက် လိုက်နေသူ အပေါင်းတို့ထံသို့ ရောက်ရှိလာကြသည်။ ဤလူမျိုးသည် သတိပေးခြင်းအဖြစ် ကျွန်ုပ်တို့ရှေ့၌ ရှိနေသည်။ ယနေ့ခေတ်၌ ဘုရားသခင်၏ သတိပေးချက်များကို ပယ်ချခြင်းအားဖြင့် လူသားတို့သည် ယေရုရှလင်၏ အပြစ်ကို ထပ်မံကျူးလွန်နေကြသည်။ Battle Creek ၌ လူသားတို့၏ ကြံစည်ဖန်တီးမှု အားလုံး၏ အဆုံးသတ်ရလဒ်ကို လူသားသည် မမြင်သော၊ မြင်လိုခြင်းလည်း မရှိသော အရာကို သခင်ဘုရား မြင်တော်မူ၏။ ကိုယ်တော်သည် ဘုရားသခင်တစ်ပါးအဖြစ် ပြုနိုင်သမျှ အရာအားလုံးကို ပြုတော်မူပြီးဖြစ်၏။ သူတို့၏ အပြစ်များသည် နောင်တရနိုင်စိတ် မရှိတော့သည့် နယ်နိမိတ်သို့ မရောက်စေရန်အတွက်၊ လူမျိုး၏ မျက်စိရှေ့၌ အလင်းကို တောက်ပစွာ ထင်ရှားစေတော်မူခဲ့၏။ သို့သော် တရားမျှတ၍ ဖြောင့်မတ်သော အခြေခံမူများမှ ကာလရှည်ကြာစွာ ဖယ်ခွာသွားခြင်းကြောင့်၊ လူသားတို့သည် အလင်းနှင့် အမှန်တရား၊ တရားမျှတမှုနှင့် ကရုဏာတို့ကို မခွဲခြားမသိနိုင်သော အခြေအနေသို့ မိမိတို့ကိုယ်ကို ထားရှိခဲ့ကြပြီ။ ဤလမ်းစဉ်သည် သူတို့၏ သဘာဝအတွင်း မရှိမဖြစ် အစိတ်အပိုင်းတစ်ရပ်အဖြစ် ဖြစ်လာခဲ့ပြီဖြစ်သည်။” Testimonies, volume 8, 68.</w:t>
      </w:r>
    </w:p>
    <w:p>
      <w:pPr>
        <w:pStyle w:val="ArticleHeading"/>
        <w:jc w:val="left"/>
      </w:pPr>
      <w:r>
        <w:rPr>
          <w:rFonts w:ascii="Myanmar Text" w:hAnsi="Myanmar Text" w:eastAsia="Myanmar Text" w:cs="Myanmar Text"/>
        </w:rPr>
        <w:t>အာလဖာနှင့် အိုမေဂါ၏ သက်သေခံနှစ်ပါး</w:t>
      </w:r>
    </w:p>
    <w:p>
      <w:pPr>
        <w:pStyle w:val="ArticleBody"/>
        <w:jc w:val="left"/>
      </w:pPr>
      <w:r>
        <w:rPr>
          <w:rFonts w:ascii="Myanmar Text" w:hAnsi="Myanmar Text" w:eastAsia="Myanmar Text" w:cs="Myanmar Text"/>
        </w:rPr>
        <w:t>ယေဇကျေလသည် သဘာဝလွန်အားဖြင့် စကားမပြောနိုင်သောသူအဖြစ် ပြုလုပ်ခံခဲ့ရပြီး၊ ယေရုရှလင်မြို့ ကျဆုံးသောအခါ သူသည် တဖန် ပြောနိုင်မည်ဖြစ်ကြောင်း၊ ထိုအခါတွင်လည်း သူသည် “နိမိတ်လက္ခဏာ” ဖြစ်မည်ဖြစ်ကြောင်း အသိပေးခံခဲ့ရသည်။ ယေဇကျေလ၏ မယားသေဆုံးခြင်းအတွက် မငိုကြွေးခြင်းသည် ဝိုင်းထားမှုအစတွင် အာလဖာနိမိတ်ကို မှတ်သားစေခဲ့ပြီး၊ ယေရုရှလင်မြို့ ကျဆုံးသောအခါ ယေဇကျေလ၏ နှုတ်ဖွင့်ခြင်းသည် အိုမေဂါနိမိတ် ဖြစ်ခဲ့သည်။ ဖျက်ဆီးခြင်းတိုင်အောင် ရောက်သော ဝိုင်းထားမှုကို အစနှင့် အဆုံး၌ နိမိတ်လက္ခဏာတစ်ခုစီဖြင့် မှတ်သားထားသည်။ ထိုတူညီသော ဥပမာအတွင်း၌ပင်၊ အာလဖာနှင့် အိုမေဂါနိမိတ်တို့အတွက် ဒုတိယသက်သေတစ်ပါးကိုလည်း ဖော်ပြထားရာ၊ “ယေဇကျေလ၏ မျက်စိအလိုဆန္ဒ” ၏ သေဆုံးခြင်းကို အာလဖာအဖြစ် ပြသပြီး၊ လူမျိုး၏ “မျက်စိအလိုဆန္ဒ” ၏ သေဆုံးခြင်းကို ထိုကာလ၏ အိုမေဂါနိမိတ်အဖြစ် ပြသထားသည်။ တစ်နှစ်ခွဲကြာသော ထိုကာလသည် အာလဖာနှင့် အိုမေဂါအတွက် သက်သေ နှစ်ပါးကို ဆောင်ထားသည်။ ယေဇကျေလ၏ မယားသေဆုံးခြင်းသည် စစ်တပ်၏ သိမ်းသွားခံရခြင်းနှင့် ခြေဖြင့်နင်းချေခံရခြင်းကို ကိုယ်စားပြုခဲ့ပြီး၊ ယေရုရှလင်မြို့၏ အိုမေဂါသေဆုံးခြင်းသည် သန့်ရှင်းရာဌာန၏ ခြေဖြင့်နင်းချေခံရခြင်းကို ကိုယ်စားပြုခဲ့သည်။</w:t>
      </w:r>
    </w:p>
    <w:p>
      <w:pPr>
        <w:pStyle w:val="ArticleScripture"/>
        <w:jc w:val="left"/>
      </w:pPr>
      <w:r>
        <w:rPr>
          <w:rFonts w:ascii="Myanmar Text" w:hAnsi="Myanmar Text" w:eastAsia="Myanmar Text" w:cs="Myanmar Text"/>
        </w:rPr>
        <w:t>ထို့ကြောင့် ယေဇကျေလသည် သင်တို့အတွက် နိမိတ်လက္ခဏာဖြစ်၏။ သူပြုခဲ့သမျှအတိုင်း သင်တို့လည်း ပြုကြရမည်။ ဤအမှုဖြစ်ပေါ်လာသောအခါ၊ ငါသည် အရှင်ထာဝရဘုရားဖြစ်ကြောင်းကို သင်တို့သိကြလိမ့်မည်။ ထို့ပြင် အချင်းလူသား၏သား၊ ငါသည် သူတို့ထံမှ သူတို့၏အင်အားကိုလည်းကောင်း၊ သူတို့၏ဘုန်းအသရေအတွက် ဝမ်းမြောက်ခြင်းကိုလည်းကောင်း၊ သူတို့မျက်စိ၏အလိုဆန္ဒကိုလည်းကောင်း၊ သူတို့စိတ်နှလုံးစွဲလမ်းရာကိုလည်းကောင်း၊ သူတို့၏သားသမီးတို့ကိုလည်းကောင်း ယူဆောင်သွားသောနေ့၌၊ ထိုနေ့၌ လွတ်မြောက်သောသူသည် သင့်ထံသို့လာ၍ သင့်နားဖြင့် ကြားစေရန် မလာရမည်လော။ ထိုနေ့၌ သင့်နှုတ်သည် လွတ်မြောက်လာသောသူအား ဖွင့်လှစ်ခြင်းခံရလိမ့်မည်။ သင်သည် စကားပြောရလိမ့်မည်၊ နောက်တဖန် စကားမပျောက်တော့။ သင်သည် သူတို့အတွက် နိမိတ်လက္ခဏာဖြစ်လိမ့်မည်။ သူတို့သည် ငါသည် ထာဝရဘုရားဖြစ်ကြောင်းကို သိကြလိမ့်မည်။ ယေဇကျေလ ၂၄း၂၄–၂၇။</w:t>
      </w:r>
    </w:p>
    <w:p>
      <w:pPr>
        <w:pStyle w:val="ArticleHeading"/>
        <w:jc w:val="left"/>
      </w:pPr>
      <w:r>
        <w:rPr>
          <w:rFonts w:ascii="Myanmar Text" w:hAnsi="Myanmar Text" w:eastAsia="Myanmar Text" w:cs="Myanmar Text"/>
        </w:rPr>
        <w:t>သေခြင်း ခြောက်မျိုး</w:t>
      </w:r>
    </w:p>
    <w:p>
      <w:pPr>
        <w:pStyle w:val="ArticleBody"/>
        <w:jc w:val="left"/>
      </w:pPr>
      <w:r>
        <w:rPr>
          <w:rFonts w:ascii="Myanmar Text" w:hAnsi="Myanmar Text" w:eastAsia="Myanmar Text" w:cs="Myanmar Text"/>
        </w:rPr>
        <w:t>ယေဇကျေလ၏ မယားသေဆုံးခြင်းသည် ဝိုင်းထားခြင်း၏အစနှင့်၊ ပရောဖက်ပြုသဘောအရ ခရစ်တော်၏ သတို့သမီးဖြစ်သော ယေရုရှလင်၏ သေဆုံးခြင်းကို မှတ်သားပေးသည်။ ၎င်းသည်လည်း မကြာမီ ရောက်လာမည့် တနင်္ဂနွေနေ့ဥပဒေကို ပုံဖော်ပြသသည်။ ထိုဥပဒေမတိုင်မီတွင် ဝိုင်းထားခြင်းဖြင့် ကိုယ်စားပြုထားသော ကာလတစ်ရပ်ရှိသည်။ ဝိုင်းထားခြင်း၏ကာလနှင့် ဖျက်ဆီးခြင်းသည် တိုက်ရိုက်ဆက်နွယ်နေသော်လည်း ထင်ရှားစွာ ကွဲပြားသော အမှတ်အသားနှစ်ရပ်ဖြစ်သည်။ ဝိုင်းထားခြင်းသည် အချိန်ကာလတစ်ရပ်ဖြစ်ပြီး၊ ဖျက်ဆီးခြင်းမှာ အချိန်တစ်ချက်ဖြစ်သည်။ ဖျက်ဆီးခြင်းသည် သားရဲ၏ပုံရိပ် ဖွဲ့စည်းခြင်းကာလအားဖြင့် ရှေ့ပြေးထားသော တနင်္ဂနွေနေ့ဥပဒေဖြစ်သည်။ သားရဲ၏ပုံရိပ်၏ကာလသည် သားရဲ၏အမှတ်တံဆိပ်ဖြင့် အဆုံးသတ်သည်။ ယေရှုသည် မဿဲ နှစ်ဆယ့်လေးတွင် ယေရုရှလင် ဖျက်ဆီးခြင်း၏ နိမိတ်လက္ခဏာကို ဖော်ပြသတ်မှတ်တော်မူသောအခါ၊ နောဧ၏ နေ့ရက်များကိုလည်း ကိုးကားတော်မူခဲ့သည်။</w:t>
      </w:r>
    </w:p>
    <w:p>
      <w:pPr>
        <w:pStyle w:val="ArticleScripture"/>
        <w:jc w:val="left"/>
      </w:pPr>
      <w:r>
        <w:rPr>
          <w:rFonts w:ascii="Myanmar Text" w:hAnsi="Myanmar Text" w:eastAsia="Myanmar Text" w:cs="Myanmar Text"/>
        </w:rPr>
        <w:t>“နောဧ၏ နေ့ရက်များကဲ့သို့ပင် လူသား၏သားတော် ကြွလာခြင်းလည်း ဖြစ်လိမ့်မည်။ ရေလွှမ်းမိုးခြင်းမတိုင်မီ နေ့ရက်များ၌ လူတို့သည် နောဧ သင်္ဘောထဲသို့ ဝင်သောနေ့တိုင်အောင် စားသောက်၍၊ ထိမ်းမြားလက်ထပ်၍၊ အိမ်ထောင်ပြုစားပေးလျက် နေကြသည်။ ရေလွှမ်းမိုးခြင်း ရောက်လာ၍ သူတို့အားလုံးကို ယူဆောင်သွားသည်တိုင်အောင်လည်း သူတို့မသိကြ။ လူသား၏သားတော် ကြွလာခြင်းလည်း ထိုနည်းတူ ဖြစ်လိမ့်မည်။” မဿဲ 24:37–39။</w:t>
      </w:r>
    </w:p>
    <w:p>
      <w:pPr>
        <w:pStyle w:val="ArticleBody"/>
        <w:jc w:val="left"/>
      </w:pPr>
      <w:r>
        <w:rPr>
          <w:rFonts w:ascii="Myanmar Text" w:hAnsi="Myanmar Text" w:eastAsia="Myanmar Text" w:cs="Myanmar Text"/>
        </w:rPr>
        <w:t>နောဧ၏ နေ့ရက်များ၌ ကရုဏာခွင့်ကာလ၏ တံခါးကို ပိတ်ခဲ့သကဲ့သို့၊ ထိုအရာသည် မကြာမီ ရောက်ရှိလာမည့် တနင်္ဂနွေနေ့ ဥပဒေကိုလည်း ပုံသက်သေအဖြစ် ပြသရာ ဖြစ်သည်။ ထိုတနင်္ဂနွေနေ့ ဥပဒေသည်လည်း ၁၈၄၄ ခုနှစ်၊ အောက်တိုဘာ ၂၂ ရက်နေ့၌ တံခါးပိတ်ခြင်းအားဖြင့် ပုံသက်သေအဖြစ် ပြသထားသည်။ ၁၈၄၄ ခုနှစ်၊ ဩဂုတ် ၁၂ ရက်မှ ၁၇ ရက်အထိ ကျင်းပခဲ့သော Exeter စခန်းအစည်းအဝေးမှ စ၍ ကာလသည် တံခါးပိတ်ခြင်းသို့ ဦးတည်စေသော ပရောဖက်ပြုကာလတစ်ရပ်ကို ကိုယ်စားပြုသည်။</w:t>
      </w:r>
    </w:p>
    <w:p>
      <w:pPr>
        <w:pStyle w:val="ArticleBody"/>
        <w:jc w:val="left"/>
      </w:pPr>
      <w:r>
        <w:rPr>
          <w:rFonts w:ascii="Myanmar Text" w:hAnsi="Myanmar Text" w:eastAsia="Myanmar Text" w:cs="Myanmar Text"/>
        </w:rPr>
        <w:t>နောဧ၏နေ့ရက်များ၌ နောဧသည် တတိယကောင်းကင်တမန်ကို ကိုယ်စားပြုခဲ့ပြီး၊ တတိယကောင်းကင်တမန်သည် ၁၈၄၄ ခုနှစ်၊ အောက်တိုဘာ ၂၂ ရက်၏ ပိတ်ထားသောတံခါးသို့ ရောက်ရှိလာခဲ့သည်။ ယေရှု၏အဆိုအရ “လူသား၏ကြွလာခြင်း” ကဲ့သို့ဖြစ်မည့် နောဧ၏နေ့ရက်များ၌ ဗျာဒိတ်ကျမ်း အခန်း ၁၄ ၏ ကောင်းကင်တမန်သုံးပါးသည် ပိတ်ထားသောတံခါးသို့ ဦးဆောင်ခဲ့ကြသည်။ ဝီလျံ မီလာသည် ပထမကောင်းကင်တမန်၏ သတင်းစကားကို ကိုယ်စားပြုခဲ့ပြီး၊ နောဧ၏နေ့ရက်များ၌ ဧနောက်အားဖြင့် ပုံဆောင်ပြထားခြင်းခံရသည်။ ယုဒသည် ဧနောက်၏ သတင်းစကားကို မီလာ၏ သတင်းစကားနှင့် ဆင်တူညီမျှသောအရာအဖြစ် ဖော်ပြထားသည်။</w:t>
      </w:r>
    </w:p>
    <w:p>
      <w:pPr>
        <w:pStyle w:val="ArticleScripture"/>
        <w:jc w:val="left"/>
      </w:pPr>
      <w:r>
        <w:rPr>
          <w:rFonts w:ascii="Myanmar Text" w:hAnsi="Myanmar Text" w:eastAsia="Myanmar Text" w:cs="Myanmar Text"/>
        </w:rPr>
        <w:t>အာဒမ်မှ ခုနစ်ဆက်မြောက်သော ဧနောက်လည်း ဤသူတို့အကြောင်းကို ပရောဖက်ပြု၍၊ “ကြည့်ရှုလော့၊ ထာဝရဘုရားသည် မိမိ၏ သန့်ရှင်းသူတို့ သောင်းသောင်းနှင့်အတူ ကြွလာတော်မူ၏။ လူအပေါင်းတို့အပေါ် တရားစီရင်ခြင်းကို ဆောင်ရွက်ရန်လည်းကောင်း၊ သူတို့အထဲ၌ ဘုရားမခန့်ညားသော သူအပေါင်းတို့အား မိမိတို့ပြုခဲ့ကြသော ဘုရားမခန့်ညားသော အမှုအလုံးစုံကြောင့်လည်းကောင်း၊ ဘုရားမခန့်ညားသော အပြစ်သားတို့သည် ကိုယ်တော်ကို ဆန့်ကျင်၍ ပြောဆိုခဲ့ကြသော ကြမ်းတမ်းခက်ထန်သည့် စကားအလုံးစုံကြောင့်လည်းကောင်း၊ သူတို့ကို အပြစ်ထင်ရှားစေရန်လည်းကောင်း” ဟု ဆိုလေ၏။ ယုဒ ၁:၁၄၊ ၁၅။</w:t>
      </w:r>
    </w:p>
    <w:p>
      <w:pPr>
        <w:pStyle w:val="ArticleBody"/>
        <w:jc w:val="left"/>
      </w:pPr>
      <w:r>
        <w:rPr>
          <w:rFonts w:ascii="Myanmar Text" w:hAnsi="Myanmar Text" w:eastAsia="Myanmar Text" w:cs="Myanmar Text"/>
        </w:rPr>
        <w:t>မီလာ၏ ပထမကောင်းကင်တမန်၏ သတင်းစကားသည် အဲနောက်၏ သတင်းစကားအားဖြင့် ရုပ်ပုံပြထားသော “တရားစီရင်ခြင်း” ကို ကြေညာခဲ့သည်။ အဲနောက်၏ အစပြုခြင်းကို “အာဒံမှ စ၍ သတ္တမမြောက်သူ” ဟူ၍ မှတ်သားထားသည်။ မီလာ၏ သတင်းစကားသည် မြောက်နိုင်ငံတော်အပေါ် သက်ရောက်သော “ခုနစ်ကာလ” ရောက်ရှိလာခြင်းနှင့်အတူ စတင်ခဲ့ပြီး၊ နောက်ထပ် လေးဆယ့်ခြောက်နှစ်အကြာတွင် တောင်နိုင်ငံတော်အပေါ် သက်ရောက်သော “ခုနစ်ကာလ” ပြည့်စုံသည့် ၁၈၄၄ ခုနှစ်၊ အောက်တိုဘာ ၂၂ ရက်နေ့တွင် တတိယကောင်းကင်တမန် ရောက်လာခဲ့သဖြင့် အဆုံးသတ်ခဲ့သည်။ တရားစီရင်ရာအချိန်၏ သတင်းတမန်များဖြစ်သော အဲနောက်နှင့် မီလာ နှစ်ဦးစလုံး၏ အစ၌ နံပါတ် ခုနစ် ကို ဖော်ထုတ်သတ်မှတ်ထားသည်။ သတ္တမမြောက်သူဖြစ်သော အဲနောက်နှင့်အတူ စတင်ခဲ့သော ကာလသည်၊ တိရစ္ဆာန်များ သင်္ဘောထဲသို့ ဝင်ရောက်ခဲ့သော ခုနစ်ရက်တာမှစ၍ တံခါးကို သဘာဝလွန်သော အင်အားဖြင့် ပိတ်လိုက်သည်အထိ ကုန်ဆုံးသွားခဲ့သည်။ ယေရှုသည် အဆုံးကို အစအားဖြင့် အမြဲတစေ ပုံဖော်ပြသတတ်သည်။</w:t>
      </w:r>
    </w:p>
    <w:p>
      <w:pPr>
        <w:pStyle w:val="ArticleBody"/>
        <w:jc w:val="left"/>
      </w:pPr>
      <w:r>
        <w:rPr>
          <w:rFonts w:ascii="Myanmar Text" w:hAnsi="Myanmar Text" w:eastAsia="Myanmar Text" w:cs="Myanmar Text"/>
        </w:rPr>
        <w:t>ဧနောက်သည် မသုရှေလကို မွေးဖွားခဲ့၍၊ မသုရှေလသည်လည်း လာမက်ကို မွေးဖွားခဲ့၏။ လာမက်နှင့် မသုရှေလတို့သည် ဒုတိယကောင်းကင်တမန်၏ သတင်းစကားကိုလည်းကောင်း၊ သန်းခေါင်ယံအော်ဟစ်ခြင်း၏ သတင်းစကားကိုလည်းကောင်း ကိုယ်စားပြုကြ၏။ သန်းခေါင်ယံအော်ဟစ်ခြင်းသည် တံခါးပိတ်ခြင်းတိုင်အောင် တိုးတက်ဆက်လက်သွားခဲ့သဖြင့်၊ ရေလွှမ်းမိုးခြင်းနှစ်တွင် သေဆုံးခဲ့သော မသုရှေလအားဖြင့် ထိုအရာကို ကိုယ်စားပြုထား၏။ လာမက်သည် ဒုတိယကောင်းကင်တမန်၏ သတင်းစကားကို ကိုယ်စားပြုခဲ့ပြီး၊ လာမက်သည် ရေလွှမ်းမိုးခြင်းမတိုင်မီ ငါးနှစ်အလိုတွင် သေဆုံးခဲ့၏။ လာမက်၏ သေခြင်းမှ တံခါးပိတ်သောအချိန်၌ မသုရှေလ၏ သေခြင်းတိုင်အောင် ကြာသော ငါးနှစ်ကာလသည်၊ မသုရှေလအားဖြင့် ကိုယ်စားပြုထားသော ခရစ်တော်၏သတို့သမီး၏ သေခြင်းသို့ ဦးတည်စေသော ကာလ၏အစကို အမှတ်အသားပြုခဲ့သော ယေဇကျေလ၏ သတို့သမီး၏ သေခြင်းကို အရိပ်ပုံပြခဲ့၏။</w:t>
      </w:r>
    </w:p>
    <w:p>
      <w:pPr>
        <w:pStyle w:val="ArticleBody"/>
        <w:jc w:val="left"/>
      </w:pPr>
      <w:r>
        <w:rPr>
          <w:rFonts w:ascii="Myanmar Text" w:hAnsi="Myanmar Text" w:eastAsia="Myanmar Text" w:cs="Myanmar Text"/>
        </w:rPr>
        <w:t>ဧနောက်သည် ၁၇၉၈ ခုနှစ်၌ ရောက်ရှိလာသော ပထမကောင်းကင်တမန်ကို ပုံဆောင်ခဲ့သည်။ လာမက်သည် ၁၈၄၄ ခုနှစ်၊ ဧပြီလ ၁၉ ရက်နေ့၌ ရောက်ရှိလာသော ဒုတိယကောင်းကင်တမန်ကို ပုံဆောင်ခဲ့ပြီး၊ မသုရှလသည် နောဧအားဖြင့် ပုံဆောင်ထားသော ၁၈၄၄ ခုနှစ်၊ အောက်တိုဘာလ ၂၂ ရက်နေ့၏ ပိတ်ထားသောတံခါးသို့တိုင် အက်ဇီတာမှ စတင်သော သန်းခေါင်ယံကြွေးကြော်သံကို ပုံဆောင်ခဲ့သည်။ လာမက်၏သေခြင်းမှ မသုရှလ၏သေခြင်းတိုင်အောင် ငါးနှစ်ကာလသည် ဘီစီ ၅၈၇ ခုနှစ်မှ ဘီစီ ၅၈၆ ခုနှစ်တိုင်အောင်ရှိသော တစ်နှစ်ခွဲကာလကို ပုံဆောင်ခဲ့သည်။ လာမက်မှ မသုရှလတိုင်အောင်ရှိသော ထိုငါးနှစ်သည် ၁၄၄၈ ခုနှစ်မှ ၁၄၅၃ ခုနှစ်တိုင်အောင်ရှိသော ငါးနှစ်ကို ပုံဆောင်သည်။</w:t>
      </w:r>
    </w:p>
    <w:p>
      <w:pPr>
        <w:pStyle w:val="ArticleBody"/>
        <w:jc w:val="left"/>
      </w:pPr>
      <w:r>
        <w:rPr>
          <w:rFonts w:ascii="Myanmar Text" w:hAnsi="Myanmar Text" w:eastAsia="Myanmar Text" w:cs="Myanmar Text"/>
        </w:rPr>
        <w:t>၁၄၄၈ ခုနှစ်၊ အောက်တိုဘာ ၃၁ ရက်နေ့တွင် John Palaiologos ကွယ်လွန်ခဲ့ပြီး၊ သူ၏ညီဖြစ်သော Constantine the eleventh (နောက်ဆုံး Constantine) သည် အရှေ့ရောမ၏ ရာဇပလ္လင်သို့ တက်ရောက်ခွင့်ကို အစ္စလာမ်တူရကီ အာဏာထံမှ တောင်းခံခဲ့သည်။ သူ၏ ၁၂၉၉ ခုနှစ်၊ ဇူလိုင် ၂၇ ရက်နေ့၌ ပြုလုပ်သော လက်အောက်ခံမှုသည် ဗျာဒိတ်ကျမ်း အခန်း ၉ တွင် ဖော်ပြထားသော ဒုတိယ အနှစ်တစ်ရာ့ငါးဆယ်ကာလကို အခန်းငယ် ၁၀ ၌ သတ်မှတ်ထားသည့်အတိုင်း ပြည့်စုံစေခဲ့သည်။ John Palaiologos ကွယ်လွန်ပြီး ငါးနှစ်အကြာတွင်၊ သူ၏ညီ Constantine the eleventh သည် Constantinople မြို့ရိုးပေါ်၌ ကွယ်လွန်ခဲ့ရသည်၊ ထိုအချိန်တွင် Mehmed II သည် အရှေ့ရောမ၏ Byzantine အင်ပါယာကို သိမ်းပိုက်ခဲ့သည်။ Mehmed သည် Mohammed ၏ တူရကီအသွင်ကွဲဖြစ်သဖြင့်၊ ၆၃၂ ခုနှစ်တွင် ပထမ Mohammed ကွယ်လွန်ခြင်းသည် ဗျာဒိတ်ကျမ်း အခန်း ၉ ၏ ပထမ အနှစ်တစ်ရာ့ငါးဆယ်ပရောဖက်ပြုချက်ကို စတင်စေခဲ့သည် (ထိုပရောဖက်ပြုချက်သည် အခန်းငယ် ၅ ၌ တည်ရှိသည်)။ ထိုပရောဖက်ပြုချက်သည် နောင်နှစ်ပေါင်း ရှစ်ရာနှစ်ဆယ့်တစ်နှစ်အကြာတွင် “Mohammed the second” ၏ လက်ချက်ဖြင့် နောက်ဆုံး Constantine ကွယ်လွန်ခြင်းနှင့်အတူ အဆုံးသတ်ခဲ့သည်။ မိမိမကွယ်လွန်မီ ငါးနှစ်အလိုတွင် Mohammed သည် ရောမ၏ ပျက်စီးမည့်အရေးကို ကြိုတင်ဟောကြားခဲ့ပြီး၊ ထိုအရာကို Mohammed the second ဟူသောအမည်ရှိသော တူရကီလူမျိုးက အကောင်အထည်ဖော်ခဲ့သည်။</w:t>
      </w:r>
    </w:p>
    <w:p>
      <w:pPr>
        <w:pStyle w:val="ArticleBody"/>
        <w:jc w:val="left"/>
      </w:pPr>
      <w:r>
        <w:rPr>
          <w:rFonts w:ascii="Myanmar Text" w:hAnsi="Myanmar Text" w:eastAsia="Myanmar Text" w:cs="Myanmar Text"/>
        </w:rPr>
        <w:t>ကွန်စတန်တိုင် အနောက်ဆုံးဘုရင်၊ တစ်ဆယ့်တစ်ယောက်မြောက်သောသူသည် ကွန်စတန်တီနိုပယ်တိုက်ပွဲ၌ သေဆုံးခဲ့သဖြင့်၊ သူ၏အစ်ကို ယောဟန် သေဆုံးသည့်အချိန်မှ မိမိသေဆုံးသည့်အချိန်အထိ ငါးနှစ်ရှိကြောင်းကို ဖော်ထုတ်ပြသသည်။ ထိုငါးနှစ်သည် သားဖြစ်သော လာမက်၏ သေဆုံးခြင်းမှ၊ ငါးနှစ်အကြာ သင်္ဘောပေါ်၌ တံခါးပိတ်သည့်အချိန်တွင် ဖခင်ဖြစ်သော မက်သုရှေလ၏ သေဆုံးခြင်းအထိရှိသော ငါးနှစ်အားဖြင့် ပုံဆောင်ပြခဲ့သည်။ ထို့ကြောင့် ယေဇကျေလ၏ သတို့သမီး သေဆုံးခြင်းသည် လာမက်၏ သေဆုံးခြင်းအားဖြင့် ပုံဆောင်ပြခဲ့ပြီး၊ ၎င်းတို့နှစ်ခုသည် ပေါင်း၍ ၁၄၄၈ ခုနှစ်၌ ယောဟန် ပါလိုင်အိုလိုဂေါ့စ်၏ သေဆုံးခြင်းအတွက် သက်သေခံချက်ကို ပေးကြသည်။ ထို့နောက်ဖြစ်သော မက်သုရှေလ၏ သေဆုံးခြင်းသည် ခရစ်တော်၏ သတို့သမီး သေဆုံးခြင်းနှင့် BC 586 ခုနှစ်ရှိ ယေရုရှလင်မြို့ ဖျက်ဆီးခြင်းတို့နှင့် ကိုက်ညီပြီး၊ ၎င်းတို့သည် ပေါင်း၍ ကွန်စတန်တိုင် တစ်ဆယ့်တစ်ယောက်မြောက်၏ သေဆုံးခြင်းနှင့် ကိုက်ညီကြသည်။</w:t>
      </w:r>
    </w:p>
    <w:p>
      <w:pPr>
        <w:pStyle w:val="ArticleBody"/>
        <w:jc w:val="left"/>
      </w:pPr>
      <w:r>
        <w:rPr>
          <w:rFonts w:ascii="Myanmar Text" w:hAnsi="Myanmar Text" w:eastAsia="Myanmar Text" w:cs="Myanmar Text"/>
        </w:rPr>
        <w:t>သေခြင်းတရားတစ်ရပ်ဖြင့် အစပြုပြီး သေခြင်းတရားတစ်ရပ်ဖြင့် အဆုံးသတ်သော ပရောဖက်ပြုကာလတစ်ရပ်၏ သက်သေသုံးပါးသည်၊ သားရဲ၏ ရုပ်တုကို ဖွဲ့စည်းခြင်းကာလကို ပုံဖော်ပြသလျက်၊ ထိုကာလသည် သားရဲ၏ အမှတ်ဖြင့် အဆုံးသတ်သကဲ့သို့၊ Millerite သမိုင်းတွင် ညသန်းခေါင်အော်ဟစ်သံ၏ ကြေညာခြင်းနှင့်လည်းကောင်း၊ ကျွန်ုပ်တို့၏ လက်ရှိသမိုင်းတွင် သားရဲ၏ အမှတ်ဖြင့် အဆုံးသတ်မည့် သားရဲ၏ ရုပ်တု ဖွဲ့စည်းခြင်းနှင့်လည်းကောင်း ကိုက်ညီညှိနှိုင်းနေသည်။ မကြာမီ ရောက်ရှိလာမည့် တနင်္ဂနွေနေ့ဥပဒေ၌ သားရဲ၏ အမှတ် ပြည့်စုံလာသောအခါ၊ ယေရုရှလင်မြို့ ပျက်စီးသောအချိန်တွင် ယေဇကျေလသည် မိမိ၏ ကိုယ်ပိုင်ဆန္ဒအလျောက် “ပြောဆို” နိုင်ခဲ့သကဲ့သို့၊ ပရောဖက်ပြု “ပြောဆိုခြင်း” သည်လည်း ထိုအရာနှင့် သဘောတူညီစွာ ရောက်ရှိလာမည်ဖြစ်သည်။</w:t>
      </w:r>
    </w:p>
    <w:p>
      <w:pPr>
        <w:pStyle w:val="ArticleHeading"/>
        <w:jc w:val="left"/>
      </w:pPr>
      <w:r>
        <w:rPr>
          <w:rFonts w:ascii="Myanmar Text" w:hAnsi="Myanmar Text" w:eastAsia="Myanmar Text" w:cs="Myanmar Text"/>
        </w:rPr>
        <w:t>ပြောဆိုခြင်း</w:t>
      </w:r>
    </w:p>
    <w:p>
      <w:pPr>
        <w:pStyle w:val="ArticleBody"/>
        <w:jc w:val="left"/>
      </w:pPr>
      <w:r>
        <w:rPr>
          <w:rFonts w:ascii="Myanmar Text" w:hAnsi="Myanmar Text" w:eastAsia="Myanmar Text" w:cs="Myanmar Text"/>
        </w:rPr>
        <w:t>ယေရုရှလင်မြို့၏ ဖျက်ဆီးခြင်းအားဖြင့် ပုံဆောင်ဖော်ပြထားသော တနင်္ဂနွေဥပဒေကာလ၌၊ အမေရိကန်ပြည်ထောင်စု၏ ပရောဖက်ပြောဆိုခြင်းသည် မိစ္ဆာပရောဖက်က နဂါးကဲ့သို့ ပြောဆိုသကဲ့သို့ အမှတ်အသားပြုခံရသည်။</w:t>
      </w:r>
    </w:p>
    <w:p>
      <w:pPr>
        <w:pStyle w:val="ArticleScripture"/>
        <w:jc w:val="left"/>
      </w:pPr>
      <w:r>
        <w:rPr>
          <w:rFonts w:ascii="Myanmar Text" w:hAnsi="Myanmar Text" w:eastAsia="Myanmar Text" w:cs="Myanmar Text"/>
        </w:rPr>
        <w:t>ထို့နောက် ငါသည် မြေကြီးထဲမှ တက်လာသော သားရဲတစ်ကောင်ကို မြင်ရ၏။ ထိုသားရဲသည် သိုးသငယ်နှင့်တူသော ချိုနှစ်ချောင်းရှိ၍ နဂါးကဲ့သို့ ဟောပြောလေ၏။ ဗျာဒိတ်ကျမ်း 13:11။</w:t>
      </w:r>
    </w:p>
    <w:p>
      <w:pPr>
        <w:pStyle w:val="ArticleBody"/>
        <w:jc w:val="left"/>
      </w:pPr>
      <w:r>
        <w:rPr>
          <w:rFonts w:ascii="Myanmar Text" w:hAnsi="Myanmar Text" w:eastAsia="Myanmar Text" w:cs="Myanmar Text"/>
        </w:rPr>
        <w:t>တနင်္ဂနွေဥပဒေ၌၊ ဗာလမ်သည် မိမိ၏ မြည်းကို သုံးကြိမ်မြောက် ရိုက်ခတ်ပြီး၊ ထိုနောက် မြည်းသည် စကားပြော၏။</w:t>
      </w:r>
    </w:p>
    <w:p>
      <w:pPr>
        <w:pStyle w:val="ArticleScripture"/>
        <w:jc w:val="left"/>
      </w:pPr>
      <w:r>
        <w:rPr>
          <w:rFonts w:ascii="Myanmar Text" w:hAnsi="Myanmar Text" w:eastAsia="Myanmar Text" w:cs="Myanmar Text"/>
        </w:rPr>
        <w:t>ထိုအခါ ထာဝရဘုရားသည် မြည်း၏နှုတ်ကို ဖွင့်တော်မူ၍၊ မြည်းက ဗာလမ်အား၊ “ကျွန်ုပ်သည် သင်၌ အဘယ်သို့ပြုမိသဖြင့် သင်သည် ကျွန်ုပ်ကို ဤသုံးကြိမ်တိုင်တိုင် ရိုက်နှက်ပါသနည်း” ဟုဆို၏။ ဗာလမ်က မြည်းအား၊ “သင်သည် ငါ့ကို လှောင်ပြောင်သောကြောင့်တည်း။ ငါ့လက်၌ ဓားတစ်လက်သာ ရှိလျှင် ယခု သင့်ကို သတ်မည်ဖြစ်သည်” ဟုဆို၏။ မြည်းကလည်း ဗာလမ်အား၊ “ကျွန်ုပ်သည် ယနေ့တိုင်အောင် သင်ပိုင်ဆိုင်သည့် အချိန်မှစ၍ သင်စီးနင်းလေ့ရှိသော သင်၏မြည်း မဟုတ်ပါသလော။ ဤသို့ သင်၌ ကျွန်ုပ်ပြုလေ့ရှိခဲ့ဖူးပါသလော” ဟုဆို၏။ သူက “မပြုဖူး” ဟုဆို၏။ တောလည်ရာကျမ်း ၂၂း၂၈–၃၀။</w:t>
      </w:r>
    </w:p>
    <w:p>
      <w:pPr>
        <w:pStyle w:val="ArticleBody"/>
        <w:jc w:val="left"/>
      </w:pPr>
      <w:r>
        <w:rPr>
          <w:rFonts w:ascii="Myanmar Text" w:hAnsi="Myanmar Text" w:eastAsia="Myanmar Text" w:cs="Myanmar Text"/>
        </w:rPr>
        <w:t>တနင်္ဂနွေဥပဒေအချိန်၌ မိစ္ဆာပရောဖက်သည် ဟောပြော၏၊ အစ္စလာမ်လည်း တနင်္ဂနွေဥပဒေအချိန်၌ ဟောပြော၏။ နှစ်ဖက်စလုံးသည် ပရောဖက်ပြုချက်အရ မိစ္ဆာပရောဖက်များ ဖြစ်ကြ၏။ တနင်္ဂနွေဥပဒေအချိန်၌ စောင့်ဆိုင်းနေရသော ဟဗက္ကုတ်၏ “ရူပါရုံ” သည် ဟောပြော၏။</w:t>
      </w:r>
    </w:p>
    <w:p>
      <w:pPr>
        <w:pStyle w:val="ArticleScripture"/>
        <w:jc w:val="left"/>
      </w:pPr>
      <w:r>
        <w:rPr>
          <w:rFonts w:ascii="Myanmar Text" w:hAnsi="Myanmar Text" w:eastAsia="Myanmar Text" w:cs="Myanmar Text"/>
        </w:rPr>
        <w:t>အကြောင်းမူကား ထိုဗျာဒိတ်သည် သတ်မှတ်ထားသောကာလအတွက်သာ ဖြစ်သေး၏။ သို့ရာတွင် အဆုံး၌ ၎င်းသည် ပြောဆိုလိမ့်မည်၊ မုသာမပြော။ နှောင့်နှေးသကဲ့သို့ ထင်ရသော်လည်း၊ ၎င်းကို စောင့်ဆိုင်းလော့။ အကြောင်းမူကား ၎င်းသည် အမှန်ပင် ရောက်လာလိမ့်မည်၊ နှောင့်နှေးမည်မဟုတ်။ ဟဗက္ကုတ် ၂:၃။</w:t>
      </w:r>
    </w:p>
    <w:p>
      <w:pPr>
        <w:pStyle w:val="ArticleBody"/>
        <w:jc w:val="left"/>
      </w:pPr>
      <w:r>
        <w:rPr>
          <w:rFonts w:ascii="Myanmar Text" w:hAnsi="Myanmar Text" w:eastAsia="Myanmar Text" w:cs="Myanmar Text"/>
        </w:rPr>
        <w:t>ဟဗက္ကုပ်သည် မိစ္ဆာပရောဖက်တို့နှင့် ဆန့်ကျင်လျက် ဟောပြောသော စစ်မှန်သော ပရောဖက်ဖြစ်သည်။ ဟဗက္ကုပ်၏ “ဗျာဒိတ်” သည် ယခင်က နှုတ်ပိတ်လျက်ရှိခဲ့သော ယေဇကျေလ၏ နှုတ်တော်မှတစ်ဆင့် ဟောပြော၏၊ ထို့နောက် သူ၏နှုတ်တော်ကို ဖွင့်ပေးတော်မူသည်။ ဘုရားသခင်၏ နှုတ်တော်ဖြစ်ရမည်ဟူသော ကတိတော်ကို ယေရမိအား ပေးထားခဲ့သည်။</w:t>
      </w:r>
    </w:p>
    <w:p>
      <w:pPr>
        <w:pStyle w:val="ArticleScripture"/>
        <w:jc w:val="left"/>
      </w:pPr>
      <w:r>
        <w:rPr>
          <w:rFonts w:ascii="Myanmar Text" w:hAnsi="Myanmar Text" w:eastAsia="Myanmar Text" w:cs="Myanmar Text"/>
        </w:rPr>
        <w:t>အဘယ်ကြောင့် ငါ၏နာကျင်ခြင်းသည် မပြတ်မလပ်တည်ရှိရသနည်း၊ ငါ၏အနာသည် ကု၍မပျောက်နိုင်ဘဲ အနာရောဂါငြိမ်းစေခြင်းကို ငြင်းပယ်ရသနည်း။ ကိုယ်တော်သည် ငါ့အတွက် လှည့်ဖြားသောသူကဲ့သို့၎င်း၊ မတည်မငြိမ်၍ ခန်းခြောက်ပျက်ကွက်တတ်သော ရေများကဲ့သို့၎င်း အမှန်တကယ် ဖြစ်တော်မူမည်လော။ ထိုကြောင့် ထာဝရဘုရားမိန့်တော်မူသည်ကား၊ သင်သည် ပြန်လာလျှင် ငါသည် သင့်ကို တစ်ဖန်ပြန်လည်ခေါ်ဆောင်မည်၊ သင်သည် ငါ့ရှေ့၌ ရပ်နေရမည်။ သင်သည် တန်ဖိုးရှိသောအရာကို ယုတ်ညံ့သောအရာမှ ခွဲထုတ်လျှင် သင်သည် ငါ့နှုတ်ကဲ့သို့ ဖြစ်ရမည်။ သူတို့သည် သင့်ထံသို့ ပြန်လာကြစေ။ သို့သော် သင်သည် သူတို့ထံသို့ ပြန်မသွားရ။ Jeremiah 15:18, 19.</w:t>
      </w:r>
    </w:p>
    <w:p>
      <w:pPr>
        <w:pStyle w:val="ArticleBody"/>
        <w:jc w:val="left"/>
      </w:pPr>
      <w:r>
        <w:rPr>
          <w:rFonts w:ascii="Myanmar Text" w:hAnsi="Myanmar Text" w:eastAsia="Myanmar Text" w:cs="Myanmar Text"/>
        </w:rPr>
        <w:t>တနင်္ဂနွေဥပဒေ၏အချိန်၌ ဇာခရိ၏ ကိုးလကြာသော မိန့်ခွန်းမပြောနိုင်သည့်အခြေအနေသည် သူ၏သား၏အမည်ကို ယောဟန်ဟု ခေါ်ရမည်ဖြစ်ကြောင်း ပြောဆို၍ အတည်ပြုသည့်အခါ အဆုံးသတ်သွားသည်။ ဇာခရိသည် တတိယကောင်းကင်တမန်၏ နှုတ်ကပတ်တော်ကို မယုံကြည်သော ခေါင်းဆောင်မှုကို ကိုယ်စားပြုခဲ့ပြီး၊ ယောဟန်သည် ခရစ်တော်၏ ဒုတိယအကြိမ် ကြွလာတော်မူခြင်းကို ဦးဆောင်ဖော်ဆောင်မည့် အသင်းတော်ဖြစ်သော ဧလိယလှုပ်ရှားမှုကို ကိုယ်စားပြုခဲ့သည်။</w:t>
      </w:r>
    </w:p>
    <w:p>
      <w:pPr>
        <w:pStyle w:val="ArticleScripture"/>
        <w:jc w:val="left"/>
      </w:pPr>
      <w:r>
        <w:rPr>
          <w:rFonts w:ascii="Myanmar Text" w:hAnsi="Myanmar Text" w:eastAsia="Myanmar Text" w:cs="Myanmar Text"/>
        </w:rPr>
        <w:t>ဇက္ခရိကလည်း ကောင်းကင်တမန်အား၊ “ဤအမှုကို ကျွန်ုပ် မည်သို့ သိရမည်နည်း။ အကြောင်းမူကား ကျွန်ုပ်သည် အသက်ကြီးသောသူဖြစ်၍၊ ကျွန်ုပ်၏မယားလည်း အသက်အရွယ် များစွာကြီးလှပြီ” ဟု ဆို၏။ ကောင်းကင်တမန်ကလည်း သူ့အား ပြန်လည်၍၊ “ငါသည် ဘုရားသခင်၏ ရှေ့တော်၌ ရပ်နေသော ဂါဗြေလဖြစ်၏။ သင်နှင့် စကားပြောရန်လည်းကောင်း၊ ဤဝမ်းမြောက်ဖွယ် သတင်းကောင်းကို သင်အား ပြသရန်လည်းကောင်း ငါကို စေလွှတ်တော်မူပြီ။ ထို့ပြင် ကြည့်ရှုလော့၊ ဤအရာများ ပြည့်စုံမည့်နေ့တိုင်အောင် သင်သည် အားမပြောနိုင်သောသူ၊ စကားမပြောနိုင်သောသူ ဖြစ်လိမ့်မည်။ အကြောင်းမူကား မိမိအချိန်ကာလ၌ ပြည့်စုံမည့် ငါ၏စကားတို့ကို သင် မယုံကြည်သောကြောင့်ဖြစ်၏” ဟု ဆို၏။</w:t>
      </w:r>
    </w:p>
    <w:p>
      <w:pPr>
        <w:pStyle w:val="ArticleScripture"/>
        <w:jc w:val="left"/>
      </w:pPr>
      <w:r>
        <w:rPr>
          <w:rFonts w:ascii="Myanmar Text" w:hAnsi="Myanmar Text" w:eastAsia="Myanmar Text" w:cs="Myanmar Text"/>
        </w:rPr>
        <w:t>လူများသည် ဇာခရိကို စောင့်လျက်နေကြ၍၊ သူသည် ဗိမာန်တော်၌ အချိန်ကြာမြင့်စွာ နေသဖြင့် အံ့ဩကြ၏။ သူသည် အပြင်သို့ ထွက်လာသောအခါ သူတို့အား စကားမပြောနိုင်ခဲ့။ ထို့ကြောင့် သူတို့သည် သူက ဗိမာန်တော်၌ ရူပါရုံတစ်ခုကို မြင်တွေ့ခဲ့ကြောင်း သိမြင်ကြ၏။ အကြောင်းမူကား သူသည် သူတို့အား လက်အမူအရာဖြင့်သာ ပြသလျက်၊ နှုတ်ဆိတ်နေခဲ့၏။ Luke 1:18–22.</w:t>
      </w:r>
    </w:p>
    <w:p>
      <w:pPr>
        <w:pStyle w:val="ArticleBody"/>
        <w:jc w:val="left"/>
      </w:pPr>
      <w:r>
        <w:rPr>
          <w:rFonts w:ascii="Myanmar Text" w:hAnsi="Myanmar Text" w:eastAsia="Myanmar Text" w:cs="Myanmar Text"/>
        </w:rPr>
        <w:t>ဇခရိသည် ယဇ်ပုရောဟိတ်တို့၏ အဋ္ဌမအလှည့်ဝင်အဖွဲ့မှ ဖြစ်၏။</w:t>
      </w:r>
    </w:p>
    <w:p>
      <w:pPr>
        <w:pStyle w:val="ArticleScripture"/>
        <w:jc w:val="left"/>
      </w:pPr>
      <w:r>
        <w:rPr>
          <w:rFonts w:ascii="Myanmar Text" w:hAnsi="Myanmar Text" w:eastAsia="Myanmar Text" w:cs="Myanmar Text"/>
        </w:rPr>
        <w:t>ယုဒပြည်၏ ရှင်ဘုရင် ဟေရုဒ်မင်း၏ နေ့ရက်များတွင်၊ အဘိယအဖွဲ့ဝင်ဖြစ်သော ဇက္ခရိအမည်ရှိ ယဇ်ပုရောဟိတ်တစ်ဦးရှိ၏။ သူ၏မယားသည် အာရုန်၏သမီးများမှ ဆင်းသက်သူဖြစ်၍၊ သူမ၏အမည်ကား ဧလိရှဗက်ဖြစ်၏။ ထိုနှစ်ဦးစလုံးသည် ဘုရားသခင်ရှေ့တော်၌ ဖြောင့်မတ်ကြပြီး၊ သခင်ဘုရား၏ ပညတ်တော်များနှင့် စည်းမျဉ်းတော်အပေါင်းတို့၌ အပြစ်မရှိဘဲ ကျင့်လျှောက်ကြ၏။ သို့ရာတွင် ဧလိရှဗက်သည် မမွေးနိုင်သူဖြစ်သဖြင့် သူတို့တွင် သားသမီးမရှိကြ။ ထို့ပြင် သူတို့နှစ်ဦးစလုံးသည် အသက်အရွယ်အလွန်ကြီးရင့်လျက်ရှိကြ၏။ ထိုသို့ဖြစ်စဉ်တွင်၊ သူသည် မိမိအဖွဲ့အစည်းအလိုက် အလှည့်ကျဝန်ဆောင်ရာ အစဉ်အတိုင်း ဘုရားသခင်ရှေ့တော်၌ ယဇ်ပုရောဟိတ်အမှုကို ဆောင်ရွက်နေစဉ်၊ ယဇ်ပုရောဟိတ်အမှု၏ ထုံးတမ်းစဉ်လာအတိုင်း၊ သခင်ဘုရား၏ ဗိမာန်တော်ထဲသို့ ဝင်၍ နံ့သာပေါင်းမီးရှို့ရန် သူ၏အလှည့်ကျလာ၏။ နံ့သာပေါင်းမီးရှို့သောအချိန်၌ လူအစုအဝေးအပေါင်းသည် အပြင်ဘက်၌ ဆုတောင်းလျက်ရှိကြ၏။ လုကာ ၁:၅–၁၀။</w:t>
      </w:r>
    </w:p>
    <w:p>
      <w:pPr>
        <w:pStyle w:val="ArticleBody"/>
        <w:jc w:val="left"/>
      </w:pPr>
      <w:r>
        <w:rPr>
          <w:rFonts w:ascii="Myanmar Text" w:hAnsi="Myanmar Text" w:eastAsia="Myanmar Text" w:cs="Myanmar Text"/>
        </w:rPr>
        <w:t>ပရောဖက်အပေါင်းတို့သည် နောက်ဆုံးသောနေ့ရက်များကို ကိုယ်စားပြုကြပြီး၊ ဇာခရိသည် ဧဇကေလကဲ့သို့ပင် ဗိမာန်တော်အတွင်းသို့ ဝင်ခဲ့သည်။ သူသည် ယဇ်ပုရောဟိတ်အဖွဲ့၏ အဋ္ဌမအလှည့်ဝင်သူဖြစ်၍၊ ဤအရာသည် နောဧ၏ သင်္ဘောပေါ်၌ရှိသော အသက်ရှင်သူ ရှစ်ဦးက ဟောင်းသောလောကမှ အသစ်သောလောကသို့ ကူးပြောင်းသွားခြင်း၏ သင်္ကေတကို မှတ်သားစေသည်။ သူနှင့် သူ၏ဇနီး နှစ်ဦးစလုံးသည် အပြစ်တင်ခွင့်မရှိသူများဖြစ်ကြသော်လည်း၊ ဇာခရိသည် ဂါဗြေလ၏ စကားများကို သံသယရှိမည်ဖြစ်သည်။ မီလာရိုက် လှုပ်ရှားမှုသည် အစပိုင်း၌ ဖိလဒေလဖိအသင်းတော်ဝင်များ (အပြစ်တင်ခွင့်မရှိသူများ) အဖြစ် စတင်ခဲ့သော်လည်း ၁၈၅၆ ခုနှစ်တွင် လာအော်ဒီကေအသင်းတော်ဝင်များအဖြစ်သို့ ကူးပြောင်းသွားခဲ့သည်။ နောက်ဆုံးသောနေ့ရက်များ၌ ကောင်းကင်တမန်၏ သတင်းစကားသည် တတိယကောင်းကင်တမန်၏ သတင်းစကားဖြစ်ပြီး၊ ဇာခရိထံသို့ ဂါဗြေလ၏ သတင်းစကားသည် တတိယကောင်းကင်တမန်၏ သတင်းစကားကိုလည်းကောင်း၊ ယောဟန်ဗတ္တိဇံဆရာအားဖြင့် ကိုယ်စားပြုထားသော ဧလိယသတင်းစကားကိုလည်းကောင်း ကိုယ်စားပြုသည်။</w:t>
      </w:r>
    </w:p>
    <w:p>
      <w:pPr>
        <w:pStyle w:val="ArticleScripture"/>
        <w:jc w:val="left"/>
      </w:pPr>
      <w:r>
        <w:rPr>
          <w:rFonts w:ascii="Myanmar Text" w:hAnsi="Myanmar Text" w:eastAsia="Myanmar Text" w:cs="Myanmar Text"/>
        </w:rPr>
        <w:t>ထိုအခါ၊ နံ့သာပေါင်းပလ္လင်၏ လက်ယာဘက်၌ ရပ်နေသော ထာဝရဘုရား၏ ကောင်းကင်တမန်တစ်ပါးသည် သူ့အား ထင်ရှားပြသတော်မူ၏။ ဇာခရိသည် ထိုတမန်ကို မြင်သောအခါ စိတ်လှုပ်ရှား၍ ကြောက်ရွံ့ခြင်းသည် သူ့အပေါ်သို့ ကျရောက်လေ၏။ သို့ရာတွင် ကောင်းကင်တမန်က သူ့အား၊ “မကြောက်နှင့်၊ ဇာခရိ၊ အကြောင်းမူကား သင်၏ပဌနာကို ကြားတော်မူပြီ။ သင်၏မယား ဧလိရှဗက်သည် သင်အတွက် သားတစ်ယောက်ကို ဖွားမြင်မည်ဖြစ်၍၊ သူ၏အမည်ကို ယောဟန်ဟု ခေါ်ရမည်။ သင်သည် ဝမ်းမြောက်ရွှင်လန်းခြင်းကို ရရှိမည်ဖြစ်ပြီး၊ လူအများတို့သည်လည်း သူ၏မွေးဖွားခြင်းကြောင့် ဝမ်းမြောက်ကြလိမ့်မည်။ အကြောင်းမူကား သူသည် ထာဝရဘုရား၏ ရှေ့တော်၌ ကြီးမြတ်သောသူ ဖြစ်လိမ့်မည်။ စပျစ်ရည်နှင့် အရက်ပြင်းတို့ကို မသောက်ရ။ မိခင်၏ဝမ်းထဲ၌ ရှိစဉ်ကတည်းကပင် သန့်ရှင်းသောဝိညာဉ်တော်နှင့် ပြည့်ဝလိမ့်မည်။ ဣသရေလအမျိုးသားအများကိုလည်း သူတို့၏ဘုရားသခင် ထာဝရဘုရားထံသို့ ပြန်လည်လှည့်စေလိမ့်မည်။ သူသည် ဧလိယ၏ဝိညာဉ်နှင့် တန်ခိုးအာဏာအားဖြင့် အရှေ့တော်၌ သွား၍၊ ဖခင်တို့၏နှလုံးကို သားသမီးတို့ထံသို့လည်းကောင်း၊ နာခံခြင်းမရှိသူတို့ကို ဖြောင့်မတ်သောသူတို့၏ ပညာဉာဏ်ထံသို့လည်းကောင်း ပြန်လည်လှည့်စေရန်၊ ထာဝရဘုရားအတွက် အသင့်ပြင်ဆင်ထားသော လူမျိုးကို ပြင်ဆင်စေရန် ဖြစ်၏” ဟု မိန့်တော်မူ၏။ ထို့နောက် ဇာခရိက ကောင်းကင်တမန်အား၊ “ဤအမှုကို အကျွန်ုပ်သည် အဘယ်သို့ သိနိုင်ပါမည်နည်း။ အကျွန်ုပ်သည် အိုမင်းသောသူ ဖြစ်၍၊ အကျွန်ုပ်၏မယားသည်လည်း အသက်အရွယ် ကြီးရင့်လှပြီ” ဟု လျှောက်၏။ ကောင်းကင်တမန်ကလည်း သူ့အား ပြန်လည်ဖြေကြား၍၊ “ငါသည် ဘုရားသခင်၏ ရှေ့တော်၌ ရပ်နေသော ဂါဗြေလဖြစ်၏။ ဤဝမ်းမြောက်ဖွယ် သတင်းကောင်းကို သင့်အား ပြောကြားစေရန်နှင့် ပြသစေရန် စေလွှတ်ခြင်းခံရသောသူ ဖြစ်၏” ဟု ဆို၏။ လုကာ ၁:၁၁–၁၉။</w:t>
      </w:r>
    </w:p>
    <w:p>
      <w:pPr>
        <w:pStyle w:val="ArticleBody"/>
        <w:jc w:val="left"/>
      </w:pPr>
      <w:r>
        <w:rPr>
          <w:rFonts w:ascii="Myanmar Text" w:hAnsi="Myanmar Text" w:eastAsia="Myanmar Text" w:cs="Myanmar Text"/>
        </w:rPr>
        <w:t>ဇက္ခရိသည် လာမည့် ဧလိယ၏ သတင်းစကား ပြည့်စုံအကောင်အထည်ပေါ်လာမည်ကို သံသယရှိခဲ့သည်။</w:t>
      </w:r>
    </w:p>
    <w:p>
      <w:pPr>
        <w:pStyle w:val="ArticleScripture"/>
        <w:jc w:val="left"/>
      </w:pPr>
      <w:r>
        <w:rPr>
          <w:rFonts w:ascii="Myanmar Text" w:hAnsi="Myanmar Text" w:eastAsia="Myanmar Text" w:cs="Myanmar Text"/>
        </w:rPr>
        <w:t>ကြည့်ရှုလော့၊ ထာဝရဘုရား၏ ကြီးမြတ်၍ ကြောက်မက်ဖွယ်သောနေ့ မရောက်မီ၊ ပရောဖက် ဧလိယကို သင်တို့ထံသို့ ငါစေလွှတ်မည်။ သူသည် အဘတို့၏ စိတ်နှလုံးကို သားသမီးတို့ထံသို့လည်းကောင်း၊ သားသမီးတို့၏ စိတ်နှလုံးကို မိမိတို့အဘတို့ထံသို့လည်းကောင်း ပြန်လှည့်စေမည်။ သို့မဟုတ် ငါလာ၍ မြေကြီးကို ကျိန်ခြင်းဘေးဖြင့် ဒဏ်ခတ်မည်။ မာလခိ 4:5, 6။</w:t>
      </w:r>
    </w:p>
    <w:p>
      <w:pPr>
        <w:pStyle w:val="ArticleBody"/>
        <w:jc w:val="left"/>
      </w:pPr>
      <w:r>
        <w:rPr>
          <w:rFonts w:ascii="Myanmar Text" w:hAnsi="Myanmar Text" w:eastAsia="Myanmar Text" w:cs="Myanmar Text"/>
        </w:rPr>
        <w:t>ညီအစ်မ ဝှိုက်သည်၊ ယေဇကျေလ အခန်းကိုး၌ ဖော်ပြထားသော တံဆိပ်ခတ်ခြင်း၏ အကြောင်းအရာဆက်စပ်မှုအတွင်း၊ လော်ဒိကေယာဆိုင်ရာ သတ္တမနေ့ အဒဗင်တစ် အသင်းတော်၏ ခေါင်းဆောင်များသည် ဇက္ခရိ၏ မယုံကြည်ခြင်းအားဖြင့် ပုံဆောင်ထားကြောင်း အဘယ်ကြောင့် ဖြစ်သည်ကို ဖော်ထုတ်ပြသသည်။</w:t>
      </w:r>
    </w:p>
    <w:p>
      <w:pPr>
        <w:pStyle w:val="ArticleScripture"/>
        <w:jc w:val="left"/>
      </w:pPr>
      <w:r>
        <w:rPr>
          <w:rFonts w:ascii="Myanmar Text" w:hAnsi="Myanmar Text" w:eastAsia="Myanmar Text" w:cs="Myanmar Text"/>
        </w:rPr>
        <w:t>မိမိတို့၏ ဝိညာဉ်ရေးကျဆင်းယုတ်လျော့မှုအပေါ် စိတ်နာကြေကွဲခြင်းမရှိသူများနှင့်၊ အခြားသူတို့၏ အပြစ်များအတွက် ငိုကြွေးမြည်တမ်းခြင်းမရှိသူများသည် ဘုရားသခင်၏ တံဆိပ်တော်မပါဘဲ ချန်ထားခြင်းခံရလိမ့်မည်။ ထာဝရဘုရားသည် မိမိ၏ သံတမန်များဖြစ်သော၊ မိမိတို့လက်၌ သတ်ဖြတ်ခြင်းလက်နက်များကို ကိုင်ဆောင်ထားသောသူတို့အား အမိန့်ပေးတော်မူသည်မှာ— “သူ့နောက်မှ မြို့အနှံ့သို့ လိုက်သွား၍ ရိုက်သတ်ကြလော့။ သင်တို့၏ မျက်စိမသနားစေနှင့်၊ ကရုဏာလည်း မပြုကြနှင့်။ အသက်ကြီးသူ၊ လူငယ်၊ အပျို၊ ကလေးငယ်နှင့် မိန်းမတို့ကို အပြတ်အသတ် သတ်ကြလော့။ သို့သော် အမှတ်အသားရှိသောသူ မည်သူ့ထံသို့မျှ မနီးကြနှင့်။ ငါ့သန့်ရှင်းရာဌာနမှ စတင်ကြလော့။ ထိုအခါ သူတို့သည် အိမ်တော်ရှေ့၌ရှိသော အသက်ကြီးသူများထံမှ စတင်ကြ၏။”</w:t>
      </w:r>
    </w:p>
    <w:p>
      <w:pPr>
        <w:pStyle w:val="ArticleScripture"/>
        <w:jc w:val="left"/>
      </w:pPr>
      <w:r>
        <w:rPr>
          <w:rFonts w:ascii="Myanmar Text" w:hAnsi="Myanmar Text" w:eastAsia="Myanmar Text" w:cs="Myanmar Text"/>
        </w:rPr>
        <w:t>“ဤနေရာ၌ ကျွန်ုပ်တို့မြင်ရသည်မှာ အသင်းတော်—သခင်ဘုရား၏ သန့်ရှင်းရာဌာန—သည် ဘုရားသခင်၏ အမျက်ဒေါသရိုက်ချက်ကို ပထမဦးစွာ ခံစားရသောအရာဖြစ်ကြောင်း ဖြစ်သည်။ ဘုရားသခင်ထံမှ ကြီးမားသော အလင်းကို ရရှိခဲ့၍ လူမျိုး၏ ဝိညာဉ်ရေးရာအကျိုးစီးပွားများကို စောင့်ရှောက်ကာကွယ်သူများအဖြစ် ရပ်တည်ခဲ့ကြသော အသက်ကြီးသူတို့သည် မိမိတို့အား အပ်နှံထားသော ယုံကြည်အပ်နှံမှုကို သစ္စာဖောက်ခဲ့ကြသည်။ သူတို့က ယခင်ကာလများ၌ ဖြစ်ခဲ့သကဲ့သို့ အံ့ဖွယ်နိမိတ်များနှင့် ဘုရားသခင်၏ တန်ခိုးတော်ကို ထင်ရှားစွာ ပြသခြင်းများကို ယခု မျှော်လင့်ရန်မလိုဟု ဆိုသော အနေအထားကို ခံယူခဲ့ကြသည်။ ကာလအချိန်များသည် ပြောင်းလဲသွားပြီဟု ဆိုကြသည်။ ဤစကားများသည် သူတို့၏ မယုံကြည်ခြင်းကို ပိုမိုခိုင်မာစေပြီး၊ သူတို့က ‘ထာဝရဘုရားသည် ကောင်းမှုကိုလည်း မပြုတော်မူ၊ ဆိုးမှုကိုလည်း မပြုတော်မူ’ ဟု ဆိုကြသည်။ မိမိလူတို့ကို တရားစီရင်ခြင်းဖြင့် လာရောက်သက်ရောက်တော်မူရန် ကိုယ်တော်သည် အလွန် သနားကြင်နာတော်မူလွန်းသည်ဟု ဆိုကြသည်။ ထိုသို့ဖြင့် ‘ငြိမ်သက်ခြင်းနှင့် လုံခြုံခြင်း’ ဟူသော ကြွေးကြော်သံသည် ဘုရားသခင်၏ လူတို့အား သူတို့၏ လွန်ကျူးမှုများကို၎င်း၊ ယာကုပ်အိမ်ကို သူတို့၏ အပြစ်များကို၎င်း ပြသရန် တံပိုးကဲ့သို့ မိမိတို့၏ အသံကို နောက်တစ်ဖန် မည်သည့်အခါမျှ မြှင့်တင်မည်မဟုတ်သော လူများထံမှ ပေါ်ထွက်လာ၏။ ဟောင်ရမည်ကို မဟောင်သော ဤဆိတ်ငြိမ်ခွေးများသည် စိတ်ပျက်တော်မူသော ဘုရားသခင်၏ တရားမျှတသော ဒဏ်ခတ်လက်စားချေခြင်းကို ခံရသူများပင် ဖြစ်ကြသည်။ ယောက်ျားများ၊ မိန်းမပျိုများနှင့် ကလေးငယ်များသည် အတူတကွ ပျက်စီးကြရသည်။” Testimonies, volume 5, 211.</w:t>
      </w:r>
    </w:p>
    <w:p>
      <w:pPr>
        <w:pStyle w:val="ArticleBody"/>
        <w:jc w:val="left"/>
      </w:pPr>
      <w:r>
        <w:rPr>
          <w:rFonts w:ascii="Myanmar Text" w:hAnsi="Myanmar Text" w:eastAsia="Myanmar Text" w:cs="Myanmar Text"/>
        </w:rPr>
        <w:t>ဇက္ခရိသည် တတိယကောင်းကင်တမန်၏ သတင်းစကားကို သံသယရှိခဲ့သည်။ ထိုသတင်းစကားသည် ဧလိယ၏ သတင်းစကားဖြစ်၍ ယောဟန်ဗတ္တိဇံဆရာ၏ သမိုင်းကိုလည်းကောင်း၊ ဝီလျံ မီလာ၏ သမိုင်းကိုလည်းကောင်း ထပ်မံပြန်လည်ဖော်ပြသော သတင်းစကားဖြစ်သည်။</w:t>
      </w:r>
    </w:p>
    <w:p>
      <w:pPr>
        <w:pStyle w:val="ArticleHeading"/>
        <w:jc w:val="left"/>
      </w:pPr>
      <w:r>
        <w:rPr>
          <w:rFonts w:ascii="Myanmar Text" w:hAnsi="Myanmar Text" w:eastAsia="Myanmar Text" w:cs="Myanmar Text"/>
        </w:rPr>
        <w:t>ငါးလကြာ</w:t>
      </w:r>
    </w:p>
    <w:p>
      <w:pPr>
        <w:pStyle w:val="ArticleBody"/>
        <w:jc w:val="left"/>
      </w:pPr>
      <w:r>
        <w:rPr>
          <w:rFonts w:ascii="Myanmar Text" w:hAnsi="Myanmar Text" w:eastAsia="Myanmar Text" w:cs="Myanmar Text"/>
        </w:rPr>
        <w:t>ဧလိရှဗက်သည် မိမိ၏ ကိုယ်ဝန်ရှိခြင်းကို ငါးလတိုင်တိုင် ဖုံးကွယ်ထားခဲ့သည်။</w:t>
      </w:r>
    </w:p>
    <w:p>
      <w:pPr>
        <w:pStyle w:val="ArticleScripture"/>
        <w:jc w:val="left"/>
      </w:pPr>
      <w:r>
        <w:rPr>
          <w:rFonts w:ascii="Myanmar Text" w:hAnsi="Myanmar Text" w:eastAsia="Myanmar Text" w:cs="Myanmar Text"/>
        </w:rPr>
        <w:t>ထိုနေ့ရက်များနောက်၌ သူ၏ဇနီး ဧလိရှဗက်သည် ကိုယ်ဝန်ဆောင်လျက်ရှိ၍၊ “လူတို့အကြား၌ ငါခံရသော အရှက်ကွဲခြင်းကို ပယ်ရှားတော်မူရန် ထာဝရဘုရားသည် ငါ့ကို ကြည့်ရှုတော်မူသော နေ့ရက်များ၌ ဤသို့ ငါ့အပေါ် ပြုတော်မူပြီ” ဟုဆိုကာ မိမိကိုယ်ကို ငါးလကြာ ဖုံးကွယ်နေ၏။ ထို့နောက် ခြောက်လမြောက်သောအခါ၊ ကောင်းကင်တမန် ဂါဗြေလသည် ဘုရားသခင်ထံမှ ဂါလိလဲပြည်ရှိ နာဇရက်ဟုခေါ်သော မြို့တစ်မြို့သို့ စေလွှတ်ခြင်းခံရ၏။ Luke 1:24–26.</w:t>
      </w:r>
    </w:p>
    <w:p>
      <w:pPr>
        <w:pStyle w:val="ArticleBody"/>
        <w:jc w:val="left"/>
      </w:pPr>
      <w:r>
        <w:rPr>
          <w:rFonts w:ascii="Myanmar Text" w:hAnsi="Myanmar Text" w:eastAsia="Myanmar Text" w:cs="Myanmar Text"/>
        </w:rPr>
        <w:t>ဇာခရိသည် ယဇ်ပုရောဟိတ်တို့၏ ရှစ်မြောက်အဖွဲ့ဝင်ဖြစ်၍၊ ၎င်းသည် မိမိသား ယောဟန်အား ရှစ်ရက်မြောက်နေ့၌ အရေဖျားလှီးခြင်းနှင့် ကိုက်ညီလျက်ရှိသည်။ ထိုအချိန်၌ ဇာခရိသည် တဖန် ပြောဆိုမည်ဖြစ်သည်။ သူနှင့် သူ၏သား ယောဟန်တို့သည် နောဧ၏ သင်္ဘောပေါ်၌ ရှိခဲ့သော လူရှစ်ယောက်ကို ကိုယ်စားပြုကြပြီး၊ ထိုသူတို့သည် ရေလွှမ်းမိုးခြင်း၏ ရေများကြောင့် ယူဆောင်လာသော သေခြင်းမှ ငါးလ၊ သို့မဟုတ် ရက်တစ်ရာငါးဆယ် ကြာကာကွယ်လျက် ဝှက်ထားခြင်းခံခဲ့ရသည်။ ကိုယ်ဝန်ဆောင်ကာလ၏ ရက်တစ်ရာငါးဆယ်နှင့် ရေလွှမ်းမိုးခြင်း၏ ရေများသည် ဗျာဒိတ်ကျမ်း အခန်း ၉ ၌ ဖော်ပြထားသော ငါးလကာလ နှစ်ခုနှင့် ကိုက်ညီကြသည်။</w:t>
      </w:r>
    </w:p>
    <w:p>
      <w:pPr>
        <w:pStyle w:val="ArticleBody"/>
        <w:jc w:val="left"/>
      </w:pPr>
      <w:r>
        <w:rPr>
          <w:rFonts w:ascii="Myanmar Text" w:hAnsi="Myanmar Text" w:eastAsia="Myanmar Text" w:cs="Myanmar Text"/>
        </w:rPr>
        <w:t>ဇာခရိနှင့် သူ၏သား ယောဟန်တို့သည်လည်း လာအိုဒိကိမြို့ရှိ သတ္တမအသင်းတော်မှ ဖိလဒဲလဖိမြို့ရှိ အဋ္ဌမအသင်းတော်သို့ ကူးပြောင်းသည့်အချိန်ကို ကိုယ်စားပြုကြသည်။ ဇာခရိ၏ အဋ္ဌမအလှည့်၌ အမှုတော်ဆောင်ခြင်းမှ စ၍ သူ၏သား ယောဟန်အား အဋ္ဌမနေ့၌ အရေဖျားလှီးခြင်းအထိသည် အစနှင့် အဆုံးကို ခွဲခြားဖော်ညွှန်းသည့် အဋ္ဌမကိန်းဖြင့် သတ်မှတ်ထားသော ပရောဖက်ပြုကာလတစ်ရပ်ကို ကိုယ်စားပြုသည်။ ထိုပရောဖက်ပြုကာလအတွင်း၌ ဝှက်ကွယ်နေခြင်း၏ကာလကို ကိုယ်စားပြုသော ငါးလကာလတစ်ရပ် ရှိသည်။</w:t>
      </w:r>
    </w:p>
    <w:p>
      <w:pPr>
        <w:pStyle w:val="ArticleBody"/>
        <w:jc w:val="left"/>
      </w:pPr>
      <w:r>
        <w:rPr>
          <w:rFonts w:ascii="Myanmar Text" w:hAnsi="Myanmar Text" w:eastAsia="Myanmar Text" w:cs="Myanmar Text"/>
        </w:rPr>
        <w:t>ပရောဖက်ပြုချက်၏ “ပြောဆိုခြင်း” သည် မကြာမီ ရောက်ရှိလာမည့် တနင်္ဂနွေနေ့ပညတ်ကို ညွှန်ပြသဖြင့်၊ ဇာခရိသည် မိမိသားတော်အား အရေဖျားလှီးခြင်း၏ လုပ်ရပ်ဖြင့် ကိုယ်စားပြုထားသကဲ့သို့ တံဆိပ်ခတ်ခံရသောအချိန်၊ တနင်္ဂနွေနေ့ပညတ်၌ ပြောဆိုလေသည်။ ထိုသမိုင်း၌၊ ဇာခရိ ပြောဆိုသော တနင်္ဂနွေနေ့ပညတ်မတိုင်မီ၊ ငါးလကုန်ဆုံးချိန်တွင်၊ ခြောက်လမြောက်လ၌ မာရိသည် ဧလိရှဗက်ကို လာရောက်လည်ပတ်ပြီး၊ သန့်ရှင်းသောဝိညာဉ်တော်သည် ဧလိရှဗက်ကို အဆီလိမ်းတော်မူ၏။ ဧလိရှဗက်သည် မိန်းမတစ်ဦးဖြစ်သောကြောင့် ဘုရားသခင်၏ အသင်းတော်ကို ကိုယ်စားပြုလျက်၊ မကြာမီ ရောက်ရှိလာမည့် တနင်္ဂနွေနေ့ပညတ်မတိုင်မီ လေးလကြိုတင်၍ ဘုရားသခင်၏ အသင်းတော်အပေါ် အဆီလိမ်းခြင်းကို ကိုယ်စားပြုလေသည်။</w:t>
      </w:r>
    </w:p>
    <w:p>
      <w:pPr>
        <w:pStyle w:val="ArticleScripture"/>
        <w:jc w:val="left"/>
      </w:pPr>
      <w:r>
        <w:rPr>
          <w:rFonts w:ascii="Myanmar Text" w:hAnsi="Myanmar Text" w:eastAsia="Myanmar Text" w:cs="Myanmar Text"/>
        </w:rPr>
        <w:t>ထိုနေ့ရက်ကာလတို့၌ မာရိသည်ထ၍ အလျင်အမြန် ယုဒပြည်တောင်တန်းဒေသရှိ မြို့တစ်မြို့သို့ သွားလေ၏။ ဇာခရိ၏အိမ်သို့ ဝင်၍ ဧလိရှဗက်ကို နှုတ်ဆက်လေ၏။ မာရိ၏ နှုတ်ဆက်သံကို ဧလိရှဗက် ကြားလျှင်၊ သူမ၏ဝမ်းအတွင်းရှိ ကလေးသည် ခုန်လှုပ်လေ၏။ ထိုအခါ ဧလိရှဗက်သည် သန့်ရှင်းသောဝိညာဉ်တော်နှင့် ပြည့်ဝလျက်၊ ကြီးသောအသံဖြင့် ဟောပြော၍၊ “မိန်းမတို့အထဲ၌ သင်သည် မင်္ဂလာရှိ၏။ သင့်ဝမ်း၏အသီးလည်း မင်္ဂလာရှိ၏။ ငါ့သခင်၏ မိခင်သည် ငါ့ထံသို့ ကြွလာတော်မူသည်မှာ အဘယ်ကြောင့် ငါ၌ ဤကျေးဇူးရှိသနည်း။ အကြောင်းမူကား၊ ကြည့်လော့၊ သင်၏နှုတ်ဆက်သံသည် ငါ့နား၌ ကြားရသည်နှင့်တပြိုင်နက် ငါ့ဝမ်းအတွင်းရှိ ကလေးသည် ဝမ်းမြောက်ခြင်းကြောင့် ခုန်လှုပ်လေ၏။ ယုံကြည်သော မိန်းမသည်လည်း မင်္ဂလာရှိ၏။ အကြောင်းမူကား၊ ထာဝရဘုရားထံတော်မှ သူမအား မိန့်တော်မူခဲ့သော အရာတို့သည် ပြည့်စုံလိမ့်မည်” ဟု ဆိုလေ၏။ လုကာ 1:39–45။</w:t>
      </w:r>
    </w:p>
    <w:p>
      <w:pPr>
        <w:pStyle w:val="ArticleBody"/>
        <w:jc w:val="left"/>
      </w:pPr>
      <w:r>
        <w:rPr>
          <w:rFonts w:ascii="Myanmar Text" w:hAnsi="Myanmar Text" w:eastAsia="Myanmar Text" w:cs="Myanmar Text"/>
        </w:rPr>
        <w:t>ငါးလကုန်ဆုံးသောအခါ၊ ဧလိရှဗက်သည် မာရိအား “အသံကျယ်စွာဖြင့်” ပြော၍၊ ဂါဗြေလ၏ သတင်းစကားကို မာရိယုံကြည်ခြင်းအတွက် ချီးမွမ်းလေသည်။ ထိုသတင်းစကားသည် နောက်ဆုံးသောနေ့ရက်များ၌ တတိယကောင်းကင်တမန်၏ သတင်းစကားဖြစ်သည်။ ဧလိရှဗက်၏ ခင်ပွန်း ဇာခရိသည် မယုံကြည်ခဲ့သော်လည်း၊ မာရိမူကား ယုံကြည်ခဲ့သည်။ မာရိသည် ဇာခရိအပြီး ငါးလအကြာတွင် ဂါဗြေလ၏ သတင်းစကားကို ကြားသဖြင့်၊ တတိယကောင်းကင်တမန်ကို ယုံကြည်ခြင်းသည် ငါးလ၏ လျှို့ဝှက်သတင်းစကား ထုတ်ဖော်ပြသခံရပြီးနောက် ရောက်ရှိလာသည်ဟု မှတ်သားထားခြင်းဖြစ်သည်။ နောက်ဆုံးသောနေ့ရက်များ၌ ငါးလ၏ လျှို့ဝှက်သတင်းစကားသည် ဗျာဒိတ်ကျမ်း ၉:၅ ၏ ပထမငါးလဖြစ်သည်။ မာရိသည် နောက်ဆုံးသောနေ့ရက်များ၏ အသင်းတော်ကို ကိုယ်စားပြု၍၊ ထိုအသင်းတော်သည် တတိယကောင်းကင်တမန်၏ သတင်းစကားကို လက်ခံသည်။ ထိုသတင်းစကားတွင် မကြာမီလာမည့် တနင်္ဂနွေနေ့ဥပဒေကို ထုတ်ဖော်ပြောဆိုခြင်း ရောက်မလာမီ ခန့်မှန်းခြေအားဖြင့် လေးလခန့်အကြို၌ ငါးလအကြောင်း အထူးဖွင့်မိန့်ခြင်းတစ်ရပ် ပါဝင်သည်။</w:t>
      </w:r>
    </w:p>
    <w:p>
      <w:pPr>
        <w:pStyle w:val="ArticleBody"/>
        <w:jc w:val="left"/>
      </w:pPr>
      <w:r>
        <w:rPr>
          <w:rFonts w:ascii="Myanmar Text" w:hAnsi="Myanmar Text" w:eastAsia="Myanmar Text" w:cs="Myanmar Text"/>
        </w:rPr>
        <w:t>မာရိ၏ လည်ပတ်ခြင်းနှင့်ဆိုင်သော လမ်းမှတ်များ၌၊ ဇာခရိနှင့် အဲလိရှဗက်တို့အားဖြင့် ကိုယ်စားပြုထားသော ပထမနှင့် ဒုတိယ ကောင်းကင်တမန်တို့၏ လှုပ်ရှားမှုသည်၊ မာရိနှင့် ယောသပ်တို့အားဖြင့် ကိုယ်စားပြုထားသော တတိယ ကောင်းကင်တမန်၏ လှုပ်ရှားမှုနှင့် ဆက်စပ်လျက်ရှိသည်။ ဇာခရိသည် တတိယ ကောင်းကင်တမန်၏ သတင်းစကားကို မယုံကြည်သော အသင်းတော်တစ်ခုမှ အရာရှိတစ်ဦးကို ကိုယ်စားပြုသည်။ လက်သမား ယောသပ်သည် ကိုယ်တိုင်အထောက်အပံ့ပြုသော အလုပ်အားဖြင့် ကိုယ်စားပြုထားသည့် လှုပ်ရှားမှုတစ်ရပ်ကို ကိုယ်စားပြုသည်။ အက်ဒ်ဗင့်ဝါဒသည် စတင်ခဲ့သကဲ့သို့ပင် အဆုံးသတ်မည်ဖြစ်ပြီး၊ ၎င်းသည် စုဖွဲ့စည်းထားသော အသင်းတော်ဖွဲ့စည်းပုံအဖြစ်မဟုတ်ဘဲ လှုပ်ရှားမှုတစ်ရပ်အဖြစ် စတင်ခဲ့သည်။ ယောသပ်၊ မာရိနှင့် ခရစ်တော်တို့အားဖြင့် ကိုယ်စားပြုထားသော တစ်သိန်းလေးသောင်းလေးထောင်၏ လှုပ်ရှားမှုသည်၊ ဇာခရိ၊ အဲလိရှဗက်နှင့် ယောဟန်တို့အားဖြင့် ကိုယ်စားပြုထားသော မီလာရိုက် လှုပ်ရှားမှု၏ တိုက်ရိုက် ဆွေမျိုးတော်စပ်သူများ ဖြစ်ကြပြီး၊ ၁၈၆၃ ခုနှစ်၏ မယုံကြည်ခြင်းကို ဇာခရိအားဖြင့် ကိုယ်စားပြုထားသည်။ ၁၈၆၃ ခုနှစ်သည် ပထမနှင့် ဒုတိယ ကောင်းကင်တမန်တို့၏ သတင်းစကားများအပေါ် မယုံကြည်ခြင်းကို ကိုယ်စားပြုပြီး၊ တတိယ ကောင်းကင်တမန်၏ လှုပ်ရှားမှုသည် မာရိ၏ ယုံကြည်ခြင်းကို ကိုယ်စားပြုသည်။</w:t>
      </w:r>
    </w:p>
    <w:p>
      <w:pPr>
        <w:pStyle w:val="ArticleScripture"/>
        <w:jc w:val="left"/>
      </w:pPr>
      <w:r>
        <w:rPr>
          <w:rFonts w:ascii="Myanmar Text" w:hAnsi="Myanmar Text" w:eastAsia="Myanmar Text" w:cs="Myanmar Text"/>
        </w:rPr>
        <w:t>“ကောင်းကင်မှလာသော အားကြီးသည့် ကောင်းကင်တမန်ကို ကူညီရန် ကောင်းကင်တမန်များကို စေလွှတ်တော်မူခဲ့ကြပြီး၊ ‘ငါ၏လူတို့၊ သင်တို့သည် သူမ၏အပြစ်များတွင် ပါဝင်ဖက်မဖြစ်ကြစေခြင်းငှာ၊ သူမ၏ဘေးဒဏ်များကိုလည်း မခံယူကြစေခြင်းငှာ၊ သူမထံမှ ထွက်လာကြလော့။ အကြောင်းမူကား သူမ၏အပြစ်များသည် ကောင်းကင်တိုင်အောင် ရောက်ရှိခဲ့ပြီဖြစ်၍၊ ဘုရားသခင်သည် သူမ၏ဒုစရိုက်များကို သတိရတော်မူပြီ’ ဟူသော အသံများကို အရပ်ရပ်၌ ကြားရသကဲ့သို့ ငါ ကြားရ၏။ ဤသတင်းစကားသည် ၁၈၄၄ ခုနှစ်တွင် သန်းခေါင်ယံအော်ဟစ်သံက ဒုတိယကောင်းကင်တမန်၏ သတင်းစကားနှင့် ပူးပေါင်းခဲ့သကဲ့သို့၊ တတိယသတင်းစကားတွင် ထပ်မံဖြည့်စွက်ထားသောအရာတစ်ရပ်ကဲ့သို့ ထင်မြင်ရ၏။ ဘုရားသခင်၏ဘုန်းတော်သည် စိတ်ရှည်စွာ စောင့်မျှော်နေသော သန့်ရှင်းသူတို့အပေါ်၌ တည်ရှိတော်မူခဲ့ပြီး၊ သူတို့သည် ကြောက်ရွံ့ခြင်းမရှိဘဲ နောက်ဆုံးအလေးအနက် သတိပေးချက်ကို ပေးကြကာ၊ ဘာဗေလုန်၏ ကျဆုံးခြင်းကို ကြေညာ၍ ဘုရားသခင်၏လူတို့အား သူမ၏ ကြောက်မက်ဖွယ် အဆုံးစီရင်ခြင်းမှ လွတ်မြောက်နိုင်စေရန် သူမထံမှ ထွက်လာကြရန် ခေါ်နှိုးကြ၏။” Early Writings, 277.</w:t>
      </w:r>
    </w:p>
    <w:p>
      <w:pPr>
        <w:pStyle w:val="ArticleBody"/>
        <w:jc w:val="left"/>
      </w:pPr>
      <w:r>
        <w:rPr>
          <w:rFonts w:ascii="Myanmar Text" w:hAnsi="Myanmar Text" w:eastAsia="Myanmar Text" w:cs="Myanmar Text"/>
        </w:rPr>
        <w:t>သတင်းစကားနှစ်ပါး၏ ပေါင်းစည်းခြင်းကို မာရိသည် အယ်လိရှဗက်ထံ သွားရောက်လည်ပတ်ခြင်းအားဖြင့် ကိုယ်စားပြုဖော်ပြထားသည်။ ထိုအချိန်ကာလသည် ဝှက်ထားသော ငါးလတာကာလကို ဖော်ပြထင်ရှားစေသောအချိန်ဖြစ်သည်။ ထိုအချက်မှာ ပရောဖက်ပြုချက်နှစ်ခု ပေါင်းစည်း၍ အတူတကွ ကြေညာခံရသည့်နေရာဖြစ်သည်။ တစ်ခုကို အယ်လိရှဗက်က ကြေညာခဲ့ပြီး၊ အခြားတစ်ခုကို မာရိက ကြေညာခဲ့သည်။ သတင်းစကားနှစ်ပါး၏ ပေါင်းစည်းခြင်းသည် သန်းခေါင်ယံအော်ဟစ်သံ သတင်းစကားသည် ဒုတိယကောင်းကင်တမန်၏ သတင်းစကားနှင့် ပေါင်းစည်းသည့်အချိန်ကို သတ်မှတ်ဖော်ပြပြီး၊ ထိုအရာသည် မီလာရေးတ် သမိုင်း၌ Exeter စခန်းအစည်းအဝေးတွင် ဖြစ်ပွားခဲ့သည်။</w:t>
      </w:r>
    </w:p>
    <w:p>
      <w:pPr>
        <w:pStyle w:val="ArticleBody"/>
        <w:jc w:val="left"/>
      </w:pPr>
      <w:r>
        <w:rPr>
          <w:rFonts w:ascii="Myanmar Text" w:hAnsi="Myanmar Text" w:eastAsia="Myanmar Text" w:cs="Myanmar Text"/>
        </w:rPr>
        <w:t>ဧလိရှဗက်နှင့် ထို့နောက် မာရိတို့သည် မိမိတို့၏ ကြေညာချက်များကို ထုတ်ဖော်ပြောဆိုပြီးနောက် “မာရိသည် သူမနှင့်အတူ သုံးလခန့် နေထိုင်ပြီး မိမိအိမ်သို့ ပြန်သွား၏။” လုကာ 1:56။ Exeter မှ 1844 ခုနှစ် အောက်တိုဘာ 22 ရက်နေ့အထိရှိသော ခြောက်ဆယ့်ခြောက်ရက်ကာလကို ဇာခရိ ပြောဆိုသောအခါ၊ မကြာမီ ရောက်လာမည့် တနင်္ဂနွေဥပဒေ၌ အဆုံးသတ်သော ထိုလေးလဖြင့် သင်္ကေတပြုဖော်ပြထားသည်။ ထိုလေးလသည် ဝှက်ထားသော ငါးလသတင်းစကား၏ နောက်၌ ရောက်ရှိလာသော သန်းခေါင်ယံအော်ဟစ်သတင်းစကား ကြေညာခြင်းကာလကို ကိုယ်စားပြုသည်။</w:t>
      </w:r>
    </w:p>
    <w:p>
      <w:pPr>
        <w:pStyle w:val="ArticleBody"/>
        <w:jc w:val="left"/>
      </w:pPr>
      <w:r>
        <w:rPr>
          <w:rFonts w:ascii="Myanmar Text" w:hAnsi="Myanmar Text" w:eastAsia="Myanmar Text" w:cs="Myanmar Text"/>
        </w:rPr>
        <w:t>မီလာရိုက် သမိုင်း၌ သတင်းစကားနှစ်ပါးသည် ပဌမကောင်းကင်တမန်နှင့် ဒုတိယကောင်းကင်တမန်တို့၏ သတင်းစကားများဖြစ်ကြပြီး၊ ပဌမကောင်းကင်တမန်၏ သတင်းစကားသည် ယောရှိ လစ်ချ်က ဖော်ပြထားသကဲ့သို့၊ ဩဂုတ် ၁၁ ရက်၊ ၁၈၄၀ တွင် ၎င်း၏ပြည့်စုံခြင်းမတိုင်မီ ဆယ်ရက်အလိုအထိ တစ်စိတ်တစ်ပိုင်း ဖုံးကွယ်ထားခဲ့သော ငါးလကာလတစ်ခုဖြင့် စတင်သည့် အချိန်ပရောဖက်ပြုချက်တစ်ရပ်၏ ပြည့်စုံခြင်းအားဖြင့် ခွန်အားပေးခြင်းခံရ</w:t>
      </w:r>
      <w:r>
        <w:rPr>
          <w:rFonts w:ascii="Malgun Gothic" w:hAnsi="Malgun Gothic" w:eastAsia="Malgun Gothic" w:cs="Malgun Gothic"/>
        </w:rPr>
        <w:t>하였다</w:t>
      </w:r>
      <w:r>
        <w:rPr>
          <w:rFonts w:ascii="Myanmar Text" w:hAnsi="Myanmar Text" w:eastAsia="Myanmar Text" w:cs="Myanmar Text"/>
        </w:rPr>
        <w:t>။ ဒုတိယကောင်းကင်တမန်၏ သတင်းစကားအား ခွန်အားပေးခဲ့သောအရာမှာ၊ ဆမ်မြူရယ် စနိုးက ဖော်ပြထားသကဲ့သို့၊ အက်ဇီတာ တဲစခန်းအစည်းအဝေး၌ ဖြစ်ပွားခဲ့သော ၁၈၄၃ ခုနှစ်၏ မှားယွင်းသော ခန့်မှန်းချက်ကို ပြုပြင်ခြင်း ဖြစ်သည်။</w:t>
      </w:r>
    </w:p>
    <w:p>
      <w:pPr>
        <w:pStyle w:val="ArticleBody"/>
        <w:jc w:val="left"/>
      </w:pPr>
      <w:r>
        <w:rPr>
          <w:rFonts w:ascii="Myanmar Text" w:hAnsi="Myanmar Text" w:eastAsia="Myanmar Text" w:cs="Myanmar Text"/>
        </w:rPr>
        <w:t>ညဉ့်သန်းခေါင်အော်ဟစ်သည့် သတင်းစကား၏ နှစ်ဆိုင်ရာ ကြေညာချက်ကို တံခါးပိတ်သွားမည့် အချိန်မတိုင်မီ ကာလတိုတစ်ခုအဖြစ် ကိုယ်စားပြုထားသည်။ ထိုအရာသည် နောဧ၏ ဇာတ်ကြောင်းတွင် ငါးလကြာ ကာလတစ်ရပ်ကို ဖွင့်လှစ်ပေးခဲ့ပြီး၊ နောက်ဆုံးတွင် သင်္ဘောသည် အာရရတ်တောင်ထိပ်ပေါ်တွင် တင်နေခြင်းဖြင့် အဆုံးသတ်ခဲ့သည်။ ညဉ့်သန်းခေါင်အော်ဟစ်သည့် သတင်းစကားကို ကြေညာသည့် ကာလသည် ဖုံးကွယ်ထားသော ငါးလကို ဖွင့်ပြသခြင်း၏ နောက်၌ လာသည်။ ထိုဖွင့်ပြသခြင်းသည် 1840 ခုနှစ်၊ ဩဂုတ်လ 11 ရက်မတိုင်မီ ဆယ်ရက်အလို၌ ဖြစ်ပေါ်ခဲ့သကဲ့သို့၊ ထာဝရဘုရားသည် 1843 chart ပေါ်တွင် မိမိဖုံးအုပ်ထားခဲ့သော ပုံရိပ်များမှ မိမိလက်တော်ကို ဖယ်ရှားတော်မူပြီးနောက်၌လည်း ဖြစ်ပေါ်ခဲ့သည်။ ဩဂုတ်လ 1 ရက်မှ 11 ရက်အထိရှိသော ဆယ်ရက်သည် Exeter မှ 1844 ခုနှစ်၊ အောက်တိုဘာလ 22 ရက်အထိရှိသော ခြောက်ဆယ့်ခြောက်ရက်နှင့် ကိုက်ညီဆက်စပ်လျက်ရှိပြီး၊ နှစ်ဆိုင်ရာသက်သေက ဖုံးကွယ်ထားသော ငါးလတစ်ရပ်ကို ဖွင့်ပြသခြင်းသည် ပထမစိတ်ပျက်မှုကို ဖြစ်စေခဲ့သော မှားယွင်းသည့် ကြေညာချက်ကို ပြုပြင်ခြင်းနှင့်အတူ လိုက်ပါလျက်ရှိကြောင်းကိုလည်းကောင်း၊ ထိုအရာသည် ခြောက်လမြောက်လတွင် မာရိသည် အဲလိရှဗက်နှင့် တွေ့ဆုံ၍ နှုတ်ဆက်သောအချိန်၌ ဖြစ်ပေါ်ကြောင်းကိုလည်းကောင်း ဖော်ထုတ်ပြသသည်။</w:t>
      </w:r>
    </w:p>
    <w:p>
      <w:pPr>
        <w:pStyle w:val="ArticleBody"/>
        <w:jc w:val="left"/>
      </w:pPr>
      <w:r>
        <w:rPr>
          <w:rFonts w:ascii="Myanmar Text" w:hAnsi="Myanmar Text" w:eastAsia="Myanmar Text" w:cs="Myanmar Text"/>
        </w:rPr>
        <w:t>တနင်္ဂနွေနေ့ဥပဒေ၌ အမေရိကန်ပြည်ထောင်စုသည် နဂါးကဲ့သို့ ပြောဆို၏၊ အစ္စလာမ်၏ မြည်းသည် ပြောဆို၏၊ ထို့ပြင် ဟဗက္ကုပ်၏ ဗျာဒိတ်သည် ယေရမိ၊ ဇာခရိနှင့် ယေဇကျေလတို့၏ နှုတ်ဖြင့် ပြောဆို၏။ တနင်္ဂနွေနေ့ဥပဒေ၌ ယေဇကျေလသည် နိမိတ်လက္ခဏာဖြစ်၏၊ ထို့ကြောင့် တနင်္ဂနွေနေ့ဥပဒေ၌ မြှောက်တင်ထားသော အလံတော်ကို ကိုယ်စားပြု၏။ ယေဇကျေလကျမ်း၌ “နိမိတ်လက္ခဏာ” ဟူသော စကားလုံးကို ကိုးကြိမ် အသုံးပြုထားသည့် အထဲမှ နှစ်ကြိမ်သည် “ဥပုသ်နေ့များ” ကို သန့်ရှင်းစေခြင်း၏ နိမိတ်လက္ခဏာအဖြစ် ဖော်ပြပြီး၊ ထိုသန့်ရှင်းစေခြင်းသည် ဘုရားသဘောတရားနှင့် လူ့သဘောတရား ပေါင်းစည်းခြင်းကို ကိုယ်စားပြု၏။</w:t>
      </w:r>
    </w:p>
    <w:p>
      <w:pPr>
        <w:pStyle w:val="ArticleScripture"/>
        <w:jc w:val="left"/>
      </w:pPr>
      <w:r>
        <w:rPr>
          <w:rFonts w:ascii="Myanmar Text" w:hAnsi="Myanmar Text" w:eastAsia="Myanmar Text" w:cs="Myanmar Text"/>
        </w:rPr>
        <w:t>သို့ရာတွင်၊ သူတို့ရှိနေကြသော လူမျိုးခြားတို့၏ ရှေ့မှောက်၌ ငါ့နာမတော် မညစ်ညူးစေခြင်းငှာ၊ ငါသည် ငါ့နာမတော်၏အတွက် အမှုကို ပြုခဲ့၏။ အကြောင်းမူကား၊ အဲဂုတ္တုပြည်မှ သူတို့ကို ထုတ်ဆောင်သည့်အခါ၌၊ ထိုလူမျိုးခြားတို့၏ မျက်မှောက်၌ ငါသည် သူတို့အား ကိုယ်ကို ထင်ရှားစေခဲ့၏။ ထို့ကြောင့် ငါသည် သူတို့ကို အဲဂုတ္တုပြည်မှ ထွက်စေ၍ တောကန္တာရသို့ ဆောင်ခဲ့၏။ ထို့ပြင် ငါ၏ စည်းမျဉ်းတို့ကို သူတို့အား ပေး၍၊ ငါ၏ တရားစီရင်ချက်တို့ကိုလည်း သူတို့အား ပြသခဲ့၏။ လူတစ်ဦးသည် ထိုအရာတို့ကို ကျင့်လျှင်၊ ထိုအရာတို့အားဖြင့် အသက်ရှင်ရမည်။</w:t>
      </w:r>
    </w:p>
    <w:p>
      <w:pPr>
        <w:pStyle w:val="ArticleScripture"/>
        <w:jc w:val="left"/>
      </w:pPr>
      <w:r>
        <w:rPr>
          <w:rFonts w:ascii="Myanmar Text" w:hAnsi="Myanmar Text" w:eastAsia="Myanmar Text" w:cs="Myanmar Text"/>
        </w:rPr>
        <w:t>ထိုမျှမက၊ ငါသည် ငါ၏ဥပုသ်နေ့များကိုလည်း သူတို့အား ပေးခဲ့၏။ ထိုနေ့များသည် ငါနှင့် သူတို့အကြား နိမိတ်လက္ခဏာဖြစ်စေခြင်းငှာ ဖြစ်၏။ ထိုသို့ဖြစ်ရခြင်းမှာ ငါသည် သူတို့ကို သန့်ရှင်းစေသော ထာဝရဘုရားဖြစ်ကြောင်း သူတို့ သိကြစေရန် ဖြစ်၏။ သို့သော် အစ္စရေးအမျိုးအိမ်သည် တောကန္တာရ၌ ငါ့ကို ပုန်ကန်ကြ၏။ သူတို့သည် ငါ၏စည်းမျဉ်းတော်များအတိုင်း မလျှောက်ကြ၊ ငါ၏တရားစီရင်ချက်တို့ကိုလည်း မထီမဲ့မြင်ပြုကြ၏။ ထိုတရားစီရင်ချက်တို့ကို လူသည် ကျင့်လျှင် ထိုအရာတို့အားဖြင့် အသက်ရှင်ရလိမ့်မည်။ သူတို့သည်လည်း ငါ၏ဥပုသ်နေ့များကို အလွန်ညစ်ညူးစေကြ၏။ ထို့ကြောင့် ငါက၊ ငါ၏အမျက်တော်ကို တောကန္တာရ၌ သူတို့အပေါ်သို့ သွန်းလောင်း၍ သူတို့ကို ဖျက်ဆီးဆုံးရှုံးစေမည်ဟု ဆိုခဲ့၏။ သို့ရာတွင် ငါသည် ငါ၏နာမတော်ကြောင့် အမှုကိုပြု၏။ ငါသည် သူတို့ကို ထုတ်ဆောင်လာစဉ် မြင်တွေ့ခဲ့သော တပါးအမျိုးသားတို့ရှေ့တွင် ငါ၏နာမတော် မညစ်ညူးစေရန် အကြောင်းဖြစ်၏။ ထို့ပြင် ငါသည် တောကန္တာရ၌ပင် သူတို့အား လက်ကိုမြှောက်၍ ကျိန်ဆိုခဲ့၏။ ငါ ပေးခဲ့သော နို့နှင့် ပျားရည်စီးဆင်းသောပြည်၊ ပြည်အားလုံးတို့၏ ဂုဏ်အသရေဖြစ်သော ထိုပြည်သို့ သူတို့ကို ငါ မခေါ်ဆောင်မည်ဟု ကျိန်ဆိုခဲ့၏။ အကြောင်းမူကား သူတို့သည် ငါ၏တရားစီရင်ချက်တို့ကို မထီမဲ့မြင်ပြုကြ၏၊ ငါ၏စည်းမျဉ်းတော်များအတိုင်း မလျှောက်ကြ၊ ငါ၏ဥပုသ်နေ့များကိုလည်း ညစ်ညူးစေကြ၏။ သူတို့၏နှလုံးသည်လည်း မိမိတို့၏ရုပ်တုများနောက်သို့ လိုက်သွားသောကြောင့် ဖြစ်၏။ သို့ရာတွင် ငါ၏မျက်စိသည် သူတို့ကို ဖျက်ဆီးခြင်းမှ သက်ညှာ၏။ တောကန္တာရ၌လည်း သူတို့ကို အဆုံးတိုင်အောင် ငါ မဖျက်ဆီးခဲ့။ သို့သော် ငါက တောကန္တာရ၌ သူတို့၏သားသမီးများအား၊ သင်တို့သည် သင်တို့၏ဘိုးဘေးတို့၏စည်းမျဉ်းများအတိုင်း မလျှောက်ကြနှင့်၊ သူတို့၏တရားစီရင်ချက်များကို မစောင့်ထိန်းကြနှင့်၊ သူတို့၏ရုပ်တုများအားဖြင့် ကိုယ်ကို မညစ်ညူးစေနှင့်။ ငါသည် သင်တို့၏ဘုရားသခင် ထာဝရဘုရားဖြစ်၏။ ငါ၏စည်းမျဉ်းတော်များအတိုင်း လျှောက်ကြလော့။ ငါ၏တရားစီရင်ချက်များကို စောင့်ထိန်း၍ ကျင့်ဆောင်ကြလော့။ ငါ၏ဥပုသ်နေ့များကိုလည်း သန့်ရှင်းစေကြလော့။ ထိုနေ့များသည် ငါနှင့် သင်တို့အကြား နိမိတ်လက္ခဏာဖြစ်ကြလိမ့်မည်။ ထိုသို့ဖြစ်ရခြင်းမှာ ငါသည် သင်တို့၏ဘုရားသခင် ထာဝရဘုရားဖြစ်ကြောင်း သင်တို့ သိကြစေရန် ဖြစ်၏။ ယေဇကျေလ 20:9–20။</w:t>
      </w:r>
    </w:p>
    <w:p>
      <w:pPr>
        <w:pStyle w:val="ArticleBody"/>
        <w:jc w:val="left"/>
      </w:pPr>
      <w:r>
        <w:rPr>
          <w:rFonts w:ascii="Myanmar Text" w:hAnsi="Myanmar Text" w:eastAsia="Myanmar Text" w:cs="Myanmar Text"/>
        </w:rPr>
        <w:t>ဧဇကေလသည် တစ်ရာ့လေးဆယ့်လေးထောင်၏ အလံတော်ကို ကိုယ်စားပြု၍၊ လူ့သဘောနှင့် ပေါင်းစည်းထားသော ဘုရားသဘော၏ နိမိတ်လက္ခဏာမှာ သခင်ဘုရား၏ “ဥပုသ်နေ့များ” ဖြစ်သည်။ ဧဇကေလသည် ဝိုင်းထားခြင်း၏ အစတွင် နိမိတ်လက္ခဏာဖြစ်သကဲ့သို့၊ အလံတော်အဖြစ် မြှောက်တင်ခံရသောအခါ၊ ယေရုရှလင်မြို့ ပျက်စီးခြင်းကာလ၌လည်း နိမိတ်လက္ခဏာပင် ဖြစ်သည်။ ဝိုင်းထားခြင်း၏ အစတွင်၊ မြင်ရန်နှင့် ကြားရန် ငြင်းဆန်သူများ၊ ကိုယ်တော်၏ “ဥပုသ်နေ့များ” ကို မသန့်ရှင်းစေသူများသည်လည်း နိမိတ်လက္ခဏာတစ်ရပ် ဖြစ်ကြသည်။</w:t>
      </w:r>
    </w:p>
    <w:p>
      <w:pPr>
        <w:pStyle w:val="ArticleScripture"/>
        <w:jc w:val="left"/>
      </w:pPr>
      <w:r>
        <w:rPr>
          <w:rFonts w:ascii="Myanmar Text" w:hAnsi="Myanmar Text" w:eastAsia="Myanmar Text" w:cs="Myanmar Text"/>
        </w:rPr>
        <w:t>ထိုအခါ ဣသရေလအမျိုး၏ အသက်ကြီးသူအချို့သည် ငါ့ထံသို့လာ၍ ငါ့ရှေ့၌ ထိုင်ကြ၏။ ထာဝရဘုရား၏ နှုတ်ကပတ်တော်သည်လည်း ငါ့ထံသို့ ရောက်လာ၍ မိန့်တော်မူသည်မှာ၊ လူသား၏သား၊ ဤသူတို့သည် မိမိတို့၏ ရုပ်တုများကို စိတ်နှလုံးထဲ၌ တည်စေကြပြီ၊ မိမိတို့အပြစ်ဒုစရိုက်၏ လဲကျစရာအကြောင်းကို မိမိတို့မျက်နှာရှေ့၌ ထားကြပြီ။ ငါသည် သူတို့အတွက် အလျှင်း မေးမြန်းခံရမည်လော။ ထို့ကြောင့် သူတို့အား ပြော၍ ဆိုလော့၊ အရှင်ထာဝရဘုရား မိန့်တော်မူသည်ကား၊ ဣသရေလအမျိုးအိမ်မှ လူတိုင်းသည် မိမိ၏ ရုပ်တုများကို စိတ်နှလုံးထဲ၌ တည်စေ၍၊ မိမိအပြစ်ဒုစရိုက်၏ လဲကျစရာအကြောင်းကို မိမိမျက်နှာရှေ့၌ ထားပြီးလျှင်၊ ပရောဖက်ထံသို့ လာလျှင်၊ ငါ ထာဝရဘုရားသည် ထိုလာသောသူအား သူ၏ ရုပ်တုများစွာရှိသည့်အတိုင်း ဖြေကြားမည်။ ထိုသို့ပြုခြင်းအားဖြင့် ဣသရေလအမျိုးအိမ်ကို သူတို့၏ စိတ်နှလုံး၌ပင် ဖမ်းယူနိုင်မည်အကြောင်းတည်း။ အကြောင်းမူကား သူတို့သည် မိမိတို့၏ ရုပ်တုများကြောင့် ငါ့ထံမှ အလုံးစုံ ကွာဝေးသွားကြပြီ။</w:t>
      </w:r>
    </w:p>
    <w:p>
      <w:pPr>
        <w:pStyle w:val="ArticleScripture"/>
        <w:jc w:val="left"/>
      </w:pPr>
      <w:r>
        <w:rPr>
          <w:rFonts w:ascii="Myanmar Text" w:hAnsi="Myanmar Text" w:eastAsia="Myanmar Text" w:cs="Myanmar Text"/>
        </w:rPr>
        <w:t>သို့ဖြစ်၍ ဣသရေလအမျိုးအနွယ်အား ပြောလော့။ အရှင်ထာဝရဘုရား မိန့်တော်မူသည်ကား၊ နောင်တရ၍ သင်တို့၏ ရုပ်တုများထံမှ လှည့်ကြလော့။ သင်တို့၏ စက်ဆုပ်ရွံရှာဖွယ်အမှုအလုံးစုံမှလည်း မျက်နှာကို လွှဲကြလော့။ အကြောင်းမူကား၊ ဣသရေလအမျိုးအနွယ်ဝင်ဖြစ်စေ၊ ဣသရေလပြည်တွင် တည်းခိုနေထိုင်သော တပါးအမျိုးသားဖြစ်စေ၊ ငါ့ထံမှ ခွဲခွာ၍ မိမိ၏ရုပ်တုများကို စိတ်နှလုံးထဲ၌ တင်ထားလျက်၊ မိမိအပြစ်ဒုစရိုက်၏ ထိမိလဲစရာအရာကို မိမိမျက်နှာရှေ့၌ ထားလျက်၊ ငါ့အကြောင်းကို မေးမြန်းရန် ပရောဖက်ထံသို့လာသောသူတိုင်းကို ငါ ထာဝရဘုရားသည် ကိုယ်တိုင် ပြန်လည်ဖြေကြားမည်။ ထို့ပြင် ငါသည် ထိုသူကို မျက်နှာထား၍ ဆန့်ကျင်မည်။ ထိုသူကို နိမိတ်လက္ခဏာတစ်ပါးနှင့် စကားပုံတစ်ခု ဖြစ်စေမည်။ ငါ့လူမျိုး၏ အလယ်မှလည်း ထိုသူကို ပယ်ရှားဖြတ်တောက်မည်။ ထိုသို့ဖြစ်လျှင် ငါသည် ထာဝရဘုရားဖြစ်ကြောင်းကို သင်တို့ သိရကြလိမ့်မည်။ ပရောဖက်သည် လှည့်ဖြားခြင်းခံရ၍ စကားတစ်စုံတစ်ရာကို ပြောမိလျှင်လည်း၊ ထိုပရောဖက်ကို လှည့်ဖြားစေသောသူမှာ ငါ ထာဝရဘုရားပင် ဖြစ်၏။ ငါသည် ထိုသူအပေါ်သို့ မိမိလက်ကို ဆန့်ထုတ်၍၊ ငါ၏လူမျိုး ဣသရေလ၏ အလယ်မှ သူကို ဖျက်ဆီးမည်။ သူတို့သည် မိမိတို့အပြစ်ဒုစရိုက်၏ အပြစ်ဒဏ်ကို ခံရကြလိမ့်မည်။ ပရောဖက်၏ အပြစ်ဒဏ်သည် သူ့ထံသို့ လာမေးသောသူ၏ အပြစ်ဒဏ်နှင့် တူညီလိမ့်မည်။ ဤသို့ဖြစ်ရခြင်းမှာ ဣသရေလအမျိုးအနွယ်သည် ငါ့ထံမှ နောက်တဖန် မလွဲမသွားစေရန်နှင့်၊ သူတို့၏ လွန်ကျူးမှုအလုံးစုံအားဖြင့် နောက်တဖန် မညစ်ညူးစေရန် ဖြစ်သည်။ ထိုသို့အားဖြင့် သူတို့သည် ငါ၏လူမျိုး ဖြစ်ကြလိမ့်မည်။ ငါသည်လည်း သူတို့၏ ဘုရားသခင် ဖြစ်မည်ဟု အရှင်ထာဝရဘုရား မိန့်တော်မူ၏။ ယေဇကျေလ 14:1–11။</w:t>
      </w:r>
    </w:p>
    <w:p>
      <w:pPr>
        <w:pStyle w:val="ArticleBody"/>
        <w:jc w:val="left"/>
      </w:pPr>
      <w:r>
        <w:rPr>
          <w:rFonts w:ascii="Myanmar Text" w:hAnsi="Myanmar Text" w:eastAsia="Myanmar Text" w:cs="Myanmar Text"/>
        </w:rPr>
        <w:t>နက်ရှဗီးလ်မြို့၌ လာအိုဒီက</w:t>
      </w:r>
      <w:r>
        <w:rPr>
          <w:rFonts w:ascii="Nirmala UI" w:hAnsi="Nirmala UI" w:eastAsia="Nirmala UI" w:cs="Nirmala UI"/>
        </w:rPr>
        <w:t>േയ</w:t>
      </w:r>
      <w:r>
        <w:rPr>
          <w:rFonts w:ascii="Myanmar Text" w:hAnsi="Myanmar Text" w:eastAsia="Myanmar Text" w:cs="Myanmar Text"/>
        </w:rPr>
        <w:t>ာ သတ္တမနေ့အဒဗန်တစ်အသင်းတော်အတွင်းရှိသူများအနက် ဇခရိကဲ့သို့ မယုံကြည်ခဲ့ကြသူများ၊ “ယခင်နေ့ရက်များ၌ ဖြစ်ခဲ့သကဲ့သို့ အံ့ဖွယ်ရာများနှင့် ဘုရားသခင်၏ တန်ခိုးတော်၏ ထင်ရှားသော ဖော်ပြခြင်းကို ကျွန်ုပ်တို့ မျှော်လင့်စောင့်ကြည့်ရန် မလိုအပ်” ဟူသော ရပ်တည်ချက်ကို ယူခဲ့ကြသူများသည် 1840 မှ 1844 အထိကာလက ကိုယ်စားပြုသကဲ့သို့၊ အဒဗန်တစ်အဝိုင်းပြင်ပရှိသူများ၏ ရှေ့မှောက်တွင် မည်သို့ကြောင့် သတိပေးချက်ကို မပေးခဲ့ကြသနည်းဟု မေးခွန်းထုတ်ခံရမည်ဖြစ်သည်။ သူတို့သည် Exeter စခန်းအစည်းအဝေး၌ အပြန်အလှန် ဆန့်ကျင်နေသော တဲနှစ်လုံးက ကိုယ်စားပြုသကဲ့သို့ ပညာရှိနှင့် မိုက်မဲသူတို့၏ ခွဲထွက်ခြင်းကို အမှတ်အသားပြုသော မမှန်ကန်သည့် ငြိမ်းချမ်းရေးနှင့် လုံခြုံမှု သတင်းစကား၏ “နိမိတ်လက္ခဏာ” ဖြစ်လာကြသည်။ သူတို့သည် ရုပ်တုကိုးကွယ်ခြင်းနှင့် ပုန်ကန်မှု၏ “နိမိတ်လက္ခဏာ” ကို ဆောင်ထားကြသော်လည်း၊ ယေဇကျေလသည် စစ်မှန်သော ပရောဖက်ပြု သတိပေးသတင်းစကားကို ဆောင်ရွက်သည်။ ဝိုင်းရံတိုက်ခိုက်မှု၏ အဆုံး၌၊ ယေရုရှလင်မြို့ ဖျက်ဆီးခံရသောအခါ—တနင်္ဂနွေနေ့ ဥပဒေကို ကိုယ်စားပြုသည်—ပုန်ကန်မှု၏ နိမိတ်လက္ခဏာမှာ သားရဲ၏ အမှတ်တံဆိပ်ဖြစ်ပြီး၊ နာခံမှု၏ နိမိတ်လက္ခဏာမှာ ဘုရားသခင်၏ တံဆိပ်ဖြစ်သည်။</w:t>
      </w:r>
    </w:p>
    <w:p>
      <w:pPr>
        <w:pStyle w:val="ArticleBody"/>
        <w:jc w:val="left"/>
      </w:pPr>
      <w:r>
        <w:rPr>
          <w:rFonts w:ascii="Myanmar Text" w:hAnsi="Myanmar Text" w:eastAsia="Myanmar Text" w:cs="Myanmar Text"/>
        </w:rPr>
        <w:t>တနင်္ဂနွေနေ့ဥပဒေ ပြဋ္ဌာန်းသောအချိန်၌ အက်ဒဗင့်တစ်ဝါဒအတွက် ကရုဏာကာလသည် အပြည့်အဝ ပိတ်သိမ်းသွားပြီး၊ ထိုအခါ ထိုနေရာ၌ တံဆိပ်ခတ်မှတ်သားခြင်းခံရသော ဖြောင့်မတ်သူတို့နှင့် ဆိုးယုတ်သူတို့၏ လက္ခဏာတစ်ရပ်လည်း ရှိ၏။ မကြာမီရောက်လာမည့် တနင်္ဂနွေနေ့ဥပဒေ၌ ကရုဏာကာလ ပိတ်သိမ်းခြင်းသည် မိက္ခေလ် ထတော်မူသောအခါ ကရုဏာကာလ ပိတ်သိမ်းခြင်း၏ နမူနာပုံရိပ်ဖြစ်ပြီး၊ ထိုနေရာ၌ လူအစုအဝေးကြီးများ၏ သေခြင်းလက္ခဏာကို ဂေါက်နှင့် မဂေါက်အားဖြင့် ကိုယ်စားပြုဖော်ပြထားသည်။</w:t>
      </w:r>
    </w:p>
    <w:p>
      <w:pPr>
        <w:pStyle w:val="ArticleScripture"/>
        <w:jc w:val="left"/>
      </w:pPr>
      <w:r>
        <w:rPr>
          <w:rFonts w:ascii="Myanmar Text" w:hAnsi="Myanmar Text" w:eastAsia="Myanmar Text" w:cs="Myanmar Text"/>
        </w:rPr>
        <w:t>နိုင်ငံတလွှား ဖြတ်သန်းသွားလာသူများသည် လူ၏အရိုးတစ်ချောင်းကို တစ်စုံတစ်ဦးမြင်လျှင်၊ သင်္ဂြိုဟ်သူများက ထိုအရိုးကို ဟာမုန်ဂေါဂ်ချိုင့်၌ သင်္ဂြိုဟ်ပြီးသည့်တိုင်အောင်၊ ထိုအရိုးနား၌ အမှတ်အသားတစ်ရပ်ကို ထူထောင်ရမည်။ ထို့ပြင် ထိုမြို့၏အမည်လည်း ဟာမုနာ ဖြစ်ရမည်။ ဤသို့အားဖြင့် သူတို့သည် ထိုနိုင်ငံကို သန့်စင်စေကြလိမ့်မည်။ ယေဇကျေလ ၃၉:၁၅၊ ၁၆။</w:t>
      </w:r>
    </w:p>
    <w:p>
      <w:pPr>
        <w:pStyle w:val="ArticleBody"/>
        <w:jc w:val="left"/>
      </w:pPr>
      <w:r>
        <w:rPr>
          <w:rFonts w:ascii="Myanmar Text" w:hAnsi="Myanmar Text" w:eastAsia="Myanmar Text" w:cs="Myanmar Text"/>
        </w:rPr>
        <w:t>ပဋိညာဉ်၏ နိမိတ်လက္ခဏာကို ယေဇကျေလ အခန်း သုံးဆယ့်ခုနစ်တွင် ဖော်ထုတ်ထားပြီး၊ ထိုအခန်းတွင် သေခြင်းသို့ရောက်သော အရိုးများပြည့်နှက်သည့် ချိုင့်ဝှမ်းကို အသက်ပြန်ဝင်စေကာ တုတ်နှစ်ချောင်းကိုလည်း ပေါင်းစည်းထားသည်။ အရိုးတို့သည် လေညှင်းလေးပါးဖြင့် ကိုယ်စားပြုထားသော အစ္စလာမ်၏ သတင်းစကားအားဖြင့် အသက်ပြန်ဝင်လာကြသဖြင့်၊ ထိုအရာသည် 1840 ခုနှစ် ဩဂုတ်လ 11 ရက်ကို ပုံဆောင်ဖော်ပြသည်။ တုတ်နှစ်ချောင်းကို တစ်ချောင်းတည်းအဖြစ် ပေါင်းစည်းထားသဖြင့်၊ ဒုတိယကောင်းကင်တမန်၏ သတင်းစကားကို သန်းခေါင်အော်ဟစ်သံ၏ သတင်းစကားနှင့် ပေါင်းစည်းခြင်းကို ကိုယ်စားပြုသည်။ အရိုးများသည် ပထမကောင်းကင်တမန်၏ ခွန်အားပေးခြင်းဖြစ်ပြီး၊ တုတ်နှစ်ချောင်းသည် ဒုတိယကောင်းကင်တမန်၏ ခွန်အားပေးခြင်းဖြစ်သည်။ ထို့နောက် ဘုရားသခင်၏ လူမျိုးတော်သည် ယောဟန်အားဖြင့် တစ်သိန်းလေးသောင်းလေးထောင်အဖြစ် ကိုယ်စားပြုထားသော နောက်ဆုံးကာလ ရွေးချယ်တော်မူသော ပဋိညာဉ်လူမျိုးတော်ဖြစ်ကြသည်။</w:t>
      </w:r>
    </w:p>
    <w:p>
      <w:pPr>
        <w:pStyle w:val="ArticleScripture"/>
        <w:jc w:val="left"/>
      </w:pPr>
      <w:r>
        <w:rPr>
          <w:rFonts w:ascii="Myanmar Text" w:hAnsi="Myanmar Text" w:eastAsia="Myanmar Text" w:cs="Myanmar Text"/>
        </w:rPr>
        <w:t>ထို့ပြင် ငါသည် သူတို့နှင့် ငြိမ်သက်ခြင်းပဋိညာဉ်ကို ချုပ်ဆိုမည်။ ထိုပဋိညာဉ်သည် သူတို့နှင့်အတူ ထာဝရတည်သော ပဋိညာဉ်ဖြစ်လိမ့်မည်။ ငါသည်လည်း သူတို့ကို နေရာချထားမည်၊ တိုးပွားစေမည်၊ ငါ၏ သန့်ရှင်းရာဌာနကိုလည်း သူတို့အလယ်၌ အစဉ်အမြဲ တည်စေမည်။ ငါ၏ တဲတော်လည်း သူတို့နှင့်အတူ ရှိလိမ့်မည်။ အမှန်ပင် ငါသည် သူတို့၏ ဘုရားသခင်ဖြစ်မည်၊ သူတို့သည်လည်း ငါ၏ လူမျိုးဖြစ်ကြလိမ့်မည်။ ငါ၏ သန့်ရှင်းရာဌာနသည် သူတို့အလယ်၌ အစဉ်အမြဲ တည်ရှိသောအခါ၊ တပါးအမျိုးသားတို့သည် ဣသရေလကို သန့်ရှင်းစေသောသူသည် ငါ ထာဝရဘုရားဖြစ်ကြောင်းကို သိကြလိမ့်မည်။ ယေဇကျေလ ၃၇း၂၆–၂၈။</w:t>
      </w:r>
    </w:p>
    <w:p>
      <w:pPr>
        <w:pStyle w:val="ArticleBody"/>
        <w:jc w:val="left"/>
      </w:pPr>
      <w:r>
        <w:rPr>
          <w:rFonts w:ascii="Myanmar Text" w:hAnsi="Myanmar Text" w:eastAsia="Myanmar Text" w:cs="Myanmar Text"/>
        </w:rPr>
        <w:t>ဘုရားသခင်၏ နှုတ်ကပတ်တော်အတွင်း၌ ဘုရားသဘောနှင့် လူ့သဘောတို့၏ ပေါင်းစည်းခြင်းကို နည်းမျိုးစုံဖြင့် ကိုယ်စားပြုဖော်ပြထားပြီး၊ ထိုအထဲမှ ဥပမာတစ်ရပ်မှာ လူသား၏ မြင့်မြတ်သောသဘောအတွင်း တည်ရှိသည့် “ဝိညာဉ်၏ ခိုင်ခံ့မြို့” သည် ဘုရားသခင်၏ သန့်ရှင်းရာဌာန၏ ခိုင်ခံ့မြို့နှင့် ဆက်သွယ်ပေါင်းစည်းခြင်းဖြစ်သည်။ ဘုရားသခင်၏ ခိုင်ခံ့မြို့ကို ကိုယ်စားပြုသော ကောင်းကင်ဘုံရှိ ပလ္လင်တော်ခန်းမသည် လူသား၏ မြင့်မြတ်သောသဘော၏ ခိုင်ခံ့မြို့နှင့် ပေါင်းစည်းသောအခါ၊ ဘုရားသခင်၏ လူတို့သည် “သန့်ရှင်းစေခြင်းကို ခံရ” ကြပြီး၊ ကိုယ်တော်သည် “သူတို့အလယ်၌ အစဉ်အမြဲ နေတော်မူ” သည်။</w:t>
      </w:r>
    </w:p>
    <w:p>
      <w:pPr>
        <w:pStyle w:val="ArticleBody"/>
        <w:jc w:val="left"/>
      </w:pPr>
      <w:r>
        <w:rPr>
          <w:rFonts w:ascii="Myanmar Text" w:hAnsi="Myanmar Text" w:eastAsia="Myanmar Text" w:cs="Myanmar Text"/>
        </w:rPr>
        <w:t>သုံးဆယ့်ခုနစ်ခန်းနောက်တွင် ယေဇကျေလသည် သုံးဆယ့်ရှစ်ခန်းနှင့် သုံးဆယ့်ကိုးခန်းတို့ကို ဖော်ပြထားပြီး၊ ထိုခန်းများတွင် ဘုရားသခင်ရွေးချယ်တော်မူသော ပဋိညာဉ်လူမျိုးတော်ပြင်ပ၌ရှိသော လူသားမျိုးနွယ်ပေါင်းစည်းအဖွဲ့၏ သင်္ကေတများအဖြစ် ဂေါဂနှင့် မာဂေါဂတို့ကို ကိုင်တွယ်ဖော်ပြသည်။ လေးဆယ်ခန်းတွင်မူ သုံးဆယ့်ခုနစ်ခန်း၌ ဖော်ပြထားသော ပဋိညာဉ်လူမျိုးတော်ကို မြေကြီးတစ်လျှောက်လုံးကို ပြည့်နှက်စေသော ဗိမာန်တော်အဖြစ် ကိုယ်စားပြုဖော်ပြထားသည်။ သုံးဆယ့်ရှစ်ခန်းမှ လေးဆယ်ခန်းအထိတို့သည် နောက်ဆုံးသောကာလများတွင် ဘုရားသခင်၏ ပဋိညာဉ်လူမျိုးတော်၏ ထမြောက်ပေါ်ထွန်းခြင်းကို ကိုယ်စားပြုဖော်ပြကြပြီး၊ ထိုအရာကို 38 နှင့် 40 ဟူသော ကိန်းဂဏန်းများအားဖြင့် သင်္ကေတပြထားသည်။</w:t>
      </w:r>
    </w:p>
    <w:p>
      <w:pPr>
        <w:pStyle w:val="ArticleBody"/>
        <w:jc w:val="left"/>
      </w:pPr>
      <w:r>
        <w:rPr>
          <w:rFonts w:ascii="Myanmar Text" w:hAnsi="Myanmar Text" w:eastAsia="Myanmar Text" w:cs="Myanmar Text"/>
        </w:rPr>
        <w:t>ဤအရာများကို နောက်ဆောင်းပါး၌ ဆက်လက်တင်ပြပါမည်။</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Myanmar Text" w:hAnsi="Myanmar Text" w:eastAsia="Myanmar Text" w:cs="Myanmar Text"/>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Myanmar Text" w:hAnsi="Myanmar Text" w:eastAsia="Myanmar Text" w:cs="Myanmar Text"/>
      <w:b/>
      <w:sz w:val="40"/>
    </w:rPr>
  </w:style>
  <w:style w:type="paragraph" w:customStyle="1" w:styleId="ArticleSubtitle">
    <w:name w:val="Article Subtitle"/>
    <w:basedOn w:val="Normal"/>
    <w:pPr>
      <w:spacing w:before="0" w:after="160"/>
      <w:ind w:left="0" w:right="0" w:firstLine="0"/>
      <w:jc w:val="left"/>
    </w:pPr>
    <w:rPr>
      <w:rFonts w:ascii="Myanmar Text" w:hAnsi="Myanmar Text" w:eastAsia="Myanmar Text" w:cs="Myanmar Text"/>
      <w:i/>
      <w:sz w:val="28"/>
    </w:rPr>
  </w:style>
  <w:style w:type="paragraph" w:customStyle="1" w:styleId="ArticleByline">
    <w:name w:val="Article Byline"/>
    <w:basedOn w:val="Normal"/>
    <w:pPr>
      <w:spacing w:before="0" w:after="40"/>
      <w:jc w:val="left"/>
    </w:pPr>
    <w:rPr>
      <w:rFonts w:ascii="Myanmar Text" w:hAnsi="Myanmar Text" w:eastAsia="Myanmar Text" w:cs="Myanmar Text"/>
      <w:i/>
      <w:sz w:val="22"/>
    </w:rPr>
  </w:style>
  <w:style w:type="paragraph" w:customStyle="1" w:styleId="ArticleDate">
    <w:name w:val="Article Date"/>
    <w:basedOn w:val="Normal"/>
    <w:pPr>
      <w:spacing w:before="0" w:after="280"/>
      <w:jc w:val="left"/>
    </w:pPr>
    <w:rPr>
      <w:rFonts w:ascii="Myanmar Text" w:hAnsi="Myanmar Text" w:eastAsia="Myanmar Text" w:cs="Myanmar Text"/>
      <w:sz w:val="20"/>
    </w:rPr>
  </w:style>
  <w:style w:type="paragraph" w:customStyle="1" w:styleId="ArticleHeading">
    <w:name w:val="Article Heading"/>
    <w:basedOn w:val="Heading2"/>
    <w:pPr>
      <w:spacing w:before="240" w:after="120"/>
      <w:jc w:val="left"/>
    </w:pPr>
    <w:rPr>
      <w:rFonts w:ascii="Myanmar Text" w:hAnsi="Myanmar Text" w:eastAsia="Myanmar Text" w:cs="Myanmar Text"/>
      <w:b/>
      <w:sz w:val="26"/>
    </w:rPr>
  </w:style>
  <w:style w:type="paragraph" w:customStyle="1" w:styleId="ArticleBody">
    <w:name w:val="Article Body"/>
    <w:basedOn w:val="Normal"/>
    <w:pPr>
      <w:spacing w:before="0" w:after="160"/>
      <w:jc w:val="left"/>
    </w:pPr>
    <w:rPr>
      <w:rFonts w:ascii="Myanmar Text" w:hAnsi="Myanmar Text" w:eastAsia="Myanmar Text" w:cs="Myanmar Text"/>
      <w:sz w:val="24"/>
    </w:rPr>
  </w:style>
  <w:style w:type="paragraph" w:customStyle="1" w:styleId="ArticleScripture">
    <w:name w:val="Article Scripture"/>
    <w:basedOn w:val="Normal"/>
    <w:pPr>
      <w:spacing w:before="0" w:after="160"/>
      <w:ind w:left="504" w:right="144"/>
      <w:jc w:val="left"/>
    </w:pPr>
    <w:rPr>
      <w:rFonts w:ascii="Myanmar Text" w:hAnsi="Myanmar Text" w:eastAsia="Myanmar Text" w:cs="Myanmar Text"/>
      <w:i w:val="0"/>
      <w:sz w:val="23"/>
    </w:rPr>
  </w:style>
  <w:style w:type="paragraph" w:customStyle="1" w:styleId="ArticleQuote">
    <w:name w:val="Article Quote"/>
    <w:basedOn w:val="Normal"/>
    <w:pPr>
      <w:spacing w:before="0" w:after="160"/>
      <w:ind w:left="648" w:right="288"/>
      <w:jc w:val="left"/>
    </w:pPr>
    <w:rPr>
      <w:rFonts w:ascii="Myanmar Text" w:hAnsi="Myanmar Text" w:eastAsia="Myanmar Text" w:cs="Myanmar Text"/>
      <w:i/>
      <w:sz w:val="23"/>
    </w:rPr>
  </w:style>
  <w:style w:type="paragraph" w:customStyle="1" w:styleId="ArticleListItem">
    <w:name w:val="Article List Item"/>
    <w:basedOn w:val="Normal"/>
    <w:pPr>
      <w:spacing w:before="0" w:after="80"/>
      <w:ind w:left="576" w:right="0" w:hanging="259"/>
      <w:jc w:val="left"/>
    </w:pPr>
    <w:rPr>
      <w:rFonts w:ascii="Myanmar Text" w:hAnsi="Myanmar Text" w:eastAsia="Myanmar Text" w:cs="Myanmar Text"/>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ဝှက်ကွယ်နေသော သမိုင်း — အခန်းငယ် လေးဆယ့် နှစ်ဆယ့်သုံးမတ်၃၂</dc:title>
  <dc:subject>ဧဇကေလ အမှတ် ဆယ့်သုံး</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