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गुप्त इतिहास - संख्या छब्बीस</w:t>
      </w:r>
    </w:p>
    <w:p>
      <w:pPr>
        <w:pStyle w:val="ArticleSubtitle"/>
        <w:jc w:val="left"/>
      </w:pPr>
      <w:r>
        <w:rPr>
          <w:rFonts w:ascii="Nirmala UI" w:hAnsi="Nirmala UI" w:eastAsia="Nirmala UI" w:cs="Nirmala UI"/>
        </w:rPr>
        <w:t>इजकिएल संख्या सात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मैले ‘योशियाको चक्र’ भनेर पहिचान गरिरहेको भविष्यवाणीमूलक रेखा प्राचीन इस्राएलको विद्रोहबाट आरम्भ हुन्छ, जब तिनीहरूले ई.पू. 1097 मा परमेश्वरलाई आफ्ना राजाको रूपमा अस्वीकार गरे। पहिलो तीन राजा (शाऊल, दाऊद र सोलोमन) लाई ई.पू. 1097 देखि ई.पू. 977 सम्म, प्रत्येकले चालीस वर्ष शासन गरेको रूपमा चिनिन्छ। सोलोमनको मृत्युमा, यारोबाम र उत्तरका दस कुलहरूको विद्रोहले पहिलो तीन राजाहरूको रेखालाई समाप्त गर्छ, र उत्तर तथा दक्षिण दुवै राज्यहरूमा राजाहरूको एउटा रेखा आरम्भ गर्छ।</w:t>
      </w:r>
    </w:p>
    <w:p>
      <w:pPr>
        <w:pStyle w:val="ArticleBody"/>
        <w:jc w:val="left"/>
      </w:pPr>
      <w:r>
        <w:rPr>
          <w:rFonts w:ascii="Nirmala UI" w:hAnsi="Nirmala UI" w:eastAsia="Nirmala UI" w:cs="Nirmala UI"/>
        </w:rPr>
        <w:t>पहिला तीन राजाहरू धेरै सत्यहरूको प्रतीक हुन्, तर तिनीहरूसित सम्बन्धित सत्यका चक्रहरूमध्ये एउटा यहूदाका अन्तिम तीन राजा—यहोयाकीम, यहोयाकीन र सिदकियाह—हुन्, जसले पुनः साइरस, दारियस र आर्टाक्सर्क्सीसको प्रतिनिधित्व गर्छन्। साइरस, दारियस र आर्टाक्सर्क्सीसले पुनः ई.पू. 516 देखि ई.पू. 457 सम्म फैलिएका आफ्ना तीन आज्ञाहरूको प्रतिनिधित्व गर्छन्; जसले पुनः प्रकाश अध्याय चौधका तीन स्वर्गदूतहरूको प्रतिनिधित्व गर्छन्, जो क्रमशः 1798, 19 अप्रिल 1844 र 22 अक्टोबर 1844 मा आइपुग्छन्। प्रकाश अध्याय चौधका तीन स्वर्गदूतहरूको आगमनको इतिहास एक सय चवालीस हजारको छाप लगाइने समयमा अक्षरशः पुनरावृत्त हुन्छ, यसरी यो पहिचान गराउँदै कि शाऊललाई राजाको रूपमा अभिषिक्त गरिनुबाट सुरु हुने भविष्यवाणीको रेखा चाँडै आउन लागेको आइतवारको व्यवस्थामा विजयी कलीसिया अभिषिक्त हुँदा आफ्नो निष्कर्षमा पुग्छ। यस रेखामा राजा योशियाहको चक्र पनि समावेश छ, जो ई.पू. 977 मा बेतेल र दानमा यारोबामको विद्रोहसम्म पुगेर पछाडि फर्कन्छ।</w:t>
      </w:r>
    </w:p>
    <w:p>
      <w:pPr>
        <w:pStyle w:val="ArticleHeading"/>
        <w:jc w:val="left"/>
      </w:pPr>
      <w:r>
        <w:rPr>
          <w:rFonts w:ascii="Nirmala UI" w:hAnsi="Nirmala UI" w:eastAsia="Nirmala UI" w:cs="Nirmala UI"/>
        </w:rPr>
        <w:t>बाइस</w:t>
      </w:r>
    </w:p>
    <w:p>
      <w:pPr>
        <w:pStyle w:val="ArticleBody"/>
        <w:jc w:val="left"/>
      </w:pPr>
      <w:r>
        <w:rPr>
          <w:rFonts w:ascii="Nirmala UI" w:hAnsi="Nirmala UI" w:eastAsia="Nirmala UI" w:cs="Nirmala UI"/>
        </w:rPr>
        <w:t>यारोबामसँग बाइसको प्रतीकात्मकता छ, किनकि उनले बाइस वर्षसम्म राज्य गरे; यसरी उनले आफ्नो साक्षीलाई बाइसद्वारा प्रतिनिधित्व गरिएको इतिहाससँग बाँधे, जुन बाइसौँ दिनमा दानिएलको marah दर्शनद्वारा चित्रित दैवीत्व र मानवताको संयोजनको प्रतीक हो, साथै दुई सय बीसको सङ्ख्यासँग पनि, जसको दशांश बाइस हो।</w:t>
      </w:r>
    </w:p>
    <w:p>
      <w:pPr>
        <w:pStyle w:val="ArticleScripture"/>
        <w:jc w:val="left"/>
      </w:pPr>
      <w:r>
        <w:rPr>
          <w:rFonts w:ascii="Nirmala UI" w:hAnsi="Nirmala UI" w:eastAsia="Nirmala UI" w:cs="Nirmala UI"/>
        </w:rPr>
        <w:t>यारोबामले राज्य गरेका दिन बाइस वर्षका थिए; अनि ऊ आफ्ना पुर्खाहरूसँग निदायो, र उसका सट्टा उसका छोरा नादाबले राज्य गर्‍यो। १ राजा 14:20</w:t>
      </w:r>
    </w:p>
    <w:p>
      <w:pPr>
        <w:pStyle w:val="ArticleBody"/>
        <w:jc w:val="left"/>
      </w:pPr>
      <w:r>
        <w:rPr>
          <w:rFonts w:ascii="Nirmala UI" w:hAnsi="Nirmala UI" w:eastAsia="Nirmala UI" w:cs="Nirmala UI"/>
        </w:rPr>
        <w:t>‘एट-वन-मेण्ट,’ जसले दिव्यत्व र मानवत्वको संयोजनलाई प्रतिनिधित्व गर्दछ, ख्रीष्टको त्यो कार्य हो जुन अक्टोबर २२, अर्थात् दशौँ महिनामा (ग्रेगोरियन) सुरु भयो; दस गुणा बाइस बराबर दुई सय बीस हुन्छ। यारोबामले बेतेल र दान दुवै ठाउँमा नक्कली वेदीहरू स्थापना गर्‍यो, त्यसैले ऊ मण्डली (बेतेल: अर्थ मण्डली) र राज्य (दान: अर्थ न्याय) को संयोजनसँग सम्बन्धित आइतबारको नक्कली उपासनाको प्रतीक हो।</w:t>
      </w:r>
    </w:p>
    <w:p>
      <w:pPr>
        <w:pStyle w:val="ArticleScripture"/>
        <w:jc w:val="left"/>
      </w:pPr>
      <w:r>
        <w:rPr>
          <w:rFonts w:ascii="Nirmala UI" w:hAnsi="Nirmala UI" w:eastAsia="Nirmala UI" w:cs="Nirmala UI"/>
        </w:rPr>
        <w:t>तब यारोबामले एफ्राइमको पहाडी प्रदेशमा शकेम निर्माण गर्‍यो, र त्यहीँ बस्यो; अनि त्यहाँबाट निस्केर पनूएल निर्माण गर्‍यो। अनि यारोबामले आफ्नो हृदयमा भन्यो, अब यो राज्य दाऊदको घरानातर्फ फर्कनेछ: यदि यी मानिसहरू यरूशलेममा परमप्रभुको भवनमा बलिदान चढाउन माथि गए भने, तब यी मानिसहरूको हृदय फेरि तिनीहरूका प्रभु, अर्थात् यहूदाका राजा रहूबामतर्फ फर्कनेछ; अनि तिनीहरूले मलाई मार्नेछन्, र फेरि यहूदाका राजा रहूबामकहाँ जानेछन्। यसकारण राजाले सल्लाह गर्‍यो, र सुनका दुई वटा बाछा बनाएर तिनीहरूलाई भन्यो, तिमीहरूका निम्ति यरूशलेममा माथि जानु अति धेरै भयो: हे इस्राएल, हेर, तिम्रा देवताहरू, जसले तिमीलाई मिश्रदेशबाट माथि ल्याए। अनि उसले एउटालाई बेतेलमा राख्यो, र अर्कोलाई दानमा स्थापित गर्‍यो। अनि यो कुरा पाप बन्यो; किनकि मानिसहरू एउटाको सामुन्ने आराधना गर्न दानसम्म गए। अनि उसले उच्चस्थानहरूको एक भवन बनायो, र लेवीका सन्तानहरू नभएका साधारण मानिसहरूमध्येबाट पूजाहारीहरू नियुक्त गर्‍यो। अनि यारोबामले आठौँ महिनाको पन्ध्रौँ दिनमा, यहूदामा हुने चाडजस्तै एक चाड ठहर्‍यायो, र वेदीमाथि चढायो। उसले बेतेलमा पनि त्यसै गर्‍यो, आफूले बनाएका बाछाहरूलाई बलि चढाउँदै; अनि उसले आफूले बनाएका उच्चस्थानहरूका पूजाहारीहरूलाई बेतेलमा नियुक्त गर्‍यो। यसरी उसले बेतेलमा आफूले बनाएको वेदीमाथि आठौँ महिनाको पन्ध्रौँ दिनमा, अर्थात् त्यही महिनामा जुन उसले आफ्नै हृदयबाट योजना गरेको थियो, चढायो; अनि इस्राएलका सन्तानहरूका निम्ति एक चाड ठहर्‍यायो; अनि वेदीमाथि चढायो, र धूप बाल्यो। १ राजा १२:२५–३३।</w:t>
      </w:r>
    </w:p>
    <w:p>
      <w:pPr>
        <w:pStyle w:val="ArticleBody"/>
        <w:jc w:val="left"/>
      </w:pPr>
      <w:r>
        <w:rPr>
          <w:rFonts w:ascii="Nirmala UI" w:hAnsi="Nirmala UI" w:eastAsia="Nirmala UI" w:cs="Nirmala UI"/>
        </w:rPr>
        <w:t>दस उत्तरी कुलहरूको आधारभूत इतिहासमा यस्तो एउटा विद्रोह थियो, जसको पूर्वछाया इस्राएलले परमेश्वरलाई आफ्ना राजा भनेर अस्वीकार गरेको घटनामा, साथै हारून र सुनको बाछाको विद्रोहमा देखाइएको थियो। हारूनको विद्रोह प्राचीन इस्राएलको आधारभूत इतिहासमा थियो, र यारोबामको विद्रोह दस उत्तरी कुलहरूको आधारभूत इतिहासमा थियो। “Line upon line” अनुसार, महायाजकको रूपमा हारूनले मण्डलीको प्रतिनिधित्व गर्दछ, र राजाको रूपमा यारोबामले राज्यको प्रतिनिधित्व गर्दछ। ती दुई आधारभूत विद्रोहहरू एउटै रेखा हुन्, जसमा इस्राएलका मानिसहरूले मानवीय राजाको इच्छा गरेको आधारभूत विद्रोह पनि समावेश छ।</w:t>
      </w:r>
    </w:p>
    <w:p>
      <w:pPr>
        <w:pStyle w:val="ArticleHeading"/>
        <w:jc w:val="left"/>
      </w:pPr>
      <w:r>
        <w:rPr>
          <w:rFonts w:ascii="Nirmala UI" w:hAnsi="Nirmala UI" w:eastAsia="Nirmala UI" w:cs="Nirmala UI"/>
        </w:rPr>
        <w:t>४९०</w:t>
      </w:r>
    </w:p>
    <w:p>
      <w:pPr>
        <w:pStyle w:val="ArticleBody"/>
        <w:jc w:val="left"/>
      </w:pPr>
      <w:r>
        <w:rPr>
          <w:rFonts w:ascii="Nirmala UI" w:hAnsi="Nirmala UI" w:eastAsia="Nirmala UI" w:cs="Nirmala UI"/>
        </w:rPr>
        <w:t>इजकिएलको पुस्तकमा प्रस्तुत गरिएको पवित्र इतिहासमा चार सय नब्बे वर्षका तीन अवधिहरू छन्, र तिनमध्ये एउटा राजाहरूसँग, अर्को पवित्रस्थानसँग, र अर्को सेनासँग सम्बन्धित थियो। ती तीन अवधिहरू हारूनको विद्रोह (पवित्रस्थान), शाऊलको विद्रोह (सेना), र यारोबामको विद्रोह (राजा) सँग मेल खान्छन्। अगमवक्ता, पूजारी, र राजाका तीन प्रतीकहरूमध्ये अगमवाणी गरेको भनेर चिनिने व्यक्ति राजा शाऊल हो; हारून पूजारी थिए, र यारोबाम राजा थिए।</w:t>
      </w:r>
    </w:p>
    <w:p>
      <w:pPr>
        <w:pStyle w:val="ArticleScripture"/>
        <w:jc w:val="left"/>
      </w:pPr>
      <w:r>
        <w:rPr>
          <w:rFonts w:ascii="Nirmala UI" w:hAnsi="Nirmala UI" w:eastAsia="Nirmala UI" w:cs="Nirmala UI"/>
        </w:rPr>
        <w:t>अनि यस्तो भयो कि, पहिलेबाट नै उनलाई चिन्ने सबैले हेर, उनी अगमवक्ताहरूसँगै अगमवाणी गरिरहेको देखे; तब मानिसहरूले एक-अर्कालाई भने, किशका छोरालाई यो के भएको हो? के शाऊल पनि अगमवक्ताहरूमध्ये पर्दछ? अनि त्यही स्थानका एक जनाले उत्तर दिँदै भने, तर तिनीहरूका पिता को हुन्? यसैले यो एउटा उखान भयो, के शाऊल पनि अगमवक्ताहरूमध्ये पर्दछ? १ शमूएल १०:११, १२।</w:t>
      </w:r>
    </w:p>
    <w:p>
      <w:pPr>
        <w:pStyle w:val="ArticleBody"/>
        <w:jc w:val="left"/>
      </w:pPr>
      <w:r>
        <w:rPr>
          <w:rFonts w:ascii="Nirmala UI" w:hAnsi="Nirmala UI" w:eastAsia="Nirmala UI" w:cs="Nirmala UI"/>
        </w:rPr>
        <w:t>विजयी मण्डली तीस वर्षका अगमवक्ता, तीस वर्षका पुजारी, र तीस वर्षका राजाबाट बनेको छ, जसको प्रतिनिधित्व इजकिएलले गर्छन्, जसले तीसौँ वर्षमा आरम्भ गरे; यूसुफले, जसले तीसौँ वर्षमा आफ्नो सेवा आरम्भ गरे; र राजा दाऊदले, जसले आफ्नो तीसौँ वर्षमा राज्य गर्न आरम्भ गरे। विजयी मण्डलीलाई इजकिएलको पुस्तकका अन्तिम आठ अध्यायहरूमा पृथ्वीलाई भरिदिने मन्दिरको रूपमा प्रतिनिधित्व गरिएको छ, र विजयी मण्डली फिलाडेल्फिया हो, जो सातमध्ये भएको आठौँ मण्डली हो।</w:t>
      </w:r>
    </w:p>
    <w:p>
      <w:pPr>
        <w:pStyle w:val="ArticleBody"/>
        <w:jc w:val="left"/>
      </w:pPr>
      <w:r>
        <w:rPr>
          <w:rFonts w:ascii="Nirmala UI" w:hAnsi="Nirmala UI" w:eastAsia="Nirmala UI" w:cs="Nirmala UI"/>
        </w:rPr>
        <w:t>ईसा पूर्व ९७७ मा आरम्भ भएको योशियाहको भविष्यवाणीसम्बन्धी रेखा चाँडै आउने आइतबारको व्यवस्थासम्म पुगेर समाप्त हुन्छ। डिसेम्बर ३१, २०२३ मा आरम्भ भएको एक लाख चवालीस हजारको शुद्धीकरण र छाप लगाउने कार्य, प्रकाश ११ का दुई साक्षीहरूलाई पुनर्जीवित गर्न मिखाएल अवतरण हुनुभएको बेला सुरु भयो। सन् २०२३, सेप्टेम्बर ११, २००१ पछि बाइस वर्षमा आयो, ठीक त्यसरी नै जसरी सन् १७९८ का एलियन र सेडिशन ऐक्टहरू सन् १७७६ को स्वतन्त्रताको घोषणापछि बाइस वर्षमा आउँछन्। यारोबामको बाइस-वर्षीय राज्यकाल ईसा पूर्व ९७७ मा सुरु भयो, जब योशियाहको भविष्यवाणी प्रस्तुत गरियो। त्यस समय १ राजा अध्याय १३ का आज्ञा नमान्ने अगमवक्ताले यारोबामको धर्मत्यागको सामना गरे, ठीक त्यसरी नै जसरी मोशाले हारूनको धर्मत्यागको सामना गरे, र शमूएलले राजा चाहने जनसमूहको सामना गरे। आज्ञा नमान्ने अगमवक्ता, मोशा र शमूएलको सन्देशद्वारा प्रतिनिधित्व गरिएका आधारभूत धर्मत्यागहरूविरुद्धका ती सामना-घटनाहरूले आइतबारको व्यवस्थाको समयमा तेस्रो स्वर्गदूतको ठूलो पुकारलाई प्रतिनिधित्व गर्छन्। यो त्यही चेतावनीको सन्देश हो, जो ध्वजाद्वारा उद्घोषित गरिन्छ, र जो यारोबामको इतिहासमा “चिन्ह” सहितको योशियाहको भविष्यवाणीद्वारा प्रतिनिधित्व गरिएको छ।</w:t>
      </w:r>
    </w:p>
    <w:p>
      <w:pPr>
        <w:pStyle w:val="ArticleScripture"/>
        <w:jc w:val="left"/>
      </w:pPr>
      <w:r>
        <w:rPr>
          <w:rFonts w:ascii="Nirmala UI" w:hAnsi="Nirmala UI" w:eastAsia="Nirmala UI" w:cs="Nirmala UI"/>
        </w:rPr>
        <w:t>हेर, यहूदाबाट परमप्रभुको वचनद्वारा एक जना परमेश्वरका मानिस बेथेलमा आए; र यारोबाम धूप चढाउन वेदीको छेउमा उभिरहेका थिए। अनि तिनले परमप्रभुको वचनद्वारा वेदीको विरुद्धमा पुकार गर्दै भने, “हे वेदी, वेदी, परमप्रभु यसो भन्नुहुन्छ: हेर, दाऊदको घरानामा एक पुत्र जन्मिनेछ, जसको नाउँ योशियाह हुनेछ; अनि उसले तँमाथि धूप चढाउने उच्च स्थानहरूका पूजाहारीहरूलाई तँमाथि नै बलि चढाउनेछ, र मानिसहरूका हड्डीहरू तँमाथि जलाइनेछन्।” अनि तिनले त्यही दिन एउटा चिन्ह दिँदै भने, “परमप्रभुले बोल्नुभएको चिन्ह यही हो: हेर, वेदी चिरिनेछ, र त्यसमाथि भएका खरानीहरू खन्याइनेछन्।” अनि यस्तो भयो कि, जब बेथेलको वेदीको विरुद्धमा पुकार गर्ने परमेश्वरका मानिसको वचन राजा यारोबामले सुने, तब उनले वेदीबाट आफ्नो हात पसार्दै भने, “यसलाई समात।” अनि उनले तिनको विरुद्धमा पसारेको हात सुक्यो, यहाँसम्म कि उनले त्यसलाई फेरि आफूतिर तान्न सकेनन्।</w:t>
      </w:r>
    </w:p>
    <w:p>
      <w:pPr>
        <w:pStyle w:val="ArticleScripture"/>
        <w:jc w:val="left"/>
      </w:pPr>
      <w:r>
        <w:rPr>
          <w:rFonts w:ascii="Nirmala UI" w:hAnsi="Nirmala UI" w:eastAsia="Nirmala UI" w:cs="Nirmala UI"/>
        </w:rPr>
        <w:t>वेदी पनि च्यातियो, र परमप्रभुको वचनद्वारा परमेश्वरका जनले दिएको चिन्हअनुसार वेदीको खरानी पोखियो। तब राजाले जवाफ दिँदै परमेश्वरका जनलाई भने, “अब परमप्रभु तिम्रा परमेश्वरको सामु विन्ती गर, र मेरो निम्ति प्रार्थना गर, ताकि मेरो हात फेरि पहिलेकै अवस्थामा फर्कियोस्।” तब परमेश्वरका जनले परमप्रभुसँग बिन्ती गरे, र राजाको हात फेरि पूर्ववत्‌ बहाल भयो। अनि राजाले परमेश्वरका जनलाई भने, “मसँग घरमा आऊ, आफूलाई ताजगी देऊ, र म तिमीलाई इनाम दिनेछु।” तर परमेश्वरका जनले राजालाई भने, “तपाईंले मलाई आफ्नो घरको आधा भाग नै दिनुभयो भने पनि म तपाईंसँग भित्र जानेछैनँ, न त यस ठाउँमा रोटी खानेछु, न पानी पिउनेछु; किनकि परमप्रभुको वचनद्वारा मलाई यसरी आज्ञा गरिएको थियो, ‘रोटी नखानू, पानी नपिउनू, र जुन बाटो भएर आएका छौ, त्यही बाटो भएर नफर्कनू।’” यसरी उनी अर्को बाटो भएर गए, र जुन बाटो भएर बेतेल आएका थिए, त्यही बाटो भएर फर्केनन्। १ राजा १३:१–१०।</w:t>
      </w:r>
    </w:p>
    <w:p>
      <w:pPr>
        <w:pStyle w:val="ArticleBody"/>
        <w:jc w:val="left"/>
      </w:pPr>
      <w:r>
        <w:rPr>
          <w:rFonts w:ascii="Nirmala UI" w:hAnsi="Nirmala UI" w:eastAsia="Nirmala UI" w:cs="Nirmala UI"/>
        </w:rPr>
        <w:t>“तिम्रो घरानाको आधा” दिने प्रस्ताव हुँदाहुँदै पनि यारोबामसँग भोजन गर्न अगमवक्ताले अस्वीकार गर्नु, हेरोदले सालोमीलाई आफ्नो राज्यको आधा दिने प्रतिज्ञासँग मेल खान्छ।</w:t>
      </w:r>
    </w:p>
    <w:p>
      <w:pPr>
        <w:pStyle w:val="ArticleScripture"/>
        <w:jc w:val="left"/>
      </w:pPr>
      <w:r>
        <w:rPr>
          <w:rFonts w:ascii="Nirmala UI" w:hAnsi="Nirmala UI" w:eastAsia="Nirmala UI" w:cs="Nirmala UI"/>
        </w:rPr>
        <w:t>जब एक अनुकूल दिन आयो, तब हेरोदले आफ्नो जन्मदिनमा आफ्ना प्रभुजनहरू, प्रधान सेनापतिहरू, र गलीलका मुख्य प्रतिष्ठित व्यक्तिहरूका निम्ति एउटा भोजको आयोजना गर्‍यो। अनि जब उक्त हेरोदियाकी छोरी भित्र आइन्, र नाचिन्, र हेरोद तथा उहाँसँगै बसिरहेकाहरूलाई प्रसन्न पारिन्, तब राजाले त्यस युवतीलाई भन्यो, “तँ जे चाहन्छस्, मसँग माग, र म तँलाई दिनेछु।” अनि उसले शपथ खाएर त्यसलाई भन्यो, “तँले मसँग जे माग्छेस्, म तँलाई दिनेछु, मेरो राज्यको आधासम्म पनि।” अनि उनी बाहिर गइन्, र आफ्नी आमालाई भनिन्, “म के मागूँ?” अनि उनले भनिन्, “बप्तिस्मा दिने यूहन्नाको टाउको।” मर्कूस 6:21–24।</w:t>
      </w:r>
    </w:p>
    <w:p>
      <w:pPr>
        <w:pStyle w:val="ArticleBody"/>
        <w:jc w:val="left"/>
      </w:pPr>
      <w:r>
        <w:rPr>
          <w:rFonts w:ascii="Nirmala UI" w:hAnsi="Nirmala UI" w:eastAsia="Nirmala UI" w:cs="Nirmala UI"/>
        </w:rPr>
        <w:t>हेरोदले आफ्नो राज्यको आधा भाग दिने प्रतिज्ञा उसको जन्मदिनमा भएको थियो। हेरोद रोमको प्रतीक हो, र प्रकाश १७ का दस राजाहरू दानिएल अध्याय ७ मा रोमको दशगुण विभाजनद्वारा, तथा अध्याय २ का दस औँलाद्वारा, पूर्वरूपित गरिएका छन्। उसको जन्मदिन त्यो बेला चिन्हित हुन्छ जब छैटौँ राज्यलाई आइतबारको व्यवस्थाको समयमा सातौँ राज्यले प्रतिस्थापित गर्छ, र यस अर्थमा, यो बाइबलको भविष्यवाणीको सातौँ राज्यका रूपमा संयुक्त राष्ट्रसंघको जन्मदिन हो। चाँडै आउन लागेको आइतबारको व्यवस्थामा, यारोबामका दस उत्तरी कुलद्वारा प्रतिनिधित्व गरिएका दस राजाहरूले, प्रकाश ‘१७’ मा, एक घण्टाको लागि आफ्नो राज्य जनावरलाई दिन सहमति जनाउँछन्।</w:t>
      </w:r>
    </w:p>
    <w:p>
      <w:pPr>
        <w:pStyle w:val="ArticleScripture"/>
        <w:jc w:val="left"/>
      </w:pPr>
      <w:r>
        <w:rPr>
          <w:rFonts w:ascii="Nirmala UI" w:hAnsi="Nirmala UI" w:eastAsia="Nirmala UI" w:cs="Nirmala UI"/>
        </w:rPr>
        <w:t>किनभने परमेश्वरले तिनीहरूका हृदयमा उहाँको इच्छा पूरा गर्ने, एकमत हुने, र परमेश्वरका वचनहरू पूरा नभएसम्म आफ्नो राज्य त्यस जनावरलाई दिने कुरा राखिदिनुभएको छ। प्रकाश 17:17.</w:t>
      </w:r>
    </w:p>
    <w:p>
      <w:pPr>
        <w:pStyle w:val="ArticleBody"/>
        <w:jc w:val="left"/>
      </w:pPr>
      <w:r>
        <w:rPr>
          <w:rFonts w:ascii="Nirmala UI" w:hAnsi="Nirmala UI" w:eastAsia="Nirmala UI" w:cs="Nirmala UI"/>
        </w:rPr>
        <w:t>हामीले इजकिएलको चौथो अध्यायको भविष्यवाणी विचार गर्नुअघि, इजकिएलले प्रत्यक्ष रूपमा मिति पहिचान गरेका ‘तेह्र’ वटा अवसरहरूलाई पहिचान गर्नेछौं। ती तेह्र वटा मार्गचिन्हहरू सामान्यतया संसार र परमेश्वरका जनताबीच विभाजित हुन्छन्। मिश्रद्वारा प्रतिनिधित्व गरिएको संसारलाई छ पटक प्रत्यक्ष मितिमा राखिएको छ, र टायरलाई एक पटक सम्बोधन गरिएको छ, अनि बाँकी छ पटक यरूशलेम विषय बनेको छ। यो पुस्तक ई.पू. 592 मा आरम्भ हुन्छ, जुन सत्रौँ जुबिली चक्रको तिसौँ वर्ष हो, र इजकिएलको चालीसौँ अध्यायको पहिलो पदले ई.पू. 573 अक्टोबर 22 लाई त्यस चक्रको अन्त्यको रूपमा पहिचान गर्दछ। जुबिली चक्रले सेप्टेम्बर 11 देखि चाँडै आउन लागेको सन्डे-व्यवस्थासम्मका एक लाख चवालीस हजार जनाको छाप लगाइने समयलाई प्रतिनिधित्व गर्दछ, जुन इतिहासको यही अवधिको फ्र्याक्टलमा पुनः डिसेम्बर 31, 2023 देखि चाँडै आउन लागेको सन्डे-व्यवस्थासम्मद्वारा प्रतिनिधित्व गरिएको छ। यी दुवै अवधिहरू अगस्त 11, 1840 देखि अक्टोबर 22, 1844 सम्मद्वारा पूर्वप्रतीकित भएका थिए।</w:t>
      </w:r>
    </w:p>
    <w:p>
      <w:pPr>
        <w:pStyle w:val="ArticleBody"/>
        <w:jc w:val="left"/>
      </w:pPr>
      <w:r>
        <w:rPr>
          <w:rFonts w:ascii="Nirmala UI" w:hAnsi="Nirmala UI" w:eastAsia="Nirmala UI" w:cs="Nirmala UI"/>
        </w:rPr>
        <w:t>अगस्ट ११, १८४० मा, प्रकाशको पुस्तक अध्याय १० का त्यही सामर्थी स्वर्गदूतको रूपमा—जसले एउटा सानो पुस्तक ल्याए, जुन परमेश्वरका जनहरूले लिनु र खानु पर्ने थियो—येशू ख्रीष्ट स्वयं अवतरित हुनुभयो। त्यही स्वर्गदूत फेरि 9/11 मा मुहर लगाउने समयको आरम्भ चिन्हित गर्न अवतरित भए। त्यही स्वर्गदूत डिसेम्बर ३१, २०२३ मा पनि अवतरित भए, ताकि सदोम र मिश्रको त्यस महान् सहरको सडकमा मारिएका दुई साक्षीहरूलाई पुनर्जीवित गरून्, जहाँ प्रभु पनि क्रूसमा चढाइनुभएको थियो। त्यस अवतरणले मुहर लगाउने समयको समापनकाललाई चिन्हित गर्‍यो। डिसेम्बर ३१, २०२३ देखि सन्डे कानुनसम्मको फ्राक्टल अवधिभित्र, पूजारी इजकिएललाई स्वर्गस्थित मन्दिरको एक दर्शन दिइन्छ। त्यस समयमा, उनी गूंगा बनाइन्छन् र परमेश्वरले आज्ञा गर्नुहुँदा मात्र बोल्छन्। उनको त्यो अवस्था छिट्टै आउने सन्डे कानुनसम्म रहिरहन्छ, जसको प्रतिनिधित्व यरूशलेमको विनाशद्वारा गरिएको छ।</w:t>
      </w:r>
    </w:p>
    <w:p>
      <w:pPr>
        <w:pStyle w:val="ArticleBody"/>
        <w:jc w:val="left"/>
      </w:pPr>
      <w:r>
        <w:rPr>
          <w:rFonts w:ascii="Nirmala UI" w:hAnsi="Nirmala UI" w:eastAsia="Nirmala UI" w:cs="Nirmala UI"/>
        </w:rPr>
        <w:t>यूहन्नालाई जस्तै, इजकिएललाई पनि प्रकाशको पुस्तकको दशौं अध्यायमा अवतरण गरिरहेका स्वर्गदूतको हातमा रहेको पुस्तक लिन आज्ञा दिइयो, र विलाप, शोक र हायको पुस्तक खान पनि भनियो।</w:t>
      </w:r>
    </w:p>
    <w:p>
      <w:pPr>
        <w:pStyle w:val="ArticleScripture"/>
        <w:jc w:val="left"/>
      </w:pPr>
      <w:r>
        <w:rPr>
          <w:rFonts w:ascii="Nirmala UI" w:hAnsi="Nirmala UI" w:eastAsia="Nirmala UI" w:cs="Nirmala UI"/>
        </w:rPr>
        <w:t>तर हे मानिसका पुत्र, म तिमीलाई जे भन्दछु, त्यो सुन; त्यस विद्रोही घरानाजस्तै तिमी विद्रोही नहोऊ। आफ्नो मुख खोल, र मैले तिमीलाई जे दिन्छु, त्यो खाऊ। अनि जब मैले हेरेँ, हेर, एक हात मकहाँ पठाइयो; र, हेर, त्यसमा एउटा पुस्तकको पत्रावली थियो; अनि त्यसले त्यो मेरो सामु फैलायो; र त्यो भित्र र बाहिर लेखिएको थियो; अनि त्यसमा विलाप, शोक, र हाय लेखिएका थिए। इजकिएल 2:8–10।</w:t>
      </w:r>
    </w:p>
    <w:p>
      <w:pPr>
        <w:pStyle w:val="ArticleBody"/>
        <w:jc w:val="left"/>
      </w:pPr>
      <w:r>
        <w:rPr>
          <w:rFonts w:ascii="Nirmala UI" w:hAnsi="Nirmala UI" w:eastAsia="Nirmala UI" w:cs="Nirmala UI"/>
        </w:rPr>
        <w:t>यस सन्देशलाई त्रिविध सन्देशको रूपमा प्रस्तुत गरिएको छ, जसद्वारा यसले प्रकाश १४ का तीन स्वर्गदूतहरूको सन्देशलाई प्रतीकात्मक रूपमा जनाउँछ। यसकारण, यही तेस्रो स्वर्गदूतको छाप लगाउने सन्देश हो, जसले यरूशलेमभित्र रहेका, इजकिएलको अध्याय ९ र प्रकाशको अध्याय ७ मा चित्रित गरिएअनुसार, मण्डली र देशको पापका कारण विलाप र शोक गर्नेहरूलाई छाप लगाउँछ।</w:t>
      </w:r>
    </w:p>
    <w:p>
      <w:pPr>
        <w:pStyle w:val="ArticleScripture"/>
        <w:jc w:val="left"/>
      </w:pPr>
      <w:r>
        <w:rPr>
          <w:rFonts w:ascii="Nirmala UI" w:hAnsi="Nirmala UI" w:eastAsia="Nirmala UI" w:cs="Nirmala UI"/>
        </w:rPr>
        <w:t>तब इस्राएलका परमेश्वरको महिमा, जहाँ उहाँ चेरूबमाथि विराजमान हुनुहुन्थ्यो, त्यहाँबाट मन्दिरको देहलीसम्म उक्लेर आयो। अनि उहाँले सूती वस्त्र पहिरेका, आफ्नो कम्मरतिर लेखकको मसीदानी बोकेका त्यस मानिसलाई बोलाउनुभयो; र परमप्रभुले उसलाई भन्नुभयो, “शहरको बीचबाट, अर्थात् यरूशलेमको बीचबाट भएर जाऊ, र त्यहाँका बीचमा गरिने सबै घृणित कामहरूका कारण सुस्केरा हाल्ने र विलाप गर्ने मानिसहरूका निधारमा एउटा चिन्ह लगाऊ।” इजकिएल ९:३, ४।</w:t>
      </w:r>
    </w:p>
    <w:p>
      <w:pPr>
        <w:pStyle w:val="ArticleBody"/>
        <w:jc w:val="left"/>
      </w:pPr>
      <w:r>
        <w:rPr>
          <w:rFonts w:ascii="Nirmala UI" w:hAnsi="Nirmala UI" w:eastAsia="Nirmala UI" w:cs="Nirmala UI"/>
        </w:rPr>
        <w:t>छाप ग्रहण गर्नेहरू मण्डलीका पापहरू र देशका पापहरूका निम्ति शोक मनाइरहेका छन्, र इजकिएलको साक्ष्य मण्डली र संसारका प्रतीक यरूशलेम र मिश्रको इतिहाससँग गाँसिएको छ।</w:t>
      </w:r>
    </w:p>
    <w:p>
      <w:pPr>
        <w:pStyle w:val="ArticleScripture"/>
        <w:jc w:val="left"/>
      </w:pPr>
      <w:r>
        <w:rPr>
          <w:rFonts w:ascii="Nirmala UI" w:hAnsi="Nirmala UI" w:eastAsia="Nirmala UI" w:cs="Nirmala UI"/>
        </w:rPr>
        <w:t>“भक्तिभावको खमीरले पूर्ण रूपमा आफ्नो शक्ति गुमाएको छैन। जब मण्डलीको जोखिम र निराशा सबैभन्दा ठूलो हुन्छ, तब ज्योतिमा उभिएको सानो समूह देशमा गरिएका घिनलाग्दा कामहरूका लागि सुस्केरा हाल्दै र विलाप गर्दै रहनेछ। तर विशेष गरी तिनीहरूका प्रार्थनाहरू मण्डलीकै पक्षमा उठ्नेछन्, किनकि त्यसका सदस्यहरू संसारको चालचलनअनुसार चलिरहेका छन्। …”</w:t>
      </w:r>
    </w:p>
    <w:p>
      <w:pPr>
        <w:pStyle w:val="ArticleScripture"/>
        <w:jc w:val="left"/>
      </w:pPr>
      <w:r>
        <w:rPr>
          <w:rFonts w:ascii="Nirmala UI" w:hAnsi="Nirmala UI" w:eastAsia="Nirmala UI" w:cs="Nirmala UI"/>
        </w:rPr>
        <w:t>“आज्ञा यस प्रकार छ: ‘सहरको बीचबाट, अर्थात् यरूशलेमको बीचबाट भएर जाऊ, र त्यसका बीचमा गरिएका सबै घिनलाग्दा कामहरूका कारण सुस्केरा हाल्ने र रुन-कराउने मानिसहरूका निधारमा एउटा चिन्ह लगाऊ।’ यी सुस्केरा हाल्ने, रुन-कराउनेहरू जीवनका वचनहरू प्रस्तुत गर्दै आएका थिए; तिनीहरूले हप्काएका, सल्लाह दिएका, र विनती गरेका थिए। परमेश्वरको अपमान गर्दै आएका कतिपयले पश्चात्ताप गरे र उहाँको सामु आफ्ना हृदयहरू नम्र तुल्याए। तर परमप्रभुको महिमा इस्राएलबाट प्रस्थान गरिसकेको थियो; धेरैले अझै पनि धर्मका बाह्य रूपहरू कायम राखे तापनि उहाँको शक्ति र उपस्थिति त्यहाँ थिएन।” Testimonies, volume 5, 209, 210.</w:t>
      </w:r>
    </w:p>
    <w:p>
      <w:pPr>
        <w:pStyle w:val="ArticleBody"/>
        <w:jc w:val="left"/>
      </w:pPr>
      <w:r>
        <w:rPr>
          <w:rFonts w:ascii="Nirmala UI" w:hAnsi="Nirmala UI" w:eastAsia="Nirmala UI" w:cs="Nirmala UI"/>
        </w:rPr>
        <w:t>विलापको पुस्तकको प्रसङ्गमा, प्रकाशितवाक्य चौधका तीन स्वर्गदूतहरूको पूर्वछायाका रूपमा विलाप र शोक देखिन्छन्; तीमध्ये विलाप र शोक पहिलो र दोस्रो स्वर्गदूत हुन्, र तेस्रो चाहिँ विपत्तिको सन्देश हो, जुन प्रकाशितवाक्य सातका चार रोकिराख्ने स्वर्गदूतहरूद्वारा रोकिने पूर्वीय बतासको प्रतीक हो।</w:t>
      </w:r>
    </w:p>
    <w:p>
      <w:pPr>
        <w:pStyle w:val="ArticleHeading"/>
        <w:jc w:val="left"/>
      </w:pPr>
      <w:r>
        <w:rPr>
          <w:rFonts w:ascii="Nirmala UI" w:hAnsi="Nirmala UI" w:eastAsia="Nirmala UI" w:cs="Nirmala UI"/>
        </w:rPr>
        <w:t>मिस्र</w:t>
      </w:r>
    </w:p>
    <w:p>
      <w:pPr>
        <w:pStyle w:val="ArticleBody"/>
        <w:jc w:val="left"/>
      </w:pPr>
      <w:r>
        <w:rPr>
          <w:rFonts w:ascii="Nirmala UI" w:hAnsi="Nirmala UI" w:eastAsia="Nirmala UI" w:cs="Nirmala UI"/>
        </w:rPr>
        <w:t>इजकिएलको पुस्तकमा तेह्रवटा मितिहरू उल्लेख गरिएका छन्। मिश्रसम्बन्धी मितिहरूको समूहमा पहिलो मिति इजकिएल 29:1 हो, र यसले 587 ईसा पूर्वलाई जनाउँथ्यो।</w:t>
      </w:r>
    </w:p>
    <w:p>
      <w:pPr>
        <w:pStyle w:val="ArticleScripture"/>
        <w:jc w:val="left"/>
      </w:pPr>
      <w:r>
        <w:rPr>
          <w:rFonts w:ascii="Nirmala UI" w:hAnsi="Nirmala UI" w:eastAsia="Nirmala UI" w:cs="Nirmala UI"/>
        </w:rPr>
        <w:t>दशौं वर्षमा, दशौं महिनामा, महिनाको बाह्रौँ दिनमा, परमप्रभुको वचन म कहाँ आयो, यसो भन्दै, हे मानिसको पुत्र, आफ्नो मुख मिश्रका राजा फिरऊनको विरुद्ध लगाऊ, र त्यसको विरुद्ध, अनि सारा मिश्रको विरुद्ध अगमवाणी गर: बोल, र भन, परमप्रभु यहोवा यसो भन्नुहुन्छ; हेर, हे मिश्रका राजा फिरऊन, म तेरो विरुद्ध छु, ती महान् अजिङ्गरको विरुद्ध, जो आफ्ना नदीहरूको बीचमा लम्पसार पर्छ, जसले भनेको छ, मेरो नदी मेरै हो, र मैले नै यसलाई आफ्नै लागि बनाएको हुँ। इजकिएल 29:1–3।</w:t>
      </w:r>
    </w:p>
    <w:p>
      <w:pPr>
        <w:pStyle w:val="ArticleBody"/>
        <w:jc w:val="left"/>
      </w:pPr>
      <w:r>
        <w:rPr>
          <w:rFonts w:ascii="Nirmala UI" w:hAnsi="Nirmala UI" w:eastAsia="Nirmala UI" w:cs="Nirmala UI"/>
        </w:rPr>
        <w:t>587 ईसा पूर्व घेराबन्दीको वर्ष हो, जुन यरूशलेमको विनाश हुनुभन्दा डेढ वर्षअघि प्रारम्भ भएको थियो। त्यस समयमा इजकिएलले घोषणा गर्छन् कि परमेश्वरले मिश्रलाई परास्त गर्नुहुनेछ, र त्यो परास्तताले परमेश्वरका मानिसहरूलाई मिश्रको अजिङ्गरमाथि भरोसा गर्नुमा तिनीहरूको मूर्खता देखाइदिनेछ। अध्यायको अन्त्यसम्म आइपुग्दा यस्तो उद्घोषणा गरिन्छ कि मिश्र बाबेललाई दिइनेछ; यसरी यो पहिचान गरिन्छ कि बाइबलको भविष्यवाणीका दस राजाहरूले आफ्नो सातौँ राज्य आधुनिक बाबेललाई—सातमध्येबाट भएको आठौँ राज्यलाई—कहिले दिन्छन्। त्यो भविष्यवाणी अध्यायको अन्त्यमा प्रस्तुत गरिएअनुसार सत्र वर्षपछि, 571 ईसा पूर्वमा, पूरा भयो। त्यसैले अध्याय 29 मा मिश्रसँग सम्बन्धित मिति-निर्देशनको पहिलो र अन्तिम दुवै उल्लेख समावेश छन्।</w:t>
      </w:r>
    </w:p>
    <w:p>
      <w:pPr>
        <w:pStyle w:val="ArticleScripture"/>
        <w:jc w:val="left"/>
      </w:pPr>
      <w:r>
        <w:rPr>
          <w:rFonts w:ascii="Nirmala UI" w:hAnsi="Nirmala UI" w:eastAsia="Nirmala UI" w:cs="Nirmala UI"/>
        </w:rPr>
        <w:t>सत्ताइसौँ वर्षमा, पहिलो महिनामा, महिनाको पहिलो दिनमा, परमप्रभुको वचन म कहाँ आयो, यसो भनिँदै: हे मानिसको सन्तान, बाबेलका राजा नबूकद्रेज्जरले आफ्नो सेनालाई टायरसको विरुद्ध ठूलो सेवा गरायो; प्रत्येक टाउको टकला पारियो, र प्रत्येक काँध छिलियो; तैपनि टायरसको विरुद्ध उसले गरेको सेवाको निम्ति न त उसले, न त उसको सेनाले, टायरसबाट कुनै ज्याला पाए: यसकारण परमप्रभु परमेश्वर यसो भन्नुहुन्छ; हेर, म मिश्रदेश बाबेलका राजा नबूकद्रेज्जरलाई दिनेछु; र उसले त्यसको भीडभाड लैजानेछ, त्यसको लुटको माल लैजानेछ, र त्यसको सिकार लैजानेछ; अनि त्यो उसको सेनाको ज्याला हुनेछ। मैले उसलाई मिश्रदेश उसको परिश्रमको बदला दिएको छु, जसद्वारा उसले त्यसको विरुद्ध सेवा गर्‍यो, किनकि तिनीहरूले मेरो निम्ति काम गरे, परमप्रभु परमेश्वर भन्नुहुन्छ। त्यस दिन म इस्राएलको घरानाको सीङ उम्रन लगाउनेछु, र म तिमीलाई तिनीहरूको बीचमा मुख खोल्ने अवसर दिनेछु; अनि तिनीहरूले जान्नेछन् कि म नै परमप्रभु हुँ। इजकिएल 29:17–21।</w:t>
      </w:r>
    </w:p>
    <w:p>
      <w:pPr>
        <w:pStyle w:val="ArticleBody"/>
        <w:jc w:val="left"/>
      </w:pPr>
      <w:r>
        <w:rPr>
          <w:rFonts w:ascii="Nirmala UI" w:hAnsi="Nirmala UI" w:eastAsia="Nirmala UI" w:cs="Nirmala UI"/>
        </w:rPr>
        <w:t>पद सत्रको पहिलो महिनाको पहिलो दिनको बीसौँ वर्षले इजकिएलका तेह्र मितिहरूमध्ये अन्तिम मितिलाई जनाउँछ, र यो ई.पू. ५७३ को अक्टोबर २२ पछि पर्ने एक मात्र मिति हो। यसले दानिय्येल ११:४२–४३ मा उत्तरका राजालाई मिश्र दिइएको समयलाई जनाउँछ, साथै त्यही बिन्दुलाई पनि जनाउँछ जब दस राजाहरूले सातमध्ये भएकै आठौँ राज्यलाई आफ्नो सातौँ राज्य सुम्पन्छन्। यो “इस्राएलको घरानाको सिङ” अंकुराउँदा पूरा हुन्छ। यशैयामा इस्राएल पूर्वीय बतासको दिनमा अंकुराउँछ।</w:t>
      </w:r>
    </w:p>
    <w:p>
      <w:pPr>
        <w:pStyle w:val="ArticleScripture"/>
        <w:jc w:val="left"/>
      </w:pPr>
      <w:r>
        <w:rPr>
          <w:rFonts w:ascii="Nirmala UI" w:hAnsi="Nirmala UI" w:eastAsia="Nirmala UI" w:cs="Nirmala UI"/>
        </w:rPr>
        <w:t>याकूबबाट आउनेहरूलाई उसले जरा गाड्न लगाउनेछ; इस्राएल फुल्नेछ र कोपिला लाग्नेछ, र संसारको मुख फलले भरिनेछ। यशैया 27:8।</w:t>
      </w:r>
    </w:p>
    <w:p>
      <w:pPr>
        <w:pStyle w:val="ArticleBody"/>
        <w:jc w:val="left"/>
      </w:pPr>
      <w:r>
        <w:rPr>
          <w:rFonts w:ascii="Nirmala UI" w:hAnsi="Nirmala UI" w:eastAsia="Nirmala UI" w:cs="Nirmala UI"/>
        </w:rPr>
        <w:t>जब इजकिएल 29:17 पूरा हुन्छ, र मिश्रको अजिङ्गर चाँडै आउन लागेको आइतबारको व्यवस्थामा पोपीय पशुलाई सुम्पिन्छ, तब पछिल्लो वर्षा इस्राएलमाथि नापविहीन रूपमा खन्याइनेछ। त्यो वर्षा 9/11 मा छर्काइका रूपमा आरम्भ भयो, जसको प्रतिरूप ख्रीष्टले आफ्ना पुनरुत्थानपछि आफ्ना पिताकहाँ आरोहण गरिसकेर फेरि पृथ्वीमा अवतरण गर्नुभएपछि आफ्ना चेलाहरूमाथि श्वास फुकेर देखाउनुभयो।</w:t>
      </w:r>
    </w:p>
    <w:p>
      <w:pPr>
        <w:pStyle w:val="ArticleScripture"/>
        <w:jc w:val="left"/>
      </w:pPr>
      <w:r>
        <w:rPr>
          <w:rFonts w:ascii="Nirmala UI" w:hAnsi="Nirmala UI" w:eastAsia="Nirmala UI" w:cs="Nirmala UI"/>
        </w:rPr>
        <w:t>“ख्रीष्टले आफ्ना चेलाहरूमाथि पवित्र आत्मा फुकिदिनुभएको र तिनीहरूलाई आफ्नो शान्ति प्रदान गर्नुभएको कार्य, पेन्टेकोस्टको दिन दिइन लागिरहेको प्रशस्त वर्षाभन्दा अघिका केही थोपा समान थियो।” Spirit of Prophecy, volume 3, 243.</w:t>
      </w:r>
    </w:p>
    <w:p>
      <w:pPr>
        <w:pStyle w:val="ArticleBody"/>
        <w:jc w:val="left"/>
      </w:pPr>
      <w:r>
        <w:rPr>
          <w:rFonts w:ascii="Nirmala UI" w:hAnsi="Nirmala UI" w:eastAsia="Nirmala UI" w:cs="Nirmala UI"/>
        </w:rPr>
        <w:t>मिश्रको पतनसम्बन्धी इजकिएलको भविष्यवाणी ई.पू. ५८७ मा, अर्थात् घेराबन्दीको वर्षमा, घोषणा गरिएको थियो, र ‘सत्र’ वर्षपछि त्यो भविष्यवाणी पूरा भयो। यो ‘सत्र’ सङ्ख्याले प्रतिनिधित्व गर्ने अवधिमा पूरा हुन्छ, यसरी दानियल ११ को पद चालीसको गुप्त इतिहासलाई प्रतिनिधित्व गर्दछ। यो इजकिएलको अध्याय ९ मा चित्रित एक लाख चवालीस हजारको छाप लगाइने समयमा पूरा हुनुपर्ने हो। छाप लगाइने समयमा पछिल्लो वर्षा खन्याइन्छ, पहिले ९/११ मा छर्काइको रूपमा, अनि त्यसपछि आइतबारको व्यवस्थामा पूर्ण उँडेलाइको रूपमा। यशैयाहका अनुसार यो “पूर्वी बतासको दिन” मा पूरा हुन्छ, र इस्लाम नै पूर्वी बतास हो, र इस्लाम नै तेस्रो “धिक्कार” हो। इजकिएलले खानुपर्ने सन्देश त्रिविध सन्देश थियो, जसको तेस्रो भाग धिक्कारको सन्देश थियो।</w:t>
      </w:r>
    </w:p>
    <w:p>
      <w:pPr>
        <w:pStyle w:val="ArticleBody"/>
        <w:jc w:val="left"/>
      </w:pPr>
      <w:r>
        <w:rPr>
          <w:rFonts w:ascii="Nirmala UI" w:hAnsi="Nirmala UI" w:eastAsia="Nirmala UI" w:cs="Nirmala UI"/>
        </w:rPr>
        <w:t>इजकिएलका तेह्रवटा मितियुक्त सन्देशहरू यरूशलेम, मिश्र र टायरसँग सम्बन्धित रूपमा प्रस्तुत गरिएका थिए। ती सबैले “तेह्र” सङ्ख्याले प्रतिनिधित्व गर्ने विद्रोहलाई सम्बोधन गरिरहेका थिए।</w:t>
      </w:r>
    </w:p>
    <w:p>
      <w:pPr>
        <w:pStyle w:val="ArticleBody"/>
        <w:jc w:val="left"/>
      </w:pPr>
      <w:r>
        <w:rPr>
          <w:rFonts w:ascii="Nirmala UI" w:hAnsi="Nirmala UI" w:eastAsia="Nirmala UI" w:cs="Nirmala UI"/>
        </w:rPr>
        <w:t>हामी अर्को लेखमा इजकिएलको मितिनिर्धारणबारे विचार गर्न निरन्तरता दिनेछौँ।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गुप्त इतिहास - संख्या छब्बीस</dc:title>
  <dc:subject>इजकिएल संख्या सात</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