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चालीसको लुकेको इतिहास - संख्या सत्ताइस</w:t>
      </w:r>
    </w:p>
    <w:p>
      <w:pPr>
        <w:pStyle w:val="ArticleSubtitle"/>
        <w:jc w:val="left"/>
      </w:pPr>
      <w:r>
        <w:rPr>
          <w:rFonts w:ascii="Nirmala UI" w:hAnsi="Nirmala UI" w:eastAsia="Nirmala UI" w:cs="Nirmala UI"/>
        </w:rPr>
        <w:t>इजकिएल संख्या आठ</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2026-08-17</w:t>
      </w:r>
    </w:p>
    <w:p>
      <w:pPr>
        <w:pStyle w:val="ArticleBody"/>
        <w:jc w:val="left"/>
      </w:pPr>
      <w:r>
        <w:rPr>
          <w:rFonts w:ascii="Nirmala UI" w:hAnsi="Nirmala UI" w:eastAsia="Nirmala UI" w:cs="Nirmala UI"/>
        </w:rPr>
        <w:t>इजकिएलको पुस्तकमा मितिहरूका ‘तेह्र’ वटा सन्दर्भहरू छन्; तीमध्ये छ वटा यरूशलेमसँग, छ वटा मिश्रसँग, र एउटा टायरसँग सम्बन्धित छन्। यी सबै सन्दर्भहरू विद्रोहको प्रसङ्गभित्र स्थापित छन्, जसको प्रतीक ‘तेह्र’ संख्या हो। इजकिएलकी पत्नी पक्षघातका कारण मरेपछि, तेस्रो घेराबन्दीको आरम्भलाई चिह्नित गर्ने त्यसको अर्को वर्ष, इजकिएललाई मिश्रको विरुद्धमा बोल्न आज्ञा दिइयो, र यसरी यो चालीस वर्षसम्म उजाड रहनेछ भनी घोषणा गरियो।</w:t>
      </w:r>
    </w:p>
    <w:p>
      <w:pPr>
        <w:pStyle w:val="ArticleScripture"/>
        <w:jc w:val="left"/>
      </w:pPr>
      <w:r>
        <w:rPr>
          <w:rFonts w:ascii="Nirmala UI" w:hAnsi="Nirmala UI" w:eastAsia="Nirmala UI" w:cs="Nirmala UI"/>
        </w:rPr>
        <w:t>र म मिश्रदेशलाई उजाड भएका देशहरूको बीचमा उजाड पारिदिनेछु, र उसका नगरहरू ध्वस्त पारिएका नगरहरूको बीचमा चालीस वर्षसम्म उजाड रहनेछन्; अनि म मिश्रवासीहरूलाई जाति-जातिहरूका बीचमा छरपस्ट पारिदिनेछु, र तिनीहरूलाई देश-देशमा तितरबितर गरिदिनेछु। तर परमप्रभु परमेश्वर यसो भन्नुहुन्छ: चालीस वर्षको अन्त्यमा म मिश्रवासीहरूलाई ती जातिहरूका बीचबाट, जहाँ तिनीहरू छरपस्ट पारिएका थिए, बटुली ल्याउनेछु; र म मिश्रको बन्दी अवस्थालाई फर्काइदिनेछु, र तिनीहरूलाई पत्रोसको देशमा, तिनीहरूको निवासभूमिमा, फर्केर जान लगाउनेछु; र त्यहाँ तिनीहरू एउटा हीन राज्य हुनेछन्। इजकिएल 29:12–14।</w:t>
      </w:r>
    </w:p>
    <w:p>
      <w:pPr>
        <w:pStyle w:val="ArticleBody"/>
        <w:jc w:val="left"/>
      </w:pPr>
      <w:r>
        <w:rPr>
          <w:rFonts w:ascii="Nirmala UI" w:hAnsi="Nirmala UI" w:eastAsia="Nirmala UI" w:cs="Nirmala UI"/>
        </w:rPr>
        <w:t>घेराबन्दी ५८८ ई.पू. मा आरम्भ भयो, र एक वर्षपछि ५८७ ई.पू. मा इजकिएललाई बोल्न आज्ञा दिइयो। पद ‘सत्र’ मा ५७१ ई.पू. ले जनाउँछ कि गरिएका सेवाहरूको प्रतिफलस्वरूप मिश्र बाबेललाई दिइनेछ। बाइबलकालविद्हरूले पदहरूमा उल्लेख गरिएको चालीस-वर्षीय अवधिका रूपमा ५६७ ई.पू. देखि ५२७ ई.पू. सम्म सुझाव दिन्छन्, र ५८७ ई.पू. मा घोषणा गरिएको प्रारम्भिक न्यायको सन्देशदेखि लिएर पद सत्रको ५७१ ई.पू. को घोषणासम्म, जसमा परमप्रभुले मिश्र नबूकदनेसरको हातमा दिनुभएको थियो, हामी ‘सत्र-वर्षीय’ अवधि भेट्टाउँछौं।</w:t>
      </w:r>
    </w:p>
    <w:p>
      <w:pPr>
        <w:pStyle w:val="ArticleBody"/>
        <w:jc w:val="left"/>
      </w:pPr>
      <w:r>
        <w:rPr>
          <w:rFonts w:ascii="Nirmala UI" w:hAnsi="Nirmala UI" w:eastAsia="Nirmala UI" w:cs="Nirmala UI"/>
        </w:rPr>
        <w:t>नेबूकदनेजरको सेनाले टायरको विरुद्ध लामो र कठिन अभियान लड्यो (घेराबन्दी करिब १३ वर्षसम्म चल्यो, लगभग ५८६–५७३ ईसा पूर्व)। सिपाहीहरूले अत्यन्तै कठोर परिश्रम गरे (हरेक टाउको तालु परेको थियो, र भारी बोझ बोक्दा हरेक काँध घोटिएर नाङ्गो भएको थियो), तैपनि उनीहरूले टायरबाट स्वयं कुनै उल्लेखनीय ज्याला वा लुटको माल पाएनन्। यस अलाभकारी श्रमका कारण, परमेश्वरले टायरको विरुद्ध उसको सेनाले गरेको कामको क्षतिपूर्तिस्वरूप (“ज्याला” का रूपमा) नेबूकदनेजरलाई मिश्र दिनुहुने निर्धारण गर्नुभयो।</w:t>
      </w:r>
    </w:p>
    <w:p>
      <w:pPr>
        <w:pStyle w:val="ArticleScripture"/>
        <w:jc w:val="left"/>
      </w:pPr>
      <w:r>
        <w:rPr>
          <w:rFonts w:ascii="Nirmala UI" w:hAnsi="Nirmala UI" w:eastAsia="Nirmala UI" w:cs="Nirmala UI"/>
        </w:rPr>
        <w:t>र त्यही घरमा बसिरहो, तिनीहरूले जे दिन्छन् त्यही खाँदै र पिउँदै; किनकि मजदूर आफ्नो ज्यालाको योग्य हुन्छ। घर–घर नसर्नू। लूका 10:7।</w:t>
      </w:r>
    </w:p>
    <w:p>
      <w:pPr>
        <w:pStyle w:val="ArticleBody"/>
        <w:jc w:val="left"/>
      </w:pPr>
      <w:r>
        <w:rPr>
          <w:rFonts w:ascii="Nirmala UI" w:hAnsi="Nirmala UI" w:eastAsia="Nirmala UI" w:cs="Nirmala UI"/>
        </w:rPr>
        <w:t>यसकारण नबूकदनेसरले पहिले टायरलाई लिए, र तेह्र वर्षको घेराबन्दीपछि उसलाई मिश्र दिइयो। टायरलाई लिनुभन्दा पहिले, उसले 586 BC मा यरूशलेमलाई लिए; त्यसपछि उसले टायरविरुद्ध तेह्र वर्षको घेराबन्दी पूरा गर्‍यो, र त्यसपछि मिश्रलाई। यरूशलेम 586 BC मा लिइयो, र टायरको घेराबन्दी 586 BC मा आरम्भ भई 573 BC सम्म चल्यो। तेह्र संख्या संयुक्त राज्य अमेरिकासँग सम्बन्धित छ।</w:t>
      </w:r>
    </w:p>
    <w:p>
      <w:pPr>
        <w:pStyle w:val="ArticleBody"/>
        <w:jc w:val="left"/>
      </w:pPr>
      <w:r>
        <w:rPr>
          <w:rFonts w:ascii="Nirmala UI" w:hAnsi="Nirmala UI" w:eastAsia="Nirmala UI" w:cs="Nirmala UI"/>
        </w:rPr>
        <w:t>बहिनी ह्वाइटले हामीलाई जानकारी दिनुहुन्छ कि इजकिएलको पुस्तकमा यरूशलेमले लाओदिकीया सेभेन्थ-डे एडभेन्टिस्ट मण्डलीलाई प्रतिनिधित्व गर्छ, र उत्तरका राजा नबूकदनेस्सरले अन्तिम दिनहरूमा पोपसत्तात्मक शक्तिलाई प्रतिनिधित्व गर्छ। उनन्तीसौँ अध्यायको ऐतिहासिक दृष्टान्तमा, “तिम्रा मानिसहरूका अन्तिम-दिनका डाँकाहरू” ले पोपसत्तात्मक रोमलाई प्रतिनिधित्व गर्दै, त्यस अध्यायमा तीनवटा सत्ताहरूलाई विजय गर्छ। पहिले उसले यरूशलेमलाई लिन्छ, त्यसपछि टायरलाई, र अन्ततः मिश्रलाई।</w:t>
      </w:r>
    </w:p>
    <w:p>
      <w:pPr>
        <w:pStyle w:val="ArticleBody"/>
        <w:jc w:val="left"/>
      </w:pPr>
      <w:r>
        <w:rPr>
          <w:rFonts w:ascii="Nirmala UI" w:hAnsi="Nirmala UI" w:eastAsia="Nirmala UI" w:cs="Nirmala UI"/>
        </w:rPr>
        <w:t>न्याय परमेश्वरको घरबाट आरम्भ हुन्छ, र संयुक्त राज्य अमेरिकामा प्रोटेस्टेन्टवादको सिङ आइतबारको व्यवस्थाभन्दा पहिले नै सर्वप्रथम पराजित गरिन्छ। संयुक्त राज्य अमेरिकामा धर्मत्यागी प्रोटेस्टेन्टवादको सिङभित्र लौडिकेयाली सेभेन्थ-डे एड्भेन्टिस्ट मण्डली पनि समावेश छ, जसले “अघिल्लो” करारका ती प्रजालाई प्रतिनिधित्व गर्दछ, जसलाई प्राचीन इस्राएललाई जस्तै सन् ३४ मा र प्रोटेस्टेन्टहरूलाई जस्तै १८४४ मा पार गरेर अघि बढियो। सन् ३४ र १८४४ मा परमेश्वरका ती अघिल्ला करारका प्रजामाथि गरिएका त्यस्ता पार-गर्ने कार्यहरू दानिएल 8:14 को तेइस-सय-वर्षीय अगमवाणीको भविष्यसूचक इतिहासमा दुवै प्रतिनिधित्व गरिएका छन्। न्याय परमेश्वरको घरबाट आरम्भ हुन्छ, र प्रोटेस्टेन्टवादको सिङको न्याय गणतन्त्रवादको सिङभन्दा पहिले गरिन्छ।</w:t>
      </w:r>
    </w:p>
    <w:p>
      <w:pPr>
        <w:pStyle w:val="ArticleScripture"/>
        <w:jc w:val="left"/>
      </w:pPr>
      <w:r>
        <w:rPr>
          <w:rFonts w:ascii="Nirmala UI" w:hAnsi="Nirmala UI" w:eastAsia="Nirmala UI" w:cs="Nirmala UI"/>
        </w:rPr>
        <w:t>किनकि समय आएको छ कि न्याय परमेश्वरको घरानाबाट सुरु हुनुपर्छ; र यदि यो पहिले हामीबाटै सुरु हुन्छ भने, परमेश्वरको सुसमाचारको आज्ञा नमान्नेहरूको अन्त के हुनेछ? १ पत्रुस ४:१७।</w:t>
      </w:r>
    </w:p>
    <w:p>
      <w:pPr>
        <w:pStyle w:val="ArticleBody"/>
        <w:jc w:val="left"/>
      </w:pPr>
      <w:r>
        <w:rPr>
          <w:rFonts w:ascii="Nirmala UI" w:hAnsi="Nirmala UI" w:eastAsia="Nirmala UI" w:cs="Nirmala UI"/>
        </w:rPr>
        <w:t>मिस्रको न्यायको पहिलो उल्लेख उनन्तीसौँ अध्यायको पहिलो पदमा पाइन्छ, र इजकिएलले मिस्रको सम्बन्धमा उल्लेख गरेको अन्तिम मिति यही अध्यायको ‘सत्र’ पदमा छ। यस अध्यायले आधुनिक रोमले पहिले प्रोटेस्टेन्टवादको सिङलाई, अनि टायरलाई, जो चाँडै आउन लागेको आइतबारको व्यवस्थामा पराजित हुने रिपब्लिकनवादको सिङको प्रतिनिधित्व गर्दछ, परास्त गरेको देखाउँछ। जब टायर (संयुक्त राज्य अमेरिका) आइतबारको व्यवस्थामा नबूकदनेसरद्वारा जितिन्छ, तब मिस्र पनि उसको हातमा सुम्पिन्छ। त्यस बिन्दुमा पोपसत्ताको प्राणघातक घाउ निको हुन्छ। पोपसत्ताको प्राणघातक घाउ त्यतिबेला मात्र निको हुँदैन, तर इजकिएलले हामीलाई यो पनि जानकारी दिन्छन् कि यो पछिल्लो वर्षाको अवधिमा हुन्छ।</w:t>
      </w:r>
    </w:p>
    <w:p>
      <w:pPr>
        <w:pStyle w:val="ArticleScripture"/>
        <w:jc w:val="left"/>
      </w:pPr>
      <w:r>
        <w:rPr>
          <w:rFonts w:ascii="Nirmala UI" w:hAnsi="Nirmala UI" w:eastAsia="Nirmala UI" w:cs="Nirmala UI"/>
        </w:rPr>
        <w:t>त्यस दिन म इस्राएलको घरानाको सिङ उम्राउन लगाउनेछु, र तिनीहरूका बीचमा म तिमीलाई मुख खोल्ने अवसर दिनेछु; अनि तिनीहरूले थाहा पाउनेछन् कि म नै परमप्रभु हुँ। इजकिएल 29:21।</w:t>
      </w:r>
    </w:p>
    <w:p>
      <w:pPr>
        <w:pStyle w:val="ArticleHeading"/>
        <w:jc w:val="left"/>
      </w:pPr>
      <w:r>
        <w:rPr>
          <w:rFonts w:ascii="Nirmala UI" w:hAnsi="Nirmala UI" w:eastAsia="Nirmala UI" w:cs="Nirmala UI"/>
        </w:rPr>
        <w:t>याकूब र इस्राएल</w:t>
      </w:r>
    </w:p>
    <w:p>
      <w:pPr>
        <w:pStyle w:val="ArticleBody"/>
        <w:jc w:val="left"/>
      </w:pPr>
      <w:r>
        <w:rPr>
          <w:rFonts w:ascii="Nirmala UI" w:hAnsi="Nirmala UI" w:eastAsia="Nirmala UI" w:cs="Nirmala UI"/>
        </w:rPr>
        <w:t>यशैयाले इस्राएलले कोपिला हाल्छ, फुल्छ, र सारा पृथ्वीलाई फलले भरिदिन्छ भनी चिन्ह लगाउँछन्। कोपिला हाल्ने, फुल्ने र फल फलाउने यी तीन चरणहरू ल्याउने कुरा वर्षाले नै हो, र यशैयाका अनुसार “कडा बतास” थामिँदा पछिल्लो वर्षा आउँछ। उनले अझै यसलाई पनि स्पष्ट पार्छन् कि कोपिला हाल्ने, फुल्ने र फल फलाउने अवधिमा याकूबका पापहरू शुद्ध पारिनु पर्दछ, र “शुद्ध पारिएको” भनेर अनुवाद गरिएको हिब्रू शब्दको अर्थ प्रायश्चित्त गरिएको हो।</w:t>
      </w:r>
    </w:p>
    <w:p>
      <w:pPr>
        <w:pStyle w:val="ArticleScripture"/>
        <w:jc w:val="left"/>
      </w:pPr>
      <w:r>
        <w:rPr>
          <w:rFonts w:ascii="Nirmala UI" w:hAnsi="Nirmala UI" w:eastAsia="Nirmala UI" w:cs="Nirmala UI"/>
        </w:rPr>
        <w:t>यसले अंकुरित हुँदा तैंले त्यसलाई मात्रामा दण्ड दिनेछस्; पूर्वीय वायु बहने दिनमा उहाँले आफ्नो कठोर बतास थाम्नुहुन्छ। यसकारण याकूबको अधर्म यसैद्वारा शुद्ध पारिनेछ; र उसको पाप हटाइने सम्पूर्ण फल यही हो—जब उसले वेदीका सबै ढुंगाहरूलाई फुटाइएका खडियाका ढुंगाजस्तै बनाउँछ, तब वनदेवताका थानहरू र कुँदिएका मूर्तिहरू उभिरहनेछैनन्। यशैया 27:8, 9।</w:t>
      </w:r>
    </w:p>
    <w:p>
      <w:pPr>
        <w:pStyle w:val="ArticleBody"/>
        <w:jc w:val="left"/>
      </w:pPr>
      <w:r>
        <w:rPr>
          <w:rFonts w:ascii="Nirmala UI" w:hAnsi="Nirmala UI" w:eastAsia="Nirmala UI" w:cs="Nirmala UI"/>
        </w:rPr>
        <w:t>जब कलहका चार वायूहरू (उसको कठोर वायु) रोकिइन्छन्, तब एक लाख चौवालीस हजारको छाप लगाउने कार्य आरम्भ हुन्छ, र एडभेन्टवादभित्रका बुद्धिमान् र दुष्ट अन्ततः अलग गरिन्छन्; अनि यी सबै “पूर्वीय वायुको दिन”मा सम्पन्न हुन्छन्। छाप लगाउने समय 9/11 मा भएको छर्काइबाट आरम्भ भयो, र यो आइतवारको व्यवस्था लागु हुँदा पूर्ण खन्याइद्वारा समाप्त हुन्छ, जब पृथ्वी फलले भरिन्छ। छाप लगाउने समय मलाकी तीनसँग मेल खाने क्रमिक शुद्धीकरण र शोधन हो। तर इजकिएल उनन्तीसको आरम्भ र अन्त्य मितिहरूद्वारा प्रतिनिधित्व गरिएको सत्र-वर्षीय अवधिमा, बाइबलको भविष्यवाणीको छैटौँ राज्यको विजय हुन्छ, जुन यरूशलेमद्वारा प्रतिनिधित्व गरिएको छ—प्रोटेस्टेन्टवादको सिङ, अर्थात् मण्डलीको प्रतीक—र टायर, जो सिङ वा रिपब्लिकनवादको प्रतीक हो—अर्थात् राज्य। टायरको तेह्र-वर्षीय घेराबन्दीको अन्त्यको तुरुन्तपछि, मिश्रद्वारा प्रतिनिधित्व गरिएका दस राजाहरूको सातौँ राज्यको विजय हुन्छ। यरूशलेम, टायर, र मिश्रका यी तीन विजयहरू “इस्राएलको घरानाको सिङ” अङ्कुरित हुँदा, र त्यसलाई मुख खोल्ने अवसर दिइँदा, सम्पन्न हुन्छन्।</w:t>
      </w:r>
    </w:p>
    <w:p>
      <w:pPr>
        <w:pStyle w:val="ArticleBody"/>
        <w:jc w:val="left"/>
      </w:pPr>
      <w:r>
        <w:rPr>
          <w:rFonts w:ascii="Nirmala UI" w:hAnsi="Nirmala UI" w:eastAsia="Nirmala UI" w:cs="Nirmala UI"/>
        </w:rPr>
        <w:t>पुरोहित इजकिएल र पुरोहित जकरियाह दुवैको मूकता आइतबारको व्यवस्थामा अन्त हुन्छ, जब संयुक्त राज्य अमेरिका र बलामको गधा दुवैले बोल्छन्। प्रभुले आइतबारको व्यवस्थामा इस्राएलको घरानालाई “मुख खोलिने” दिनुहुन्छ। त्यसबेला याकूबका पापहरू शुद्ध पारिएका हुन्छन् र उसको नाउँ परिवर्तन भई इस्राएलको घराना राखिन्छ। उनीहरूले घोषणा गर्ने सन्देश भविष्यसूचक मूकताको तेस्रो साक्षीद्वारा प्रतिनिर्दिष्ट गरिएको छ, जुन दानिएलद्वारा प्रतिनिधित्व गरिएको छ, जसलाई त्यसबेला दानिएल अध्याय एघारको सन्देश दिइन्छ, जुन हबकूकको दर्शन पनि हो, जसले त्यसपछि ‘बोल्छ र झूट बोल्दैन।’ इजकिएल, जकरियाह र दानिएल तेस्रो स्वर्गदूतको ठूलो पुकारको घोषणासँग समरेखित हुन्छन्; त्यस्तै यर्मिया पनि अध्याय पन्ध्रमा, जहाँ उसलाई पहिलो निराशाबाट फर्किएमा परमेश्वरको मुख हुने प्रतिज्ञा दिइएको छ।</w:t>
      </w:r>
    </w:p>
    <w:p>
      <w:pPr>
        <w:pStyle w:val="ArticleScripture"/>
        <w:jc w:val="left"/>
      </w:pPr>
      <w:r>
        <w:rPr>
          <w:rFonts w:ascii="Nirmala UI" w:hAnsi="Nirmala UI" w:eastAsia="Nirmala UI" w:cs="Nirmala UI"/>
        </w:rPr>
        <w:t>मेरो पीडा किन निरन्तर रहन्छ, र मेरो घाउ किन निको नहुने, जो निको हुन इन्कार गर्छ? के तँ मेरो निम्ति पूर्णतया झूटो जस्तै, र सुक्ने पानीजस्तै हुनेछस्? यसकारण परमप्रभु यसो भन्नुहुन्छ, यदि तँ फर्किस् भने, म तँलाई फेरि ल्याउनेछु, र तँ मेरो सामु उभिनेछस्; अनि यदि तैले तुच्छबाट बहुमूल्यलाई अलग पारिस् भने, तँ मेरो मुखजस्तै हुनेछस्; तिनीहरू तेरोतर्फ फर्कून्, तर तँचाहिँ तिनीहरूतर्फ नफर्किस्। यर्मिया १५:१८, १९।</w:t>
      </w:r>
    </w:p>
    <w:p>
      <w:pPr>
        <w:pStyle w:val="ArticleBody"/>
        <w:jc w:val="left"/>
      </w:pPr>
      <w:r>
        <w:rPr>
          <w:rFonts w:ascii="Nirmala UI" w:hAnsi="Nirmala UI" w:eastAsia="Nirmala UI" w:cs="Nirmala UI"/>
        </w:rPr>
        <w:t>येशूले अन्त्यलाई आरम्भद्वारा दृष्टान्तित गर्नुहुन्छ, र ९/११ मा छर्काइले कोपिलाहरू उत्पन्न गर्‍यो र याकूबको बिरुवा बढ्न थाल्यो; अनि अन्ततः जब याकूबको अधर्म शुद्ध पारिन्छ, तब इस्राएलको घरानाले बोल्नेछ। ९/११ मा वर्षाद्वारा सम्पन्न भएको त्यो कोपिला फूट्नुले छाप लगाइने समयको अन्त्यमा हुने एक कोपिला फूट्नुलाई प्रतिरूपित गर्दछ, जब इस्राएलको घरानाको “सिङ” अंकुराउँछ—ठ्याक्कै त्यहीँ, जहाँ धर्मत्यागी प्रोटेस्टेन्टवाद र रिपब्लिकनवादका सिङहरू नबूकदनेसरद्वारा परास्त हुन्छन्।</w:t>
      </w:r>
    </w:p>
    <w:p>
      <w:pPr>
        <w:pStyle w:val="ArticleBody"/>
        <w:jc w:val="left"/>
      </w:pPr>
      <w:r>
        <w:rPr>
          <w:rFonts w:ascii="Nirmala UI" w:hAnsi="Nirmala UI" w:eastAsia="Nirmala UI" w:cs="Nirmala UI"/>
        </w:rPr>
        <w:t>त्यस बिन्दुमा प्रोटेस्टान्टवादको झूटा सिङ्ग र प्रोटेस्टान्टवादको साँचो सिङ्गबीचको भिन्नता, इस्राएलका कुलहरूका अन्य लठ्ठीहरूभन्दा भिन्न रूपमा कोपिला लागेको हारूनको लठ्ठीद्वारा प्रतिरूपित भएको जस्तै, परस्पर विपरीत रूपमा देखाइन्छ। इजकिएलको उनन्तीसौँ अध्यायका दुई मितिहरूले छिट्टै आउन लागेको आइतबारको व्यवस्थामा एक लाख चौवालीस हजारका झण्डा उठाइने इतिहासलाई पहिचान गराउँछन्।</w:t>
      </w:r>
    </w:p>
    <w:p>
      <w:pPr>
        <w:pStyle w:val="ArticleBody"/>
        <w:jc w:val="left"/>
      </w:pPr>
      <w:r>
        <w:rPr>
          <w:rFonts w:ascii="Nirmala UI" w:hAnsi="Nirmala UI" w:eastAsia="Nirmala UI" w:cs="Nirmala UI"/>
        </w:rPr>
        <w:t>फल लाग्न कली लाग्ने, फूल फुल्ने र पृथ्वीलाई फलले परिपूर्ण गर्ने प्रक्रिया 9/11 मा पछिल्लो वर्षाको छर्काइबाट आरम्भ भयो, ठीक त्यसरी नै जसरी पेन्तेकोस्तको समय ख्रीष्टले आफ्ना चेलामाथि केही थोपा सास फुक्नुभएर आरम्भ गर्नुभयो, जसले अन्ततः पेन्तेकोस्ततर्फ डोर्‍यायो, जहाँ पूर्ण उँडेलाइ भयो। याकूब (हडप्ने) को शुद्धीकरणको आरम्भमा, जुन छाप लगाइने समय हो, 9/11 को कली लागाइले, आइतबारको व्यवस्थाको समयमा इस्राएलको घराना (विजयी हुने) को कली लागाइलाई प्रतिरूपित गर्‍यो। अन्त्यको कली लागाइले पहिलेको करारका मानिसहरू र एक लाख चवालीस हजारबीच भिन्नता चिह्नित गरिरहेको छ, ठीक त्यसरी नै जसरी कर्मेल पर्वतमा आगोको उँडेलाइले अगमवक्ता एलिया र बालका अगमवक्ताहरूबीच भिन्नता प्रकट गर्‍यो। यो भिन्नता एक वर्गद्वारा प्रतिनिधित्व गरिएको छ, जो झूटा शान्ति र सुरक्षा सन्देशका कारण अगमवाणीगत रूपमा लज्जित छन्, र अर्को वर्ग अगमवाणीगत रूपमा आनन्दित छन्, र तिनीहरू कहिल्यै लज्जित हुने छैनन्।</w:t>
      </w:r>
    </w:p>
    <w:p>
      <w:pPr>
        <w:pStyle w:val="ArticleHeading"/>
        <w:jc w:val="left"/>
      </w:pPr>
      <w:r>
        <w:rPr>
          <w:rFonts w:ascii="Nirmala UI" w:hAnsi="Nirmala UI" w:eastAsia="Nirmala UI" w:cs="Nirmala UI"/>
        </w:rPr>
        <w:t>मिस्रका छ वटा मितिहरू</w:t>
      </w:r>
    </w:p>
    <w:p>
      <w:pPr>
        <w:pStyle w:val="ArticleBody"/>
        <w:jc w:val="left"/>
      </w:pPr>
      <w:r>
        <w:rPr>
          <w:rFonts w:ascii="Nirmala UI" w:hAnsi="Nirmala UI" w:eastAsia="Nirmala UI" w:cs="Nirmala UI"/>
        </w:rPr>
        <w:t>इजकिएलले मिश्रसँग सम्बन्धित अन्य चार मितिहरूको उल्लेख गर्छन्, र तीमध्ये दुई मितिहरूले बन्दीवासको एघारौँ वर्षलाई जनाउँछन्, अनि अन्य दुई मितिहरूले बन्दीवासको बाह्रौँ वर्षलाई जनाउँछन्।</w:t>
      </w:r>
    </w:p>
    <w:p>
      <w:pPr>
        <w:pStyle w:val="ArticleHeading"/>
        <w:jc w:val="left"/>
      </w:pPr>
      <w:r>
        <w:rPr>
          <w:rFonts w:ascii="Nirmala UI" w:hAnsi="Nirmala UI" w:eastAsia="Nirmala UI" w:cs="Nirmala UI"/>
        </w:rPr>
        <w:t>एघारौँ वर्षको घेराबन्दी</w:t>
      </w:r>
    </w:p>
    <w:p>
      <w:pPr>
        <w:pStyle w:val="ArticleScripture"/>
        <w:jc w:val="left"/>
      </w:pPr>
      <w:r>
        <w:rPr>
          <w:rFonts w:ascii="Nirmala UI" w:hAnsi="Nirmala UI" w:eastAsia="Nirmala UI" w:cs="Nirmala UI"/>
        </w:rPr>
        <w:t>एघारौँ वर्षमा, पहिलो महिनामा, महिनाको सातौँ दिनमा, परमप्रभुको वचन म कहाँ आयो, यसो भन्दै, हे मानिसका पुत्र, मैले मिश्रका राजा फिरऊनको बाहु भाँचिदिएको छु; र हेर, त्यसलाई निको पार्न पट्टी बाँधिनेछैन, न त कस्सेर बाँधिनेछ, ताकि त्यो तरवार समात्न सक्ने गरी बलियो होस्। इजकिएल 30:20, 21.</w:t>
      </w:r>
    </w:p>
    <w:p>
      <w:pPr>
        <w:pStyle w:val="ArticleScripture"/>
        <w:jc w:val="left"/>
      </w:pPr>
      <w:r>
        <w:rPr>
          <w:rFonts w:ascii="Nirmala UI" w:hAnsi="Nirmala UI" w:eastAsia="Nirmala UI" w:cs="Nirmala UI"/>
        </w:rPr>
        <w:t>अनि एघारौँ वर्षमा, तेस्रो महिनामा, महिनाको पहिलो दिनमा यस्तो भयो कि परमप्रभुको वचन म कहाँ आयो, यसो भन्दै, हे मानिसको पुत्र, मिश्रका राजा फिरौन र उसको भीडलाई भन; तिमी आफ्नो महानतामा कससँग तुल्य छौ? इजकिएल 31:1, 2.</w:t>
      </w:r>
    </w:p>
    <w:p>
      <w:pPr>
        <w:pStyle w:val="ArticleBody"/>
        <w:jc w:val="left"/>
      </w:pPr>
      <w:r>
        <w:rPr>
          <w:rFonts w:ascii="Nirmala UI" w:hAnsi="Nirmala UI" w:eastAsia="Nirmala UI" w:cs="Nirmala UI"/>
        </w:rPr>
        <w:t>बन्धुवासको एघारौँ वर्षमा, अध्याय तीसमा मिश्र र फिरऊनका भुजाहरू भाँचिएका छन्, र बाबेलका भुजाहरू सुदृढ पारिएका छन्। अध्याय एकतीसको एघारौँ वर्षमा मिश्रको पतन र त्यसको संसारमाथिको प्रभावलाई चिन्हित गरिएको छ।</w:t>
      </w:r>
    </w:p>
    <w:p>
      <w:pPr>
        <w:pStyle w:val="ArticleHeading"/>
        <w:jc w:val="left"/>
      </w:pPr>
      <w:r>
        <w:rPr>
          <w:rFonts w:ascii="Nirmala UI" w:hAnsi="Nirmala UI" w:eastAsia="Nirmala UI" w:cs="Nirmala UI"/>
        </w:rPr>
        <w:t>बाह्रौँ वर्ष र यरूशलेमको पतन</w:t>
      </w:r>
    </w:p>
    <w:p>
      <w:pPr>
        <w:pStyle w:val="ArticleBody"/>
        <w:jc w:val="left"/>
      </w:pPr>
      <w:r>
        <w:rPr>
          <w:rFonts w:ascii="Nirmala UI" w:hAnsi="Nirmala UI" w:eastAsia="Nirmala UI" w:cs="Nirmala UI"/>
        </w:rPr>
        <w:t>बाह्रौँ वर्षका ती दुई मितिहरू इजकिएल ३२ मा अवस्थित छन्।</w:t>
      </w:r>
    </w:p>
    <w:p>
      <w:pPr>
        <w:pStyle w:val="ArticleScripture"/>
        <w:jc w:val="left"/>
      </w:pPr>
      <w:r>
        <w:rPr>
          <w:rFonts w:ascii="Nirmala UI" w:hAnsi="Nirmala UI" w:eastAsia="Nirmala UI" w:cs="Nirmala UI"/>
        </w:rPr>
        <w:t>बाह्रौँ वर्षमा, बाह्रौँ महिनाको पहिलो दिनमा, यस्तो भयो कि परमप्रभुको वचन म कहाँ आयो, यसो भन्दै, “हे मानिसको पुत्र, मिश्रका राजा फिरऊनको विषयमा विलाप उठाऊ, र उसलाई भन, ‘तँ जातिहरूमाझको एउटा जवान सिंहजस्तै छस्, र तँ समुद्रहरूमा रहेको एउटा ठूलो जलचरजस्तै छस्; तँ आफ्ना नदीहरूसित निस्किस्, आफ्ना खुट्टाले पानीहरूलाई धमिल्यायौ, र तिनका नदीहरूलाई फोहर पार्यौ।’ परमप्रभु परमेश्वर यसो भन्नुहुन्छ: ‘यसकारण म धेरै मानिसहरूको जमातसहित तँमाथि मेरो जाल फैलाउनेछु; र तिनीहरूले तँलाई मेरो जालमा तानेर निकाल्नेछन्।’ इजकिएल 32:1–3.</w:t>
      </w:r>
    </w:p>
    <w:p>
      <w:pPr>
        <w:pStyle w:val="ArticleScripture"/>
        <w:jc w:val="left"/>
      </w:pPr>
      <w:r>
        <w:rPr>
          <w:rFonts w:ascii="Nirmala UI" w:hAnsi="Nirmala UI" w:eastAsia="Nirmala UI" w:cs="Nirmala UI"/>
        </w:rPr>
        <w:t>यो पनि भयो कि बाह्रौं वर्षको पन्ध्रौँ दिनमा परमप्रभुको वचन म कहाँ आयो, यसो भन्दै, हे मानिसको पुत्र, मिश्रको भीडका निम्ति विलाप गर, र तिनीहरूलाई—त्यसलाई समेत, र प्रसिद्ध जातिहरूका छोरीहरूलाई—तिनीहरूका साथमा जो खाल्डोमा ओर्लन्छन्, पृथ्वीका अधोलोक भागहरूतिर तल फालिदे। इजकिएल 32:17, 18.</w:t>
      </w:r>
    </w:p>
    <w:p>
      <w:pPr>
        <w:pStyle w:val="ArticleHeading"/>
        <w:jc w:val="left"/>
      </w:pPr>
      <w:r>
        <w:rPr>
          <w:rFonts w:ascii="Nirmala UI" w:hAnsi="Nirmala UI" w:eastAsia="Nirmala UI" w:cs="Nirmala UI"/>
        </w:rPr>
        <w:t>फाराओ र उनका भीड</w:t>
      </w:r>
    </w:p>
    <w:p>
      <w:pPr>
        <w:pStyle w:val="ArticleBody"/>
        <w:jc w:val="left"/>
      </w:pPr>
      <w:r>
        <w:rPr>
          <w:rFonts w:ascii="Nirmala UI" w:hAnsi="Nirmala UI" w:eastAsia="Nirmala UI" w:cs="Nirmala UI"/>
        </w:rPr>
        <w:t>मिस्रमाथि एकतीसौँ अध्यायको घोषणामा, अन्तिम पदहरू यसो भन्छन्:</w:t>
      </w:r>
    </w:p>
    <w:p>
      <w:pPr>
        <w:pStyle w:val="ArticleScripture"/>
        <w:jc w:val="left"/>
      </w:pPr>
      <w:r>
        <w:rPr>
          <w:rFonts w:ascii="Nirmala UI" w:hAnsi="Nirmala UI" w:eastAsia="Nirmala UI" w:cs="Nirmala UI"/>
        </w:rPr>
        <w:t>मैले तिनको पतनको शब्दले जातिहरूलाई काँप्न लगाए, जब मैले उसलाई खाडलमा ओर्लनेहरूसित अधोलोकमा फ्याँकेँ; अनि एदेनका सबै वृक्षहरू, लेबनानका चुनिएका र उत्तमहरू, पानी पिउने सबै, पृथ्वीका अधोभागहरूमा सान्त्वना पाउनेछन्। तिनीहरू पनि तरवारले मारिएकाहरूकहाँ, उसकै साथ अधोलोकमा ओर्ले; अनि ती, जो उसका भुजा थिए, जो अन्यजातिहरूका बीचमा त्यसको छायाँमुनि बस्थे। महिमा र महानतामा एदेनका वृक्षहरूका बीचमा तँ कससँग यसरी तुल्य छस्? तैपनि तँ एदेनका वृक्षहरूसित पृथ्वीका अधोभागहरूमा तल ल्याइनेछस्; तरवारले मारिएकाहरूसित तँ खतना नभएकाहरूका बीचमा सुतेको हुनेछस्। परमप्रभु परमेश्वर भन्नुहुन्छ, यही फिरऊन र त्यसको समस्त भीड हो। इजकिएल 31:16–18.</w:t>
      </w:r>
    </w:p>
    <w:p>
      <w:pPr>
        <w:pStyle w:val="ArticleBody"/>
        <w:jc w:val="left"/>
      </w:pPr>
      <w:r>
        <w:rPr>
          <w:rFonts w:ascii="Nirmala UI" w:hAnsi="Nirmala UI" w:eastAsia="Nirmala UI" w:cs="Nirmala UI"/>
        </w:rPr>
        <w:t>बत्तीसौँ अध्यायमा मिश्रविरुद्धको घोषणामा, अन्तिम पदहरूले एकतीसौँ अध्यायको कथनलाई दोहोर्‍याउँछन् र विस्तार पनि गर्छन्, अनि यसमा समानान्तर समापन-वक्तव्य पनि समावेश छ।</w:t>
      </w:r>
    </w:p>
    <w:p>
      <w:pPr>
        <w:pStyle w:val="ArticleScripture"/>
        <w:jc w:val="left"/>
      </w:pPr>
      <w:r>
        <w:rPr>
          <w:rFonts w:ascii="Nirmala UI" w:hAnsi="Nirmala UI" w:eastAsia="Nirmala UI" w:cs="Nirmala UI"/>
        </w:rPr>
        <w:t>किनकि मैले जीवितहरूको देशमा मेरो भय फैलाएको छु; र ऊ खतना नगरिएकाहरूका बीचमा, तरवारले मारिएकाहरूका साथमा सुताइनेछ, अर्थात् फिरऊन र उसका सबै भीड, परमप्रभु परमेश्वर भन्नुहुन्छ। इजकिएल 32:32.</w:t>
      </w:r>
    </w:p>
    <w:p>
      <w:pPr>
        <w:pStyle w:val="ArticleHeading"/>
        <w:jc w:val="left"/>
      </w:pPr>
      <w:r>
        <w:rPr>
          <w:rFonts w:ascii="Nirmala UI" w:hAnsi="Nirmala UI" w:eastAsia="Nirmala UI" w:cs="Nirmala UI"/>
        </w:rPr>
        <w:t>उनन्तीसौँ अध्यायका सत्र वर्षहरू</w:t>
      </w:r>
    </w:p>
    <w:p>
      <w:pPr>
        <w:pStyle w:val="ArticleBody"/>
        <w:jc w:val="left"/>
      </w:pPr>
      <w:r>
        <w:rPr>
          <w:rFonts w:ascii="Nirmala UI" w:hAnsi="Nirmala UI" w:eastAsia="Nirmala UI" w:cs="Nirmala UI"/>
        </w:rPr>
        <w:t>उनन्तीसौँ अध्यायमा प्रतिनिधित्व गरिएको सत्र-वर्षीय अवधिमा रहेका मितिहरूले नबूकदनेसरले मिश्रलाई विजय गरेको घटना, र मिश्रको चालीस-वर्षीय उजाड अवस्थाको अवधिलाई पहिचान गराउँछन्। चालीसले उजाडस्थानलाई जनाउँछ, जसले पृथ्वी उजाड रहने एक हजार वर्षको प्रतीकात्मक संकेत गर्दछ।</w:t>
      </w:r>
    </w:p>
    <w:p>
      <w:pPr>
        <w:pStyle w:val="ArticleScripture"/>
        <w:jc w:val="left"/>
      </w:pPr>
      <w:r>
        <w:rPr>
          <w:rFonts w:ascii="Nirmala UI" w:hAnsi="Nirmala UI" w:eastAsia="Nirmala UI" w:cs="Nirmala UI"/>
        </w:rPr>
        <w:t>मैले पृथ्वीलाई हेरेँ, र हेर, त्यो निराकार र शून्य थियो; अनि आकाशलाई पनि, र त्यसमा कुनै ज्योति थिएन। मैले पहाडहरूलाई हेरेँ, र हेर, तिनीहरू काँपिरहेका थिए, अनि सबै डाँडाहरू हलुका रूपमा डोलिरहेका थिए। मैले हेरेँ, र हेर, त्यहाँ कुनै मानिस थिएन, अनि आकाशका सबै पक्षीहरू उडेर भागिसकेका थिए। मैले हेरेँ, र हेर, उर्वर स्थान उजाडस्थान बनेको थियो, र त्यसका सबै सहरहरू परमप्रभुको उपस्थितिमा र उहाँको प्रचण्ड क्रोधद्वारा भत्काइएका थिए। किनकि परमप्रभुले यसरी भन्नुभएको छ, “सम्पूर्ण भूमि उजाड हुनेछ; तापनि म त्यसको पूर्ण अन्त्य गर्नेछैनँ।” यर्मिया 4:23–27.</w:t>
      </w:r>
    </w:p>
    <w:p>
      <w:pPr>
        <w:pStyle w:val="ArticleBody"/>
        <w:jc w:val="left"/>
      </w:pPr>
      <w:r>
        <w:rPr>
          <w:rFonts w:ascii="Nirmala UI" w:hAnsi="Nirmala UI" w:eastAsia="Nirmala UI" w:cs="Nirmala UI"/>
        </w:rPr>
        <w:t>इजकिएल उनन्तीस अध्यायमा उल्लिखित मिश्रको उजाडपनका चालीस वर्षहरूको अन्त्यमा दुष्टहरूको अन्तिम पुनरुत्थान र तिनीहरूको परम विनाश प्रस्तुत गरिएको छ।</w:t>
      </w:r>
    </w:p>
    <w:p>
      <w:pPr>
        <w:pStyle w:val="ArticleScripture"/>
        <w:jc w:val="left"/>
      </w:pPr>
      <w:r>
        <w:rPr>
          <w:rFonts w:ascii="Nirmala UI" w:hAnsi="Nirmala UI" w:eastAsia="Nirmala UI" w:cs="Nirmala UI"/>
        </w:rPr>
        <w:t>हे पृथ्वीका बासिन्दा, भय, खाल्डो, र पासो तँमाथि आएका छन्। अनि यस्तो हुनेछ कि जो भयको कोलाहलबाट भाग्छ, ऊ खाल्डोमा पर्नेछ; र जो खाल्डोको बीचबाट माथि निस्कन्छ, ऊ पासोमा समातिनेछ; किनकि माथिबाट आकाशका झ्यालहरू खोलिएका छन्, र पृथ्वीका जगहरू हल्लिएका छन्। पृथ्वी पूर्णतः चकनाचूर पारिएको छ, पृथ्वी सम्पूर्ण रूपमा भङ्ग भएको छ, पृथ्वी अत्यन्तै डगमगाइएको छ। पृथ्वी मतवाला मानिसझैँ यताउति डगमगाउनेछ, र झुपडीझैँ हटाइनेछ; अनि त्यसको अपराध त्यसैमाथि भारी हुनेछ; र त्यो ढल्नेछ, र फेरि कहिल्यै उठ्नेछैन। अनि त्यस दिन यस्तो हुनेछ कि परमप्रभुले माथि रहेका उच्चजनहरूको सेनालाई दण्ड दिनुहुनेछ, र पृथ्वीका राजाहरूलाई पृथ्वीमै दण्ड दिनुहुनेछ। अनि तिनीहरूलाई बन्दीहरूलाई खाल्डोमा जम्मा गरिएझैँ एकसाथ जम्मा गरिनेछ, र तिनीहरूलाई कारागारमा थुनिनेछ, र धेरै दिनपछि तिनीहरूलाई भेट गरिनेछ। यशैया 24:17–22.</w:t>
      </w:r>
    </w:p>
    <w:p>
      <w:pPr>
        <w:pStyle w:val="ArticleBody"/>
        <w:jc w:val="left"/>
      </w:pPr>
      <w:r>
        <w:rPr>
          <w:rFonts w:ascii="Nirmala UI" w:hAnsi="Nirmala UI" w:eastAsia="Nirmala UI" w:cs="Nirmala UI"/>
        </w:rPr>
        <w:t>मिस्रसँग सम्बन्धित छवटा मितिहरूद्वारा एकत्रित गरिएको इजकिएलको सन्देशले सांसारिक अजिङ्गर शक्तिको अन्तिम विनाशलाई चिनाउँछ, जुन चाँडै आउन लागेको आइतबारको व्यवस्थाबाट आरम्भ हुन्छ र सहस्राब्दीको अन्त्यमा दुष्ट मिस्रीहरूको अन्तिम विनाशसम्म निरन्तर अघि बढिरहन्छ।</w:t>
      </w:r>
    </w:p>
    <w:p>
      <w:pPr>
        <w:pStyle w:val="ArticleBody"/>
        <w:jc w:val="left"/>
      </w:pPr>
      <w:r>
        <w:rPr>
          <w:rFonts w:ascii="Nirmala UI" w:hAnsi="Nirmala UI" w:eastAsia="Nirmala UI" w:cs="Nirmala UI"/>
        </w:rPr>
        <w:t>भविष्यवाणीसम्बन्धी साक्ष्यमा पशु र झूटा भविष्यवक्ता आगोको तालमा आफ्नो अन्त्यमा पुग्छन्, जसले ख्रीष्टको दोस्रो आगमनलाई प्रतिनिधित्व गर्दछ; तर अजिङ्गरको शक्तिको आगोको तालद्वारा हुने विनाश सहस्राब्दीको अन्त्यमा हुन्छ।</w:t>
      </w:r>
    </w:p>
    <w:p>
      <w:pPr>
        <w:pStyle w:val="ArticleScripture"/>
        <w:jc w:val="left"/>
      </w:pPr>
      <w:r>
        <w:rPr>
          <w:rFonts w:ascii="Nirmala UI" w:hAnsi="Nirmala UI" w:eastAsia="Nirmala UI" w:cs="Nirmala UI"/>
        </w:rPr>
        <w:t>अनि त्यस पशु समातियो, र त्यससँगै त्यो झूटा अगमवक्ता पनि, जसले त्यसको सामुन्ने चमत्कारहरू गरेको थियो, जसद्वारा त्यसले पशुको छाप ग्रहण गर्नेहरूलाई र त्यसको मूर्तिको पूजा गर्नेहरूलाई छल गर्‍यो। ती दुवैलाई गन्धकले दन्किरहेको आगोको तलाउमा जीवितै फालियो। अनि बाँकीहरू घोडामाथि बस्नुहुनेको मुखबाट निस्कने तरवारद्वारा मारिए; र सबै पक्षीहरू तिनीहरूको मासुले तृप्त भए। प्रकाश 19:20, 21.</w:t>
      </w:r>
    </w:p>
    <w:p>
      <w:pPr>
        <w:pStyle w:val="ArticleBody"/>
        <w:jc w:val="left"/>
      </w:pPr>
      <w:r>
        <w:rPr>
          <w:rFonts w:ascii="Nirmala UI" w:hAnsi="Nirmala UI" w:eastAsia="Nirmala UI" w:cs="Nirmala UI"/>
        </w:rPr>
        <w:t>पशु र झूटा अगमवक्ता भविष्यवाणीगत रूपमा ख्रीष्टको दोस्रो आगमनमा अन्त्य हुन्छन्, तर अजिङ्गरले आफ्नो भाग्य ख्रीष्टको तेस्रो आगमनमा, एक हजार वर्षपछि, भोग्छ।</w:t>
      </w:r>
    </w:p>
    <w:p>
      <w:pPr>
        <w:pStyle w:val="ArticleScripture"/>
        <w:jc w:val="left"/>
      </w:pPr>
      <w:r>
        <w:rPr>
          <w:rFonts w:ascii="Nirmala UI" w:hAnsi="Nirmala UI" w:eastAsia="Nirmala UI" w:cs="Nirmala UI"/>
        </w:rPr>
        <w:t>अनि मैले एउटा स्वर्गदूतलाई स्वर्गबाट ओर्लेर आएको देखें, जसको हातमा अथाह खाडलको साँचो र एउटा ठूलो सिक्री थियो। अनि त्यसले त्यस अजिङ्गरलाई, त्यो प्राचीन सर्पलाई, जो शैतान र दियाबलस हो, समात्यो र त्यसलाई एक हजार वर्षसम्म बाँध्यो, अनि त्यसलाई अथाह खाडलमा फालिदियो, र त्यसलाई थुनेर त्यसैमाथि मोहोर लगायो, ताकि एक हजार वर्ष पूरा नहोउञ्जेल त्यसले जातिहरूलाई फेरि बहकाउन नसकोस्; र त्यसपछि त्यसलाई केही समयका लागि फुकुवा गरिनुपर्छ। प्रकाश 20:1–3.</w:t>
      </w:r>
    </w:p>
    <w:p>
      <w:pPr>
        <w:pStyle w:val="ArticleHeading"/>
        <w:jc w:val="left"/>
      </w:pPr>
      <w:r>
        <w:rPr>
          <w:rFonts w:ascii="Nirmala UI" w:hAnsi="Nirmala UI" w:eastAsia="Nirmala UI" w:cs="Nirmala UI"/>
        </w:rPr>
        <w:t>एघारौँ र बाह्रौँ वर्षहरू</w:t>
      </w:r>
    </w:p>
    <w:p>
      <w:pPr>
        <w:pStyle w:val="ArticleBody"/>
        <w:jc w:val="left"/>
      </w:pPr>
      <w:r>
        <w:rPr>
          <w:rFonts w:ascii="Nirmala UI" w:hAnsi="Nirmala UI" w:eastAsia="Nirmala UI" w:cs="Nirmala UI"/>
        </w:rPr>
        <w:t>इजकिएल उनन्तीस अध्यायका दुई मितिहरूद्वारा प्रस्तुत गरिएको ‘सत्र’ वर्षको अवधि बन्दीवासको दशौँ वर्षमा आरम्भ भयो र सत्ताइसौँ वर्षमा समाप्त भयो। तीस र एकतीस अध्यायका सन्देशहरू एघारौँ वर्षमा प्रस्तुत गरिए, र बत्तीस अध्यायमा प्रस्तुत गरिएका दुई मितिहरू बन्दीवासको बाह्रौँ वर्षमा दिइए। दशौँ वर्षमा आरम्भ भएको सत्र-वर्षीय अवधि, अर्थात् यरूशलेमको घेराबन्दीको सुरुआततिर, त्यसपछि तीस र एकतीस अध्यायहरूमा प्रस्तुत गरिएका एघारौँ वर्षका मिश्रसम्बन्धी दुई सन्देशहरूद्वारा अनुसरण गरियो। एघारौँ वर्षका ती दुई सन्देशहरूले संयुक्त रूपमा आइतबारको व्यवस्थाअघि ठीक अघिको एउटा सन्देशलाई प्रतिनिधित्व गर्छन्। बाह्रौँ वर्षका अन्य दुई मिश्रसम्बन्धी सन्देशहरू 586/585 ईसा पूर्वमा यरूशलेमको विनाश हुँदा वा त्यसको लगत्तैपछि प्रकट भए।</w:t>
      </w:r>
    </w:p>
    <w:p>
      <w:pPr>
        <w:pStyle w:val="ArticleBody"/>
        <w:jc w:val="left"/>
      </w:pPr>
      <w:r>
        <w:rPr>
          <w:rFonts w:ascii="Nirmala UI" w:hAnsi="Nirmala UI" w:eastAsia="Nirmala UI" w:cs="Nirmala UI"/>
        </w:rPr>
        <w:t>ख्रीष्टको आगमनको सन्देश मध्यरात्रिको पुकारको सन्देशको एक अंशको रूपमा घोषणा गरिन्छ, जुन आइतवारको व्यवस्थाको समयमा उच्च पुकारको सन्देशमा परिवर्तन हुन्छ। आइतवारको व्यवस्थाभन्दा अघि मिश्रका दुई सन्देशहरू घोषणा गरिन्छन्, र आइतवारको व्यवस्थाको समयमा वा त्यसको लगत्तैपछि मिश्रका अन्य दुई सन्देशहरू घोषणा गरिन्छन्। एउटै वर्षमा दिइएका सन्देशहरूको यो दोहोरोपन—यरूशलेमको विनाशमा टुंगिने घेराबन्दीको अवधिमा दिइएका सन्देशहरू र आइतवारको व्यवस्थाको समयमा दिइएका अन्य दुई सन्देशहरू—दोस्रो स्वर्गदूतको सन्देशको प्रतीक हो, जहाँ सधैं दोहोरोपन हुन्छ।</w:t>
      </w:r>
    </w:p>
    <w:p>
      <w:pPr>
        <w:pStyle w:val="ArticleBody"/>
        <w:jc w:val="left"/>
      </w:pPr>
      <w:r>
        <w:rPr>
          <w:rFonts w:ascii="Nirmala UI" w:hAnsi="Nirmala UI" w:eastAsia="Nirmala UI" w:cs="Nirmala UI"/>
        </w:rPr>
        <w:t>दोस्रो सन्देशलाई सधैं तेस्रो सन्देशले अनुसरण गर्दछ।</w:t>
      </w:r>
    </w:p>
    <w:p>
      <w:pPr>
        <w:pStyle w:val="ArticleScripture"/>
        <w:jc w:val="left"/>
      </w:pPr>
      <w:r>
        <w:rPr>
          <w:rFonts w:ascii="Nirmala UI" w:hAnsi="Nirmala UI" w:eastAsia="Nirmala UI" w:cs="Nirmala UI"/>
        </w:rPr>
        <w:t>“कलम र स्वरद्वारा हामीले यस घोषणालाई निनादित गर्नुपर्छ, तिनको क्रम तथा ती भविष्यवाणीहरूको प्रयोग देखाउँदै, जसले हामीलाई तेस्रो स्वर्गदूतको सन्देशसम्म ल्याउँछन्। पहिलो र दोस्रोबिना तेस्रो हुन सक्दैन। यी सन्देशहरू हामीले प्रकाशनहरूमा, प्रवचनहरूमा, भविष्यसूचक इतिहासको शृंखलामा भइसकेका कुराहरू र हुन आउने कुराहरू देखाउँदै, संसारलाई दिनुपर्छ।” Selected Messages, book 2, 104, 105.</w:t>
      </w:r>
    </w:p>
    <w:p>
      <w:pPr>
        <w:pStyle w:val="ArticleBody"/>
        <w:jc w:val="left"/>
      </w:pPr>
      <w:r>
        <w:rPr>
          <w:rFonts w:ascii="Nirmala UI" w:hAnsi="Nirmala UI" w:eastAsia="Nirmala UI" w:cs="Nirmala UI"/>
        </w:rPr>
        <w:t>तेस्रो सन्देशमा अनुग्रह-अवधिको ढोका बन्द हुन्छ। संयुक्त राज्य अमेरिकाका लागि आइतबारको व्यवस्था लागू हुँदा अनुग्रह-अवधि बन्द हुन्छ, र माइकल उठ्नुभएपछि संसारका लागि अनुग्रह-अवधि बन्द हुन्छ। यी दुवै बन्द ढोकाहरूले एउटै तेस्रो सन्देशलाई प्रतिनिधित्व गर्छन्, जसको अघि सधैं दोस्रो सन्देश आउँछ, र त्यो दोस्रो सन्देश सधैं द्वैध स्वरूपको हुन्छ।</w:t>
      </w:r>
    </w:p>
    <w:p>
      <w:pPr>
        <w:pStyle w:val="ArticleBody"/>
        <w:jc w:val="left"/>
      </w:pPr>
      <w:r>
        <w:rPr>
          <w:rFonts w:ascii="Nirmala UI" w:hAnsi="Nirmala UI" w:eastAsia="Nirmala UI" w:cs="Nirmala UI"/>
        </w:rPr>
        <w:t>दोस्रो स्वर्गदूतको सशक्तीकरण तब पूरा हुन्छ, जब त्यो मध्यरातको पुकारको सन्देशसँग संयुक्त हुन्छ। मानवजातिमाथि उच्चारित ती दुई सन्देशहरू, जसलाई इजकिएलले तीसौँ र एकतीसौँ अध्यायमा मिश्रविरुद्ध गरेका घोषणाहरूले प्रतिनिधित्व गर्दछ, मध्यरातको पुकारको सन्देश कहिले दोस्रो स्वर्गदूतसँग संयुक्त हुन्छ भन्ने कुरा पहिचान गराउँछन्; र बत्तीसौँ अध्यायका ती दुई सन्देशहरूले ठूलो पुकारमा तेस्रो स्वर्गदूतको सशक्तीकरणलाई पहिचान गराउँदैछन्।</w:t>
      </w:r>
    </w:p>
    <w:p>
      <w:pPr>
        <w:pStyle w:val="ArticleBody"/>
        <w:jc w:val="left"/>
      </w:pPr>
      <w:r>
        <w:rPr>
          <w:rFonts w:ascii="Nirmala UI" w:hAnsi="Nirmala UI" w:eastAsia="Nirmala UI" w:cs="Nirmala UI"/>
        </w:rPr>
        <w:t>मानवीय घटनाहरूको जटिल परस्परक्रियाका इजकिएलका चक्रहरूले मानवजातिका लागि अन्तिम चेतावनीलाई पहिचान गराउँछन्, जुन तेस्रो स्वर्गदूतको चेतावनी हो; र तेस्रो स्वर्गदूत पहिलो र दोस्रो स्वर्गदूतहरूको चेतावनीहरू मिलेर बनेको हो। आइतबारको व्यवस्थाअघि भएको मध्यरातको पुकार र आइतबारको व्यवस्थापछि भएको ठूलो पुकार इजकिएलका चार मितिहरूद्वारा प्रतिनिधित्व गरिएका छन्, जो अध्याय उनन्तीसका अल्फा र ओमेगा मितिहरूका ‘सत्र’ वर्षभित्र पर्छन्, र ती मितिहरू दानिएल अध्याय एघार पद चालीसको गुप्त इतिहाससँग समरेखित छन्, जसरी सोही अध्यायका पद एघारदेखि सोह्रसम्ममा प्रतिनिधित्व गरिएको छ।</w:t>
      </w:r>
    </w:p>
    <w:p>
      <w:pPr>
        <w:pStyle w:val="ArticleBody"/>
        <w:jc w:val="left"/>
      </w:pPr>
      <w:r>
        <w:rPr>
          <w:rFonts w:ascii="Nirmala UI" w:hAnsi="Nirmala UI" w:eastAsia="Nirmala UI" w:cs="Nirmala UI"/>
        </w:rPr>
        <w:t>दानिय्येल अध्याय दसमा, इजकिएलझैँ, दानिय्येललाई गूँगो बनाइन्छ। दानिय्येलको गूँगोपन तीनवटा स्पर्शहरूको बीचमा ल्याइन्छ; पहिलो र तेस्रो स्पर्श स्वर्गदूत गब्रिएलबाट आए र बीचको स्पर्श ख्रीष्टको स्पर्श थियो। दानिय्येल, कैसरिया-फिलिप्पीदेखि क्रूससम्मको अवधिबीचमा रहेको पत्रुसझैँ, बीचमा छ। बीचमा पत्रुसले महिमित ख्रीष्टलाई देख्यो, जसरी दानिय्येलले अध्याय दशमा देख्यो। तीन स्वर्गदूतहरूमध्ये बीचको स्वर्गदूत दोस्रो सन्देश हो, जुन दुईवटा सन्देशहरूको संयोजन हो।</w:t>
      </w:r>
    </w:p>
    <w:p>
      <w:pPr>
        <w:pStyle w:val="ArticleHeading"/>
        <w:jc w:val="left"/>
      </w:pPr>
      <w:r>
        <w:rPr>
          <w:rFonts w:ascii="Nirmala UI" w:hAnsi="Nirmala UI" w:eastAsia="Nirmala UI" w:cs="Nirmala UI"/>
        </w:rPr>
        <w:t>चौथो महिनाको पाँचौँ दिन र 1844</w:t>
      </w:r>
    </w:p>
    <w:p>
      <w:pPr>
        <w:pStyle w:val="ArticleBody"/>
        <w:jc w:val="left"/>
      </w:pPr>
      <w:r>
        <w:rPr>
          <w:rFonts w:ascii="Nirmala UI" w:hAnsi="Nirmala UI" w:eastAsia="Nirmala UI" w:cs="Nirmala UI"/>
        </w:rPr>
        <w:t>इजकिएल अध्याय १, पद १ र २ मा, इजकिएल चौथो महिनाको पाँचौँ दिनमा छन्, जुन 1844 को सातौँ महिनाको आन्दोलनको मध्य भागसँग मेल खान्छ। इजकिएल 1844 को अप्रिल 19 र अक्टोबर 22 को बीचमा छन्, ठीक त्यसरी नै जसरी 1844 मा मध्यरात्रिको पुकारका सन्देशवाहक स्यामुएल स्नो, बोस्टनमा सन्देशको आफ्नो पहिलो स्पष्ट दृष्टि प्रस्तुत गर्दा, अप्रिल 19 पछि 93 दिन र 1844 को अक्टोबर 22 मा ढोका बन्द हुनुभन्दा 93 दिनअघि, मध्य अवस्थामै थिए। स्यामुएल स्नो 1844 को जुलाई 21 मा बोस्टनमा, सातौँ महिनाको आन्दोलनको मध्य भागमा थिए, यस कुराप्रति अनभिज्ञ हुँदै कि तिनी भविष्यवाणीगत रूपमा रूपान्तरणको पर्वतमा पत्रुस, सत्रौँ जुबिली चक्रको तिसौँ वर्षमा इजकिएल, र अध्याय १० को ऐनामा हेर्ने दर्शनको क्रममा दानिएलको दोस्रो स्पर्शसँग उभिएका थिए। 2026 ले 2028 मा समाप्त हुने सत्तरीौँ जुबिली चक्रको सैंतालीसौँ वर्षलाई प्रतिनिधित्व गर्दछ।</w:t>
      </w:r>
    </w:p>
    <w:p>
      <w:pPr>
        <w:pStyle w:val="ArticleHeading"/>
        <w:jc w:val="left"/>
      </w:pPr>
      <w:r>
        <w:rPr>
          <w:rFonts w:ascii="Nirmala UI" w:hAnsi="Nirmala UI" w:eastAsia="Nirmala UI" w:cs="Nirmala UI"/>
        </w:rPr>
        <w:t>टायर</w:t>
      </w:r>
    </w:p>
    <w:p>
      <w:pPr>
        <w:pStyle w:val="ArticleBody"/>
        <w:jc w:val="left"/>
      </w:pPr>
      <w:r>
        <w:rPr>
          <w:rFonts w:ascii="Nirmala UI" w:hAnsi="Nirmala UI" w:eastAsia="Nirmala UI" w:cs="Nirmala UI"/>
        </w:rPr>
        <w:t>हामीले यरूशलेमसम्बन्धी इजकिएलका छवटा सन्दर्भहरूको मितिनिर्धारणतर्फ पुनः फर्कनुभन्दा पहिले, टायरको विरुद्धमा घोषणा गरिएको त्यो एकमात्र मितिलाई पहिला पहिचान गर्नुपर्छ।</w:t>
      </w:r>
    </w:p>
    <w:p>
      <w:pPr>
        <w:pStyle w:val="ArticleScripture"/>
        <w:jc w:val="left"/>
      </w:pPr>
      <w:r>
        <w:rPr>
          <w:rFonts w:ascii="Nirmala UI" w:hAnsi="Nirmala UI" w:eastAsia="Nirmala UI" w:cs="Nirmala UI"/>
        </w:rPr>
        <w:t>अनि एघारौं वर्षमा, महिनाको पहिलो दिन, परमप्रभुको वचन म कहाँ आयो, यसो भन्दै, हे मानिसको सन्तान, किनकि टायरसले यरूशलेमको विरुद्ध यसो भनेको छ, आहा, जनताका ढोकाहरू भएकी त्यो भाँचिई; ऊ मतिर फर्किई; अब जब त्यो उजाड पारिएकी छ, म भरिपूर्ण हुनेछु: यसकारण परमप्रभु यहोवा यसो भन्नुहुन्छ; हेर, हे टायरस, म तेरो विरुद्धमा छु, र समुद्रले आफ्ना छालहरू उठाएझैँ म धेरै जातिहरूलाई तेरो विरुद्ध उठाइआउनेछु। अनि तिनीहरूले टायरसका पर्खालहरू नष्ट गर्नेछन्, र त्यसका गढहरू ढालिदिनेछन्: म त्यसको धूलोसम्म त्यसबाट सफा पारिदिनेछु, र त्यसलाई चट्टानको टुप्पोजस्तै बनाइदिनेछु। त्यो समुद्रको बीचमा जाल सुकाउने स्थान हुनेछ: किनकि मैले यो बोलेको छु, परमप्रभु यहोवा भन्नुहुन्छ: र त्यो जातिहरूका निम्ति लुट हुनेछ। अनि मैदानमा भएका त्यसका छोरीहरू तरवारले मारिनेछन्; तब तिनीहरूले थाहा पाउनेछन् कि म नै परमप्रभु हुँ। किनकि परमप्रभु यहोवा यसो भन्नुहुन्छ; हेर, म उत्तरतर्फबाट घोडाहरू, रथहरू, घोडचढीहरू, फौजहरू, र धेरै मानिसहरू सहित बाबेलका राजा नबूकद्रेज़्जरलाई, राजाहरूका राजा, टायरसको विरुद्ध ल्याउनेछु।</w:t>
      </w:r>
    </w:p>
    <w:p>
      <w:pPr>
        <w:pStyle w:val="ArticleScripture"/>
        <w:jc w:val="left"/>
      </w:pPr>
      <w:r>
        <w:rPr>
          <w:rFonts w:ascii="Nirmala UI" w:hAnsi="Nirmala UI" w:eastAsia="Nirmala UI" w:cs="Nirmala UI"/>
        </w:rPr>
        <w:t>उसले मैदानमा रहेका तेरा छोरीहरूलाई तरवारले मार्नेछ; अनि उसले तेरो विरुद्ध एउटा किल्ला खडा गर्नेछ, र तेरो विरुद्ध एउटा बाँध उठाउनेछ, र तेरो विरुद्ध ढाल उचाल्नेछ। अनि उसले तेरा पर्खालहरूका विरुद्ध युद्धका यन्त्रहरू खडा गर्नेछ, र आफ्ना बन्चरोहरूले तेरा गुम्बजहरू भत्काउनेछ। उसका घोडाहरूको प्रशस्तताका कारण तिनका धूलोले तँलाई ढाक्नेछ; घोडचढीहरू, रथका पाङ्ग्राहरू, र रथहरूको शब्दले तेरा पर्खालहरू थर्कनेछन्, जब ऊ तेरा ढोकाहरूभित्र यसरी पस्नेछ, जसरी प्वाल पारिएको शहरमा मानिसहरू प्रवेश गर्छन्। आफ्ना घोडाहरूका खुरहरूले उसले तेरा सबै सडकहरू कुल्चीमिल्ची गर्नेछ; उसले तेरा मानिसहरूलाई तरवारले मार्नेछ, र तेरा बलिया किल्लाहरू भूमिमा ढल्नेछन्। अनि तिनीहरूले तेरा धनसम्पत्तिलाई लुटको माल बनाउनेछन्, र तेरा व्यापारिक सामानहरूलाई शिकारझैँ हरण गर्नेछन्; तिनीहरूले तेरा पर्खालहरू भत्काउनेछन्, र तेरा रमणीय घरहरू नष्ट गर्नेछन्; अनि तेरा ढुङ्गाहरू, तेरा काठहरू, र तेरो धूलो पानीको बीचमा फ्याँकिदिनेछन्। अनि म तेरा गीतहरूको आवाज बन्द गरिदिनेछु; र तेरा वीणाहरूको स्वर फेरि सुनिनेछैन। अनि म तँलाई चट्टानको टुप्पाजस्तै बनाउनेछु; तँ जाल सुकाउने ठाउँ हुनेछस्; तँ फेरि कहिल्यै निर्माण गरिनेछैनस्; किनकि म परमप्रभु नै बोलेको छु, परमप्रभु यहोवा भन्नुहुन्छ।</w:t>
      </w:r>
    </w:p>
    <w:p>
      <w:pPr>
        <w:pStyle w:val="ArticleScripture"/>
        <w:jc w:val="left"/>
      </w:pPr>
      <w:r>
        <w:rPr>
          <w:rFonts w:ascii="Nirmala UI" w:hAnsi="Nirmala UI" w:eastAsia="Nirmala UI" w:cs="Nirmala UI"/>
        </w:rPr>
        <w:t>परमप्रभु यहोवा टायरसलाई यसो भन्नुहुन्छ: जब तेरो पतनको आवाज सुनिन्छ, जब घाइतेहरू कराउँछन्, जब तेरो बीचमा संहार गरिन्छ, तब के टापुहरू काँप्नेछैनन् र? तब समुद्रका सबै प्रधानहरू आफ्ना सिंहासनहरूबाट ओर्लनेछन्, आफ्ना पोशाकहरू उतारेर राख्नेछन्, र आफ्ना कढाइदार वस्त्रहरू फुकाल्नेछन्; तिनीहरूले आफूलाई थरथरीले ढाक्नेछन्; तिनीहरू भूमिमा बस्नेछन्, र प्रत्येक क्षण काँपिरहनेछन्, र तँलाई देखेर स्तब्ध हुनेछन्। अनि तिनीहरूले तेरो विषयमा विलाप उठाउनेछन्, र तँलाई भन्नेछन्, ‘हे समुद्र यात्रा गर्ने मानिसहरूले वास गरेको, प्रख्यात नगर, जो समुद्रमा सामर्थी थियो, तिमी र तेरा बासिन्दाहरू, जसले त्यहाँ वास गर्ने सबैमा आफ्नो त्रास फैलाएका थियौ—तँ कसरी नष्ट भइस्!’ अब तेरो पतनको दिनमा टापुहरू काँप्नेछन्; हो, समुद्रमा रहेका टापुहरू तेरो प्रस्थानले व्याकुल हुनेछन्। किनकि परमप्रभु यहोवा यसो भन्नुहुन्छ: जब म तँलाई निर्जन नगर बनाउनेछु, ती नगरहरूजस्तै जो बसोबासरहित छन्; जब म तेरो विरुद्ध अगाध गहिराइ उठाउनेछु, र महान् जलराशिहरूले तँलाई ढाक्नेछन्; जब म तँलाई खाडलमा ओर्लनेहरूका साथ तल झार्नेछु, प्राचीनकालका मानिसहरूका साथ, र तँलाई पृथ्वीका तल्ला भागहरूमा, पुरानादेखिका निर्जन स्थानहरूमा, खाडलमा ओर्लनेहरूका साथ राख्नेछु, ताकि तँमा फेरि बसोबास नहोस्; अनि म जीवितहरूको देशमा महिमा स्थापित गर्नेछु; म तँलाई भयको वस्तु बनाउनेछु, र तँ फेरि रहनेछैनस्; तैपनि तँलाई खोजिनेछ, तर तँ फेरि कहिल्यै फेला पर्नेछैनस्, परमप्रभु यहोवा भन्नुहुन्छ। इजकिएल 26:1–21.</w:t>
      </w:r>
    </w:p>
    <w:p>
      <w:pPr>
        <w:pStyle w:val="ArticleBody"/>
        <w:jc w:val="left"/>
      </w:pPr>
      <w:r>
        <w:rPr>
          <w:rFonts w:ascii="Nirmala UI" w:hAnsi="Nirmala UI" w:eastAsia="Nirmala UI" w:cs="Nirmala UI"/>
        </w:rPr>
        <w:t>यरूशलेम नष्ट भएको वर्षमा टायरको सन्देश घोषणा गरिएको थियो, र यसले चाँडै आउने आइतबारको व्यवस्थामा बाइबलीय अगमवाणीको छैटौँ राज्यको पतनलाई प्रतिनिधित्व गर्दछ। आइतबारको व्यवस्थामा संयुक्त राज्य अमेरिका (टायर) अगमवाणीअनुसार हर्षित हुन्छ, किनकि त्यसले यरूशलेमलाई परास्त गरेको हुन्छ, जसलाई सिस्टर ह्वाइटले लाओडिसियाको सेभेन्थ-डे एड्भेन्टिस्ट मण्डलीको रूपमा चिनाउनुहुन्छ, र जसलाई इजकिएलले “जातिहरूका ढोकाहरू” भनी सम्बोधन गर्छन्। टायरले यरूशलेम “थियो” भनी, भूतकालमा, जातिहरूका ढोकाहरू थियो भन्ने पहिचान गर्दछ। अगमवाणीअनुसार “ढोका” भनेको एक मण्डली हो।</w:t>
      </w:r>
    </w:p>
    <w:p>
      <w:pPr>
        <w:pStyle w:val="ArticleScripture"/>
        <w:jc w:val="left"/>
      </w:pPr>
      <w:r>
        <w:rPr>
          <w:rFonts w:ascii="Nirmala UI" w:hAnsi="Nirmala UI" w:eastAsia="Nirmala UI" w:cs="Nirmala UI"/>
        </w:rPr>
        <w:t>अनि तिनी भयभीत भए, र भने, यो स्थान कति भयङ्कर छ! यो अरू केही होइन, परमेश्वरको भवन नै हो, र यही स्वर्गको ढोका हो। अनि याकूब बिहानै सबेरै उठे, र आफूले शिरानीको लागि राखेको ढुङ्गा लिए, त्यसलाई स्तम्भको रूपमा ठड्याए, र त्यसको टुप्पोमा तेल खन्याए। अनि उनले त्यस स्थानको नाउँ बेतेल राखे; तर पहिले त्यस सहरको नाउँ लूज थियो। उत्पत्ति २८:१७–१९।</w:t>
      </w:r>
    </w:p>
    <w:p>
      <w:pPr>
        <w:pStyle w:val="ArticleBody"/>
        <w:jc w:val="left"/>
      </w:pPr>
      <w:r>
        <w:rPr>
          <w:rFonts w:ascii="Nirmala UI" w:hAnsi="Nirmala UI" w:eastAsia="Nirmala UI" w:cs="Nirmala UI"/>
        </w:rPr>
        <w:t>“Bethel” शब्दको अर्थ परमेश्वरको घर हो, र टायर यस कारण हर्षित हुन्छ कि उसले लाओडिसियाको सातौँ-दिनको एडभेन्टिस्ट मण्डलीलाई सूर्य-पूजाको प्रवर्तन स्वीकार गर्न बाध्य पारेको छ। तर सूर्य-पूजाको प्रवर्तन गराउनेहरूको भ्रमित उत्सवको बाबजुद, परमेश्वरले इजकिएलद्वारा यसो भन्नुहुन्छ: “हे टायरस, हेर, म तेरो विरुद्धमा छु, र म धेरै जातिहरूलाई तेरो विरुद्धमा चढाइ ल्याउनेछु, जसरी समुद्रले आफ्ना छालहरू उठाउँछ। अनि तिनीहरूले टायरसका पर्खालहरू नष्ट गर्नेछन्, र उसका गढहरू भत्काइदिनेछन्।”</w:t>
      </w:r>
    </w:p>
    <w:p>
      <w:pPr>
        <w:pStyle w:val="ArticleBody"/>
        <w:jc w:val="left"/>
      </w:pPr>
      <w:r>
        <w:rPr>
          <w:rFonts w:ascii="Nirmala UI" w:hAnsi="Nirmala UI" w:eastAsia="Nirmala UI" w:cs="Nirmala UI"/>
        </w:rPr>
        <w:t>“टायरसका पर्खालहरू” ले टायरसको संरक्षणलाई जनाउँछन्। “पर्खाल” दश आज्ञाहरूको प्रतीक हो।</w:t>
      </w:r>
    </w:p>
    <w:p>
      <w:pPr>
        <w:pStyle w:val="ArticleScripture"/>
        <w:jc w:val="left"/>
      </w:pPr>
      <w:r>
        <w:rPr>
          <w:rFonts w:ascii="Nirmala UI" w:hAnsi="Nirmala UI" w:eastAsia="Nirmala UI" w:cs="Nirmala UI"/>
        </w:rPr>
        <w:t>“यहाँ अगमवक्ता त्यस्ता मानिसहरूको वर्णन गर्छन्, जो सत्य र धार्मिकताबाट भएको सामान्य विचलनको समयमा परमेश्वरको राज्यको जग हुने सिद्धान्तहरूलाई पुनर्स्थापित गर्न खोजिरहेका छन्। तिनीहरू परमेश्वरको व्यवस्थामा पारिएको भंगको जीर्णोद्धार गर्नेहरू हुन्—त्यो पर्खाल, जुन उहाँले आफ्ना चुनिएका जनहरूको सुरक्षाको लागि तिनीहरूका वरिपरि राख्नुभएको छ, र जसका न्याय, सत्य, र पवित्रतासम्बन्धी आज्ञाहरूको आज्ञापालन तिनीहरूको स्थायी सुरक्षा हुनुपर्ने हो।” Prophets and Kings, 677.</w:t>
      </w:r>
    </w:p>
    <w:p>
      <w:pPr>
        <w:pStyle w:val="ArticleBody"/>
        <w:jc w:val="left"/>
      </w:pPr>
      <w:r>
        <w:rPr>
          <w:rFonts w:ascii="Nirmala UI" w:hAnsi="Nirmala UI" w:eastAsia="Nirmala UI" w:cs="Nirmala UI"/>
        </w:rPr>
        <w:t>परमेश्वरको व्यवस्था सुरक्षाको पर्खाल हो, तर बहुवचनमा प्रयोग गरिएको “पर्खालहरू” ले ती दुई सिद्धान्तहरूलाई जनाउँछ, जसले संयुक्त राज्य अमेरिकाको रिपब्लिकन सीङको प्रतीक टायरसको समृद्धि र सफलतालाई “सुरक्षित” राखे र उत्पन्न गरे।</w:t>
      </w:r>
    </w:p>
    <w:p>
      <w:pPr>
        <w:pStyle w:val="ArticleScripture"/>
        <w:jc w:val="left"/>
      </w:pPr>
      <w:r>
        <w:rPr>
          <w:rFonts w:ascii="Nirmala UI" w:hAnsi="Nirmala UI" w:eastAsia="Nirmala UI" w:cs="Nirmala UI"/>
        </w:rPr>
        <w:t>“‘र त्यसका थुमाजस्ता दुईवटा सिङ थिए।’ ती थुमाजस्ता सिङहरूले युवावस्था, निष्कपटता, र नम्रतालाई जनाउँछन्, र १७९८ मा अगमवक्तालाई ‘उदाउँदै’ गरेको रूपमा प्रस्तुत गरिँदा संयुक्त राज्य अमेरिकाको चरित्रलाई यथार्थ रूपमा प्रतिनिधित्व गर्छन्। ख्रीष्टियन निर्वासितहरूमध्ये, जो पहिले अमेरिकातर्फ भागे र राजकीय अत्याचार तथा पादरीय असहिष्णुताबाट आश्रय खोजे, धेरै यस्ता थिए जसले नागरिक तथा धार्मिक स्वतन्त्रताको विशाल आधारशिलामाथि सरकार स्थापना गर्ने दृढ निश्चय गरे। तिनीहरूको विचारले स्वतन्त्रताको घोषणापत्रमा स्थान पाए, जसले यो महान् सत्य प्रतिपादन गर्दछ कि ‘सबै मानिसहरू समान रूपमा सृष्टि गरिएका छन्’ र ‘जीवन, स्वतन्त्रता, र सुखको खोजी’ गर्ने अविच्छेद्य अधिकारले विभूषित छन्। अनि संविधानले जनतालाई स्वशासनको अधिकारको प्रत्याभूति दिन्छ, यस व्यवस्था सहित कि जनमतद्वारा निर्वाचित प्रतिनिधिहरूले व्यवस्था बनाउने र त्यसको प्रशासन गर्नेछन्। धार्मिक विश्वासको स्वतन्त्रता पनि प्रदान गरिएको थियो, प्रत्येक मानिसलाई आफ्नो अन्तःकरणको आदेशअनुसार परमेश्वरको उपासना गर्न अनुमति दिइयो। गणतन्त्रवाद र प्रोटेस्टेन्टवाद राष्ट्रका आधारभूत सिद्धान्तहरू बने। यही सिद्धान्तहरू त्यसको शक्ति र समृद्धिको रहस्य हुन्। सम्पूर्ण ख्रीष्टियन जगतभरिका पीडित र पददलितहरूले चासो र आशाका साथ यस देशतर्फ दृष्टि लगाए। लाखौँले यसको तटहरू खोजे, र संयुक्त राज्य अमेरिका पृथ्वीका सबैभन्दा शक्तिशाली राष्ट्रहरूमध्ये एक स्थानमा उक्लियो। …”</w:t>
      </w:r>
    </w:p>
    <w:p>
      <w:pPr>
        <w:pStyle w:val="ArticleScripture"/>
        <w:jc w:val="left"/>
      </w:pPr>
      <w:r>
        <w:rPr>
          <w:rFonts w:ascii="Nirmala UI" w:hAnsi="Nirmala UI" w:eastAsia="Nirmala UI" w:cs="Nirmala UI"/>
        </w:rPr>
        <w:t>प्रतीकका थुमाजस्ता सिङहरू र अजिङ्गरको स्वरले यसरी प्रतिनिधित्व गरिएको राष्ट्रका घोषणाहरू र त्यसको व्यवहारबीचको उल्लेखनीय विरोधाभासलाई संकेत गर्दछ। राष्ट्रको “बोलाइ” भन्नाले त्यसका विधायिकीय तथा न्यायिक अधिकारप्राप्त निकायहरूको कार्यलाई जनाउँछ। त्यस्तो कार्यद्वारा यसले आफ्ना नीतिको आधारका रूपमा प्रस्तुत गरेका ती उदार र शान्तिप्रिय सिद्धान्तहरूलाई असत्य ठहराउनेछ। यसले “अजिङ्गरझैँ” बोल्नेछ र “पहिलो पशुको सबै अधिकार” प्रयोग गर्नेछ भन्ने भविष्यवाणीले, अजिङ्गर र चितुवाजस्तो पशुद्वारा प्रतिनिधित्व गरिएका राष्ट्रहरूमा प्रकट भएको असहिष्णुता र सतावटको आत्माको विकासलाई स्पष्ट रूपमा पूर्वसूचित गर्दछ। अनि दुई सिङ भएको पशुले “पृथ्वी र त्यसमा बस्नेहरूलाई पहिलो पशुको आराधना गर्न लगाउँछ” भन्ने कथनले, यस राष्ट्रको अधिकार पोपसत्तिप्रति श्रद्धाञ्जलिको कार्य हुने कुनै धार्मिक पालनलाई लागू गराउन प्रयोग गरिनेछ भन्ने संकेत गर्दछ।</w:t>
      </w:r>
    </w:p>
    <w:p>
      <w:pPr>
        <w:pStyle w:val="ArticleScripture"/>
        <w:jc w:val="left"/>
      </w:pPr>
      <w:r>
        <w:rPr>
          <w:rFonts w:ascii="Nirmala UI" w:hAnsi="Nirmala UI" w:eastAsia="Nirmala UI" w:cs="Nirmala UI"/>
        </w:rPr>
        <w:t>“यस्तो कार्यवाही यस सरकारका सिद्धान्तहरूका प्रत्यक्ष प्रतिकूल, यसको स्वतन्त्र संस्थाहरूको स्वभावका विरुद्ध, स्वतन्त्रताको घोषणापत्रका प्रत्यक्ष तथा गम्भीर उद्घोषणाहरूका विरोधमा, र संविधानविरुद्ध हुनेछ। राष्ट्रका संस्थापकहरूले बुद्धिमानीपूर्वक धर्मनिरपेक्ष शक्तिलाई मण्डलीको पक्षबाट प्रयोग गरिन नदिन खोजे, जसको अपरिहार्य परिणाम—असहिष्णुता र सतावट—हुन्छ। संविधानले व्यवस्था गर्छ कि ‘धर्मको स्थापना सम्बन्धी, वा त्यसको स्वतन्त्र आचरणमा प्रतिबन्ध लगाउने किसिमको कुनै पनि व्यवस्था कांग्रेसले बनाउने छैन,’ र ‘संयुक्त राज्यअन्तर्गत कुनै पनि पद वा सार्वजनिक भरोसाको योग्यताका निम्ति कुनै धार्मिक परीक्षा कहिल्यै आवश्यक ठहराइने छैन।’ राष्ट्रको स्वतन्त्रताका यी सुरक्षाहरूको प्रकट उल्लङ्घनद्वारा मात्र, कुनै पनि धार्मिक अनुष्ठान नागरिक अधिकारद्वारा बाध्यकारी बनाइन सक्छ। तर यस्तो कार्यको असङ्गति प्रतीकमा देखाइएभन्दा बढी छैन। यो थुमाजस्ता सिङ भएका जनावर हो—स्वीकारोक्तिमा शुद्ध, नम्र, र अहानिकर—तर बोल्छ चाहिँ अजिङ्गरझैँ।” The Great Controversy, 441, 442.</w:t>
      </w:r>
    </w:p>
    <w:p>
      <w:pPr>
        <w:pStyle w:val="ArticleBody"/>
        <w:jc w:val="left"/>
      </w:pPr>
      <w:r>
        <w:rPr>
          <w:rFonts w:ascii="Nirmala UI" w:hAnsi="Nirmala UI" w:eastAsia="Nirmala UI" w:cs="Nirmala UI"/>
        </w:rPr>
        <w:t>संयुक्त राज्य अमेरिकाको आधार स्वतन्त्रताको घोषणा र संविधानद्वारा प्रतिनिधित्व गरिएको छ, जसले क्रमशः प्रोटेस्टेन्टवाद र गणतन्त्रवादलाई प्रतिनिधित्व गर्दछ। संरक्षण र समृद्धिका “पर्खालहरू” गणतन्त्रवाद र प्रोटेस्टेन्टवाद हुन्, र आइतबारको व्यवस्थाको समयमा स्वतन्त्रताको घोषणा र संविधान दुवैका सिद्धान्तहरू उल्टाइन्छन्, किनकि नबूकदनेसरले “तेरा पर्खालहरूका विरुद्ध युद्धका यन्त्रहरू खडा गर्नेछ, र आफ्ना बञ्चराहरूले तेरा गढीहरू भत्काइदिनेछ।”</w:t>
      </w:r>
    </w:p>
    <w:p>
      <w:pPr>
        <w:pStyle w:val="ArticleBody"/>
        <w:jc w:val="left"/>
      </w:pPr>
      <w:r>
        <w:rPr>
          <w:rFonts w:ascii="Nirmala UI" w:hAnsi="Nirmala UI" w:eastAsia="Nirmala UI" w:cs="Nirmala UI"/>
        </w:rPr>
        <w:t>आइतवारको व्यवस्थाको समयमा सबै “धरहराहरू” भत्काइन्छन्, र धरहरा त्यस्तो मण्डलीको प्रतीक हो जसको आधारभूत दर्शन मानिसले आफैँलाई बचाउने प्रयासद्वारा प्रतिनिधित्व गरिएको हुन्छ। महान् विद्रोही निम्रोद र उसको धरहराको विषयमा Prophets and Kings मा हामीलाई यसरी सूचित गरिएको छ, “जब धरहरा आंशिक रूपमा पूरा भएको थियो, त्यसको एक भाग निर्माणकर्ताहरूका बासस्थानको रूपमा प्रयोग गरिएको थियो; अरू कोठाहरू, भव्य रूपमा सुसज्जित र अलंकृत, तिनीहरूका मूर्तिहरूका लागि समर्पित गरिएका थिए। मानिसहरू आफ्नो सफलतामा रमाए, र चाँदी र सुनका देवताहरूको प्रशंसा गरे, र आफूलाई स्वर्ग र पृथ्वीका शासकको विरुद्धमा खडा गरे।” आइतवारको व्यवस्थाको समयमा टायरस यरूशलेम परास्त भएकोमा हर्षित हुन्छ, तर राष्ट्रिय धर्मत्यागपछि राष्ट्रिय विनाश आउँछ, र त्यसपछि उत्तरका राजाले संयुक्त राज्य अमेरिकाका पर्खालहरू र धरहराहरू भत्काउनेछ।</w:t>
      </w:r>
    </w:p>
    <w:p>
      <w:pPr>
        <w:pStyle w:val="ArticleBody"/>
        <w:jc w:val="left"/>
      </w:pPr>
      <w:r>
        <w:rPr>
          <w:rFonts w:ascii="Nirmala UI" w:hAnsi="Nirmala UI" w:eastAsia="Nirmala UI" w:cs="Nirmala UI"/>
        </w:rPr>
        <w:t>अर्को लेखमा हामी इजकिएलमा उल्लिखित यरूशलेमका छवटा मितिहरूको चर्चा आरम्भ गर्नेछौं।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चालीसको लुकेको इतिहास - संख्या सत्ताइस</dc:title>
  <dc:subject>इजकिएल संख्या आठ</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