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Nirmala UI" w:hAnsi="Nirmala UI" w:eastAsia="Nirmala UI" w:cs="Nirmala UI"/>
        </w:rPr>
        <w:t>पद चालीसको लुकेको इतिहास - नम्बर बत्तीस</w:t>
      </w:r>
    </w:p>
    <w:p>
      <w:pPr>
        <w:pStyle w:val="ArticleSubtitle"/>
        <w:jc w:val="left"/>
      </w:pPr>
      <w:r>
        <w:rPr>
          <w:rFonts w:ascii="Nirmala UI" w:hAnsi="Nirmala UI" w:eastAsia="Nirmala UI" w:cs="Nirmala UI"/>
        </w:rPr>
        <w:t>इजकिएल संख्या तेह्र</w:t>
      </w:r>
    </w:p>
    <w:p>
      <w:pPr>
        <w:pStyle w:val="ArticleByline"/>
        <w:jc w:val="left"/>
      </w:pPr>
      <w:r>
        <w:rPr>
          <w:rFonts w:ascii="Nirmala UI" w:hAnsi="Nirmala UI" w:eastAsia="Nirmala UI" w:cs="Nirmala UI"/>
        </w:rPr>
        <w:t>Jeff Pippenger</w:t>
      </w:r>
    </w:p>
    <w:p>
      <w:pPr>
        <w:pStyle w:val="ArticleDate"/>
        <w:jc w:val="left"/>
      </w:pPr>
      <w:r>
        <w:rPr>
          <w:rFonts w:ascii="Nirmala UI" w:hAnsi="Nirmala UI" w:eastAsia="Nirmala UI" w:cs="Nirmala UI"/>
        </w:rPr>
        <w:t>2026-10-02</w:t>
      </w:r>
    </w:p>
    <w:p>
      <w:pPr>
        <w:pStyle w:val="ArticleBody"/>
        <w:jc w:val="left"/>
      </w:pPr>
      <w:r>
        <w:rPr>
          <w:rFonts w:ascii="Nirmala UI" w:hAnsi="Nirmala UI" w:eastAsia="Nirmala UI" w:cs="Nirmala UI"/>
        </w:rPr>
        <w:t>इजकिएलको पुस्तकमा रहेको चेतावनीको सन्देश “घेराबन्दीको चिन्ह” हो। जब घेराबन्दी सुरु भयो, इजकिएलकी पत्नीको मृत्यु भयो, र इजकिएललाई उनको मृत्युमा शोक नगर्नू भनेर आज्ञा दिइयो। उनको मृत्यु, र त्यस मृत्युमा उनले शोक नगरेको तथ्यसँगै, घेराबन्दी र यरूशलेमको आसन्न विनाशको प्रतीक थियो। उनका कार्यहरू र उनकी पत्नीको मृत्युले एउटा चेतावनी चिन्हको प्रतिनिधित्व गर्दछन्, जसले येशूले “उजाड पार्ने घृणित वस्तु” भनेर प्रस्तुत गर्नुभएको भविष्यको एक चेतावनी चिन्हको रूपचित्र दिन्छ।</w:t>
      </w:r>
    </w:p>
    <w:p>
      <w:pPr>
        <w:pStyle w:val="ArticleScripture"/>
        <w:jc w:val="left"/>
      </w:pPr>
      <w:r>
        <w:rPr>
          <w:rFonts w:ascii="Nirmala UI" w:hAnsi="Nirmala UI" w:eastAsia="Nirmala UI" w:cs="Nirmala UI"/>
        </w:rPr>
        <w:t>यसकारण जब तिमीहरूले अगमवक्ता दानियलद्वारा भनिएको उजाड पार्ने घृणित वस्तु पवित्र स्थानमा उभिएको देख्नेछौ, (जसले पढ्छ, त्यसले बुझोस्)। मत्ती २४:१५।</w:t>
      </w:r>
    </w:p>
    <w:p>
      <w:pPr>
        <w:pStyle w:val="ArticleBody"/>
        <w:jc w:val="left"/>
      </w:pPr>
      <w:r>
        <w:rPr>
          <w:rFonts w:ascii="Nirmala UI" w:hAnsi="Nirmala UI" w:eastAsia="Nirmala UI" w:cs="Nirmala UI"/>
        </w:rPr>
        <w:t>जब रोमी ध्वजहरू मन्दिरका प्राङ्गणभित्र स्थापित गरिए, तब यरूशलेममा भएका ख्रीष्टियनहरूले सहरबाट भाग्नुपर्ने थियो। यरूशलेमको विनाशको चिन्हका ती दुई साक्षीहरूले घेराबन्दी हुनुअघि नै त्यस ‘चिन्ह’ लाई चिन्नुपर्ने गम्भीरतालाई जोड दिन्छन्, र प्रेरणाले अझ स्पष्ट रूपमा पहिचान गराउँछ कि ती दुई साक्षीहरूले अन्तिम दिनहरूमा आफ्नो “झन् प्रत्यक्ष प्रयोग” पाउँछन्। इजकिएल र यूहन्ना मन्दिरसम्बन्धी दर्शनमा भएको प्रसङ्गसँग यरूशलेमको विनाशबारे ख्रीष्टको चेतावनीलाई सम्बन्धित गर्दै, सिस्टर ह्वाइटले यसरी लेखिन्:</w:t>
      </w:r>
    </w:p>
    <w:p>
      <w:pPr>
        <w:pStyle w:val="ArticleScripture"/>
        <w:jc w:val="left"/>
      </w:pPr>
      <w:r>
        <w:rPr>
          <w:rFonts w:ascii="Nirmala UI" w:hAnsi="Nirmala UI" w:eastAsia="Nirmala UI" w:cs="Nirmala UI"/>
        </w:rPr>
        <w:t>“यद्यपि यी भविष्यवाणीहरू यरूशलेमको विनाशमा आंशिक रूपमा पूरा भएका थिए, तिनको अझ प्रत्यक्ष अनुप्रयोग अन्तिम दिनहरूमा हुन्छ।</w:t>
      </w:r>
    </w:p>
    <w:p>
      <w:pPr>
        <w:pStyle w:val="ArticleScripture"/>
        <w:jc w:val="left"/>
      </w:pPr>
      <w:r>
        <w:rPr>
          <w:rFonts w:ascii="Nirmala UI" w:hAnsi="Nirmala UI" w:eastAsia="Nirmala UI" w:cs="Nirmala UI"/>
        </w:rPr>
        <w:t>“हामी महान् र गम्भीर घटनाहरूको दैलोमा उभिएका छौँ। भविष्यवाणी तीव्र रूपमा पूरा हुँदैछ। प्रभु ढोकामै हुनुहुन्छ। चाँडै नै हाम्रो सामु जीवित सबैका लागि अत्यन्तै गहन चासोको एक अवधि खुल्न जाँदैछ। विगतका विवादहरू फेरि जीवित हुनेछन्; नयाँ विवादहरू उठ्नेछन्। हाम्रो संसारमा घटित हुन लागेका दृश्यहरू अझैसम्म कल्पनासमेत गरिएका छैनन्।” Testimonies, volume 5, 753.</w:t>
      </w:r>
    </w:p>
    <w:p>
      <w:pPr>
        <w:pStyle w:val="ArticleBody"/>
        <w:jc w:val="left"/>
      </w:pPr>
      <w:r>
        <w:rPr>
          <w:rFonts w:ascii="Nirmala UI" w:hAnsi="Nirmala UI" w:eastAsia="Nirmala UI" w:cs="Nirmala UI"/>
        </w:rPr>
        <w:t>चौथो अध्यायमा, इजकिएललाई ‘घेराबन्दीको चिन्ह’लाई जोड दिने एउटा दृष्टान्त अभिनय गरेर देखाउन निर्देश दिइयो। इजकिएलले आफ्ना पुस्तकमा पाँच पटक एउटा दृष्टान्त अभिनय गरेर देखाए, तापनि उनका भाइहरूले त्यसलाई देख्न इन्कार गरे। इजकिएलले आफ्ना भाइहरूसित पाँच पटक बोले, र तिनीहरूले सुन्न इन्कार गरे। उनका अभिनीत दृष्टान्तहरू र सन्देशहरूले मूर्ख कुँवारीहरूको पाँचगुने वर्गलाई चित्रित गर्छन्, जसले उनका दृष्टान्तहरू र वचनहरूसँग सम्बन्धित ‘ज्ञान’को वृद्धिलाई ग्रहण गर्न अस्वीकार गर्छन्। ती वचनहरू र दृष्टान्तहरू यरूशलेमको विनाशसँग प्रत्यक्ष रूपमा सम्बन्धित थिए, जसको “अन्तिम दिनहरूमा अझ प्रत्यक्ष प्रयोग” छ।</w:t>
      </w:r>
    </w:p>
    <w:p>
      <w:pPr>
        <w:pStyle w:val="ArticleScripture"/>
        <w:jc w:val="left"/>
      </w:pPr>
      <w:r>
        <w:rPr>
          <w:rFonts w:ascii="Nirmala UI" w:hAnsi="Nirmala UI" w:eastAsia="Nirmala UI" w:cs="Nirmala UI"/>
        </w:rPr>
        <w:t>हे मानिसका सन्तान, तँ पनि एउटा इँटा ले, र त्यसलाई आफ्नो सामु राख, र त्यसमा त्यो सहर, अर्थात् यरूशलेम, को चित्र कोर। अनि त्यसको विरुद्ध घेरा हाल, र त्यसको विरुद्ध किल्ला बनाऊ, र त्यसको विरुद्ध चढाइँको थुप्रो उठाऊ; त्यसको विरुद्ध छाउनी पनि खडा गर, र वरिपरि त्यसको विरुद्ध भत्काउने मेढहरू ठड्याऊ। यसबाहेक, तँ आफ्नो लागि एउटा फलामको तावा ले, र त्यसलाई आफ्नो र सहरको बीचमा फलामको पर्खालसरि खडा गर; अनि त्यसतर्फ आफ्नो मुख फर्का, र त्यो घेराबन्दीमा पर्नेछ, र तँ त्यसको घेरा हाल्नेछस्। यो इस्राएलको घरानाको निम्ति एउटा चिन्ह हुनेछ।</w:t>
      </w:r>
    </w:p>
    <w:p>
      <w:pPr>
        <w:pStyle w:val="ArticleScripture"/>
        <w:jc w:val="left"/>
      </w:pPr>
      <w:r>
        <w:rPr>
          <w:rFonts w:ascii="Nirmala UI" w:hAnsi="Nirmala UI" w:eastAsia="Nirmala UI" w:cs="Nirmala UI"/>
        </w:rPr>
        <w:t>तँ पनि आफ्नो देब्रे करवट परेर सुत, र इस्राएलको घरानाको अधर्म त्यसैमाथि राख; जति दिन तँ त्यसरी त्यसैमाथि पल्टिरहनेछस्, त्यति नै दिन तँ तिनीहरूको अधर्म बोक्नेछस्। किनकि मैले तिनीहरूको अधर्मका वर्षहरू, दिनहरूको संख्याअनुसार, तँमाथि राखेको छु—तीन सय नब्बे दिन; यसरी तँ इस्राएलको घरानाको अधर्म बोक्नेछस्। अनि जब तँ ती दिनहरू पूरा गर्नेछस्, तब फेरि आफ्नो दाहिने करवट परेर सुत, र यहूदाको घरानाको अधर्म चालिस दिनसम्म बोक; मैले प्रत्येक दिनलाई एक वर्षको निम्ति ठहराएको छु। यसकारण तँले आफ्नो मुख यरूशलेमको घेराबन्दीतर्फ फर्काउनू, र तेरो पाखुरा उघारिएको होस्, र त्यसको विरुद्धमा भविष्यवाणी गर्नू। अनि हेर, म तँमाथि बाँध्ने डोरीहरू राख्नेछु, र तँ आफ्नो घेराबन्दीका दिनहरू पूरा नगरुञ्जेल एक करवटबाट अर्कोतर्फ फर्कन सक्नेछैनस्। इजकिएल 4:1–8.</w:t>
      </w:r>
    </w:p>
    <w:p>
      <w:pPr>
        <w:pStyle w:val="ArticleHeading"/>
        <w:jc w:val="left"/>
      </w:pPr>
      <w:r>
        <w:rPr>
          <w:rFonts w:ascii="Nirmala UI" w:hAnsi="Nirmala UI" w:eastAsia="Nirmala UI" w:cs="Nirmala UI"/>
        </w:rPr>
        <w:t>चिन्ह</w:t>
      </w:r>
    </w:p>
    <w:p>
      <w:pPr>
        <w:pStyle w:val="ArticleBody"/>
        <w:jc w:val="left"/>
      </w:pPr>
      <w:r>
        <w:rPr>
          <w:rFonts w:ascii="Nirmala UI" w:hAnsi="Nirmala UI" w:eastAsia="Nirmala UI" w:cs="Nirmala UI"/>
        </w:rPr>
        <w:t>“चिन्ह” भन्ने शब्द इजकिएलको पुस्तकमा नौ पटक पाइन्छ। चौथो अध्यायमा, यरूशलेमको घेराबन्दी इस्राएलको घरानाका लागि “चिन्ह” हो। बाह्रौँ अध्यायमा, इजकिएल फेरि यरूशलेमको घेराबन्दी र विनाशलाई जनाउने “चिन्ह” बन्छन्।</w:t>
      </w:r>
    </w:p>
    <w:p>
      <w:pPr>
        <w:pStyle w:val="ArticleScripture"/>
        <w:jc w:val="left"/>
      </w:pPr>
      <w:r>
        <w:rPr>
          <w:rFonts w:ascii="Nirmala UI" w:hAnsi="Nirmala UI" w:eastAsia="Nirmala UI" w:cs="Nirmala UI"/>
        </w:rPr>
        <w:t>हे मानिसका पुत्र, तँ एक विद्रोही घरानाको बीचमा बस्छस्, जससँग हेर्नका लागि आँखा छन्, तर तिनीहरू देख्दैनन्; सुन्नका लागि कान छन्, तर तिनीहरू सुन्दैनन्; किनकि तिनीहरू विद्रोही घराना हुन्। यसकारण, हे मानिसका पुत्र, प्रस्थानका लागि तेरो सामान तयार पार्, र दिनको समयमा तिनीहरूकै नजरअगाडि प्रस्थान गर्; र तिनीहरूकै नजरअगाडि आफ्नो स्थानबाट अर्को स्थानमा सरिहाल्: सायद तिनीहरूले विचार गर्लान्, यद्यपि तिनीहरू विद्रोही घराना हुन्। तब तैंले दिनको समयमा तिनीहरूकै नजरअगाडि आफ्नो सामान बाहिर निकाल्, प्रस्थानका सामानझैँ; र साँझपख तिनीहरूकै नजरअगाडि बाहिर निस्किजा, जसरी कैदमा लगिन लागेकाहरू बाहिर निस्कन्छन्। तिनीहरूकै नजरअगाडि पर्खाल फोरेर त्यसैबाट सामान बाहिर लैजाऊ। तिनीहरूकै नजरअगाडि त्यसलाई आफ्ना काँधमा बोकेर गोधूलिमा बाहिर लैजाऊ; आफ्नो मुख छोप्, ताकि तैंले भूमि नदेखोस्: किनकि मैले तँलाई इस्राएलको घरानाका निम्ति एउटा चिन्ह ठहराएको छु। इजकिएल १२:२–६।</w:t>
      </w:r>
    </w:p>
    <w:p>
      <w:pPr>
        <w:pStyle w:val="ArticleBody"/>
        <w:jc w:val="left"/>
      </w:pPr>
      <w:r>
        <w:rPr>
          <w:rFonts w:ascii="Nirmala UI" w:hAnsi="Nirmala UI" w:eastAsia="Nirmala UI" w:cs="Nirmala UI"/>
        </w:rPr>
        <w:t>जब त्यस विद्रोही घरानाले अभिनय गरेर देखाइएको दृष्टान्त देख्यो, तब त्यसको अर्थ के हो भन्ने तिनीहरूले बुझेनन्, त्यसैले तिनीहरूले व्याख्या गरिदिन इजकिएललाई आग्रह गरे।</w:t>
      </w:r>
    </w:p>
    <w:p>
      <w:pPr>
        <w:pStyle w:val="ArticleScripture"/>
        <w:jc w:val="left"/>
      </w:pPr>
      <w:r>
        <w:rPr>
          <w:rFonts w:ascii="Nirmala UI" w:hAnsi="Nirmala UI" w:eastAsia="Nirmala UI" w:cs="Nirmala UI"/>
        </w:rPr>
        <w:t>हे मानिसका पुत्र, के विद्रोही घराना इस्राएलको घरानाले तँलाई भनेको छैन, “तँ के गर्दैछस्?” तिनीहरूलाई भन, “परमप्रभु यहोवा यसो भन्नुहुन्छ: यो भार यरूशलेमका प्रधान र तिनीहरूका बीचमा भएका इस्राएलका सारा घरानासँग सम्बन्धित छ।” भन, “म तिमीहरूका निम्ति चिन्ह हुँ; मैले जसरी गरेको छु, तिनीहरूलाई त्यसरी नै गरिनेछ: तिनीहरू हटाइनेछन् र कैदमा जानेछन्।” इजकिएल 12:9–11.</w:t>
      </w:r>
    </w:p>
    <w:p>
      <w:pPr>
        <w:pStyle w:val="ArticleBody"/>
        <w:jc w:val="left"/>
      </w:pPr>
      <w:r>
        <w:rPr>
          <w:rFonts w:ascii="Nirmala UI" w:hAnsi="Nirmala UI" w:eastAsia="Nirmala UI" w:cs="Nirmala UI"/>
        </w:rPr>
        <w:t>यरूशलेमको घेराबन्दी अन्तिम दिनहरूमा परमेश्वरका मानिसहरूका लागि एउटा चिन्ह हो।</w:t>
      </w:r>
    </w:p>
    <w:p>
      <w:pPr>
        <w:pStyle w:val="ArticleScripture"/>
        <w:jc w:val="left"/>
      </w:pPr>
      <w:r>
        <w:rPr>
          <w:rFonts w:ascii="Nirmala UI" w:hAnsi="Nirmala UI" w:eastAsia="Nirmala UI" w:cs="Nirmala UI"/>
        </w:rPr>
        <w:t>“प्राचीन अगमवक्ताहरूमध्ये प्रत्येकले आफ्नै समयका लागि भन्दा हाम्रा लागि बढी बोले, यसकारण तिनीहरूको अगमवाणी हाम्रो लागि प्रभावकारी छ। ‘अब यी सबै कुराहरू तिनीहरूलाई दृष्टान्तस्वरूप भए: र तिनीहरू हामीलाई चेतावनीका लागि लेखिएका छन्, जसमा संसारका अन्तहरू आइपुगेका छन्।’ 1 Corinthians 10:11. ‘तिनीहरूले आफ्नो लागि होइन, तर हाम्रो लागि ती कुराहरू सेवा गरे, जो अब स्वर्गबाट पठाइनुभएको पवित्र आत्माद्वारा तिमीहरूलाई सुसमाचार प्रचार गर्नेहरू मार्फत तिमीहरूलाई सुनाइएका छन्; ती कुराहरूमा स्वर्गदूतहरू पनि दृष्टि लगाउन चाहन्छन्।’ 1 Peter 1:12....”</w:t>
      </w:r>
    </w:p>
    <w:p>
      <w:pPr>
        <w:pStyle w:val="ArticleScripture"/>
        <w:jc w:val="left"/>
      </w:pPr>
      <w:r>
        <w:rPr>
          <w:rFonts w:ascii="Nirmala UI" w:hAnsi="Nirmala UI" w:eastAsia="Nirmala UI" w:cs="Nirmala UI"/>
        </w:rPr>
        <w:t>“बाइबलले यस अन्तिम पुस्ताका लागि आफ्ना खजानाहरू सञ्चित गरेको छ र तिनलाई एकसाथ बाँधेर राखेको छ। पुरानो नियमको इतिहासका सबै महान् घटनाहरू र गम्भीर व्यवहारहरू यी अन्तिम दिनहरूमा मण्डलीभित्र दोहोरिएका छन्, र दोहोरिइरहेका छन्।” Selected Messages, book 3, 338, 339.</w:t>
      </w:r>
    </w:p>
    <w:p>
      <w:pPr>
        <w:pStyle w:val="ArticleHeading"/>
        <w:jc w:val="left"/>
      </w:pPr>
      <w:r>
        <w:rPr>
          <w:rFonts w:ascii="Nirmala UI" w:hAnsi="Nirmala UI" w:eastAsia="Nirmala UI" w:cs="Nirmala UI"/>
        </w:rPr>
        <w:t>उही दिन</w:t>
      </w:r>
    </w:p>
    <w:p>
      <w:pPr>
        <w:pStyle w:val="ArticleBody"/>
        <w:jc w:val="left"/>
      </w:pPr>
      <w:r>
        <w:rPr>
          <w:rFonts w:ascii="Nirmala UI" w:hAnsi="Nirmala UI" w:eastAsia="Nirmala UI" w:cs="Nirmala UI"/>
        </w:rPr>
        <w:t>‘यरूशलेमको घेराबन्दी र विनाश’ सम्बन्धी अभिनीत दृष्टान्तमा इजकिएल अन्तिम दिनहरूमा परमेश्वरका जनहरूका लागि एउटा चिन्ह हो।</w:t>
      </w:r>
    </w:p>
    <w:p>
      <w:pPr>
        <w:pStyle w:val="ArticleScripture"/>
        <w:jc w:val="left"/>
      </w:pPr>
      <w:r>
        <w:rPr>
          <w:rFonts w:ascii="Nirmala UI" w:hAnsi="Nirmala UI" w:eastAsia="Nirmala UI" w:cs="Nirmala UI"/>
        </w:rPr>
        <w:t>फेरि नवौँ वर्षमा, दशौँ महिनामा, महिनाको दशौँ दिनमा, परमप्रभुको वचन मकहाँ आयो, यसो भन्दै, हे मानिसका सन्तान, यस दिनको नाउँ, अर्थात् यही दिनको नाउँ लेख; बाबेलका राजाले यही दिन यरूशलेमको विरुद्ध आफ्नो मोर्चा खडा गरेको छ।</w:t>
      </w:r>
    </w:p>
    <w:p>
      <w:pPr>
        <w:pStyle w:val="ArticleScripture"/>
        <w:jc w:val="left"/>
      </w:pPr>
      <w:r>
        <w:rPr>
          <w:rFonts w:ascii="Nirmala UI" w:hAnsi="Nirmala UI" w:eastAsia="Nirmala UI" w:cs="Nirmala UI"/>
        </w:rPr>
        <w:t>विद्रोही घरानामाथि एउटा दृष्टान्त बोल, र तिनीहरूलाई भन, परमप्रभु यहोवा यसो भन्नुहुन्छ: एउटा भाँडो चढाऊ, चढाऊ, र त्यसमा पानी पनि खन्याऊ। त्यसका टुक्राहरू त्यसैमा जम्मा गर, अर्थात् हरेक असल टुक्रा, तिघ्रा र काँध; त्यसलाई उत्तम हड्डीहरूले भर। बगालको उत्तम भाग लेऊ, र त्यसको मुनि हड्डीहरू पनि बाल; त्यसलाई राम्ररी उमाल, र त्यसैभित्र त्यसका हड्डीहरू पक्न देऊ। यसैले परमप्रभु यहोवा यसो भन्नुहुन्छ: हाय, रक्तपातले भरिएको सहरलाई, त्यस भाँडोलाई जसमा मैलो जमेको छ, र जसको मैलो त्यसबाट निस्केको छैन! त्यसलाई टुक्रा टुक्रा गरी बाहिर निकाल; त्यसका लागि कुनै चिट्ठा नपरोस्। किनकि उसको रगत त्यसकै बीचमा छ; त्यसले त्यसलाई चट्टानको टुप्पोमा राखी; त्यसलाई धुलोले ढाकियोस् भनेर त्यसले भूमिमा खन्याइन। क्रोध उठोस् र प्रतिशोध लिइयोस् भनेर मैले उसको रगत चट्टानको टुप्पोमा राखेको छु, ताकि त्यो नढाकियोस्।</w:t>
      </w:r>
    </w:p>
    <w:p>
      <w:pPr>
        <w:pStyle w:val="ArticleScripture"/>
        <w:jc w:val="left"/>
      </w:pPr>
      <w:r>
        <w:rPr>
          <w:rFonts w:ascii="Nirmala UI" w:hAnsi="Nirmala UI" w:eastAsia="Nirmala UI" w:cs="Nirmala UI"/>
        </w:rPr>
        <w:t>यसकारण परमप्रभु यहोवा यसो भन्नुहुन्छ: रक्तपातले भरिएको नगरलाई धिक्कार! म पनि आगोको थुप्रो ठूलो बनाउनेछु। दाउरा थुपार, आगो बाल, मासु पकाएर सिद्ध्याइदे, त्यसमा मसला राम्ररी हाल, र हड्डीहरू जल्न दे। त्यसपछि त्यसलाई आफ्नै अँगारमाथि रित्तै राख, ताकि त्यसको काँसा तातो होस्, र दन्कियोस्, र त्यसको अशुद्धता त्यसैभित्र पग्लियोस्, र त्यसको मैलो नष्ट होस्। त्यसले आफूलाई झूटहरूले थकाइदिई, तापनि त्यसको ठूलो मैलो त्यसबाट बाहिर आएन; त्यसको मैलो आगोमै रहनेछ। तेरो अशुद्धतामा दुष्ट कामुकता छ; किनकि मैले तँलाई शुद्ध पार्न खोजेँ, तर तँ शुद्ध भइनस्, त्यसैले मैले मेरो क्रोध तँमाथि शान्त नपारेसम्म तँ आफ्नो अशुद्धताबाट फेरि कहिल्यै शुद्ध पारिनेछैनस्। म, यहोवाले, यो बोलेको छु: यो पूरा हुनेछ, र म नै यो गर्नेछु; म पछि हट्नेछैनँ, न त म बचाउनेछु, न त म पश्चात्ताप गर्नेछु; तेरा चालचलनअनुसार र तेरा कामहरूअनुसार तिनीहरूले तेरो न्याय गर्नेछन्, परमप्रभु यहोवा भन्नुहुन्छ।</w:t>
      </w:r>
    </w:p>
    <w:p>
      <w:pPr>
        <w:pStyle w:val="ArticleScripture"/>
        <w:jc w:val="left"/>
      </w:pPr>
      <w:r>
        <w:rPr>
          <w:rFonts w:ascii="Nirmala UI" w:hAnsi="Nirmala UI" w:eastAsia="Nirmala UI" w:cs="Nirmala UI"/>
        </w:rPr>
        <w:t>फेरि परमप्रभुको वचन मसमक्ष आयो, यसो भनिँदै, हे मानिसका छोरा, हेर, म एकै प्रहारमा तिम्रा आँखाको चाहना तिमीबाट खोस्दैछु; तैपनि तिमीले न शोक गर्नेछौ, न रुनेछौ, न तिम्रा आँसु बग्नेछन्। कराउनुबाट विराम लेऊ, मृतकको लागि कुनै विलाप नगर, आफ्नो शिरोवस्त्र बाँध, आफ्ना खुट्टामा जुत्ता लगाऊ, आफ्ना ओठहरू नढाक, र मानिसहरूले दिने शोकको रोटी नखाऊ। यसरी मैले बिहान मानिसहरूसित कुरा गरें; र साँझ मेरी पत्नी मरिन्; अनि बिहान मैले मलाई आज्ञा गरिएबमोजिम गरें। तब मानिसहरूले मलाई भने, के तिमी हामीलाई यो बताउनेछैनौ, कि तिमीले यसरी गर्ने यी कुराहरू हाम्रो लागि के हुन्?</w:t>
      </w:r>
    </w:p>
    <w:p>
      <w:pPr>
        <w:pStyle w:val="ArticleScripture"/>
        <w:jc w:val="left"/>
      </w:pPr>
      <w:r>
        <w:rPr>
          <w:rFonts w:ascii="Nirmala UI" w:hAnsi="Nirmala UI" w:eastAsia="Nirmala UI" w:cs="Nirmala UI"/>
        </w:rPr>
        <w:t>तब मैले तिनीहरूलाई उत्तर दिएँ, परमप्रभुको वचन म कहाँ आयो, यसो भन्दै, इस्राएलको घरानासित बोल, प्रभु परमेश्वर यसो भन्नुहुन्छ; हेर, म मेरो पवित्रस्थानलाई अपवित्र तुल्याउनेछु, तिमीहरूको सामर्थ्यको शोभा, तिमीहरूका आँखाको चाहना, र तिमीहरूका प्राणले दया गर्ने वस्तु; अनि तिमीहरूले छोडेका तिमीहरूका छोरा-छोरीहरू तरवारले मारिनेछन्। अनि मैले गरेझैँ तिमीहरूले गर्नेछौ: तिमीहरूले आफ्ना ओठ छोप्नेछैनौ, न मानिसहरूको रोटी खानेछौ। अनि तिमीहरूका पगडीहरू तिमीहरूका टाउकामा रहनेछन्, र तिमीहरूका जुत्ताहरू तिमीहरूका खुट्टामा रहनेछन्: तिमीहरूले न विलाप गर्नेछौ न रुनेछौ; तर तिमीहरू आफ्ना अधर्महरूकै कारण क्षीण हुँदै जानेछौ, र एक-अर्कातर्फ शोक गर्नेछौ। यसरी इजकिएल तिमीहरूका निम्ति एउटा चिन्ह भएको छ: उसले जे-जति गरेको छ, तिमीहरूले त्यही गर्नेछौ: अनि जब यो हुनेछ, तब तिमीहरूले जान्नेछौ कि म नै प्रभु परमेश्वर हुँ। इजकिएल 24:1–24.</w:t>
      </w:r>
    </w:p>
    <w:p>
      <w:pPr>
        <w:pStyle w:val="ArticleBody"/>
        <w:jc w:val="left"/>
      </w:pPr>
      <w:r>
        <w:rPr>
          <w:rFonts w:ascii="Nirmala UI" w:hAnsi="Nirmala UI" w:eastAsia="Nirmala UI" w:cs="Nirmala UI"/>
        </w:rPr>
        <w:t>इजकिएल एउटा चिन्ह हुन्, जसले यरूशलेममाथि आरम्भ भएको घेराबन्दी र त्यसको अन्तिम विनाश, तथा त्यसपछाडि लाओडिकीया-सम्बद्ध सेभेन्थ-डे एडभेन्टिस्ट मण्डलीका सदस्यहरूको बन्धुवासको पहिचान गराउँछन्।</w:t>
      </w:r>
    </w:p>
    <w:p>
      <w:pPr>
        <w:pStyle w:val="ArticleScripture"/>
        <w:jc w:val="left"/>
      </w:pPr>
      <w:r>
        <w:rPr>
          <w:rFonts w:ascii="Nirmala UI" w:hAnsi="Nirmala UI" w:eastAsia="Nirmala UI" w:cs="Nirmala UI"/>
        </w:rPr>
        <w:t>“जब ख्रीष्टले ओलिभेटको शिखरबाट तल दृष्टि दिनुभयो, उहाँले प्रत्येक चर्चमा यही अवस्थालाई विद्यमान देख्नुभयो। ती चेतावनीहरू यरूशलेमका मानिसहरूको पदचिह्नमा हिँडिरहेकाहरू सबैसम्म आइपुग्छन्, जसले यस्तो महान् ज्योति पाएका थिए। यो जाति हाम्रो सामु एक चेतावनीको रूपमा उभिएको छ। आज हाम्रो यस समयमा परमेश्वरका चेतावनीहरूलाई अस्वीकार गरेर मानिसहरूले यरूशलेमको पाप दोहोर्‍याइरहेका छन्। मानव साधनले नदेख्ने र देख्न नचाहने कुरा—बैटल क्रीकमा भएका सबै मानवीय युक्तिहरूको परिणाम—प्रभुले देख्नुहुन्छ। उहाँले एक परमेश्वरले गर्न सक्ने सबै कुरा गर्नुभएको छ। उहाँले मानिसहरूका आँखाअगाडि ज्योति चम्काउनुभएको छ, ताकि तिनीहरूका पापहरू त्यस सीमासम्म नपुगून् जहाँ पश्चात्ताप अनुभूत गर्न सकिँदैन। तर न्यायसंगत र धार्मिक सिद्धान्तहरूबाट दीर्घकालीन विचलनको प्रक्रियाद्वारा मानिसहरूले आफूलाई त्यस्तो स्थानमा राखेका छन्, जहाँ ज्योति र सत्य, न्याय र कृपा, चिन्न सकिँदैन। यो मार्ग तिनीहरूको स्वभावकै अङ्ग बनेको छ।” Testimonies, volume 8, 68.</w:t>
      </w:r>
    </w:p>
    <w:p>
      <w:pPr>
        <w:pStyle w:val="ArticleHeading"/>
        <w:jc w:val="left"/>
      </w:pPr>
      <w:r>
        <w:rPr>
          <w:rFonts w:ascii="Nirmala UI" w:hAnsi="Nirmala UI" w:eastAsia="Nirmala UI" w:cs="Nirmala UI"/>
        </w:rPr>
        <w:t>अल्फा र ओमेगाका दुई साक्षीहरू</w:t>
      </w:r>
    </w:p>
    <w:p>
      <w:pPr>
        <w:pStyle w:val="ArticleBody"/>
        <w:jc w:val="left"/>
      </w:pPr>
      <w:r>
        <w:rPr>
          <w:rFonts w:ascii="Nirmala UI" w:hAnsi="Nirmala UI" w:eastAsia="Nirmala UI" w:cs="Nirmala UI"/>
        </w:rPr>
        <w:t>इजकिएललाई अलौकिक रूपमा गूँगो बनाइएको थियो, र उनलाई यो जानकारी दिइएको थियो कि जब यरूशलेम पतन हुनेछ, तब उनी फेरि बोल्न सक्ने हुनेछन्, र त्यसपछि उनी एउटा ‘चिन्ह’ हुनेछन्। आफ्नी पत्नीको मृत्युमा इजकिएलले शोक नगर्नुले घेराबन्दीको आरम्भमा रहेको अल्फा-चिन्हलाई सूचित गर्‍यो, र यरूशलेम पतन हुँदा इजकिएलको मुख खोलिनु ओमेगा-चिन्ह थियो। विनाशसम्मको घेराबन्दी यसको आरम्भ र अन्त्यमा रहेको एउटा चिन्हद्वारा चिह्नित छ। यही दृष्टान्तभित्र, अल्फा र ओमेगा-चिन्हको दोस्रो साक्षी यसरी प्रस्तुत गरिएको छ कि “इजकिएलका आँखाको अभिलाषा” को मृत्यु अल्फा हो, र मानिसहरूका “आँखाको अभिलाषा” को मृत्यु त्यस अवधिको ओमेगा-चिन्ह हो। डेढ वर्षको अवधिले एउटा अल्फा र एउटा ओमेगाका दुई साक्षीहरू वहन गर्दछ। इजकिएलकी पत्नीको मृत्युले सेनाको बन्दीकरण र कुल्चाइँको प्रतिनिधित्व गर्‍यो, र यरूशलेमको ओमेगा-मृत्युले पवित्रस्थानको कुल्चाइँको प्रतिनिधित्व गर्‍यो।</w:t>
      </w:r>
    </w:p>
    <w:p>
      <w:pPr>
        <w:pStyle w:val="ArticleScripture"/>
        <w:jc w:val="left"/>
      </w:pPr>
      <w:r>
        <w:rPr>
          <w:rFonts w:ascii="Nirmala UI" w:hAnsi="Nirmala UI" w:eastAsia="Nirmala UI" w:cs="Nirmala UI"/>
        </w:rPr>
        <w:t>यसरी इजकिएल तिमीहरूका निम्ति एउटा चिन्ह हुनेछ: उसले जे-जति गरेको छ, तिमीहरूले पनि त्यहीअनुसार गर्नेछौ; र जब यो घटित हुनेछ, तब तिमीहरूले जान्नेछौ कि म परमप्रभु परमेश्वर हुँ। अनि हे मानिसका सन्तान, के त्यो दिन, जब म तिनीहरूबाट तिनीहरूको बल, तिनीहरूको महिमाको आनन्द, तिनीहरूका आँखाको चाहना, र जसमा तिनीहरूले आफ्नो मन लगाएका छन्, अर्थात् तिनीहरूका छोराहरू र तिनीहरूका छोरीहरू, खोस्नेछु, के त्यस दिन उम्किएको एक जना तेरोमा आएर तेरो आफ्नै कानले यो सुनाउनेछैन र? त्यस दिन उम्किएको त्यस व्यक्तिका निम्ति तेरो मुख खोलिनेछ, र तँ बोल्नेछस्, र अब उप्रान्त गूँगो रहनेछैनस्; यसरी तँ तिनीहरूका निम्ति एउटा चिन्ह हुनेछस्; र तिनीहरूले जान्नेछन् कि म परमप्रभु हुँ। इजकिएल 24:24–27।</w:t>
      </w:r>
    </w:p>
    <w:p>
      <w:pPr>
        <w:pStyle w:val="ArticleHeading"/>
        <w:jc w:val="left"/>
      </w:pPr>
      <w:r>
        <w:rPr>
          <w:rFonts w:ascii="Nirmala UI" w:hAnsi="Nirmala UI" w:eastAsia="Nirmala UI" w:cs="Nirmala UI"/>
        </w:rPr>
        <w:t>छवटा मृत्युहरू</w:t>
      </w:r>
    </w:p>
    <w:p>
      <w:pPr>
        <w:pStyle w:val="ArticleBody"/>
        <w:jc w:val="left"/>
      </w:pPr>
      <w:r>
        <w:rPr>
          <w:rFonts w:ascii="Nirmala UI" w:hAnsi="Nirmala UI" w:eastAsia="Nirmala UI" w:cs="Nirmala UI"/>
        </w:rPr>
        <w:t>इजकिएलकी पत्नीको मृत्युले घेराबन्दीको आरम्भ र यरूशलेमको मृत्यु, जो भविष्यवाणीगत रूपमा ख्रीष्टकी दुलही हो, लाई चिह्नित गर्दछ, र यसले चाँडै आउन लागेको आइतबारको व्यवस्था देखाउँछ, जसको अघि घेराबन्दीद्वारा प्रतिनिधित्व गरिएको एक अवधि आउँछ। घेराबन्दीको अवधि र विनाश प्रत्यक्ष रूपमा एक-अर्कासँग सम्बन्धित भए तापनि दुई भिन्न मार्गचिह्नहरू हुन्। घेराबन्दी समयको एक अवधि हो, र विनाश समयको एक बिन्दु हो। विनाश नै त्यो आइतबारको व्यवस्था हो, जसको अघि पशुको प्रतिमाको गठनको अवधि आउँछ। पशुको प्रतिमाको अवधि पशुको छापमा समाप्त हुन्छ। जब येशूले मत्ती चौबीसमा यरूशलेमको विनाशको चिह्न पहिचान गर्नुभयो, उहाँले नूहका दिनहरूलाई पनि उल्लेख गर्नुभयो।</w:t>
      </w:r>
    </w:p>
    <w:p>
      <w:pPr>
        <w:pStyle w:val="ArticleScripture"/>
        <w:jc w:val="left"/>
      </w:pPr>
      <w:r>
        <w:rPr>
          <w:rFonts w:ascii="Nirmala UI" w:hAnsi="Nirmala UI" w:eastAsia="Nirmala UI" w:cs="Nirmala UI"/>
        </w:rPr>
        <w:t>तर जसरी नोएको दिनहरूमा थियो, त्यसरी नै मानिसका पुत्रको आगमन पनि हुनेछ। किनकि जलप्रलयअघिका दिनहरूमा, नोए जहाजभित्र प्रवेश गरेको दिनसम्म, तिनीहरू खाँदै र पिउँदै, विवाह गर्दै र विवाहमा दिँदै थिए; अनि जलप्रलय आएर तिनीहरू सबैलाई बगाएर नलागेसम्म तिनीहरूले थाहा पाएनन्; त्यसरी नै मानिसका पुत्रको आगमन पनि हुनेछ। मत्ती 24:37–39।</w:t>
      </w:r>
    </w:p>
    <w:p>
      <w:pPr>
        <w:pStyle w:val="ArticleBody"/>
        <w:jc w:val="left"/>
      </w:pPr>
      <w:r>
        <w:rPr>
          <w:rFonts w:ascii="Nirmala UI" w:hAnsi="Nirmala UI" w:eastAsia="Nirmala UI" w:cs="Nirmala UI"/>
        </w:rPr>
        <w:t>नूहको दिनहरूमा अनुग्रह-अवधिको ढोका बन्द भयो, जसले चाँडै आउन लागेको आइतवारको व्यवस्थालाई प्रतीकात्मक रूपमा देखायो; त्यही व्यवस्था पनि अक्टोबर २२, १८४४ मा ढोका बन्द भएको घटनाद्वारा प्रतीकात्मक रूपमा देखाइएको छ। सन् १८४४ मा अगस्ट १२–१७ का एक्सेटर शिविर-सभादेखिको अवधि, बन्द ढोकातर्फ लैजाने एउटा भविष्यवाणीसम्बन्धी अवधिलाई प्रतिनिधित्व गर्दछ।</w:t>
      </w:r>
    </w:p>
    <w:p>
      <w:pPr>
        <w:pStyle w:val="ArticleBody"/>
        <w:jc w:val="left"/>
      </w:pPr>
      <w:r>
        <w:rPr>
          <w:rFonts w:ascii="Nirmala UI" w:hAnsi="Nirmala UI" w:eastAsia="Nirmala UI" w:cs="Nirmala UI"/>
        </w:rPr>
        <w:t>नूहको दिनहरूमा, नूहले तेस्रो स्वर्गदूतको प्रतिनिधित्व गरे, र तेस्रो स्वर्गदूत २२ अक्टोबर, १८४४ को बन्द ढोकासम्म आइपुग्यो। नूहको दिनहरूमा, जुन येशूका अनुसार “मानिसको पुत्रको आगमन” जस्तै हुनेथियो, प्रकाश १४ का तीन स्वर्गदूतहरूले बन्द ढोकासम्म डोर्याए। विलियम मिलरले पहिलो स्वर्गदूतको सन्देशको प्रतिनिधित्व गरे, र नूहको दिनहरूमा हनोकद्वारा त्यसको प्रतीकात्मक पूर्वछाया दिइयो। यहूदाले हनोकको सन्देशलाई मिलरको सन्देशसँग समानान्तर भएको रूपमा चिनाउँछ।</w:t>
      </w:r>
    </w:p>
    <w:p>
      <w:pPr>
        <w:pStyle w:val="ArticleScripture"/>
        <w:jc w:val="left"/>
      </w:pPr>
      <w:r>
        <w:rPr>
          <w:rFonts w:ascii="Nirmala UI" w:hAnsi="Nirmala UI" w:eastAsia="Nirmala UI" w:cs="Nirmala UI"/>
        </w:rPr>
        <w:t>अनि आदमदेखि सातौँ एनोखले पनि यिनीहरूको विषयमा भविष्यवाणी गर्दै भने, हेर, प्रभु आफ्ना दश हजारौँ पवित्रजनहरूसहित आउनुहुन्छ, सबैमाथि न्याय कार्यान्वयन गर्न, र तिनीहरूका बीचका सबै अभक्तहरूलाई तिनीहरूले अभक्तिपूर्वक गरेका आफ्ना सबै अभक्त कार्यहरूको विषयमा, तथा अभक्त पापीहरूले उहाँको विरुद्धमा बोलेका आफ्ना सबै कठोर वचनहरूको विषयमा दोषी ठहराउन। यहूदा 1:14, 15.</w:t>
      </w:r>
    </w:p>
    <w:p>
      <w:pPr>
        <w:pStyle w:val="ArticleBody"/>
        <w:jc w:val="left"/>
      </w:pPr>
      <w:r>
        <w:rPr>
          <w:rFonts w:ascii="Nirmala UI" w:hAnsi="Nirmala UI" w:eastAsia="Nirmala UI" w:cs="Nirmala UI"/>
        </w:rPr>
        <w:t>मिलरको पहिलो स्वर्गदूतको सन्देशले हनोकको सन्देशद्वारा प्रतिरूपित गरिएको “न्याय”को घोषणा गर्‍यो। हनोकको आरम्भ “आदमदेखि सातौँ” भनी चिन्हित गरिएको छ। मिलरको सन्देश उत्तरी राज्यको विरुद्धमा आएको “सात समय”को आगमनसँगै सुरु भयो र समाप्त भयो, र छयालिस वर्षपछि, दक्षिणी राज्यको विरुद्धमा रहेको “सात समय” पूरा हुँदा, तेस्रो स्वर्गदूत 22 अक्टोबर, 1844 मा आयो। न्यायको घडीका सन्देशवाहक हनोक र मिलर दुवैको आरम्भमा सात भन्ने सङ्ख्या पहिचान गरिएको थियो। सातौँ हनोकसँग सुरु भएको अवधि, जनावरहरू जहाजभित्र प्रवेश गरेका सात दिनसँगै अन्त्य भयो, जबसम्म ढोका अलौकिक रूपले बन्द गरिएन। येशूले सधैँ अन्त्यलाई आरम्भद्वारा चित्रित गर्नुहुन्छ।</w:t>
      </w:r>
    </w:p>
    <w:p>
      <w:pPr>
        <w:pStyle w:val="ArticleBody"/>
        <w:jc w:val="left"/>
      </w:pPr>
      <w:r>
        <w:rPr>
          <w:rFonts w:ascii="Nirmala UI" w:hAnsi="Nirmala UI" w:eastAsia="Nirmala UI" w:cs="Nirmala UI"/>
        </w:rPr>
        <w:t>हनोकले मतूशेलहलाई जन्माए, र मतूशेलहले लमेकलाई जन्माए। लमेक र मतूशेलहले दोस्रो स्वर्गदूतको सन्देश तथा मध्यरातको पुकारको सन्देशलाई पनि प्रतिनिधित्व गर्छन्। मध्यरातको पुकार बन्द ढोकासम्म अगाडि बढ्यो, र यसरी त्यसको प्रतिनिधित्व बाढीको वर्षमा मरेका मतूशेलहद्वारा गरिन्छ। लमेकले दोस्रो स्वर्गदूतको सन्देशलाई प्रतिनिधित्व गर्थे, र लमेक बाढीभन्दा पाँच वर्षअघि मरे। लमेकको मृत्युदेखि मतूशेलहको मृत्युसम्मका, अर्थात् ढोका बन्द भएको समयसम्मका, ती पाँच वर्षहरूले ख्रीष्टकी दुलहीको मृत्युतर्फ पुर्‍याएको अवधिको आरम्भलाई चिन्हित गर्ने इजकिएलकी दुलहीको मृत्युलाई पूर्वछायांकित गरे, जसको प्रतिनिधित्व मतूशेलहले गर्छन्।</w:t>
      </w:r>
    </w:p>
    <w:p>
      <w:pPr>
        <w:pStyle w:val="ArticleBody"/>
        <w:jc w:val="left"/>
      </w:pPr>
      <w:r>
        <w:rPr>
          <w:rFonts w:ascii="Nirmala UI" w:hAnsi="Nirmala UI" w:eastAsia="Nirmala UI" w:cs="Nirmala UI"/>
        </w:rPr>
        <w:t>हनोकले १७९८ मा आएको पहिलो स्वर्गदूतको प्रतीकात्मक संकेत गरे, लामेकले १९ अप्रिल, १८४४ मा आएको दोस्रो स्वर्गदूतको प्रतीकात्मक संकेत गरे, र मतूशेलहले एक्सेटरदेखि २२ अक्टोबर, १८४४ को बन्द ढोकासम्मको मध्यरात्रिको पुकारको प्रतीकात्मक संकेत गरे, जसको प्रतीकात्मक संकेत नूहद्वारा गरिएको थियो। लामेकको मृत्युबाट मतूशेलहको मृत्युसम्मका पाँच वर्षहरूले ५८७ ईसा पूर्वदेखि ५८६ ईसा पूर्वसम्मको डेढ वर्षको प्रतीकात्मक संकेत गरे। लामेकदेखि मतूशेलहसम्मका ती पाँच वर्षहरूले १४४८ देखि १४५३ सम्मका पाँच वर्षहरूको प्रतीकात्मक संकेत गर्छन्।</w:t>
      </w:r>
    </w:p>
    <w:p>
      <w:pPr>
        <w:pStyle w:val="ArticleBody"/>
        <w:jc w:val="left"/>
      </w:pPr>
      <w:r>
        <w:rPr>
          <w:rFonts w:ascii="Nirmala UI" w:hAnsi="Nirmala UI" w:eastAsia="Nirmala UI" w:cs="Nirmala UI"/>
        </w:rPr>
        <w:t>१४४८ अक्टोबर ३१ मा जोन पलायोलोगोसको मृत्यु भयो, र उनका भाइ, कोन्स्टान्टिन एघारौँ, (अन्तिम कोन्स्टान्टिन) ले पूर्वी रोमको सिंहासनमा आरोहण गर्न इस्लामी तुर्की शक्तिसँग अनुमति मागे। जुलाई २७, १२९९ मा उनको अधीनताले प्रकाशको पुस्तक अध्याय नौको पद दसमा उल्लिखित दोस्रो एक सय पचास वर्षको अवधि पूरा गर्‍यो। जोन पलायोलोगोसको मृत्युपछि पाँच वर्षमै उनका भाइ कोन्स्टान्टिन एघारौँ कोन्स्टान्टिनोपलका पर्खालहरूमाथि मृत्यु भए, जब मेहमेद द्वितीयले पूर्वी रोमको बाइजेन्टिन साम्राज्यमाथि विजय प्राप्त गरे। मेहमेद मोहम्मदको तुर्की रूपान्तरण हो, त्यसैले ६३२ मा पहिलो मोहम्मदको मृत्यु, जसले प्रकाशको पुस्तक अध्याय नौको पहिलो एक सय पचास वर्षको भविष्यवाणी आरम्भ गरेको थियो, (जुन पद पाँचमा अवस्थित छ), र जुन आठ सय एक्काइस वर्षपछि ‘दोस्रो मोहम्मद’ का हातबाट अन्तिम कोन्स्टान्टिनको मृत्युसँग समाप्त भयो। आफ्नो मृत्यु हुनुभन्दा पाँच वर्षअघि मोहम्मदले रोमको पतनको भविष्यवाणी गरेका थिए, र त्यो मोहम्मद द्वितीय नामक तुर्कद्वारा पूरा भयो।</w:t>
      </w:r>
    </w:p>
    <w:p>
      <w:pPr>
        <w:pStyle w:val="ArticleBody"/>
        <w:jc w:val="left"/>
      </w:pPr>
      <w:r>
        <w:rPr>
          <w:rFonts w:ascii="Nirmala UI" w:hAnsi="Nirmala UI" w:eastAsia="Nirmala UI" w:cs="Nirmala UI"/>
        </w:rPr>
        <w:t>अन्तिम, एघारौँ कन्स्टान्टिन कन्स्टान्टिनोपलको युद्धमा मरे, यसरी आफ्नो दाजु जोनको मृत्युदेखि आफ्नै मृत्युसम्मका पाँच वर्षलाई पहिचान गराउँदै। ती पाँच वर्षहरू पुत्र लामेकको मृत्युदेखि पाँच वर्षपछि जहाजमाथि ढोका बन्द हुँदा पितामेथुसेलहको मृत्युसम्मका पाँच वर्षद्वारा प्रतिरूपित गरिएका थिए। यसरी, इजकिएलकी दुलहीको मृत्यु लामेकको मृत्युद्वारा प्रतिरूपित गरिएको थियो, र दुवैले मिलेर सन् 1448 मा जोन पलायोलोगोसको मृत्युसम्बन्धी साक्षी दिन्छन्। त्यसपछिको मथुसेलहको मृत्यु ख्रीष्टकी दुलहीको मृत्यु तथा ई.पू. 586 मा यरूशलेमको विनाशसँग मेल खान्छ, र तिनीहरू दुवैले मिलेर एघारौँ कन्स्टान्टिनको मृत्युसँग मेल खान्छन्।</w:t>
      </w:r>
    </w:p>
    <w:p>
      <w:pPr>
        <w:pStyle w:val="ArticleBody"/>
        <w:jc w:val="left"/>
      </w:pPr>
      <w:r>
        <w:rPr>
          <w:rFonts w:ascii="Nirmala UI" w:hAnsi="Nirmala UI" w:eastAsia="Nirmala UI" w:cs="Nirmala UI"/>
        </w:rPr>
        <w:t>मृत्युद्वारा सुरु भई मृत्युद्वारै अन्त हुने एउटा भविष्यवाणीसम्बन्धी अवधिका तीन साक्षीहरूले पशुको छविको गठन हुने त्यस अवधिलाई दृष्टान्तस्वरूप देखाउँछन्, जसको निष्कर्ष पशुको छापमा हुन्छ; र यो मिलेराइट इतिहासमा मध्यरात्रिको पुकारको घोषणासँग, साथै हाम्रो वर्तमान इतिहासमा पशुको छापमा निष्कर्ष हुने पशुको छविको गठनसँग मेल खान्छ। चाँडै आउने आइतवारको व्यवस्थामा पशुको छाप पूरा हुँदा, भविष्यवाणीसम्बन्धी “बोलाइ” त्यसरी नै प्रकट हुन्छ जसरी यरूशलेम नष्ट हुँदा यहेजकेल आफ्नै इच्छाअनुसार “बोल्न” सक्षम भएका थिए।</w:t>
      </w:r>
    </w:p>
    <w:p>
      <w:pPr>
        <w:pStyle w:val="ArticleHeading"/>
        <w:jc w:val="left"/>
      </w:pPr>
      <w:r>
        <w:rPr>
          <w:rFonts w:ascii="Nirmala UI" w:hAnsi="Nirmala UI" w:eastAsia="Nirmala UI" w:cs="Nirmala UI"/>
        </w:rPr>
        <w:t>बोल्दै हुनुहुँदा</w:t>
      </w:r>
    </w:p>
    <w:p>
      <w:pPr>
        <w:pStyle w:val="ArticleBody"/>
        <w:jc w:val="left"/>
      </w:pPr>
      <w:r>
        <w:rPr>
          <w:rFonts w:ascii="Nirmala UI" w:hAnsi="Nirmala UI" w:eastAsia="Nirmala UI" w:cs="Nirmala UI"/>
        </w:rPr>
        <w:t>आइतबारको व्यवस्थाको समयमा, जसको प्रतीक यरूशलेमको विनाशद्वारा गरिएको छ, संयुक्त राज्य अमेरिकाको भविष्यसूचक बोलाइ ड्रागनझैँ बोल्ने झूटा अगमवक्ताको रूपमा चिन्हित गरिएको छ।</w:t>
      </w:r>
    </w:p>
    <w:p>
      <w:pPr>
        <w:pStyle w:val="ArticleScripture"/>
        <w:jc w:val="left"/>
      </w:pPr>
      <w:r>
        <w:rPr>
          <w:rFonts w:ascii="Nirmala UI" w:hAnsi="Nirmala UI" w:eastAsia="Nirmala UI" w:cs="Nirmala UI"/>
        </w:rPr>
        <w:t>अनि मैले पृथ्वीबाट माथि निस्कँदै गरेको अर्को पशु देखें; त्यसका थुमाहरू थुमाजस्तै थिए, तर त्यसले अजिङ्गरझैँ बोल्यो। प्रकाश 13:11.</w:t>
      </w:r>
    </w:p>
    <w:p>
      <w:pPr>
        <w:pStyle w:val="ArticleBody"/>
        <w:jc w:val="left"/>
      </w:pPr>
      <w:r>
        <w:rPr>
          <w:rFonts w:ascii="Nirmala UI" w:hAnsi="Nirmala UI" w:eastAsia="Nirmala UI" w:cs="Nirmala UI"/>
        </w:rPr>
        <w:t>आइतबारको व्यवस्थाको समयमा, बलामले आफ्नो गधीलाई तेस्रो पटक हिर्काउँछ, अनि त्यसपछि गधी बोल्छे।</w:t>
      </w:r>
    </w:p>
    <w:p>
      <w:pPr>
        <w:pStyle w:val="ArticleScripture"/>
        <w:jc w:val="left"/>
      </w:pPr>
      <w:r>
        <w:rPr>
          <w:rFonts w:ascii="Nirmala UI" w:hAnsi="Nirmala UI" w:eastAsia="Nirmala UI" w:cs="Nirmala UI"/>
        </w:rPr>
        <w:t>अनि परमप्रभुले गधीको मुख खोलिदिनुभयो, र उसले बिलामलाई भनी, “मैले तिमीलाई के गरेँ, कि तिमीले मलाई यी तीन पटक कुट्यौ?” अनि बिलामले गधीलाई भन्यो, “किनकि तैंले मेरो उपहास गरेकी छस्; मेरो हातमा एउटा तरवार भएको भए, अहिले नै म तँलाई मारिदिनेथिएँ।” अनि गधीले बिलामलाई भनी, “के म तिम्री आफ्नै गधी होइन र, जसमा तिमीले म तिम्री भएदेखि आजको दिनसम्म सधैं सवार हुँदै आएका छौ? के मैले कहिल्यै तिमीसित यस्तो गर्ने गर्थें?” अनि उनले भने, “होइन।” गन्ती २२:२८–३०।</w:t>
      </w:r>
    </w:p>
    <w:p>
      <w:pPr>
        <w:pStyle w:val="ArticleBody"/>
        <w:jc w:val="left"/>
      </w:pPr>
      <w:r>
        <w:rPr>
          <w:rFonts w:ascii="Nirmala UI" w:hAnsi="Nirmala UI" w:eastAsia="Nirmala UI" w:cs="Nirmala UI"/>
        </w:rPr>
        <w:t>झुटो अगमवक्ता आइतवारको व्यवस्थाको समयमा बोल्दछ, र इस्लाम पनि आइतवारको व्यवस्थाको समयमा बोल्दछ। भविष्यवाणीको दृष्टिले दुवै झुटा अगमवक्ता हुन्। आइतवारको व्यवस्थाको समयमा हबक्कूकको “दर्शन”, जो ढिलो भएको थियो, बोल्दछ।</w:t>
      </w:r>
    </w:p>
    <w:p>
      <w:pPr>
        <w:pStyle w:val="ArticleScripture"/>
        <w:jc w:val="left"/>
      </w:pPr>
      <w:r>
        <w:rPr>
          <w:rFonts w:ascii="Nirmala UI" w:hAnsi="Nirmala UI" w:eastAsia="Nirmala UI" w:cs="Nirmala UI"/>
        </w:rPr>
        <w:t>किनकि दर्शन तोकिएको समयकै निम्ति अझै बाँकी छ, तर अन्तमा त्यसले बोल्नेछ, र झूटो ठहरिनेछैन; यद्यपि त्यो ढिलो भयो जस्तो देखिए पनि, त्यसको प्रतीक्षा गर; किनकि त्यो निश्चय नै आउनेछ, त्यो ढिलो गर्नेछैन। हबक्कूक २:३।</w:t>
      </w:r>
    </w:p>
    <w:p>
      <w:pPr>
        <w:pStyle w:val="ArticleBody"/>
        <w:jc w:val="left"/>
      </w:pPr>
      <w:r>
        <w:rPr>
          <w:rFonts w:ascii="Nirmala UI" w:hAnsi="Nirmala UI" w:eastAsia="Nirmala UI" w:cs="Nirmala UI"/>
        </w:rPr>
        <w:t>हबकूक साँचो अगमवक्ता हुन्, जो झूटा अगमवक्ताहरूको विपरीत बोल्छन्। हबकूकको ‘दर्शन’ पहिले गूङ्गो रहेका इजकिएलको मुखबाट बोल्छ, जसको मुख त्यसपछि खोलिन्छ। परमेश्वरको मुख हुने प्रतिज्ञा यर्मियालाई दिइएको थियो।</w:t>
      </w:r>
    </w:p>
    <w:p>
      <w:pPr>
        <w:pStyle w:val="ArticleScripture"/>
        <w:jc w:val="left"/>
      </w:pPr>
      <w:r>
        <w:rPr>
          <w:rFonts w:ascii="Nirmala UI" w:hAnsi="Nirmala UI" w:eastAsia="Nirmala UI" w:cs="Nirmala UI"/>
        </w:rPr>
        <w:t>मेरो पीडा किन निरन्तर छ, र मेरो घाउ किन असाध्य छ, जो निको हुन इन्कार गर्छ? के तँ मेरा लागि सर्वथा झूटो ठहरिनेछस्, र धोका दिने पानीजस्तै हुनेछस्? यसकारण परमप्रभु यसो भन्नुहुन्छ, यदि तँ फर्किस् भने, म तँलाई फेरि ल्याउनेछु, र तँ मेरो सामु उभिनेछस्; अनि यदि तँ तुच्छबाट बहुमूल्यलाई अलग गरिस् भने, तँ मेरो मुखजस्तै हुनेछस्; तिनीहरू तँतिर फर्कून्, तर तँ तिनीहरूतिर नफर्किस्। यर्मिया 15:18, 19।</w:t>
      </w:r>
    </w:p>
    <w:p>
      <w:pPr>
        <w:pStyle w:val="ArticleBody"/>
        <w:jc w:val="left"/>
      </w:pPr>
      <w:r>
        <w:rPr>
          <w:rFonts w:ascii="Nirmala UI" w:hAnsi="Nirmala UI" w:eastAsia="Nirmala UI" w:cs="Nirmala UI"/>
        </w:rPr>
        <w:t>आइतबारको व्यवस्थाको समयमा, जब जकरियाले बोलेर आफ्ना छोराको नाम यूहन्ना राखिनुपर्छ भनी पुष्टि गरे, तब उनका नौ महिनाको मौनता समाप्त भयो। जकरियाले तेस्रो स्वर्गदूतको वचनलाई अविश्वास गर्ने अगुवाइको प्रतिनिधित्व गरे, र यूहन्नाले एलियाह आन्दोलनको प्रतिनिधित्व गरे, अर्थात् त्यो मण्डली जसले ख्रीष्टको दोस्रो आगमनलाई अग्रसर गराउने थियो।</w:t>
      </w:r>
    </w:p>
    <w:p>
      <w:pPr>
        <w:pStyle w:val="ArticleScripture"/>
        <w:jc w:val="left"/>
      </w:pPr>
      <w:r>
        <w:rPr>
          <w:rFonts w:ascii="Nirmala UI" w:hAnsi="Nirmala UI" w:eastAsia="Nirmala UI" w:cs="Nirmala UI"/>
        </w:rPr>
        <w:t>जकरियाहले स्वर्गदूतलाई भने, “म यो कसरी थाहा पाऊँ? किनकि म बूढो मानिस हुँ, र मेरी पत्नी पनि धेरै उमेरकी भइसकेकी छिन्।” तब स्वर्गदूतले उत्तर दिँदै उसलाई भन्यो, “म गब्रिएल हुँ, जो परमेश्वरको सामु उभिरहन्छु; र तिमीलाई बोल्न र यी शुभ समाचार सुनाउन म पठाइएको छु। अनि हेर, तिमी गूङ्गो हुनेछौ, र यी कुराहरू पूरा हुने दिनसम्म बोल्न सक्नेछैनौ, किनकि तिमीले मेरा वचनहरू विश्वास गरेनौ, जो आफ्नै समयमा पूरा हुनेछन्।”</w:t>
      </w:r>
    </w:p>
    <w:p>
      <w:pPr>
        <w:pStyle w:val="ArticleScripture"/>
        <w:jc w:val="left"/>
      </w:pPr>
      <w:r>
        <w:rPr>
          <w:rFonts w:ascii="Nirmala UI" w:hAnsi="Nirmala UI" w:eastAsia="Nirmala UI" w:cs="Nirmala UI"/>
        </w:rPr>
        <w:t>अनि मानिसहरू जकरियाहलाई पर्खिरहेका थिए, र उनी मन्दिरमा यति लामो समयसम्म रहेकामा अचम्म मानिरहेका थिए। अनि जब उनी बाहिर आए, उनी तिनीहरूसित बोल्न सकेनन्; तब तिनीहरूले बुझे कि उनले मन्दिरमा एउटा दर्शन देखेका थिए; किनकि उनले तिनीहरूतर्फ सङ्केत गरे, र वाणीविहीन नै रहे। लूका 1:18–22।</w:t>
      </w:r>
    </w:p>
    <w:p>
      <w:pPr>
        <w:pStyle w:val="ArticleBody"/>
        <w:jc w:val="left"/>
      </w:pPr>
      <w:r>
        <w:rPr>
          <w:rFonts w:ascii="Nirmala UI" w:hAnsi="Nirmala UI" w:eastAsia="Nirmala UI" w:cs="Nirmala UI"/>
        </w:rPr>
        <w:t>जकरिया पुजारीहरूको आठौँ पालोका थिए।</w:t>
      </w:r>
    </w:p>
    <w:p>
      <w:pPr>
        <w:pStyle w:val="ArticleScripture"/>
        <w:jc w:val="left"/>
      </w:pPr>
      <w:r>
        <w:rPr>
          <w:rFonts w:ascii="Nirmala UI" w:hAnsi="Nirmala UI" w:eastAsia="Nirmala UI" w:cs="Nirmala UI"/>
        </w:rPr>
        <w:t>यहूदियाका राजा हेरोदका दिनहरूमा अबियाहको पालोका जकरिया नाउँ भएका एक जना याजक थिए; र उनकी पत्नी हारूनका छोरीहरूमा एक थिइन्, र उनको नाउँ एलिजाबेथ थियो। अनि तिनीहरू दुवै परमेश्वरको सामु धार्मिक थिए, प्रभुका सबै आज्ञाहरू र विधिहरूमा निर्दोष भई हिँड्दथे। अनि तिनीहरूका सन्तान थिएनन्, किनकि एलिजाबेथ बाँझी थिइन्, र तिनीहरू दुवै अब उमेरमा धेरै वृद्ध भइसकेका थिए। अनि यस्तो भयो कि, जब उनले आफ्नो पालोको क्रमअनुसार परमेश्वरको सामु याजकीय सेवा गर्दै थिए, याजकीय सेवाको रीतिअनुसार, प्रभुको मन्दिरभित्र प्रवेश गर्दा धूप बाल्ने काम उनको चिठ्ठामा परेको थियो। अनि धूप बाल्ने समयमा मानिसहरूको सारा समुदाय बाहिर प्रार्थना गरिरहेको थियो। लूका 1:5–10।</w:t>
      </w:r>
    </w:p>
    <w:p>
      <w:pPr>
        <w:pStyle w:val="ArticleBody"/>
        <w:jc w:val="left"/>
      </w:pPr>
      <w:r>
        <w:rPr>
          <w:rFonts w:ascii="Nirmala UI" w:hAnsi="Nirmala UI" w:eastAsia="Nirmala UI" w:cs="Nirmala UI"/>
        </w:rPr>
        <w:t>सबै अगमवक्ताहरूले अन्तिम दिनहरूको प्रतिनिधित्व गर्छन्, र जकरिया मन्दिरभित्र प्रवेश गरे, जसरी इजकिएल पनि गरे। उनी पुजारीहरूको आठौँ पालाका थिए, जसले नूहको जहाजमा रहेका ती आठ प्राणहरूको प्रतीक चिह्नित गर्छ, जो पुरानो संसारबाट नयाँ संसारतर्फ गए। उनी र उनकी पत्नी दुवै निर्दोष थिए, तर जकरियाले गब्रिएलका वचनहरूमा शङ्का गर्ने थिए। मिलेराइट आन्दोलन फिलाडेल्फियनहरूको (निर्दोष) रूपमा सुरु भयो, तर १८५६ मा लाओडिसियनहरूको रूपमा रूपान्तरित भयो। अन्तिम दिनहरूमा, स्वर्गदूतको सन्देश तेस्रो स्वर्गदूतको सन्देश हो, र जकरियालाई गब्रिएलको सन्देशले तेस्रो स्वर्गदूतको सन्देशको प्रतिनिधित्व गर्दछ र साथै एलियाहको सन्देशको पनि, जसको प्रतिनिधित्व यूहन्ना बप्तिस्मादाताले गर्छन्।</w:t>
      </w:r>
    </w:p>
    <w:p>
      <w:pPr>
        <w:pStyle w:val="ArticleScripture"/>
        <w:jc w:val="left"/>
      </w:pPr>
      <w:r>
        <w:rPr>
          <w:rFonts w:ascii="Nirmala UI" w:hAnsi="Nirmala UI" w:eastAsia="Nirmala UI" w:cs="Nirmala UI"/>
        </w:rPr>
        <w:t>तब प्रभुको एक स्वर्गदूत धूपको वेदीको दाहिनेपट्टि उभिरहेको उनलाई देखा पर्‍यो। र जब जकरियाहले उनलाई देखे, तब उनी व्याकुल भए, र भयले उनलाई समात्यो। तर स्वर्गदूतले उनलाई भने, नडराऊ, जकरियाह; किनकि तिम्रो प्रार्थना सुनिएको छ; र तिम्री पत्नी एलिजाबेथले तिम्रो लागि एक छोरा जन्माउनेछिन्, र तिमीले उसको नाउँ यूहन्ना राख्नेछौ। अनि तिमीलाई आनन्द र हर्ष हुनेछ; र उसको जन्ममा धेरै जना आनन्दित हुनेछन्। किनकि ऊ प्रभुको दृष्टिमा महान् हुनेछ, र उसले न त दाखमद्य पिउनेछ न त कुनै मदिरा; अनि ऊ आफ्नी आमाको गर्भदेखि नै पवित्र आत्माले परिपूर्ण हुनेछ। अनि इस्राएलका सन्तानहरूमध्ये धेरैलाई उसले प्रभु, तिनीहरूका परमेश्वरतर्फ फर्काउनेछ। अनि ऊ एलियासको आत्मा र शक्तिमा उहाँको अघि अघि जानेछ, पिताहरूका हृदय सन्तानहरूतर्फ फर्काउन, र आज्ञा नमान्नेहरूलाई धर्मीहरूको बुद्धितर्फ फर्काउन; प्रभुको लागि तयार पारिएको एक जातिलाई सिद्ध पार्न। अनि जकरियाहले स्वर्गदूतलाई भने, म यो कसरी जानूँ? किनकि म वृद्ध मानिस हुँ, र मेरी पत्नी पनि धेरै बुढी भइसकेकी छिन्। तब स्वर्गदूतले जवाफ दिँदै उनलाई भने, म गब्रिएल हुँ, जो परमेश्वरको उपस्थितिमा उभिरहन्छु; र म तिमीसमक्ष बोल्न र तिमीलाई यी शुभ समाचार सुनाउन पठाइएको हुँ। लूका 1:11–19.</w:t>
      </w:r>
    </w:p>
    <w:p>
      <w:pPr>
        <w:pStyle w:val="ArticleBody"/>
        <w:jc w:val="left"/>
      </w:pPr>
      <w:r>
        <w:rPr>
          <w:rFonts w:ascii="Nirmala UI" w:hAnsi="Nirmala UI" w:eastAsia="Nirmala UI" w:cs="Nirmala UI"/>
        </w:rPr>
        <w:t>आउँदै हुनुहुने एलियाहको सन्देश पूरा हुनेछ भन्ने कुरामा जकरियाले शङ्का गरे।</w:t>
      </w:r>
    </w:p>
    <w:p>
      <w:pPr>
        <w:pStyle w:val="ArticleScripture"/>
        <w:jc w:val="left"/>
      </w:pPr>
      <w:r>
        <w:rPr>
          <w:rFonts w:ascii="Nirmala UI" w:hAnsi="Nirmala UI" w:eastAsia="Nirmala UI" w:cs="Nirmala UI"/>
        </w:rPr>
        <w:t>हेर, परमप्रभुको महान् र भयङ्कर दिन आउनुअघि म तिमीहरूकहाँ अगमवक्ता एलियाहलाई पठाउनेछु: अनि उनले पिताहरूको हृदय सन्तानतर्फ, र सन्तानको हृदय तिनका पितातर्फ फर्काउनेछन्, नत्रता म आएर पृथ्वीलाई श्रापले प्रहार गर्नेछु। मलाकी 4:5, 6.</w:t>
      </w:r>
    </w:p>
    <w:p>
      <w:pPr>
        <w:pStyle w:val="ArticleBody"/>
        <w:jc w:val="left"/>
      </w:pPr>
      <w:r>
        <w:rPr>
          <w:rFonts w:ascii="Nirmala UI" w:hAnsi="Nirmala UI" w:eastAsia="Nirmala UI" w:cs="Nirmala UI"/>
        </w:rPr>
        <w:t>अध्याय नौको इजकिएलको छाप लगाइने प्रसङ्गको सन्दर्भमा, सिस्टर ह्वाइटले किन लाओदिकियाको सेवन्थ-डे एड्भेन्टिस्ट मण्डलीका नेतृत्वलाई जकरियाको अविश्वासद्वारा पूर्वरूपित गरिएको थियो भन्ने कुरा पहिचान गर्नुहुन्छ।</w:t>
      </w:r>
    </w:p>
    <w:p>
      <w:pPr>
        <w:pStyle w:val="ArticleScripture"/>
        <w:jc w:val="left"/>
      </w:pPr>
      <w:r>
        <w:rPr>
          <w:rFonts w:ascii="Nirmala UI" w:hAnsi="Nirmala UI" w:eastAsia="Nirmala UI" w:cs="Nirmala UI"/>
        </w:rPr>
        <w:t>“जुन वर्ग आफ्नै आध्यात्मिक पतनको विषयमा शोकाकुल हुँदैन, न त अरूका पापहरूमाथि विलाप गर्दछ, तिनीहरू परमेश्वरको छापविना छोडिनेछन्। प्रभुले आफ्ना सन्देशवाहकहरूलाई—आफ्ना हातमा संहारका हतियार लिएका ती पुरुषहरूलाई—आदेश दिनुहुन्छ: ‘तिमीहरू उहाँको पछिपछि सहरभरि जाऊ, र प्रहार गर: तिम्रो आँखाले नबचाओस्, न त दया गर: वृद्ध र जवान, कन्याहरू, साना बालबालिका, र स्त्रीहरू सबैलाई पूर्ण रूपमा मार; तर जसमा चिन्ह छ, त्यस्तो कुनै मानिसको नजिक नजाऊ; र मेरो पवित्रस्थानबाट आरम्भ गर। तब तिनीहरूले भवनको सामु भएका वृद्ध पुरुषहरूबाट आरम्भ गरे।’”</w:t>
      </w:r>
    </w:p>
    <w:p>
      <w:pPr>
        <w:pStyle w:val="ArticleScripture"/>
        <w:jc w:val="left"/>
      </w:pPr>
      <w:r>
        <w:rPr>
          <w:rFonts w:ascii="Nirmala UI" w:hAnsi="Nirmala UI" w:eastAsia="Nirmala UI" w:cs="Nirmala UI"/>
        </w:rPr>
        <w:t>“यहाँ हामी देख्छौँ कि परमेश्वरको क्रोधको प्रहार सबैभन्दा पहिले मण्डलीमाथि—प्रभुको पवित्रस्थानमाथि—पर्न गयो। ती प्राचीन पुरुषहरू, जसलाई परमेश्वरले ठूलो ज्योति दिनुभएको थियो र जो जनताको आत्मिक हितका संरक्षकका रूपमा खडा भएका थिए, तिनीहरूले आफ्नो भरोसा तोडे। तिनीहरूले यस्तो स्थान ग्रहण गरे कि अघिल्ला दिनहरूमा जस्तै अब हामीले चमत्कारहरू र परमेश्वरको शक्तिको स्पष्ट प्रकटीकरणको प्रतीक्षा गर्नुपर्दैन। समयहरू परिवर्तन भएका छन्। यी शब्दहरूले तिनीहरूको अविश्वासलाई बलियो बनाउँछन्, र तिनीहरू भन्छन्: प्रभुले न भलो गर्नुहुनेछ, न त उहाँले खराबी गर्नुहुनेछ। उहाँ आफ्ना प्रजालाई न्यायले दण्ड दिन अत्यन्त दयालु हुनुहुन्छ। यसरी ‘शान्ति र सुरक्षा’ त्यो पुकार हो, जुन त्यस्ता मानिसहरूबाट निस्कन्छ जसले फेरि कहिल्यै तुरहीझैँ आफ्नो स्वर उचालेर परमेश्वरका प्रजालाई तिनीहरूका अपराधहरू र याकूबको घरानालाई तिनीहरूका पापहरू देखाउनेछैनन्। यी भुक्न नचाहने गूँगा कुकुरहरू नै अपमानित परमेश्वरको न्यायोचित प्रतिशोध अनुभव गर्नेहरू हुन्। पुरुषहरू, युवतीहरू, र साना बालबालिकाहरू सबै सँगसँगै नाश हुन्छन्।” Testimonies, volume 5, 211.</w:t>
      </w:r>
    </w:p>
    <w:p>
      <w:pPr>
        <w:pStyle w:val="ArticleBody"/>
        <w:jc w:val="left"/>
      </w:pPr>
      <w:r>
        <w:rPr>
          <w:rFonts w:ascii="Nirmala UI" w:hAnsi="Nirmala UI" w:eastAsia="Nirmala UI" w:cs="Nirmala UI"/>
        </w:rPr>
        <w:t>जकरियाले तेस्रो स्वर्गदूतको सन्देशमाथि शङ्का गरे, जुन एलियाहको सन्देश हो, जसले यूहन्ना बप्तिस्मादाताको इतिहासका साथै विलियम मिलरको इतिहासलाई पनि दोहोर्‍याउँछ।</w:t>
      </w:r>
    </w:p>
    <w:p>
      <w:pPr>
        <w:pStyle w:val="ArticleHeading"/>
        <w:jc w:val="left"/>
      </w:pPr>
      <w:r>
        <w:rPr>
          <w:rFonts w:ascii="Nirmala UI" w:hAnsi="Nirmala UI" w:eastAsia="Nirmala UI" w:cs="Nirmala UI"/>
        </w:rPr>
        <w:t>पाँच महिना</w:t>
      </w:r>
    </w:p>
    <w:p>
      <w:pPr>
        <w:pStyle w:val="ArticleBody"/>
        <w:jc w:val="left"/>
      </w:pPr>
      <w:r>
        <w:rPr>
          <w:rFonts w:ascii="Nirmala UI" w:hAnsi="Nirmala UI" w:eastAsia="Nirmala UI" w:cs="Nirmala UI"/>
        </w:rPr>
        <w:t>एलिसाबेथले आफ्नो गर्भधारण पाँच महिनासम्म लुकाइन्।</w:t>
      </w:r>
    </w:p>
    <w:p>
      <w:pPr>
        <w:pStyle w:val="ArticleScripture"/>
        <w:jc w:val="left"/>
      </w:pPr>
      <w:r>
        <w:rPr>
          <w:rFonts w:ascii="Nirmala UI" w:hAnsi="Nirmala UI" w:eastAsia="Nirmala UI" w:cs="Nirmala UI"/>
        </w:rPr>
        <w:t>र ती दिनहरूपछि उनकी पत्नी एलिजाबेथ गर्भवती भइन्, र यसो भन्दै पाँच महिना आफूलाई लुकाइन्, “मानिसहरूका बीचमा ममाथि लागेको कलङ्क हटाइदिनुहुँदा, ती दिनहरूमा प्रभुले मसँग यसरी व्यवहार गर्नुभएको छ।” अनि छैटौँ महिनामा परमेश्वरबाट स्वर्गदूत गब्रिएललाई गालीलको नासरत नाम भएको एउटा सहरमा पठाइयो। लूका 1:24–26।</w:t>
      </w:r>
    </w:p>
    <w:p>
      <w:pPr>
        <w:pStyle w:val="ArticleBody"/>
        <w:jc w:val="left"/>
      </w:pPr>
      <w:r>
        <w:rPr>
          <w:rFonts w:ascii="Nirmala UI" w:hAnsi="Nirmala UI" w:eastAsia="Nirmala UI" w:cs="Nirmala UI"/>
        </w:rPr>
        <w:t>जकरियाह पूजाहारीहरूको आठौँ पालाको थियो, जुन उसका छोरा यूहन्नाको आठौँ दिनमा भएको खतनासँग मेल खान्छ, त्यस बेला जकरियाह फेरि बोल्नेथियो। उनी र उनका छोरा यूहन्नाले नूहको जहाजमा रहेका ती आठ प्राणहरूको प्रतिनिधित्व गर्छन्, जो पाँच महिनासम्म, अर्थात् एक सय पचास दिनसम्म, जलप्रलयका पानीहरूले ल्याएको मृत्युबाट लुकाइएका थिए। गर्भावस्थाका एक सय पचास दिन र जलप्रलयका पानीहरू प्रकाश ९ मा उल्लिखित पाँच–पाँच महिनाका दुई अवधिसँग मेल खान्छन्।</w:t>
      </w:r>
    </w:p>
    <w:p>
      <w:pPr>
        <w:pStyle w:val="ArticleBody"/>
        <w:jc w:val="left"/>
      </w:pPr>
      <w:r>
        <w:rPr>
          <w:rFonts w:ascii="Nirmala UI" w:hAnsi="Nirmala UI" w:eastAsia="Nirmala UI" w:cs="Nirmala UI"/>
        </w:rPr>
        <w:t>जकरिया र उनका छोरा यूहन्नाले पनि सातौँ लाओदिकिया मण्डली आठौँ फिलादेल्फिया मण्डलीमा रूपान्तरित हुने समयको प्रतिनिधित्व गर्छन्। जकरियाको आठौँ पालोको सेवाकालदेखि उनका छोरा यूहन्नाको आठौँ दिनको खतनासम्मको अवधि एउटा भविष्यवाणीसम्बन्धी कालखण्डको प्रतिनिधित्व गर्छ, जहाँ आठ भन्ने सङ्ख्याले आरम्भ र अन्त्यको पहिचान गराउँछ। त्यस भविष्यवाणीसम्बन्धी कालखण्डभित्र पाँच महिनाको एउटा अवधि छ, जसले लुकाइको अवधिको प्रतिनिधित्व गर्छ।</w:t>
      </w:r>
    </w:p>
    <w:p>
      <w:pPr>
        <w:pStyle w:val="ArticleBody"/>
        <w:jc w:val="left"/>
      </w:pPr>
      <w:r>
        <w:rPr>
          <w:rFonts w:ascii="Nirmala UI" w:hAnsi="Nirmala UI" w:eastAsia="Nirmala UI" w:cs="Nirmala UI"/>
        </w:rPr>
        <w:t>भविष्यवाणीको “बोलाइ” ले चाँडै आउन लागेको आइतबारको व्यवस्थालाई संकेत गर्दछ; त्यसैले जकरिया आइतबारको व्यवस्थाको समयमा बोल्छन्, जब उनको छोरा खतनाको कार्यद्वारा प्रतीकात्मक रूपमा मुहर लगाइन्छ। त्यस इतिहासमा, आइतबारको व्यवस्था आउनुअघि, जब जकरिया बोल्छन्, पाँच महिनाको अन्त्यमा, छैटौँ महिनामा मरियम एलिशाबेतलाई भेट्न आउँछिन्, र पवित्र आत्माले एलिशाबेतलाई अभिषेक गर्नुहुन्छ; जसले, एक स्त्रीको रूपमा, चाँडै आउन लागेको आइतबारको व्यवस्थाभन्दा चार महिना अगावै परमेश्वरको मण्डलीको अभिषेकलाई प्रतिनिधित्व गर्छिन्।</w:t>
      </w:r>
    </w:p>
    <w:p>
      <w:pPr>
        <w:pStyle w:val="ArticleScripture"/>
        <w:jc w:val="left"/>
      </w:pPr>
      <w:r>
        <w:rPr>
          <w:rFonts w:ascii="Nirmala UI" w:hAnsi="Nirmala UI" w:eastAsia="Nirmala UI" w:cs="Nirmala UI"/>
        </w:rPr>
        <w:t>ती दिनहरूमा मरियम उठी, र हतारिएर पहाडी देशतिर, यहूदाको एउटा सहरमा गइन्; र जकरियाको घरभित्र प्रवेश गरी एलीशिबालाई अभिवादन गरिन्। अनि यस्तो भयो कि, जब एलीशिबाले मरियमको अभिवादन सुनिन्, तब शिशु उनको गर्भमा उफ्रियो; र एलीशिबा पवित्र आत्माले परिपूर्ण भइन्। अनि उनले ठूलो स्वरले भनिन्, “स्त्रीहरूमध्ये तिमी धन्य छौ, र तिम्रो गर्भको फल पनि धन्य छ। अनि मलाई यो कसरी भयो, कि मेरा प्रभुकी आमा म कहाँ आउनुहुन्छ? किनकि, हेर, तिम्रो अभिवादनको स्वर मेरा कानमा पर्नेबित्तिकै, शिशु मेरो गर्भमा आनन्दले उफ्रियो। अनि धन्य ती हुन् जसले विश्वास गरिन्; किनकि प्रभुबाट उनलाई भनिएका कुराहरू पूरा हुनेछन्।” लूका 1:39–45।</w:t>
      </w:r>
    </w:p>
    <w:p>
      <w:pPr>
        <w:pStyle w:val="ArticleBody"/>
        <w:jc w:val="left"/>
      </w:pPr>
      <w:r>
        <w:rPr>
          <w:rFonts w:ascii="Nirmala UI" w:hAnsi="Nirmala UI" w:eastAsia="Nirmala UI" w:cs="Nirmala UI"/>
        </w:rPr>
        <w:t>पाँच महिनाको अन्त्यमा, एलिसाबेथले मरियमसँग “ठूलो स्वरले” बोलिन्, र गब्रिएलको सन्देशप्रति मरियमको विश्वासको प्रशंसा गरिन्; जुन सन्देश अन्तिम दिनहरूमा तेस्रो स्वर्गदूतको सन्देश हो। एलिसाबेथका पति जकरियाले अविश्वास गरेका थिए, तर मरियमले गरिनन्। मरियमले जकरियाभन्दा पाँच महिना पछि गब्रिएलको सन्देश सुनिन्, त्यसैले तेस्रो स्वर्गदूतप्रतिको उनको विश्वास पाँच महिनाको गुप्त सन्देश प्रकट भएपछि आएको रूपमा चिन्हित गरिएको छ। अन्तिम दिनहरूमा पाँच महिनाको गुप्त सन्देश प्रकाश ९:५ का पहिलो पाँच महिना हुन्। मरियमले अन्तिम दिनहरूको त्यस मण्डलीको प्रतिनिधित्व गर्छिन् जसले तेस्रो स्वर्गदूतको सन्देश स्वीकार गर्छ, जसमा करिब चार महिना पछि चाँडै आउने आइतबारको व्यवस्थाको उद्घोषणा आउनुअघि नै पाँच महिनाको एक विशेष उद्घाटन पनि समावेश हुन्छ।</w:t>
      </w:r>
    </w:p>
    <w:p>
      <w:pPr>
        <w:pStyle w:val="ArticleBody"/>
        <w:jc w:val="left"/>
      </w:pPr>
      <w:r>
        <w:rPr>
          <w:rFonts w:ascii="Nirmala UI" w:hAnsi="Nirmala UI" w:eastAsia="Nirmala UI" w:cs="Nirmala UI"/>
        </w:rPr>
        <w:t>मरियमको भेटका मार्गचिन्हहरूमा, जकरिया र एलिजाबेथद्वारा प्रतिनिधित्व गरिएको पहिलो र दोस्रो स्वर्गदूतहरूको आन्दोलन, मरियम र यूसुफद्वारा प्रतिनिधित्व गरिएको तेस्रो स्वर्गदूतको आन्दोलनसँग जोडिन्छ। जकरियाले तेस्रो स्वर्गदूतको सन्देशमा अविश्वास गर्ने एउटा मण्डलीका पदाधिकारीलाई प्रतिनिधित्व गर्छन्, र बढई यूसुफले स्व-समर्थित कार्यद्वारा प्रतिनिधित्व गरिएको एउटा आन्दोलनलाई प्रतिनिधित्व गर्छन्। एडभेन्टवाद जसरी आरम्भ भयो त्यसरी नै अन्त्य हुन्छ, र यसको आरम्भ एउटा आन्दोलनको रूपमा भएको थियो, कुनै संगठित मण्डलीय संरचनाको रूपमा होइन। यूसुफ, मरियम र ख्रीष्टद्वारा प्रतिनिधित्व गरिएको एक लाख चवालीस हजारको आन्दोलन, जकरिया, एलिजाबेथ र यूहन्नाद्वारा प्रतिनिधित्व गरिएको मिलरवादी आन्दोलनका प्रत्यक्ष नातेदारहरू हुन्, र 1863 को अविश्वास जकरियाद्वारा प्रतिनिधित्व गरिएको छ। 1863 ले पहिलो र दोस्रो स्वर्गदूतहरूको सन्देशप्रतिको अविश्वासलाई प्रतिनिधित्व गर्छ, र तेस्रो स्वर्गदूतको आन्दोलनले मरियमको विश्वासलाई प्रतिनिधित्व गर्छ।</w:t>
      </w:r>
    </w:p>
    <w:p>
      <w:pPr>
        <w:pStyle w:val="ArticleScripture"/>
        <w:jc w:val="left"/>
      </w:pPr>
      <w:r>
        <w:rPr>
          <w:rFonts w:ascii="Nirmala UI" w:hAnsi="Nirmala UI" w:eastAsia="Nirmala UI" w:cs="Nirmala UI"/>
        </w:rPr>
        <w:t>“स्वर्गबाट आएका शक्तिशाली स्वर्गदूतलाई सहायता गर्न स्वर्गदूतहरू पठाइए, र मैले यस्तो स्वरहरू सुनेँ, जो मानौं सर्वत्र गुञ्जिरहेका थिए, ‘हे मेरा जनहो, तिमीहरू त्यसबाट बाहिर निस्क, ताकि तिमीहरू उसका पापहरूका सहभागी नबनो, र तिमीहरूले उसका विपत्तिहरूमध्ये केही पनि नपाओ। किनकि उसका पापहरू स्वर्गसम्म पुगेका छन्, र परमेश्वरले उसका अधर्महरू सम्झनुभएको छ।’ यो सन्देश तेस्रो सन्देशमा थपिएको जस्तो देखिन्थ्यो, जसरी सन् 1844 मा मध्यरात्रिको पुकार दोस्रो स्वर्गदूतको सन्देशसँग संयुक्त भएको थियो। परमेश्वरको महिमा धैर्यवान्, प्रतीक्षारत सन्तहरूमाथि विराजमान भयो, र उनीहरूले निडरतापूर्वक अन्तिम गम्भीर चेतावनी दिए, बाबेलको पतनको घोषणा गर्दै र परमेश्वरका जनहरूलाई त्यसबाट बाहिर निस्कन बोलाउँदै, ताकि उनीहरू त्यसको भयङ्कर दण्डबाट उम्कन सकून्।” Early Writings, 277.</w:t>
      </w:r>
    </w:p>
    <w:p>
      <w:pPr>
        <w:pStyle w:val="ArticleBody"/>
        <w:jc w:val="left"/>
      </w:pPr>
      <w:r>
        <w:rPr>
          <w:rFonts w:ascii="Nirmala UI" w:hAnsi="Nirmala UI" w:eastAsia="Nirmala UI" w:cs="Nirmala UI"/>
        </w:rPr>
        <w:t>दुई सन्देशको एकसाथ मिलन मरियमले एलिशाबेथलाई भेट्न गएको घटनाद्वारा प्रतिनिधित्व गरिएको छ, र त्यो बिन्दु तब आइपुग्यो जब लुकेका पाँच महिना प्रकट गरिन्छन्। त्यही बिन्दुमा दुई भविष्यवाणीहरू एकसाथ मिल्छन् र संयुक्त रूपमा घोषणा गरिन्छन्। एउटा एलिशाबेथद्वारा घोषणा गरिएको थियो र अर्को मरियमद्वारा। दुई सन्देशको यो मिलनले त्यो समयलाई चिन्हित गर्छ जब मध्यरात्रिको पुकार दोस्रो स्वर्गदूतको सन्देशसँग मिल्छ, र त्यो मिलरवादी इतिहासमा एक्सेटर क्याम्प मिटिङमा घटित भयो।</w:t>
      </w:r>
    </w:p>
    <w:p>
      <w:pPr>
        <w:pStyle w:val="ArticleBody"/>
        <w:jc w:val="left"/>
      </w:pPr>
      <w:r>
        <w:rPr>
          <w:rFonts w:ascii="Nirmala UI" w:hAnsi="Nirmala UI" w:eastAsia="Nirmala UI" w:cs="Nirmala UI"/>
        </w:rPr>
        <w:t>एलिसाबेथ र त्यसपछि मरियमले आफ्ना घोषणाहरू गरेपछि, “मरियम उनीसँग करिब तीन महिना बसिन्, र आफ्नै घरमा फर्किन्।” लूका १:५६। एक्सेटरदेखि अक्टोबर २२, १८४४ सम्मको छयसट्ठी दिनको अवधि ती चार महिनाद्वारा प्रतिनिधित्व गरिएको छ, जुन छिट्टै आउने आइतबारको व्यवस्थासँगै समाप्त भयो, जब जकरिया बोले। ती चार महिनाले मध्यरात्रिको पुकारको सन्देशको घोषणाको अवधिलाई प्रतिनिधित्व गर्छन्, जुन पाँच गोप्य महिनाहरूको सन्देशपछि आइपुग्छ।</w:t>
      </w:r>
    </w:p>
    <w:p>
      <w:pPr>
        <w:pStyle w:val="ArticleBody"/>
        <w:jc w:val="left"/>
      </w:pPr>
      <w:r>
        <w:rPr>
          <w:rFonts w:ascii="Nirmala UI" w:hAnsi="Nirmala UI" w:eastAsia="Nirmala UI" w:cs="Nirmala UI"/>
        </w:rPr>
        <w:t>मिलराइट इतिहासका दुई सन्देशहरू पहिलो र दोस्रो स्वर्गदूतका सन्देशहरू थिए, र पहिलो स्वर्गदूतको सन्देश पाँच महिनाको अवधिबाट आरम्भ हुने समय-भविष्यवाणीको परिपूर्तिद्वारा सामर्थ्यवान् बनाइएको थियो, जुन जोसायाह लिचद्वारा प्रस्तुत गरिएअनुसार सन् १८४० अगस्ट ११ मा यसको परिपूर्तिभन्दा दस दिनअघिसम्म आंशिक रूपमा लुकेको थियो। दोस्रो स्वर्गदूतको सन्देशको सामर्थ्य सन् १८४३ को अशुद्ध भविष्यवाणीको सच्याइ थियो, जुन सामुएल स्नोद्वारा प्रस्तुत गरिएअनुसार एक्सेटर शिविर-सभामा सम्पन्न भयो।</w:t>
      </w:r>
    </w:p>
    <w:p>
      <w:pPr>
        <w:pStyle w:val="ArticleBody"/>
        <w:jc w:val="left"/>
      </w:pPr>
      <w:r>
        <w:rPr>
          <w:rFonts w:ascii="Nirmala UI" w:hAnsi="Nirmala UI" w:eastAsia="Nirmala UI" w:cs="Nirmala UI"/>
        </w:rPr>
        <w:t>मध्यरात्रिको पुकारको द्वैगुणिक सन्देशको घोषणा ढोका बन्द हुनुभन्दा अघिको एउटा छोटो अवधिद्वारा प्रतिनिधित्व गरिएको छ, जुन नोआको कथामा पाँच महिनाको अवधिलाई उद्घाटित गर्दछ, र त्यसको निष्कर्ष जहाज अरारात पर्वतको टुप्पोमा अडिएको अवस्थासँग हुन्छ। मध्यरात्रिको पुकारको घोषणाको अवधि लुकेका पाँच महिनाको अनमोचन भएपछि आउँछ, जुन अगस्ट 11, 1840 भन्दा दस दिनअघि आएको थियो, र यो त्यसपछि पनि आयो जब प्रभुले 1843 chart मा उहाँले ढाकेर राख्नुभएका प्रतीकहरूबाट आफ्नो हात हटाउनुभयो। अगस्ट 1 देखि 11 सम्मका दस दिनहरू Exeter देखि October 22, 1844 सम्मका छयासट्ठी दिनहरूसँग समरेखित छन्, र द्वैगुणिक साक्षीले यो पहिचान गराउँछ कि लुकेका पाँच महिनाको अनमोचन, पहिलो निराशा उत्पन्न गर्ने गलत घोषणाको सच्याइसँगै, त्यही बेला हुन्छ जब मरियम छैटौँ महिनामा एलीशिबालाई भेट्छिन् र अभिवादन गर्छिन्।</w:t>
      </w:r>
    </w:p>
    <w:p>
      <w:pPr>
        <w:pStyle w:val="ArticleBody"/>
        <w:jc w:val="left"/>
      </w:pPr>
      <w:r>
        <w:rPr>
          <w:rFonts w:ascii="Nirmala UI" w:hAnsi="Nirmala UI" w:eastAsia="Nirmala UI" w:cs="Nirmala UI"/>
        </w:rPr>
        <w:t>आइतबारको व्यवस्था लागु हुने समयमा, संयुक्त राज्य अमेरिकाले अजिङ्गरझैँ बोल्दछ, इस्लामको गधा बोल्दछ, र हबकूकको दर्शनले यर्मिया, जकरिया र इजकिएलका मुखद्वारा बोल्दछ। आइतबारको व्यवस्था लागु हुने समयमा इजकिएल एउटा चिन्ह हो, यसरी उसले आइतबारको व्यवस्था लागु हुने समयमा उचालिने झण्डाको प्रतिनिधित्व गर्दछ। इजकिएलमा ‘चिन्ह’ भन्ने शब्दका नौ सन्दर्भहरूमध्ये दुईवटाले “विश्रामदिनहरू”लाई पवित्रीकरणको चिन्हका रूपमा पहिचान गर्दछन्, जसले मानवतासँग देवत्वको संयोजनलाई प्रतिनिधित्व गर्दछ।</w:t>
      </w:r>
    </w:p>
    <w:p>
      <w:pPr>
        <w:pStyle w:val="ArticleScripture"/>
        <w:jc w:val="left"/>
      </w:pPr>
      <w:r>
        <w:rPr>
          <w:rFonts w:ascii="Nirmala UI" w:hAnsi="Nirmala UI" w:eastAsia="Nirmala UI" w:cs="Nirmala UI"/>
        </w:rPr>
        <w:t>तर मैले आफ्नै नामको खातिर यस्तो गरेँ, ताकि तिनीहरू बसोबास गरिरहेका अन्यजातिहरूका सामुन्ने मेरो नाम अपवित्र नहोस्; किनकि तिनीहरूकै दृष्टिमा मैले आफूलाई तिनीहरूलाई प्रकट गरेको थिएँ, जब मैले तिनीहरूलाई मिश्रदेशबाट बाहिर ल्याएँ। यसकारण मैले तिनीहरूलाई मिश्रदेशबाट निस्कन लगाए र उजाडस्थानमा ल्याएँ। अनि मैले तिनीहरूलाई मेरा विधिहरू दिएँ, र मेरा न्यायहरू देखाएँ, जुन यदि कुनै मानिसले पालन गर्छ भने, ऊ तिनैमा जीवित रहनेछ।</w:t>
      </w:r>
    </w:p>
    <w:p>
      <w:pPr>
        <w:pStyle w:val="ArticleScripture"/>
        <w:jc w:val="left"/>
      </w:pPr>
      <w:r>
        <w:rPr>
          <w:rFonts w:ascii="Nirmala UI" w:hAnsi="Nirmala UI" w:eastAsia="Nirmala UI" w:cs="Nirmala UI"/>
        </w:rPr>
        <w:t>यसका अतिरिक्त मैले तिनीहरूलाई मेरा विश्रामदिनहरू पनि दिएँ, ताकि ती मेरा र तिनीहरूका बीचमा एउटा चिन्ह होऊन्, जसद्वारा तिनीहरूले थाहा पाऊन् कि तिनीहरूलाई पवित्र पार्ने परमप्रभु म नै हुँ। तर इस्राएलको घरानाले उजाडस्थानमा मेरो विरुद्ध विद्रोह गर्‍यो: तिनीहरू मेरा विधिहरूमा हिँडेनन्, र तिनीहरूले मेरा न्याय-विधानहरूलाई तुच्छ ठाने, जुन कुनै मानिसले पालन गर्‍यो भने त्यसैमा ऊ जीवित रहनेछ; र मेरा विश्रामदिनहरूलाई तिनीहरूले अत्यन्त अपवित्र तुल्याए: तब मैले भनेँ, म उजाडस्थानमै तिनीहरूमाथि मेरो क्रोध पोखाउनेछु, तिनीहरूलाई नाश गरिदिन। तर मैले मेरो नाउँको खातिर कार्य गरेँ, ताकि जातिहरूका सामुन्ने, जसको दृष्टिमा मैले तिनीहरूलाई बाहिर ल्याएको थिएँ, त्यो अपवित्र नहोस्। तैपनि मैले उजाडस्थानमा तिनीहरूप्रति मेरो हात उठाएँ, कि मैले तिनीहरूलाई त्यस देशमा, जुन मैले तिनीहरूलाई दिएको थिएँ, दूध र मह बग्ने, सबै देशहरूको शोभा भएको, भित्र्याउनेछैनँ; किनभने तिनीहरूले मेरा न्याय-विधानहरूलाई तुच्छ ठाने, र मेरा विधिहरूमा हिँडेनन्, तर मेरा विश्रामदिनहरूलाई अपवित्र तुल्याए: किनकि तिनीहरूको हृदय आफ्ना मूर्तिहरूको पछि लागेको थियो। तथापि मेरो आँखाले तिनीहरूलाई नाश गर्नबाट जोगायो, न त मैले उजाडस्थानमा तिनीहरूको पूर्ण अन्त्य नै गरेँ। तर मैले उजाडस्थानमा तिनीहरूका सन्तानहरूलाई भनेँ, तिमीहरू आफ्ना पिताहरूका विधिहरूमा नहिँड, न तिनीहरूका न्याय-विधानहरू पालन गर, न तिनीहरूका मूर्तिहरूद्वारा आफूलाई अशुद्ध तुल्याओ: म परमप्रभु तिमीहरूका परमेश्वर हुँ; मेरा विधिहरूमा हिँड, र मेरा न्याय-विधानहरू मान, र तिनलाई पालन गर; अनि मेरा विश्रामदिनहरूलाई पवित्र मान; र ती मेरा र तिमीहरूका बीचमा एउटा चिन्ह हुनेछन्, ताकि तिमीहरूले थाहा पाओ कि म परमप्रभु तिमीहरूका परमेश्वर हुँ। इजकिएल 20:9–20।</w:t>
      </w:r>
    </w:p>
    <w:p>
      <w:pPr>
        <w:pStyle w:val="ArticleBody"/>
        <w:jc w:val="left"/>
      </w:pPr>
      <w:r>
        <w:rPr>
          <w:rFonts w:ascii="Nirmala UI" w:hAnsi="Nirmala UI" w:eastAsia="Nirmala UI" w:cs="Nirmala UI"/>
        </w:rPr>
        <w:t>इजकिएलले एक लाख चवालीस हजारको ध्वजचिन्हलाई प्रतिनिधित्व गर्छन्, र मानवतासँग संयुक्त दिव्यताको चिन्ह प्रभुका “विश्राम-दिनहरू” हुन्। घेराबन्दीको आरम्भमा इजकिएल नै चिन्ह हुन्, र यरूशलेमको विनाशको समयमा पनि, जब उनी ध्वजचिन्हका रूपमा उचालिन्छन्, उनी नै चिन्ह हुन्। घेराबन्दीको आरम्भमा, हेर्न र सुन्न अस्वीकार गर्नेहरू, जसले उहाँका “विश्राम-दिनहरू” लाई अपवित्र तुल्याउँछन्, तिनीहरू पनि एक चिन्ह हुन्।</w:t>
      </w:r>
    </w:p>
    <w:p>
      <w:pPr>
        <w:pStyle w:val="ArticleScripture"/>
        <w:jc w:val="left"/>
      </w:pPr>
      <w:r>
        <w:rPr>
          <w:rFonts w:ascii="Nirmala UI" w:hAnsi="Nirmala UI" w:eastAsia="Nirmala UI" w:cs="Nirmala UI"/>
        </w:rPr>
        <w:t>तब इस्राएलका केही एल्डरहरू मकहाँ आए र मेरो सामु बसिरहे। अनि परमप्रभुको वचन मकहाँ आयो, यसो भन्दै, हे मानिसका सन्तान, यी मानिसहरूले आफ्ना मूर्तिहरू आफ्नै हृदयमा स्थापित गरेका छन्, र आफ्नो अधर्मको ठेस लाग्ने वस्तु आफ्नै मुखामुखि राखेका छन्; के म तिनीहरूद्वारा कुनै प्रकारले सोधिनु पर्ने हो? यसकारण तिनीहरूसँग बोल, र तिनीहरूलाई भन, परमप्रभु यहोवा यसो भन्नुहुन्छ: इस्राएलको घरानाका हरेक मानिस, जसले आफ्ना मूर्तिहरू आफ्नो हृदयमा स्थापित गर्छ, र आफ्नो अधर्मको ठेस लाग्ने वस्तु आफ्नै मुखामुखि राख्छ, र अगमवक्ताकहाँ आउँछ—त्यसरी आउनेलाई म परमप्रभु उसका मूर्तिहरूको बहुतायतअनुसार उत्तर दिनेछु; ताकि म इस्राएलको घरानालाई तिनीहरूकै आफ्नै हृदयमा पक्रन सकूँ, किनकि तिनीहरू सबै आफ्ना मूर्तिहरूद्वारा मबाट पराइएका छन्।</w:t>
      </w:r>
    </w:p>
    <w:p>
      <w:pPr>
        <w:pStyle w:val="ArticleScripture"/>
        <w:jc w:val="left"/>
      </w:pPr>
      <w:r>
        <w:rPr>
          <w:rFonts w:ascii="Nirmala UI" w:hAnsi="Nirmala UI" w:eastAsia="Nirmala UI" w:cs="Nirmala UI"/>
        </w:rPr>
        <w:t>यसकारण इस्राएलको घरानासित भन, परमप्रभु यहोवा यसो भन्नुहुन्छ: पश्चात्ताप गर, र आफ्ना मूर्तिहरूदेखि फर्क; अनि आफ्ना सबै घृणित कामहरूबाट आफ्नो मुख फर्काऊ। किनकि इस्राएलको घरानाको हरेक जनाले, वा इस्राएलमा बसोबास गर्ने विदेशीले, जो मबाट आफूलाई अलग गर्छ, र आफ्ना मूर्तिहरू आफ्नै हृदयमा स्थापित गर्छ, र आफ्नो अधर्मको ठेसलाग्ने वस्तु आफ्नो मुखअगाडि राख्छ, अनि मेरो विषयमा सोध्न अगमवक्ताकहाँ आउँछ भने, म परमप्रभु आफैंले त्यसलाई उत्तर दिनेछु। अनि म त्यस मानिसको विरुद्ध आफ्नो मुख लगाउनेछु, र त्यसलाई एउटा चिह्न र उखान बनाउनेछु, र मेरो प्रजाको बीचबाट त्यसलाई काटेर फाल्नेछु; अनि तिमीहरूले थाहा पाउनेछौ कि म नै परमप्रभु हुँ। अनि यदि अगमवक्ता छलियो र उसले कुनै कुरा बोल्यो भने, म परमप्रभु नै त्यो अगमवक्तालाई छल्नेछु, र म त्यसको विरुद्ध आफ्नो हात पसार्नेछु, र मेरो प्रजा इस्राएलको बीचबाट त्यसलाई नष्ट गर्नेछु। अनि तिनीहरूले आफ्नो अधर्मको दण्ड भोग्नेछन्: अगमवक्ताको दण्ड त्यहीजसरी हुनेछ जसरी त्यसकहाँ खोजी गर्न आउनेको दण्ड हुन्छ; ताकि इस्राएलको घराना फेरि मबाट तर्केर नजाओस्, न त आफ्ना सबै अपराधहरूले फेरि अशुद्ध बनोस्; तर तिनीहरू मेरा प्रजा होऊन्, र म तिनीहरूको परमेश्वर होऊँ, परमप्रभु यहोवा भन्नुहुन्छ। इजकिएल 14:1–11।</w:t>
      </w:r>
    </w:p>
    <w:p>
      <w:pPr>
        <w:pStyle w:val="ArticleBody"/>
        <w:jc w:val="left"/>
      </w:pPr>
      <w:r>
        <w:rPr>
          <w:rFonts w:ascii="Nirmala UI" w:hAnsi="Nirmala UI" w:eastAsia="Nirmala UI" w:cs="Nirmala UI"/>
        </w:rPr>
        <w:t>न्यासभिलमा, लाओडिकीय सातौँ-दिनका एडभेन्टिस्ट मण्डलीभित्रका ती मानिसहरू, जसले जकरियाले जस्तै अविश्वास गरे; जसले “हामीले अघिल्ला दिनहरूमा जस्तै चमत्कारहरू र परमेश्वरको शक्तिको विशेष प्रकटीकरणको अपेक्षा गर्नु आवश्यक छैन” भन्ने धारणा अपनाएका थिए, जसको प्रतिनिधित्व 1840 देखि 1844 सम्मले गर्दछ, उनीहरूलाई एडभेन्टवादभन्दा बाहिरकाहरूले तिमीहरूले किन चेतावनी दिएनौ भनेर सामना गराउनेछन्। तिनीहरू झूटा शान्ति र सुरक्षा सन्देशको “चिन्ह” बन्छन्, जसले एक्सेटर क्याम्प-सभामा एकअर्काको विरोधमा रहेका दुई पालहरूले प्रतिनिधित्व गरेझैँ बुद्धिमान् र मूर्खहरूको विभाजनलाई चिह्नित गर्दछ। तिनीहरूले मूर्तिपूजा र विद्रोहको एउटा “चिन्ह” वहन गर्छन्, जबकि इजकिएलले साँचो भविष्यसूचक चेतावनीको सन्देश वहन गर्छन्। घेराबन्दीको अन्त्यमा, जब यरूशलेम नाश हुन्छ, जसले आइतबारको व्यवस्थाको प्रतिनिधित्व गर्दछ, तब विद्रोहको चिन्ह पशुको छाप हुन्छ र आज्ञाकारिताको चिन्ह परमेश्वरको छाप हुन्छ।</w:t>
      </w:r>
    </w:p>
    <w:p>
      <w:pPr>
        <w:pStyle w:val="ArticleBody"/>
        <w:jc w:val="left"/>
      </w:pPr>
      <w:r>
        <w:rPr>
          <w:rFonts w:ascii="Nirmala UI" w:hAnsi="Nirmala UI" w:eastAsia="Nirmala UI" w:cs="Nirmala UI"/>
        </w:rPr>
        <w:t>आइतबारको व्यवस्थाको समयमा एडभेन्टवादका लागि परीक्षाकाल पूर्णतः बन्द हुन्छ, र त्यहाँ धर्मी र दुष्टका लागि एउटा चिन्ह छ, जसद्वारा तिनीहरू चिह्नित गरिएका छन्। चाँडै आउन लागेको आइतबारको व्यवस्थामा हुने परीक्षाकालको अन्त्यले माइकल उठ्दा हुने परीक्षाकालको अन्त्यको प्रतीकात्मक रूप धारण गर्दछ, र त्यहाँ भीडहरूका मृत्युको चिन्ह गोग र मागोगद्वारा प्रतिनिधित्व गरिएको छ।</w:t>
      </w:r>
    </w:p>
    <w:p>
      <w:pPr>
        <w:pStyle w:val="ArticleScripture"/>
        <w:jc w:val="left"/>
      </w:pPr>
      <w:r>
        <w:rPr>
          <w:rFonts w:ascii="Nirmala UI" w:hAnsi="Nirmala UI" w:eastAsia="Nirmala UI" w:cs="Nirmala UI"/>
        </w:rPr>
        <w:t>र देश हुँदै जाने यात्रुहरू, जब कसैले कुनै मानिसको हड्डी देख्छ, तब गाड्नेहरूले त्यसलाई हामोनगोगको बेँसीमा गाडी नसकुञ्जेल उसले त्यसको छेउमा एउटा चिन्ह खडा गर्नेछ। अनि सहरको नाउँ पनि हामोना हुनेछ। यसरी तिनीहरूले देशलाई शुद्ध पार्नेछन्। इजकिएल 39:15, 16.</w:t>
      </w:r>
    </w:p>
    <w:p>
      <w:pPr>
        <w:pStyle w:val="ArticleBody"/>
        <w:jc w:val="left"/>
      </w:pPr>
      <w:r>
        <w:rPr>
          <w:rFonts w:ascii="Nirmala UI" w:hAnsi="Nirmala UI" w:eastAsia="Nirmala UI" w:cs="Nirmala UI"/>
        </w:rPr>
        <w:t>व्यवस्थाको चिन्ह इजकिएलको सैँतीसौँ अध्यायमा पहिचान गरिन्छ, जहाँ मरेका हड्डीहरूको उपत्यकालाई जीवन दिइन्छ र दुईवटा लठ्ठीहरूलाई एकसाथ जोडिन्छ। हड्डीहरूलाई इस्लामको सन्देशद्वारा, जो चारवटा बतासद्वारा प्रतिनिधित्व गरिएको छ, जीवन दिइन्छ, यसरी यसले अगस्ट 11, 1840 लाई प्रतिरूपित गर्दछ। दुईवटा लठ्ठीहरूलाई एउटैमा मिलाइन्छ, यसरी यसले दोस्रो स्वर्गदूतको सन्देशलाई मध्यरातको कराहको सन्देशसँग जोडिनुलाई प्रतिनिधित्व गर्दछ। हड्डीहरू पहिलो स्वर्गदूतको सामर्थ्यकरण हुन् र दुईवटा लठ्ठीहरू दोस्रो स्वर्गदूतको सामर्थ्यकरण हुन्। त्यसपछि परमेश्वरका मानिसहरू उहाँका अन्तिम दिनहरूका चुनिएका करारका मानिसहरू हुन्छन्, जो यूहन्नाद्वारा एक लाख चवालीस हजारका रूपमा प्रतिनिधित्व गरिएका छन्।</w:t>
      </w:r>
    </w:p>
    <w:p>
      <w:pPr>
        <w:pStyle w:val="ArticleScripture"/>
        <w:jc w:val="left"/>
      </w:pPr>
      <w:r>
        <w:rPr>
          <w:rFonts w:ascii="Nirmala UI" w:hAnsi="Nirmala UI" w:eastAsia="Nirmala UI" w:cs="Nirmala UI"/>
        </w:rPr>
        <w:t>यस अतिरिक्त म तिनीहरूसित शान्तिको एउटा करार बाँध्नेछु; त्यो तिनीहरूसितको अनन्त करार हुनेछ; र म तिनीहरूलाई स्थापित गर्नेछु, र तिनीहरूलाई वृद्धि गर्नेछु, र मेरो पवित्रस्थान तिनीहरूका बीचमा सदासर्वदाका लागि राख्नेछु। मेरो वासस्थान पनि तिनीहरूसित हुनेछ; हो, म तिनीहरूको परमेश्वर हुनेछु, र तिनीहरू मेरा प्रजा हुनेछन्। अनि अन्यजातिहरूले जान्नेछन् कि म परमप्रभु नै इस्राएललाई पवित्र तुल्याउँछु, जब मेरो पवित्रस्थान तिनीहरूका बीचमा सदासर्वदाका लागि हुनेछ। इजकिएल ३७:२६–२८।</w:t>
      </w:r>
    </w:p>
    <w:p>
      <w:pPr>
        <w:pStyle w:val="ArticleBody"/>
        <w:jc w:val="left"/>
      </w:pPr>
      <w:r>
        <w:rPr>
          <w:rFonts w:ascii="Nirmala UI" w:hAnsi="Nirmala UI" w:eastAsia="Nirmala UI" w:cs="Nirmala UI"/>
        </w:rPr>
        <w:t>परमेश्वरको वचनभित्र दिव्यता र मानवताको संयोजन विभिन्न प्रकारले प्रस्तुत गरिएको छ, र त्यसको एउटा दृष्टान्त यो हो कि मानव प्राणीको उच्च प्रकृतिभित्र अवस्थित “आत्माको दुर्ग” परमेश्वरको पवित्रस्थानको दुर्गसँग जोडिएको हुन्छ। जब परमेश्वरको दुर्गको प्रतिनिधित्व गर्ने स्वर्गीय सिंहासन-कक्ष मानव प्राणीको उच्च प्रकृतिको दुर्गसँग संयुक्त हुन्छ, तब परमेश्वरका मानिसहरू “पवित्र” पारिन्छन् र उहाँ “सदासर्वदा तिनीहरूका बीचमा” वास गर्नुहुन्छ।</w:t>
      </w:r>
    </w:p>
    <w:p>
      <w:pPr>
        <w:pStyle w:val="ArticleBody"/>
        <w:jc w:val="left"/>
      </w:pPr>
      <w:r>
        <w:rPr>
          <w:rFonts w:ascii="Nirmala UI" w:hAnsi="Nirmala UI" w:eastAsia="Nirmala UI" w:cs="Nirmala UI"/>
        </w:rPr>
        <w:t>सैंतीसौँ अध्यायपछि इजकिएलले अठतीसौँ र उनन्चालीसौँ अध्याय प्रस्तुत गर्छन्, जहाँ उनले गोग र मागोगलाई परमेश्वरका चुनिएका करारका जनहरूभन्दा बाहिर रहेका मानवजातिको महासंघका प्रतीकका रूपमा सम्बोधन गर्छन्। चालिसौँ अध्यायमा, सैंतीसौँ अध्यायका करारका जनहरूलाई सारा पृथ्वीभरि भरिने एउटा मन्दिरका रूपमा प्रस्तुत गरिएको छ। अठतीसौँदेखि चालिसौँ अध्यायहरूले अठतीस र चालिस संख्याद्वारा प्रतिनिधित्व गरिएझैँ, अन्तिम दिनहरूमा परमेश्वरका करारका जनहरूको उदयलाई प्रतिनिधित्व गर्छन्।</w:t>
      </w:r>
    </w:p>
    <w:p>
      <w:pPr>
        <w:pStyle w:val="ArticleBody"/>
        <w:jc w:val="left"/>
      </w:pPr>
      <w:r>
        <w:rPr>
          <w:rFonts w:ascii="Nirmala UI" w:hAnsi="Nirmala UI" w:eastAsia="Nirmala UI" w:cs="Nirmala UI"/>
        </w:rPr>
        <w:t>हामी यी विषयहरूलाई अर्को लेखमा निरन्तरता दिनेछौं।</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Nirmala UI" w:hAnsi="Nirmala UI" w:eastAsia="Nirmala UI" w:cs="Nirmala UI"/>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Nirmala UI" w:hAnsi="Nirmala UI" w:eastAsia="Nirmala UI" w:cs="Nirmala UI"/>
      <w:b/>
      <w:sz w:val="40"/>
    </w:rPr>
  </w:style>
  <w:style w:type="paragraph" w:customStyle="1" w:styleId="ArticleSubtitle">
    <w:name w:val="Article Subtitle"/>
    <w:basedOn w:val="Normal"/>
    <w:pPr>
      <w:spacing w:before="0" w:after="160"/>
      <w:ind w:left="0" w:right="0" w:firstLine="0"/>
      <w:jc w:val="left"/>
    </w:pPr>
    <w:rPr>
      <w:rFonts w:ascii="Nirmala UI" w:hAnsi="Nirmala UI" w:eastAsia="Nirmala UI" w:cs="Nirmala UI"/>
      <w:i/>
      <w:sz w:val="28"/>
    </w:rPr>
  </w:style>
  <w:style w:type="paragraph" w:customStyle="1" w:styleId="ArticleByline">
    <w:name w:val="Article Byline"/>
    <w:basedOn w:val="Normal"/>
    <w:pPr>
      <w:spacing w:before="0" w:after="40"/>
      <w:jc w:val="left"/>
    </w:pPr>
    <w:rPr>
      <w:rFonts w:ascii="Nirmala UI" w:hAnsi="Nirmala UI" w:eastAsia="Nirmala UI" w:cs="Nirmala UI"/>
      <w:i/>
      <w:sz w:val="22"/>
    </w:rPr>
  </w:style>
  <w:style w:type="paragraph" w:customStyle="1" w:styleId="ArticleDate">
    <w:name w:val="Article Date"/>
    <w:basedOn w:val="Normal"/>
    <w:pPr>
      <w:spacing w:before="0" w:after="280"/>
      <w:jc w:val="left"/>
    </w:pPr>
    <w:rPr>
      <w:rFonts w:ascii="Nirmala UI" w:hAnsi="Nirmala UI" w:eastAsia="Nirmala UI" w:cs="Nirmala UI"/>
      <w:sz w:val="20"/>
    </w:rPr>
  </w:style>
  <w:style w:type="paragraph" w:customStyle="1" w:styleId="ArticleHeading">
    <w:name w:val="Article Heading"/>
    <w:basedOn w:val="Heading2"/>
    <w:pPr>
      <w:spacing w:before="240" w:after="120"/>
      <w:jc w:val="left"/>
    </w:pPr>
    <w:rPr>
      <w:rFonts w:ascii="Nirmala UI" w:hAnsi="Nirmala UI" w:eastAsia="Nirmala UI" w:cs="Nirmala UI"/>
      <w:b/>
      <w:sz w:val="26"/>
    </w:rPr>
  </w:style>
  <w:style w:type="paragraph" w:customStyle="1" w:styleId="ArticleBody">
    <w:name w:val="Article Body"/>
    <w:basedOn w:val="Normal"/>
    <w:pPr>
      <w:spacing w:before="0" w:after="160"/>
      <w:jc w:val="left"/>
    </w:pPr>
    <w:rPr>
      <w:rFonts w:ascii="Nirmala UI" w:hAnsi="Nirmala UI" w:eastAsia="Nirmala UI" w:cs="Nirmala UI"/>
      <w:sz w:val="24"/>
    </w:rPr>
  </w:style>
  <w:style w:type="paragraph" w:customStyle="1" w:styleId="ArticleScripture">
    <w:name w:val="Article Scripture"/>
    <w:basedOn w:val="Normal"/>
    <w:pPr>
      <w:spacing w:before="0" w:after="160"/>
      <w:ind w:left="504" w:right="144"/>
      <w:jc w:val="left"/>
    </w:pPr>
    <w:rPr>
      <w:rFonts w:ascii="Nirmala UI" w:hAnsi="Nirmala UI" w:eastAsia="Nirmala UI" w:cs="Nirmala UI"/>
      <w:i w:val="0"/>
      <w:sz w:val="23"/>
    </w:rPr>
  </w:style>
  <w:style w:type="paragraph" w:customStyle="1" w:styleId="ArticleQuote">
    <w:name w:val="Article Quote"/>
    <w:basedOn w:val="Normal"/>
    <w:pPr>
      <w:spacing w:before="0" w:after="160"/>
      <w:ind w:left="648" w:right="288"/>
      <w:jc w:val="left"/>
    </w:pPr>
    <w:rPr>
      <w:rFonts w:ascii="Nirmala UI" w:hAnsi="Nirmala UI" w:eastAsia="Nirmala UI" w:cs="Nirmala UI"/>
      <w:i/>
      <w:sz w:val="23"/>
    </w:rPr>
  </w:style>
  <w:style w:type="paragraph" w:customStyle="1" w:styleId="ArticleListItem">
    <w:name w:val="Article List Item"/>
    <w:basedOn w:val="Normal"/>
    <w:pPr>
      <w:spacing w:before="0" w:after="80"/>
      <w:ind w:left="576" w:right="0" w:hanging="259"/>
      <w:jc w:val="left"/>
    </w:pPr>
    <w:rPr>
      <w:rFonts w:ascii="Nirmala UI" w:hAnsi="Nirmala UI" w:eastAsia="Nirmala UI" w:cs="Nirmala UI"/>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पद चालीसको लुकेको इतिहास - नम्बर बत्तीस</dc:title>
  <dc:subject>इजकिएल संख्या तेह्र</dc:subject>
  <dc:creator>Jeff Pippenger</dc:creator>
  <cp:keywords/>
  <dc:description>Generated by ArticleDigger from hidden_history\32_hidden_history.json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