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चालीसौँ पदको लुकेको इतिहास - अङ्क चौँतीस</w:t>
      </w:r>
    </w:p>
    <w:p>
      <w:pPr>
        <w:pStyle w:val="ArticleSubtitle"/>
        <w:jc w:val="left"/>
      </w:pPr>
      <w:r>
        <w:rPr>
          <w:rFonts w:ascii="Nirmala UI" w:hAnsi="Nirmala UI" w:eastAsia="Nirmala UI" w:cs="Nirmala UI"/>
        </w:rPr>
        <w:t>इजकिएल सङ्ख्या पन्ध्र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लुकेका पाँच महिना</w:t>
      </w:r>
    </w:p>
    <w:p>
      <w:pPr>
        <w:pStyle w:val="ArticleBody"/>
        <w:jc w:val="left"/>
      </w:pPr>
      <w:r>
        <w:rPr>
          <w:rFonts w:ascii="Nirmala UI" w:hAnsi="Nirmala UI" w:eastAsia="Nirmala UI" w:cs="Nirmala UI"/>
        </w:rPr>
        <w:t>पद दशमा चित्रण गरिएको इस्लामको सन्देशलाई जोसियाह लिचले सन् १८३८ मा पद पन्ध्रमा निर्दिष्ट समयसँग सम्बन्ध जोडेर प्रस्तुत गरेका थिए। त्यस समयमा भविष्यवाणीका केही पक्ष लिचको दृष्टिबाट ओझेलमा थिए। सन् १८४० को अगस्ट १ सम्ममा लिचले “पाँच महिना” को सन्देशबाट सन् १८३८ पछि उनलाई प्रकट भएका कुराहरूमा आधारित अझ विस्तृत प्रस्तुति प्रकाशित गरेका थिए। सन् १८३८ मा प्रकाशको पुस्तकको नवौँ अध्यायको “पाँच महिना” को सन्देशको केही भाग लिचका निम्ति गुप्त रहेको थियो। पाँच महिनाको भविष्यवाणीको त्यो गुप्त भागको मोहोर सन् १८४० अघि लिचका निम्ति खोलिएको थियो, र त्यसरी मोहोर खोलिनुले सन् १८४० देखि १८४४ सम्म परमेश्वरको शक्तिको प्रकटीकरण गराएको थियो।</w:t>
      </w:r>
    </w:p>
    <w:p>
      <w:pPr>
        <w:pStyle w:val="ArticleBody"/>
        <w:jc w:val="left"/>
      </w:pPr>
      <w:r>
        <w:rPr>
          <w:rFonts w:ascii="Nirmala UI" w:hAnsi="Nirmala UI" w:eastAsia="Nirmala UI" w:cs="Nirmala UI"/>
        </w:rPr>
        <w:t>पाँचौँ पदमा उल्लिखित पाँच महिनाको अवधि सन् २०२६ सम्म गुप्त थियो। एलीशिबा पाँच महिनाको गुप्तवासबाट बाहिर आउँदा मरियम उनीसँग सामेल भइन्। मरियमले पाँच महिनाको गुप्तवासलाई दस कन्याको दृष्टान्तसँग जोड्छिन्, किनभने एलीशिबाको विपरीत मरियम गर्भवती कन्या थिइन्, र एलीशिबाचाहिँ सन्तान जन्माउने उमेर नाघेकी गर्भवती स्त्री थिइन्। दुवै जन्म आ-आफ्नै किसिमले चमत्कारपूर्ण थिए, तर मरियम कन्या थिइन्। सबै अगमवक्ताहरू संसारको अन्तको विषयमा बोल्छन्, र अन्तिम दिनहरूमा मरियमद्वारा प्रतिनिधित्व गरिएका कन्याहरू ती पाँच बुद्धिमती कन्या हुन्, जसले तेस्रो स्वर्गदूतको फिलाडेल्फियाली आन्दोलन गठन गर्छन् र जो एक लाख चवालीस हजारका रूपमा गनिन्छन्। एलीशिबाको पाँच महिनाको गुप्तवासपछि छैटौँ महिनामा एलीशिबा र मरियमको भेट हुन्छ। पाँचौँ पदमा उल्लिखित पाँच महिनाको अवधि सन् २०२६ सम्म गुप्त थियो।</w:t>
      </w:r>
    </w:p>
    <w:p>
      <w:pPr>
        <w:pStyle w:val="ArticleBody"/>
        <w:jc w:val="left"/>
      </w:pPr>
      <w:r>
        <w:rPr>
          <w:rFonts w:ascii="Nirmala UI" w:hAnsi="Nirmala UI" w:eastAsia="Nirmala UI" w:cs="Nirmala UI"/>
        </w:rPr>
        <w:t>यूहन्नाको जन्म भएपछि मरियम नासरत फर्किन्, र जकरिया अब मूक रहेनन्। आइतबारको कानुनका बेला ढोका बन्द नभएसम्म मरियम एलिशिबासँगै थिइन्, जुन बेला भविष्यवाणी बोल्छ। जकरिया मूक बनाइने अल्फा मार्गचिह्न हुन् र आफ्नो छोराको जन्म हुँदा बोल्ने ओमेगा मार्गचिह्न पनि हुन्। जकरिया सुरुमा र अन्त्यमा छन्, र तिनले पहिलो र तेस्रो दुवै स्वर्गदूतको प्रतिनिधित्व गर्छन्। एलिशिबा दोस्रो स्वर्गदूतको सन्देश हुन्, र मरियम मध्यरात्रिको पुकारको सन्देश हुन्, जुन पाँच महिनाको गुप्तवासको अन्त्यमा एलिशिबासँग जोडिन्छ।</w:t>
      </w:r>
    </w:p>
    <w:p>
      <w:pPr>
        <w:pStyle w:val="ArticleBody"/>
        <w:jc w:val="left"/>
      </w:pPr>
      <w:r>
        <w:rPr>
          <w:rFonts w:ascii="Nirmala UI" w:hAnsi="Nirmala UI" w:eastAsia="Nirmala UI" w:cs="Nirmala UI"/>
        </w:rPr>
        <w:t>नूहको आठ सदस्यीय परिवार पाँच महिनासम्म जहाजभित्र लुकाइएको थियो, र त्यसपछि जहाज अरारात पर्वतमा अडियो। मध्यरातको पुकार एक्सेटरमा दोस्रो स्वर्गदूतसँग जोडियो र दस कन्याहरूको दृष्टान्तको पूर्तिस्वरूप सन् १८४४ को अक्टोबर २२ मा ढोका बन्द नहोउन्जेल जारी रह्यो। मरियम एक्सेटरमा एलीशिबासँग जोडिइन् र यूहन्नाको जन्मसम्म रहिरहिन्।</w:t>
      </w:r>
    </w:p>
    <w:p>
      <w:pPr>
        <w:pStyle w:val="ArticleBody"/>
        <w:jc w:val="left"/>
      </w:pPr>
      <w:r>
        <w:rPr>
          <w:rFonts w:ascii="Nirmala UI" w:hAnsi="Nirmala UI" w:eastAsia="Nirmala UI" w:cs="Nirmala UI"/>
        </w:rPr>
        <w:t>सन् १८३८ मा लिचबाट लुकाइराखिएको सन्देश “पाँच महिना”को सन्देश थियो। पाँच महिना लुकाइएको कुरालाई जहाजमा रहेका आठ जनाले दर्शाउँछन्; यो एलीशिबा आफ्नो गर्भावस्थाका सुरुका पाँच महिना लुकेर बसेको अवस्था हो। सन् १८३८ मा ती पाँच महिनामाथि आफ्नो हात राखिरहनुहुने प्रभु नै हुनुहुन्थ्यो; उहाँले ती पाँच महिनामाथिबाट आफ्नो हात हटाउनुभएपछि मात्र लिचले त्यसको पूर्ति हुनुभन्दा दस दिनअघि मिति प्रकाशित गर्न पाए। अन्तिम दिनहरूमा पाँच महिनाको सन्देशको छाप खोलिँदा, जसरी अहिले यसलाई प्रस्तुत गरिँदै छ, तपाईं सन् १८४४ को अगस्ट १२ देखि १७ सम्मको एक्सेटर शिविर सभाका छ दिनमा आइपुग्नुहुन्छ, जसपछि सन् १८४४ को अक्टोबर २२ को बन्द ढोकासम्म छैसट्ठी दिन थिए। बहत्तर दिन थिए, तर तिनलाई भविष्यवाणीय कालरेखामा राखेर त्यसपछि मार्गचिह्नहरूलाई अलग्याउँदा, एक्सेटर शिविर सभाले दर्शाएको घेराबन्दीको चिह्न छ दिनको थियो, जसपछि बन्द ढोकासम्म छैसट्ठी दिन थिए भन्ने देख्न सकिन्छ। भविष्यवाणीय दृष्टिले यस अवधिलाई ६ ६ ६ का रूपमा दर्शाइएको छ।</w:t>
      </w:r>
    </w:p>
    <w:p>
      <w:pPr>
        <w:pStyle w:val="ArticleBody"/>
        <w:jc w:val="left"/>
      </w:pPr>
      <w:r>
        <w:rPr>
          <w:rFonts w:ascii="Nirmala UI" w:hAnsi="Nirmala UI" w:eastAsia="Nirmala UI" w:cs="Nirmala UI"/>
        </w:rPr>
        <w:t>एक्सेटरदेखि अक्टोबर २२ सम्मको अवधिले दर्शाउने घेराबन्दीको इतिहासलाई कयिनको छैटौँ पुस्ताका लामेखले प्रतिनिधित्व गर्छन्। पाँच महिनाको भविष्यवाणीको मोहर खोलिएको लगत्तै ढोका बन्द गरिन्छ। यो क्रमशः बन्द हुन्छ, तर एड्भेन्टवादका लागि यो क्रमिक प्रक्रिया ९/११ मा सुरु भयो र घेराबन्दीमा यसको अन्त्य हुन्छ। जब घेराबन्दी आइपुग्छ, तब तपाईंले कयिनको वंशका लामेख वा शेतको वंशका लामेखमध्ये एकको चरित्र प्रकट गर्नुहुनेछ। कयिनको वंशका लामेखका लागि त्यस इतिहासको सङ्ख्या ६ ६ ६ हो, र शेतको वंशका लामेख तथा विजयी मण्डलीका लागि सङ्ख्या ७ ७ ७ हो।</w:t>
      </w:r>
    </w:p>
    <w:p>
      <w:pPr>
        <w:pStyle w:val="ArticleBody"/>
        <w:jc w:val="left"/>
      </w:pPr>
      <w:r>
        <w:rPr>
          <w:rFonts w:ascii="Nirmala UI" w:hAnsi="Nirmala UI" w:eastAsia="Nirmala UI" w:cs="Nirmala UI"/>
        </w:rPr>
        <w:t>न्यासभिलका अग्निगोलाहरूको चेतावनीबारे एड्भेन्टिस्टहरू किन मौन रहे भन्ने प्रश्न उठ्दा एड्भेन्टवादलाई जनसाधारणको ध्यानको केन्द्रमा ल्याउने घटनाहरूसँगै दुई लामेक तथा 666 वा 777 द्वारा प्रतिनिधित्व गरिएका दुई चरित्रहरूको प्रकटीकरण सुरु हुन्छ। बढ्दै जाने विवाद चाँडै आउन लागेको आइतबारे कानुनको बन्द ढोकाअगावै एउटा दृश्यात्मक प्रदर्शन बन्छ, जसको पूर्वप्रतीकात्मक चित्रण पशुहरू भिरालो प्रवेशमार्ग उक्लँदै जहाजभित्र पस्ने घटनाद्वारा गरिएको थियो। बढ्दै जाने दृश्यात्मक चेतावनीको पूर्वप्रतीकात्मक चित्रण कर्मेल पर्वतमा एलियाको अनुभव र सन् 1844 को मिलरवादी आन्दोलनद्वारा पनि गरिएको थियो।</w:t>
      </w:r>
    </w:p>
    <w:p>
      <w:pPr>
        <w:pStyle w:val="ArticleHeading"/>
        <w:jc w:val="left"/>
      </w:pPr>
      <w:r>
        <w:rPr>
          <w:rFonts w:ascii="Nirmala UI" w:hAnsi="Nirmala UI" w:eastAsia="Nirmala UI" w:cs="Nirmala UI"/>
        </w:rPr>
        <w:t>घेराबन्दीको भविष्यसूचक संरचना</w:t>
      </w:r>
    </w:p>
    <w:p>
      <w:pPr>
        <w:pStyle w:val="ArticleBody"/>
        <w:jc w:val="left"/>
      </w:pPr>
      <w:r>
        <w:rPr>
          <w:rFonts w:ascii="Nirmala UI" w:hAnsi="Nirmala UI" w:eastAsia="Nirmala UI" w:cs="Nirmala UI"/>
        </w:rPr>
        <w:t>नगरको विनाशसँगै अन्त्य हुने घेराबन्दीको भविष्यवाणीय संरचनाले एउटा चिह्नबाट सुरु भई एउटा चिह्नमा समाप्त हुने समयावधिलाई जनाउँछ। यसले एउटा समयावधि र समयको एउटा बिन्दुलाई जनाउँछ। प्रतिमाको निर्माणको अवधिलाई विभिन्न तरिकाले प्रस्तुत गरिएको छ। ईश्वरप्रेरित साक्ष्यमा यस प्रकृतिको प्रत्येक भविष्यवाणीय संरचनाले पशुको छापसँगै चरमोत्कर्षमा पुग्ने पशुको प्रतिमासम्बन्धी परीक्षाकाललाई पूर्वरूपमा चित्रित गर्छ।</w:t>
      </w:r>
    </w:p>
    <w:p>
      <w:pPr>
        <w:pStyle w:val="ArticleScripture"/>
        <w:jc w:val="left"/>
      </w:pPr>
      <w:r>
        <w:rPr>
          <w:rFonts w:ascii="Nirmala UI" w:hAnsi="Nirmala UI" w:eastAsia="Nirmala UI" w:cs="Nirmala UI"/>
        </w:rPr>
        <w:t>“‘पशुको प्रतिमा’ले धर्मत्यागी प्रोटेस्टेन्टवादको त्यस रूपलाई जनाउँछ, जुन प्रोटेस्टेन्ट मण्डलीहरूले आफ्ना धर्मसिद्धान्तहरू लागू गराउन राज्यसत्ताको सहायता खोज्दा विकसित हुनेछ। ‘पशुको छाप’लाई अझै परिभाषित गर्न बाँकी छ।” महान् विवाद, ४४५।</w:t>
      </w:r>
    </w:p>
    <w:p>
      <w:pPr>
        <w:pStyle w:val="ArticleBody"/>
        <w:jc w:val="left"/>
      </w:pPr>
      <w:r>
        <w:rPr>
          <w:rFonts w:ascii="Nirmala UI" w:hAnsi="Nirmala UI" w:eastAsia="Nirmala UI" w:cs="Nirmala UI"/>
        </w:rPr>
        <w:t>उक्त समयावधिले पशुका निम्ति तथा पशुकै स्वरूपको प्रतिमा निर्माण हुने प्रक्रियालाई दर्शाउँछ; बन्दै आएको प्रतिमा आफ्नो बोलीद्वारा आइतबारसम्बन्धी कानुन अस्तित्वमा ल्याउन सक्ने अवस्थामा पुगेपछि पशुको छाप लागू गरिन्छ। यरूशलेमको विनाश हुँदा नबूकदनेसरले रोमको अधिकारको छापको पूर्वछाया प्रस्तुत गरेका थिए। चाहे बेबिलोन होस् वा रोम, घेराबन्दीको संरचनाले अन्तिम दिनहरूमा उत्तरको राजामाथि जोड दिन्छ। सन् १३३३ देखि १३३७ सम्म ओरहानले गरेको घेराबन्दी र सन् १४४९ जुलाई २७ देखि सन् १४५३ मा भएको कन्स्टान्टिनोपलको घेराबन्दीसम्मका चार वर्षले सन् १८४० अगस्ट ११ देखि सन् १८४४ अक्टोबर २२ सम्मको अवधिको पूर्वछाया प्रस्तुत गर्ने मात्र होइन, यी घेराबन्दीहरूले बाइबलको भविष्यवाणीमा पूर्वी बतासका सन्तानका रूपमा इस्लामको भूमिकामाथि पनि जोड दिन्छन्। उत्तरको राजा (बेबिलोन वा रोम) र पूर्वी बतासको विषयवस्तु दानिएल ११:४५ मा उल्लिखित “पूर्वबाट र उत्तरबाट आउने समाचारहरू” हो।</w:t>
      </w:r>
    </w:p>
    <w:p>
      <w:pPr>
        <w:pStyle w:val="ArticleScripture"/>
        <w:jc w:val="left"/>
      </w:pPr>
      <w:r>
        <w:rPr>
          <w:rFonts w:ascii="Nirmala UI" w:hAnsi="Nirmala UI" w:eastAsia="Nirmala UI" w:cs="Nirmala UI"/>
        </w:rPr>
        <w:t>तर पूर्वबाट र उत्तरबाट आउने खबरहरूले उसलाई व्याकुल पार्नेछन्: त्यसैले ऊ धेरैलाई नष्ट गर्न र पूर्ण रूपमा सखाप पार्न प्रचण्ड क्रोधका साथ निस्कनेछ। दानिएल ११:४४।</w:t>
      </w:r>
    </w:p>
    <w:p>
      <w:pPr>
        <w:pStyle w:val="ArticleBody"/>
        <w:jc w:val="left"/>
      </w:pPr>
      <w:r>
        <w:rPr>
          <w:rFonts w:ascii="Nirmala UI" w:hAnsi="Nirmala UI" w:eastAsia="Nirmala UI" w:cs="Nirmala UI"/>
        </w:rPr>
        <w:t>सन् १४४९ जुलाई २७ देखि सन् १४५३ मा कन्स्टान्टिनोपलको घेराबन्दीसम्मका चार वर्षले चार वर्षको अवधिलाई मात्र जनाउँदैनन्, बरु सन् १४४८ मा भएको जोन पालाइओलोगोसको मृत्युलाई समेत समेट्दा उक्त अवधि पाँच वर्षका रूपमा पनि चित्रित हुन्छ।</w:t>
      </w:r>
    </w:p>
    <w:p>
      <w:pPr>
        <w:pStyle w:val="ArticleBody"/>
        <w:jc w:val="left"/>
      </w:pPr>
      <w:r>
        <w:rPr>
          <w:rFonts w:ascii="Nirmala UI" w:hAnsi="Nirmala UI" w:eastAsia="Nirmala UI" w:cs="Nirmala UI"/>
        </w:rPr>
        <w:t>यो संरचना यरूशलेमको विनाशका दुवै घटनामा र नोआको जलप्रलयमा प्रतिबिम्बित हुन्छ। मिश्रको पहिलो निस्तार-चाडमा पनि यो संरचना पाइन्छ, जब संहारक स्वर्गदूतले ढोकामा रगतको चिन्ह देख्नुपर्ने थियो, जसले पूर्वीय बतासहरू छोडिएर पानीले प्रतिज्ञा गरिएको देशमा प्रवेश गर्ने ढोका बन्द नगरुन्जेलसम्म फारो र तिनको सेनालाई समुद्रभित्र डोर्‍यायो। यो संरचना सन् ३१३ देखि सन् ३२१ को पहिलो आइतबारको कानुनसम्मको पर्गामोस मण्डलीको अल्फा इतिहासमा पाइन्छ, र सन् ५३३ को जस्टिनियनको आदेशदेखि सन् ५३८ को आइतबारको कानुनसम्मको पर्गामोसको ओमेगा इतिहासमा पनि पाइन्छ। पर्गामोसको सन्दर्भमा, चिन्ह या त राजाज्ञा हो वा आदेश हो, तर यी दुवैले यस्तो अवधिको आरम्भ गर्छन् जसको चरमोत्कर्ष आइतबारको कानुनमा हुन्छ।</w:t>
      </w:r>
    </w:p>
    <w:p>
      <w:pPr>
        <w:pStyle w:val="ArticleBody"/>
        <w:jc w:val="left"/>
      </w:pPr>
      <w:r>
        <w:rPr>
          <w:rFonts w:ascii="Nirmala UI" w:hAnsi="Nirmala UI" w:eastAsia="Nirmala UI" w:cs="Nirmala UI"/>
        </w:rPr>
        <w:t>यरूशलेमको घेराबन्दी र विनाशसम्बन्धी इजकिएलको संरचना ईसा पूर्व ५८७ देखि ईसा पूर्व ५८६ सम्मको थियो: समयको समावेशी गणना गर्दा दुई वर्ष र असमावेशी गणना गर्दा १.५ वर्ष। ईसा पूर्व २०० को पानियमको युद्ध र ईसा पूर्व १९८ को सीदोनको घेराबन्दी समेटिएको पानियमको अभियानका दुई वर्षले पनि भविष्यवाणीको अर्को घेराबन्दी संरचनालाई निरूपण गर्छन्। इजकिएलकी पत्नीको मृत्यु लामेकको मृत्यु, जोन पालाइओलोगोसको मृत्यु र पानियमको युद्धसँग मेल खान्छ।</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चालीसौँ पदको लुकेको इतिहास - अङ्क चौँतीस</dc:title>
  <dc:subject>इजकिएल सङ्ख्या पन्ध्र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