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रोमले दर्शनलाई स्थापित गर्छ—संख्या सात</w:t>
      </w:r>
    </w:p>
    <w:p>
      <w:pPr>
        <w:pStyle w:val="ArticleSubtitle"/>
        <w:jc w:val="left"/>
      </w:pPr>
      <w:r>
        <w:rPr>
          <w:rFonts w:ascii="Nirmala UI" w:hAnsi="Nirmala UI" w:eastAsia="Nirmala UI" w:cs="Nirmala UI"/>
        </w:rPr>
        <w:t>अन्तिम विवाद: एडभेन्टिस्ट भविष्यवाणीमा रोमको प्रतीकवाद र अनुग्रहको अवधि समाप्त हुनु</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2024-08-17</w:t>
      </w:r>
    </w:p>
    <w:p>
      <w:pPr>
        <w:pStyle w:val="ArticleBody"/>
        <w:jc w:val="left"/>
      </w:pPr>
      <w:r>
        <w:rPr>
          <w:rFonts w:ascii="Nirmala UI" w:hAnsi="Nirmala UI" w:eastAsia="Nirmala UI" w:cs="Nirmala UI"/>
        </w:rPr>
        <w:t>हामी एड्भेन्टवादको इतिहासभित्र रहेका छवटा ऐतिहासिक रेखाहरू विचार गर्दैछौँ, जहाँ रोमको प्रतीकसम्बन्धी विवाद मुख्य मुद्दा थियो। हामी उत्तरवृष्टिको पद्धति प्रयोग गरिरहेका छौँ, जुन “यहाँ अलिकति” र “त्यहाँ अलिकति” बाट “रेखामाथि रेखा” हो। हामीले यस पहिचानबाट आरम्भ गर्‍यौँ कि रोमको प्रतीकसम्बन्धी पहिलो विवादले वर्तमान विवादलाई दृष्टान्तस्वरूप देखाउँछ, र यसैले यो कुरामा जोड दिन्छ कि अनुग्रहको समय बन्द हुनुअघि हामी अहिले अन्तिम विवादमा छौँ।</w:t>
      </w:r>
    </w:p>
    <w:p>
      <w:pPr>
        <w:pStyle w:val="ArticleBody"/>
        <w:jc w:val="left"/>
      </w:pPr>
      <w:r>
        <w:rPr>
          <w:rFonts w:ascii="Nirmala UI" w:hAnsi="Nirmala UI" w:eastAsia="Nirmala UI" w:cs="Nirmala UI"/>
        </w:rPr>
        <w:t>रोमको प्रतीकसम्बन्धी यस अन्तिम विवादको गम्भीरता दानिएल ११ का पद १० देखि १६ सम्मद्वारा पनि प्रस्तुत गरिएको छ, जसले दानिएल ११ को पद ४० को गुप्त इतिहासको प्रतिरूप दिन्छ। पद ४० को इतिहासले अगमवाणीका विद्यार्थीलाई सन् १९८९ र सोभियत संघको पतनतर्फ ल्याउँछ, जसको प्रतिनिधित्व पद १० मा गरिएको छ। त्यसपछिको पद, अर्थात् पद ४१, जसले संयुक्त राज्य अमेरिकामा चाँडै आउने आइतवार व्यवस्थालाई पहिचान गर्छ, पद १६ द्वारा प्रतिरूपित गरिएको छ। प्रेरणाले यो पहिचान गरेको छ कि जो सिलबन्द गरिएको थियो, त्यो “दानिएलको पुस्तकको त्यो अंश थियो, जो अन्तिम दिनहरूसँग सम्बन्धित थियो।”</w:t>
      </w:r>
    </w:p>
    <w:p>
      <w:pPr>
        <w:pStyle w:val="ArticleBody"/>
        <w:jc w:val="left"/>
      </w:pPr>
      <w:r>
        <w:rPr>
          <w:rFonts w:ascii="Nirmala UI" w:hAnsi="Nirmala UI" w:eastAsia="Nirmala UI" w:cs="Nirmala UI"/>
        </w:rPr>
        <w:t>१९८९ देखि आइतबारको व्यवस्था सम्मको अवधि अन्तिम दिनहरूको छाप लगाइएको अंश हो, र यसको प्रतिरूप पद १० देखि १६ सम्ममा देखाइएको छ। त्यसकारण ज्ञानको वृद्धिले नै सेभेन्थ-डे एड्भेन्टिस्टहरूको कृपाअवधिको समाप्तितर्फ डोर्‍याउँछ, किनकि संयुक्त राज्य अमेरिकामा एड्भेन्टिज्मको कृपाअवधि आइतबारको व्यवस्थामा समाप्त हुन्छ। पद १० देखि १६ भित्र हामी पद १४ पाउँछौँ, जसले परमेश्वरका जनताका “लुटेराहरू” नै दर्शनलाई स्थापित गर्नेहरू हुन् भनेर पहिचान गराउँछ।</w:t>
      </w:r>
    </w:p>
    <w:p>
      <w:pPr>
        <w:pStyle w:val="ArticleBody"/>
        <w:jc w:val="left"/>
      </w:pPr>
      <w:r>
        <w:rPr>
          <w:rFonts w:ascii="Nirmala UI" w:hAnsi="Nirmala UI" w:eastAsia="Nirmala UI" w:cs="Nirmala UI"/>
        </w:rPr>
        <w:t>यसकारण, १८४३ को अग्रणी चार्टमा चित्रित गरिएको मिलेराइट विवाद, एडभेन्टिज्मको इतिहासमा रोमको पहिलो विवाद हो। ठीक त्यही विवाद फेरि आइपुगेको तथ्यले, हेर्न चाहने जो कोहीलाई पनि, येशूले अल्फा र ओमेगा हुनुहुँदा सधैँ अन्त्यलाई आरम्भद्वारा दृष्टान्तित गर्नुहुन्छ भन्ने कुरा सूचित गर्दछ। वर्तमान विवाद नै अन्तिम विवाद हो, जसले बुद्धिमती र मूर्ख कन्याहरूलाई छानेर अलग गर्दछ।</w:t>
      </w:r>
    </w:p>
    <w:p>
      <w:pPr>
        <w:pStyle w:val="ArticleBody"/>
        <w:jc w:val="left"/>
      </w:pPr>
      <w:r>
        <w:rPr>
          <w:rFonts w:ascii="Nirmala UI" w:hAnsi="Nirmala UI" w:eastAsia="Nirmala UI" w:cs="Nirmala UI"/>
        </w:rPr>
        <w:t>पवित्रीकृत भविष्यसूचक तर्कले सिकाउँछ कि एक लाख चवालीस हजारले चाँडै आउन लागेको आइतबारको व्यवस्थामा आफ्नो अनुग्रह-अवधि समाप्त हुनुअघि नै सिद्ध एकतामा पुग्छन्। मलाकीका करारका सन्देशवाहकको परिष्कृत गर्ने आगोले अहिले लेवीहरूलाई सुन र चाँदीझैँ शुद्ध पार्दैछ। डर्ट ब्रश म्यानले अहिले सत्यका वचनहरूद्वारा आफ्नो खलिहान सफा गर्दै हुनुहुन्छ।</w:t>
      </w:r>
    </w:p>
    <w:p>
      <w:pPr>
        <w:pStyle w:val="ArticleScripture"/>
        <w:jc w:val="left"/>
      </w:pPr>
      <w:r>
        <w:rPr>
          <w:rFonts w:ascii="Nirmala UI" w:hAnsi="Nirmala UI" w:eastAsia="Nirmala UI" w:cs="Nirmala UI"/>
        </w:rPr>
        <w:t>“‘उहाँको सुप हातमा छ, र उहाँले आफ्नो खलालाई पूर्णरूपमा सफा गर्नुहुनेछ, र आफ्नो गहुँलाई भण्डारमा जम्मा गर्नुहुनेछ।’ मत्ती ३:१२। यो शुद्धीकरण हुने समयहरूमध्ये एक थियो। सत्यका वचनद्वारा भूसी गहुँबाट छुट्याइँदै थियो। हप्की ग्रहण गर्न अत्यन्त व्यर्थ र आत्म-धर्मी भएकाले, नम्रताको जीवन स्वीकार गर्न संसार-प्रेममा अति आसक्त भएकाले, धेरै जना येशूबाट फर्किए। अझै पनि धेरैले यही काम गरिरहेका छन्। आज आत्माहरूको परीक्षा त्यसरी नै भइरहेको छ, जसरी कफर्नहूमको सभाघरमा ती चेलाहरूको भएको थियो। जब सत्य हृदयमा पुर्‍याइन्छ, तब उनीहरूले देख्छन् कि तिनीहरूको जीवन परमेश्वरको इच्छासँग मेल खाँदैन। उनीहरूले आफैंमा पूर्ण परिवर्तनको आवश्यकता देख्छन्; तर आत्म-त्यागको काम उठाउन तिनीहरू इच्छुक हुँदैनन्। त्यसैले जब तिनीहरूका पापहरू प्रकट गरिन्छन्, तिनीहरू रिसाउँछन्। ती चेलाहरूले गुनगुनाउँदै, ‘यो वचन कठोर छ; यसलाई कसले सुन्न सक्छ?’ भनेर येशूलाई छोडेझैँ, तिनीहरू पनि ठेस खाई टाढा जान्छन्।” द डिजायर अफ एजेस, ३९२।</w:t>
      </w:r>
    </w:p>
    <w:p>
      <w:pPr>
        <w:pStyle w:val="ArticleBody"/>
        <w:jc w:val="left"/>
      </w:pPr>
      <w:r>
        <w:rPr>
          <w:rFonts w:ascii="Nirmala UI" w:hAnsi="Nirmala UI" w:eastAsia="Nirmala UI" w:cs="Nirmala UI"/>
        </w:rPr>
        <w:t>पहिला सोह्र पदहरू दानिएलको अन्तिम भविष्यवाणीको आरम्भ हुन्, र ती पदहरू अध्यायका अन्तिम छ पदहरूसँग अनुरूप छन् भन्ने तथ्यले यो जनाउँछ कि अल्फा र ओमेगाले आरम्भका ती पदहरू प्रयोग गरी अहिले भइरहेकै, बाह्रौँ अध्यायमा दानिएलद्वारा चित्रित बुद्धिमान् र दुष्टहरूको अन्तिम पृथकीकरण सम्पन्न गरिरहनुभएको छ।</w:t>
      </w:r>
    </w:p>
    <w:p>
      <w:pPr>
        <w:pStyle w:val="ArticleBody"/>
        <w:jc w:val="left"/>
      </w:pPr>
      <w:r>
        <w:rPr>
          <w:rFonts w:ascii="Nirmala UI" w:hAnsi="Nirmala UI" w:eastAsia="Nirmala UI" w:cs="Nirmala UI"/>
        </w:rPr>
        <w:t>विवादको गम्भीर प्रकृतिको तेस्रो साक्षी यो तथ्य हो कि प्रेरणाले, सिस्टर ह्वाइटका लेखनहरूद्वारा, सन् 1843 को अग्रगामी चार्टलाई स्पष्ट रूपमा समर्थन गर्दछ, जसले पद चौधमा रहेको रोमसम्बन्धी विवादलाई प्रस्तुत गर्दछ। प्रारम्भिक विवादले अन्तिम विवादलाई प्रतिनिधित्व गर्दछ, र पद चौधका “तेरा प्रजाका डाकुहरू” भन्ने वाक्यांशबारे मिलेराइट बुझाइप्रतिको प्रेरित समर्थनको अर्थ यो हो कि यदि त्यो आधारभूत सत्यलाई अस्वीकार गरिन्छ भने, त्यसैबेला त्यो भविष्यवाणीको आत्माको अधिकारको अस्वीकार पनि हो। अघिल्ला दुई साक्षीहरूसित, जसले यो विवाद अनुग्रह-अवधि बन्द हुनुभन्दा ठीक अघि घटित हुन्छ भन्ने कुरामा जोड दिन्छन्, मेल खाने गरी, अन्तिम—अर्थात् आखिरी—छल तिनीहरूका निम्ति, जसले आफूलाई भविष्यवाणीको आत्मालाई समर्थन गर्नेहरू भनी दाबी गर्छन्, भविष्यवाणीको आत्माकै अस्वीकार हो।</w:t>
      </w:r>
    </w:p>
    <w:p>
      <w:pPr>
        <w:pStyle w:val="ArticleScripture"/>
        <w:jc w:val="left"/>
      </w:pPr>
      <w:r>
        <w:rPr>
          <w:rFonts w:ascii="Nirmala UI" w:hAnsi="Nirmala UI" w:eastAsia="Nirmala UI" w:cs="Nirmala UI"/>
        </w:rPr>
        <w:t>“शैतानले ... निरन्तर रूपमा नक्कली कुरा अगाडि सारिरहेछ—सत्यबाट टाढा लैजानको लागि। शैतानको सबैभन्दा अन्तिम छल यही हुनेछ कि उसले परमेश्वरको आत्माको साक्षीलाई निष्प्रभावी तुल्याओस्। ‘जहाँ दर्शन हुँदैन, त्यहाँ मानिसहरू नष्ट हुन्छन्’ (हितोपदेश 29:18)। शैतानले चातुर्यपूर्वक, विभिन्न प्रकारले र विभिन्न माध्यमहरूद्वारा, परमेश्वरका बाँकी रहेका जनहरूको साँचो साक्षीमाथिको भरोसालाई डगमगाउन कार्य गर्नेछ।”</w:t>
      </w:r>
    </w:p>
    <w:p>
      <w:pPr>
        <w:pStyle w:val="ArticleScripture"/>
        <w:jc w:val="left"/>
      </w:pPr>
      <w:r>
        <w:rPr>
          <w:rFonts w:ascii="Nirmala UI" w:hAnsi="Nirmala UI" w:eastAsia="Nirmala UI" w:cs="Nirmala UI"/>
        </w:rPr>
        <w:t>“गवाहीहरू विरुद्ध शैतानी प्रकृतिको एउटा घृणा भड्काइनेछ। शैतानका कार्यहरू तिनीहरूप्रति चर्चहरूको विश्वास डगमग्याउने हुनेछन्, किनकि कारण यो हो: यदि परमेश्वरका आत्माका चेतावनीहरू, हप्काइहरू, र परामर्शहरूलाई ध्यान दिइयो भने, शैतानले आफ्ना छलहरू भित्र्याउन र आत्माहरूलाई आफ्ना भ्रमहरूमा बाँधेर राख्न यति स्पष्ट बाटो पाउनेछैन।” Selected Messages, book 1, 48.</w:t>
      </w:r>
    </w:p>
    <w:p>
      <w:pPr>
        <w:pStyle w:val="ArticleBody"/>
        <w:jc w:val="left"/>
      </w:pPr>
      <w:r>
        <w:rPr>
          <w:rFonts w:ascii="Nirmala UI" w:hAnsi="Nirmala UI" w:eastAsia="Nirmala UI" w:cs="Nirmala UI"/>
        </w:rPr>
        <w:t>एलन ह्वाइटका लेखनहरूमार्फत प्रकट भएको “परमेश्वरको आत्माको साक्षी” को अधिकारलाई प्रभावहीन तुल्याउनु, वा अस्वीकार गर्नु, “शैतानको अति अन्तिम छल” हो। सिस्टर ह्वाइटले लेखिन् कि उनलाई “देखाइयो” कि “1843 को चार्ट प्रभुको हातद्वारा निर्देशित थियो, र यसलाई परिवर्तन गर्नु हुँदैन।” अघिल्लो अंशले भविष्यवाणीको आत्माको अधिकारको अस्वीकारलाई अन्तिम दिनहरूको दर्शनसँग प्रत्यक्ष रूपमा सम्बद्ध गर्दछ, किनकि सबै अगमवक्ताहरूले अति प्रत्यक्ष रूपमा अन्तिम दिनहरूकै विषयमा बोल्छन्। यसैले जब दानियलले पद चौधमा “लुटेराहरूले” दर्शन स्थापित गर्छन् भनी भन्छन्, तब त्यो सोलोमनको हितोपदेश 29:18 को दर्शन हो, जहाँ भनिएको छ कि दर्शन नहुनेहरू “नष्ट हुन्छन्,” र “नष्ट हुन्छन्” भन्ने शब्दको अर्थ “नाङ्गो पारिनु” हो।</w:t>
      </w:r>
    </w:p>
    <w:p>
      <w:pPr>
        <w:pStyle w:val="ArticleBody"/>
        <w:jc w:val="left"/>
      </w:pPr>
      <w:r>
        <w:rPr>
          <w:rFonts w:ascii="Nirmala UI" w:hAnsi="Nirmala UI" w:eastAsia="Nirmala UI" w:cs="Nirmala UI"/>
        </w:rPr>
        <w:t>यसकारण “नष्ट” भन्ने शब्दले यो जनाउँछ कि अन्तिम दिनहरूमा भविष्यवाणीको आत्मालाई समर्थन गर्ने दाबी गर्ने, तर त्यसमा प्रतिनिधित्व गरिएको अधिकारलाई अस्वीकार गर्नेहरू नाङ्गा हुन्छन् र नष्ट हुन्छन्; यो लाओडिकीहरूका विषयमा गरिएको वर्णन हो, जो “दरिद्र, दयनीय, गरीब, अन्धा, र नाङ्गा” छन्। तिनीहरूलाई “सेतो वस्त्र, ताकि तिमी परिधान गरियौ, र तिम्रो नाङ्गोपनको लज्जा प्रकट नहोस्” भनी किन्न सल्लाह दिइएको छ। यदि तिनीहरूले त्यो सल्लाह अस्वीकार गरे भने, तिनीहरू प्रभुको मुखबाट उकेलिएका हुन्छन्।</w:t>
      </w:r>
    </w:p>
    <w:p>
      <w:pPr>
        <w:pStyle w:val="ArticleBody"/>
        <w:jc w:val="left"/>
      </w:pPr>
      <w:r>
        <w:rPr>
          <w:rFonts w:ascii="Nirmala UI" w:hAnsi="Nirmala UI" w:eastAsia="Nirmala UI" w:cs="Nirmala UI"/>
        </w:rPr>
        <w:t>यसरी, हामी अर्को एक साक्षी भेट्टाउँछौं कि यो नग्नता अनुग्रहको अवधि बन्द हुनुभन्दा ठीक अघि प्रकट हुन्छ। चाँडै आउने आइतबारको व्यवस्थाको समयमा ती नग्न आत्माहरूले जनावरको छाप ग्रहण गर्नेछन्, जब तिनीहरू परास्त गरिनेछन्, जसरी दानियल ११ को एकचालीसौँ पदमा चित्रित गरिएको छ। तिनीहरू परास्त गरिनुको कारण यो हो कि तिनीहरूले भविष्यवाणीको आत्माको अधिकारलाई अस्वीकार गरे, जसले १८४३ को अग्रगामी चार्टलाई समर्थन गर्दछ, जसले एडभेन्टवादका आधारहरू प्रतिनिधित्व गर्दछ, र त्यस “कुञ्जी” लाई समेट्दछ जसले यस पहिचानसहित दर्शनलाई स्थापित गर्दछ कि रोम त्यो शक्ति हो जसलाई चौधौँ पदमा “तिम्रा मानिसहरूका डाँकाहरू” भनेर प्रतिनिधित्व गरिएको छ।</w:t>
      </w:r>
    </w:p>
    <w:p>
      <w:pPr>
        <w:pStyle w:val="ArticleScripture"/>
        <w:jc w:val="left"/>
      </w:pPr>
      <w:r>
        <w:rPr>
          <w:rFonts w:ascii="Nirmala UI" w:hAnsi="Nirmala UI" w:eastAsia="Nirmala UI" w:cs="Nirmala UI"/>
        </w:rPr>
        <w:t>“एउटा कुरा निश्चित छ: शैतानको झन्डामुनि आफ्नो अडान लिने ती सेभेन्थ-डे एड्भेन्टिस्टहरूले सर्वप्रथम परमेश्वरको आत्माका गवाहीहरूमा समाविष्ट चेतावनीहरू र हप्काइहरूमाथिको आफ्नो विश्वास त्याग्नेछन्।</w:t>
      </w:r>
    </w:p>
    <w:p>
      <w:pPr>
        <w:pStyle w:val="ArticleScripture"/>
        <w:jc w:val="left"/>
      </w:pPr>
      <w:r>
        <w:rPr>
          <w:rFonts w:ascii="Nirmala UI" w:hAnsi="Nirmala UI" w:eastAsia="Nirmala UI" w:cs="Nirmala UI"/>
        </w:rPr>
        <w:t>“अझ गहिरो समर्पण र अझ पवित्र सेवाको आह्वान भइरहेको छ, र भइरहनेछ। अहिले शैतानका सुझावहरू उच्चारण गरिरहेका कतिपय मानिसहरू होशमा आउनेछन्। भरोसाका महत्त्वपूर्ण पदहरूमा रहेका केही यस्ता व्यक्तिहरू छन्, जसले यस समयको सत्यलाई बुझ्दैनन्। उनीहरूलाई यो सन्देश दिनैपर्छ। यदि उनीहरूले यसलाई ग्रहण गरे भने, ख्रीष्टले उनीहरूलाई स्वीकार गर्नुहुनेछ, र उनीहरूलाई आफूसँग सहकर्मी कामदार बनाउनुहुनेछ। तर यदि उनीहरूले यो सन्देश सुन्न अस्वीकार गरे भने, उनीहरू अन्धकारका राजकुमारको कालो झण्डामुनि आफ्नो स्थान लिनेछन्।”</w:t>
      </w:r>
    </w:p>
    <w:p>
      <w:pPr>
        <w:pStyle w:val="ArticleScripture"/>
        <w:jc w:val="left"/>
      </w:pPr>
      <w:r>
        <w:rPr>
          <w:rFonts w:ascii="Nirmala UI" w:hAnsi="Nirmala UI" w:eastAsia="Nirmala UI" w:cs="Nirmala UI"/>
        </w:rPr>
        <w:t>“मलाई यो भन्न निर्देशन दिइएको छ कि यस समयका लागि बहुमूल्य सत्य मानवीय मनहरूका सामु अझ झन् स्पष्टरीतिले खुल्दै गएको छ। विशेष अर्थमा पुरुष र स्त्रीहरूले ख्रीष्टको शरीर खानु र उहाँको रगत पिउनु आवश्यक छ। बुझाइको विकास हुनेछ, किनकि सत्य निरन्तर विस्तार हुन सक्ने स्वरूपको छ। सत्यका दैवी प्रवर्तक उहाँलाई चिन्न निरन्तर अघि बढिरहनेहरूसँग अझ नजिक र झन् नजिकको संगतिमा आउनुहुनेछ। जब परमेश्वरका जनहरूले उहाँको वचनलाई स्वर्गको रोटीको रूपमा ग्रहण गर्नेछन्, तब तिनीहरूले जान्नेछन् कि उहाँका प्रकट हुने कार्यहरू बिहानझैँ तैयार गरिएका छन्। शरीरले भोजन खाँदा भौतिक शक्ति पाएझैँ, तिनीहरूले आत्मिक शक्ति प्राप्त गर्नेछन्।” Spalding and Magan, 305, 306.</w:t>
      </w:r>
    </w:p>
    <w:p>
      <w:pPr>
        <w:pStyle w:val="ArticleBody"/>
        <w:jc w:val="left"/>
      </w:pPr>
      <w:r>
        <w:rPr>
          <w:rFonts w:ascii="Nirmala UI" w:hAnsi="Nirmala UI" w:eastAsia="Nirmala UI" w:cs="Nirmala UI"/>
        </w:rPr>
        <w:t>हाम्रो पछिल्लो लेखमा हामीले पहिचान गर्यौं कि उरियाह स्मिथ १८६३ को विद्रोहका अगुवा थिए, किनकि नक्कली १८६३ चार्ट परिचय गराउने व्यक्ति उनी नै थिए। उनले १८६३ मा तयार पारेको उक्त चार्टले लाओडिसियाई एडभेन्टवादको भविष्यवाणीसम्बन्धी सन्देशबाट लेवीयव्यवस्था अध्याय २६ का सात समयलाई हटायो; यसरी आधारहरूलाई क्रमशः भत्काउने कार्यको आरम्भलाई चिह्नित गर्यो, र बालुवामाथि निर्माण गरिएको नक्कली लाओडिसियाई एडभेन्टवादी आधारको निर्माणको आरम्भलाई पनि जनायो। पछि एडभेन्ट इतिहासमा, उत्तरका राजासम्बन्धी उनको निजी व्याख्याले उनको भविष्यवाणीसम्बन्धी नमूनाका फलहरू फलायो, जसका परिणामस्वरूप मानिसहरू चर्चबाट भागे।</w:t>
      </w:r>
    </w:p>
    <w:p>
      <w:pPr>
        <w:pStyle w:val="ArticleScripture"/>
        <w:jc w:val="left"/>
      </w:pPr>
      <w:r>
        <w:rPr>
          <w:rFonts w:ascii="Nirmala UI" w:hAnsi="Nirmala UI" w:eastAsia="Nirmala UI" w:cs="Nirmala UI"/>
        </w:rPr>
        <w:t>झूटा अगमवक्ताहरूदेखि सावधान रहो, जो भेडाको भेषमा तिमीहरूकहाँ आउँछन्, तर भित्रभित्रै तिनीहरू भक्षक ब्वाँसाहरू हुन्। तिमीहरूले तिनीहरूलाई तिनीहरूका फलद्वारा चिन्नुनेछौ। के मानिसहरूले काँडाबाट अङ्गुर, वा सिस्नाबाट अञ्जीर टिप्छन्? त्यसरी नै हरेक असल रूखले असल फल फलाउँछ; तर बिग्रिएको रूखले खराब फल फलाउँछ। असल रूखले खराब फल फलाउन सक्दैन, न त बिग्रिएको रूखले असल फल फलाउन सक्छ। हरेक रूख जसले असल फल फलाउँदैन, काटिन्छ र आगोमा फालिन्छ। यसकारण तिमीहरूले तिनीहरूलाई तिनीहरूका फलद्वारा चिन्नुनेछौ। मलाई “प्रभु, प्रभु” भन्ने हरेक व्यक्ति स्वर्गको राज्यमा प्रवेश गर्नेछैन; तर स्वर्गमा हुनुहुने मेरा पिताको इच्छा पूरा गर्नेले मात्र प्रवेश गर्नेछ। त्यस दिन धेरैले मलाई भन्नेछन्, “प्रभु, प्रभु, के हामीले तपाईंको नाममा अगमवाणी बोलेनौं? र तपाईंको नाममा दुष्टात्माहरूलाई निकालेनौं? र तपाईंको नाममा धेरै अद्भुत कामहरू गरेनौं?” अनि म तिनीहरूलाई स्पष्टसँग भन्नेछु, “मैले तिमीहरूलाई कहिल्यै चिनेको थिइनँ; अधर्म गर्नेहरू हो, मबाट टाढा जाओ।” यसकारण जसले मेरा यी वचनहरू सुन्छ र तिनलाई पालन गर्छ, त्यसलाई म एक बुद्धिमान मानिससँग तुलना गर्नेछु, जसले आफ्नो घर चट्टानमाथि बनायो। अनि पानी पर्यो, बाढी आयो, बतास चल्यो, र त्यस घरमाथि ठोक्कियो; तर त्यो ढलेन, किनकि त्यो चट्टानमाथि स्थापित थियो। अनि जसले मेरा यी वचनहरू सुन्छ तर तिनलाई पालन गर्दैन, त्यो एक मूर्ख मानिसजस्तै ठहरिनेछ, जसले आफ्नो घर बालुवामाथि बनायो। अनि पानी पर्यो, बाढी आयो, बतास चल्यो, र त्यस घरमाथि ठोक्कियो; अनि त्यो ढल्यो, र त्यसको पतन ठूलो भयो। मत्ती ७:१५–२७।</w:t>
      </w:r>
    </w:p>
    <w:p>
      <w:pPr>
        <w:pStyle w:val="ArticleBody"/>
        <w:jc w:val="left"/>
      </w:pPr>
      <w:r>
        <w:rPr>
          <w:rFonts w:ascii="Nirmala UI" w:hAnsi="Nirmala UI" w:eastAsia="Nirmala UI" w:cs="Nirmala UI"/>
        </w:rPr>
        <w:t>लाओदिकेय सातौँ-दिनका एड्भेन्टवादको नेतृत्व सन् १९८९ मा त्यागियो, ठीक त्यत्तिकै निश्चित रूपमा जत्तिकै ख्रीष्टको जन्मको समयमा यहूदी मण्डलीको नेतृत्व त्यागिएको थियो।</w:t>
      </w:r>
    </w:p>
    <w:p>
      <w:pPr>
        <w:pStyle w:val="ArticleScripture"/>
        <w:jc w:val="left"/>
      </w:pPr>
      <w:r>
        <w:rPr>
          <w:rFonts w:ascii="Nirmala UI" w:hAnsi="Nirmala UI" w:eastAsia="Nirmala UI" w:cs="Nirmala UI"/>
        </w:rPr>
        <w:t>“मानिसहरूले यो जान्दैनन्, तर यस समाचारले स्वर्गलाई आनन्दले परिपूर्ण तुल्याउँछ। अझ गहिरो र अझ कोमल चासोका साथ ज्योतिको संसारबाट पवित्र प्राणीहरू पृथ्वीतर्फ आकर्षित हुन्छन्। उहाँको उपस्थितिले सारा संसार अझ उज्यालो हुन्छ। बेथलेहेमका पहाडहरू माथि स्वर्गदूतहरूको असंख्य भीड भेला भएको छ। संसारलाई यो आनन्दमय सुसमाचार घोषणा गर्न तिनीहरू संकेतको प्रतीक्षामा छन्। यदि इस्राएलका अगुवाहरू आफ्नो जिम्मेवारीप्रति विश्वासयोग्य भएका भए, तिनीहरूले येशूको जन्मको घोषणा गर्ने आनन्दमा सहभागी हुन सक्थे। तर अब तिनीहरूलाई पन्छाइएका छन्।</w:t>
      </w:r>
    </w:p>
    <w:p>
      <w:pPr>
        <w:pStyle w:val="ArticleScripture"/>
        <w:jc w:val="left"/>
      </w:pPr>
      <w:r>
        <w:rPr>
          <w:rFonts w:ascii="Nirmala UI" w:hAnsi="Nirmala UI" w:eastAsia="Nirmala UI" w:cs="Nirmala UI"/>
        </w:rPr>
        <w:t>“परमेश्वर घोषणा गर्नुहुन्छ, ‘म तिर्खाएकामाथि पानी खन्याउनेछु, र सुक्खा भूमिमाथि बाढीहरू खन्याउनेछु।’ ‘सोझा मानिसका निम्ति अन्धकारमा ज्योति उदाउँछ।’ यशैया 44:3; भजनसंग्रह 112:4। जो ज्योतिको खोजी गरिरहेका छन्, र जसले त्यसलाई आनन्दपूर्वक ग्रहण गर्छन्, तिनीहरूमाथि परमेश्वरको सिंहासनबाट उज्ज्वल किरणहरू चम्कनेछन्।” द डिजायर अफ एजेस, 47.</w:t>
      </w:r>
    </w:p>
    <w:p>
      <w:pPr>
        <w:pStyle w:val="ArticleBody"/>
        <w:jc w:val="left"/>
      </w:pPr>
      <w:r>
        <w:rPr>
          <w:rFonts w:ascii="Nirmala UI" w:hAnsi="Nirmala UI" w:eastAsia="Nirmala UI" w:cs="Nirmala UI"/>
        </w:rPr>
        <w:t>ख्रीष्टको वंशरेखामा अन्तको समय उहाँको जन्म थियो, र त्यही बेला त्यस पुस्तालाई परीक्षा गर्ने सन्देशको मोहोर खोलियो। १९८९ ती उम्मेदवारहरूका लागि अन्तको समय थियो, जो एक लाख चवालीस हजारको बीचमा पर्न बोलाइएका छन्। उरियाह स्मिथको भविष्यसूचक नमूनाले १८४३ को चार्टमा प्रतिनिर्दिष्ट आधारभूत सत्यहरूलाई अस्वीकार गर्‍यो। ती सत्यहरू “चट्टान” थिए।</w:t>
      </w:r>
    </w:p>
    <w:p>
      <w:pPr>
        <w:pStyle w:val="ArticleScripture"/>
        <w:jc w:val="left"/>
      </w:pPr>
      <w:r>
        <w:rPr>
          <w:rFonts w:ascii="Nirmala UI" w:hAnsi="Nirmala UI" w:eastAsia="Nirmala UI" w:cs="Nirmala UI"/>
        </w:rPr>
        <w:t>“चेतावनी आइसकेको छ: १८४२, १८४३, र १८४४ मा सन्देश आएदेखि हामीले जस विश्वासको जगमाथि निर्माण गर्दै आएका छौं, त्यसलाई विचलित पार्ने कुनै पनि कुरा भित्रिन दिनु हुँदैन। म यस सन्देशमा थिएँ, र त्यसबेलादेखि म परमेश्वरले हामीलाई दिनुभएको ज्योतिप्रति सत्यनिष्ठ रहँदै संसारको सामु उभिरहेकी छु। हामी त्यो मञ्चबाट आफ्ना खुट्टा हटाउने प्रस्ताव गर्दैनौं, जसमा ती राखिएका थिए जब दिनप्रतिदिन हामी ज्योतिको खोजी गर्दै उत्कट प्रार्थनाका साथ प्रभुलाई खोज्थ्यौं। के तपाईं सोच्नुहुन्छ कि परमेश्वरले मलाई दिनुभएको ज्योति म त्याग्न सक्छु? त्यो युगयुगको चट्टानजस्तै हुनु पर्नेछ। यो मलाई दिइएदेखि निरन्तर मेरो मार्गदर्शन गर्दै आएको छ।” Review and Herald, April 14, 1903.</w:t>
      </w:r>
    </w:p>
    <w:p>
      <w:pPr>
        <w:pStyle w:val="ArticleBody"/>
        <w:jc w:val="left"/>
      </w:pPr>
      <w:r>
        <w:rPr>
          <w:rFonts w:ascii="Nirmala UI" w:hAnsi="Nirmala UI" w:eastAsia="Nirmala UI" w:cs="Nirmala UI"/>
        </w:rPr>
        <w:t>११ सेप्टेम्बर, २००१ मा अन्तिम वर्षा छर्किन थाल्यो, जब तेस्रो धिक्कारका इस्लामलाई प्रतिनिधित्व गर्ने बतासहरू छोडिए, र Patriot Act ले अङ्ग्रेजी कानुनबाट रोमी कानुनतर्फको संक्रमणलाई चिन्हित गर्दै भविष्यवाणीगत रूपमा पोपीय शक्तिको बाढी बग्न थालेको घोषणा गर्‍यो। लाओदिकीया-आधारित एड्भेन्टवादको घरका लागि अन्तिम परीक्षण प्रक्रिया प्रारम्भ भयो, र “वर्षा पर्‍यो, बाढी आयो, बतासहरू चले, र त्यस घरमाथि ठोक्किए; अनि त्यो ढल्यो: र त्यसको पतन ठूलो भयो।”</w:t>
      </w:r>
    </w:p>
    <w:p>
      <w:pPr>
        <w:pStyle w:val="ArticleBody"/>
        <w:jc w:val="left"/>
      </w:pPr>
      <w:r>
        <w:rPr>
          <w:rFonts w:ascii="Nirmala UI" w:hAnsi="Nirmala UI" w:eastAsia="Nirmala UI" w:cs="Nirmala UI"/>
        </w:rPr>
        <w:t>त्यो समयमा शक्तिशाली स्वर्गदूतले घोषणा गरेको सन्देशले यो प्रकट गर्‍यो कि सबै राष्ट्रहरूले बाबेलको दाखमद्य पिएका छन्, र 1863 को विद्रोहदेखि क्रमशः अपनाइँदै आएको पोपीय रोम तथा धर्मत्यागी प्रोटेस्टेन्टवादको कुटिल कार्यपद्धतिलाई बाबेलको दाखमद्य (सिद्धान्त) द्वारा प्रतिनिधित्व गरिएको छ।</w:t>
      </w:r>
    </w:p>
    <w:p>
      <w:pPr>
        <w:pStyle w:val="ArticleScripture"/>
        <w:jc w:val="left"/>
      </w:pPr>
      <w:r>
        <w:rPr>
          <w:rFonts w:ascii="Nirmala UI" w:hAnsi="Nirmala UI" w:eastAsia="Nirmala UI" w:cs="Nirmala UI"/>
        </w:rPr>
        <w:t>अनि यी कुराहरू पछि मैले अर्को स्वर्गदूतलाई स्वर्गबाट ओर्लिरहेको देखें, जससँग महान् अधिकार थियो; र पृथ्वी उसको महिमाले उज्यालो भयो। अनि उसले बलियो स्वरले सामर्थ्यपूर्वक पुकार्दै भन्यो, “महान् बाबेल पतन भयो, पतन भयो, र दुष्टात्माहरूको बासस्थान, हरेक अशुद्ध आत्माको अड्डा, र हरेक अशुद्ध तथा घृणित चराबाट भरिएको पिँजडा भएको छ। किनकि सबै जातिहरूले त्यसका व्यभिचारको क्रोधको दाखमद्य पिएका छन्, र पृथ्वीका राजाहरूले त्यससँग व्यभिचार गरेका छन्, र पृथ्वीका व्यापारीहरू त्यसका विलासिताको प्रचुरताद्वारा धनी भएका छन्।” प्रकाश 18:1–3।</w:t>
      </w:r>
    </w:p>
    <w:p>
      <w:pPr>
        <w:pStyle w:val="ArticleBody"/>
        <w:jc w:val="left"/>
      </w:pPr>
      <w:r>
        <w:rPr>
          <w:rFonts w:ascii="Nirmala UI" w:hAnsi="Nirmala UI" w:eastAsia="Nirmala UI" w:cs="Nirmala UI"/>
        </w:rPr>
        <w:t>२०२० जुलाई १८ को भएको निराशामा लाओडिसीय सातौँ-दिने एड्भेन्टिस्ट मण्डलीका लागि परीक्षाको प्रक्रिया समाप्त भयो, र एक लाख चवालीस हजारमध्ये पर्नका उम्मेदवारहरू भएका मानिसहरूको परीक्षाको प्रक्रिया आरम्भ भयो। जब माइकेलले २०२३ जुलाईमा ती उम्मेदवारहरूलाई जगाउन थाल्नुभयो, तब एड्भेन्टवादको दृष्टान्तमा तेलद्वारा प्रतिनिधित्व गरिएको सन्देश फेरि अनमुद्रित भयो। चाहे २००१ सेप्टेम्बर ११ पछाडि होस् वा २०२३ जुलाई पछाडि, तेलको उण्ड्याइ भएको थियो, र २०२३ जुलाईमा अनमुद्रित गरिएको सन्देश, पूर्ण रूपमा विकसित हुँदा, दृष्टान्तको मध्यरातको पुकारको सन्देश हो।</w:t>
      </w:r>
    </w:p>
    <w:p>
      <w:pPr>
        <w:pStyle w:val="ArticleBody"/>
        <w:jc w:val="left"/>
      </w:pPr>
      <w:r>
        <w:rPr>
          <w:rFonts w:ascii="Nirmala UI" w:hAnsi="Nirmala UI" w:eastAsia="Nirmala UI" w:cs="Nirmala UI"/>
        </w:rPr>
        <w:t>यो परीक्षणको समयमा बुद्धिमान् र मूर्ख कुमारीहरूका लागि सन्देशको रूपमा आरम्भ हुन्छ, तर यो बढ्दै गएर ठूलो पुकारको सन्देश बन्छ। त्यो सन्देश चाँडै आउने आइतबारको व्यवस्थाको समयमा आइपुग्छ, र जब यो आइपुग्छ, प्रकाशको पुस्तक अध्याय अठारको दोस्रो स्वरले परमेश्वरका अरू बथानलाई बेबिलोनबाट बाहिर बोलाउँछ।</w:t>
      </w:r>
    </w:p>
    <w:p>
      <w:pPr>
        <w:pStyle w:val="ArticleScripture"/>
        <w:jc w:val="left"/>
      </w:pPr>
      <w:r>
        <w:rPr>
          <w:rFonts w:ascii="Nirmala UI" w:hAnsi="Nirmala UI" w:eastAsia="Nirmala UI" w:cs="Nirmala UI"/>
        </w:rPr>
        <w:t>अनि मैले स्वर्गबाट अर्को एउटा आवाज यसो भनिरहेको सुनेँ, “हे मेरा जनहो, त्यसबाट बाहिर निस्क, ताकि तिमीहरू उसका पापहरूका सहभागी नहोओ, र उसका विपत्तिहरूबाट नपाओ। किनकि उसका पापहरू स्वर्गतक आइपुगेका छन्, र परमेश्वरले उसका अधर्महरू सम्झनुभएको छ।” प्रकाश 18:4, 5.</w:t>
      </w:r>
    </w:p>
    <w:p>
      <w:pPr>
        <w:pStyle w:val="ArticleBody"/>
        <w:jc w:val="left"/>
      </w:pPr>
      <w:r>
        <w:rPr>
          <w:rFonts w:ascii="Nirmala UI" w:hAnsi="Nirmala UI" w:eastAsia="Nirmala UI" w:cs="Nirmala UI"/>
        </w:rPr>
        <w:t>पद एकदेखि तीनसम्मको पहिलो स्वरले परीक्षाको समयको आगमनको घोषणा गर्‍यो, र त्यसपछि पछिल्लो वर्षाको छर्काइ आरम्भ भयो। दोस्रो स्वरले त्यस परीक्षाको समयको अन्त्य पहिचान गर्दछ, र अझै बाबेलमा रहेको परमेश्वरको अर्को बगालको निम्ति परीक्षाको समयको घोषणा गर्दछ।</w:t>
      </w:r>
    </w:p>
    <w:p>
      <w:pPr>
        <w:pStyle w:val="ArticleScripture"/>
        <w:jc w:val="left"/>
      </w:pPr>
      <w:r>
        <w:rPr>
          <w:rFonts w:ascii="Nirmala UI" w:hAnsi="Nirmala UI" w:eastAsia="Nirmala UI" w:cs="Nirmala UI"/>
        </w:rPr>
        <w:t>“यसरी संसारलाई चेतावनी दिने अन्तिम कार्यमा, मण्डलीहरूसामु दुई स्पष्ट आह्वानहरू गरिन्छन्। दोस्रो स्वर्गदूतको सन्देश यस्तो छ, ‘बाबेल पतन भएको छ, पतन भएको छ, त्यो महान् सहर, किनकि त्यसले सबै जातिहरूलाई आफ्नो व्यभिचारको क्रोधको दाखमद्य पिउन लगाई।’ अनि तेस्रो स्वर्गदूतको सन्देशको ठूलो पुकारमा स्वर्गबाट एउटा वाणी यसो भन्दै सुनिन्छ, ‘हे मेरा प्रजाजन हो, त्यसबाट बाहिर निस्क।’” Review and Herald, December 6, 1892.</w:t>
      </w:r>
    </w:p>
    <w:p>
      <w:pPr>
        <w:pStyle w:val="ArticleBody"/>
        <w:jc w:val="left"/>
      </w:pPr>
      <w:r>
        <w:rPr>
          <w:rFonts w:ascii="Nirmala UI" w:hAnsi="Nirmala UI" w:eastAsia="Nirmala UI" w:cs="Nirmala UI"/>
        </w:rPr>
        <w:t>पवित्र आत्माको उण्डेलाइको समयमा नै २ थिस्सलोनिकीमा उल्लेखित पावलको बलियो भ्रम पूरा हुन्छ। चाहे त्यो सेप्टेम्बर ११, २००१ मा सुरु भएको लाओडिसियाली सेभेन्थ-डे एडभेन्टिस्ट मण्डलीको परीक्षा होस्, वा जुलाई १८, २०२० को निराशा अनुभव गरेका कुँवारीहरूको परीक्षा होस्, परीक्षा पवित्र आत्माको उण्डेलाइको समयमा नै हुन्छ। त्यो उण्डेलाइले एउटा परीक्षाको सन्देशलाई प्रतिनिधित्व गर्दछ।</w:t>
      </w:r>
    </w:p>
    <w:p>
      <w:pPr>
        <w:pStyle w:val="ArticleScripture"/>
        <w:jc w:val="left"/>
      </w:pPr>
      <w:r>
        <w:rPr>
          <w:rFonts w:ascii="Nirmala UI" w:hAnsi="Nirmala UI" w:eastAsia="Nirmala UI" w:cs="Nirmala UI"/>
        </w:rPr>
        <w:t>“सम्पूर्ण पृथ्वीका प्रभुको छेउमा उभिएका अभिषिक्त जनहरूले, ढाक्ने करूबको रूपमा शैतानलाई एक समय दिइएको स्थान धारण गरेका छन्। उहाँको सिंहासनलाई घेरेका पवित्र प्राणीहरूद्वारा, प्रभुले पृथ्वीका बासिन्दाहरूसँग निरन्तर सञ्चार कायम राख्नुहुन्छ। सुनौलो तेलले त्यस अनुग्रहलाई जनाउँछ जसद्वारा परमेश्वरले विश्वासीहरूका दीपकहरूलाई आपूर्ति गरिरहनुहुन्छ, ताकि तिनीहरू टिमटिमाएर निभून् न। यदि परमेश्वरका आत्माका सन्देशहरूमा स्वर्गबाट यो पवित्र तेल खन्याइँदैनथ्यो भने, दुष्टताका शक्तिहरूले मानिसहरूमाथि पूर्ण नियन्त्रण राख्ने थिए।”</w:t>
      </w:r>
    </w:p>
    <w:p>
      <w:pPr>
        <w:pStyle w:val="ArticleScripture"/>
        <w:jc w:val="left"/>
      </w:pPr>
      <w:r>
        <w:rPr>
          <w:rFonts w:ascii="Nirmala UI" w:hAnsi="Nirmala UI" w:eastAsia="Nirmala UI" w:cs="Nirmala UI"/>
        </w:rPr>
        <w:t>“जब हामीले परमेश्वरले हामीकहाँ पठाउनुहुने सन्देशहरू ग्रहण गर्दैनौं, तब परमेश्वर अपमानित हुनुहुन्छ। यसरी हामी त्यो सुनौलो तेल अस्वीकार गर्छौं, जुन उहाँले अन्धकारमा रहेकाहरूलाई बाँड्नका लागि हाम्रा प्राणहरूमा खन्याउन चाहनुहुन्छ। जब यो पुकार आउनेछ, ‘हेर, दुलाहा आउँदैछ; उहाँलाई भेट्न बाहिर निस्क,’ तब जसले पवित्र तेल ग्रहण गरेका छैनन्, जसले आफ्ना हृदयमा ख्रीष्टको अनुग्रहलाई सहेरेका छैनन्, तिनीहरूले मूर्ख कुँवारीहरूझैँ आफूहरू आफ्ना प्रभुलाई भेट्न तयार नभएको पाउनेछन्। तिनीहरूमा आफैंमा त्यो तेल प्राप्त गर्ने शक्ति हुँदैन, र तिनीहरूको जीवन विनष्ट हुन्छ। तर यदि परमेश्वरको पवित्र आत्माको याचना गरियो, यदि हामीले मोशालेझैँ बिन्ती गर्‍यौं, ‘मलाई तपाईंको महिमा देखाउनुहोस्,’ भने परमेश्वरको प्रेम हाम्रा हृदयहरूमा उँडेलिनेछ। सुनौलो नलीहरूद्वारा त्यो सुनौलो तेल हामीसम्म प्रवाहित गरिनेछ। ‘बलले होइन, शक्तिले होइन, तर मेरो आत्माद्वारा, सेनाहरूका परमप्रभु भन्नुहुन्छ।’ धार्मिकताको सूर्यका तेजस्वी किरणहरू ग्रहण गरेर, परमेश्वरका सन्तानहरू संसारमा ज्योतिहरूझैँ चम्कन्छन्।” Review and Herald, July 20, 1897.</w:t>
      </w:r>
    </w:p>
    <w:p>
      <w:pPr>
        <w:pStyle w:val="ArticleBody"/>
        <w:jc w:val="left"/>
      </w:pPr>
      <w:r>
        <w:rPr>
          <w:rFonts w:ascii="Nirmala UI" w:hAnsi="Nirmala UI" w:eastAsia="Nirmala UI" w:cs="Nirmala UI"/>
        </w:rPr>
        <w:t>एक लाख चवालीस हजारको छाप लगाइने समय सेप्टेम्बर ११, २००१ मा प्रारम्भ भयो, र यसले दुई परीक्षणकालहरूको प्रतिनिधित्व गर्दछ। पहिलो, लाओडिसीय सातौँ-दिन एडभेन्टिस्ट कलीसियाको अन्तिम परीक्षा हो, र दोस्रो, दश कन्याको दृष्टान्तका विषय भएका व्यक्तिहरूका लागि हो। बुद्धिमान् वा मूर्ख कन्या मध्ये कुनै एक हुनका लागि, सबै कन्याहरूले ढिलाइको समय अनुभव गर्नैपर्छ।</w:t>
      </w:r>
    </w:p>
    <w:p>
      <w:pPr>
        <w:pStyle w:val="ArticleBody"/>
        <w:jc w:val="left"/>
      </w:pPr>
      <w:r>
        <w:rPr>
          <w:rFonts w:ascii="Nirmala UI" w:hAnsi="Nirmala UI" w:eastAsia="Nirmala UI" w:cs="Nirmala UI"/>
        </w:rPr>
        <w:t>मिलेराइट इतिहासमा ढिलाइको समय दोस्रो स्वर्गदूतको आगमनसँगै सुरु भयो, जुन पहिलो निराशाको समयमा घटित भयो। त्यस बिन्दुमा, प्रोटेस्टेन्टहरू—जो परमेश्वरका पूर्व करारका चुनिएका मानिसहरू थिए—उपेक्षित गरिए। जुलाई १८, २०२० मा पूर्व करारका चुनिएका मानिसहरू उपेक्षित गरिए, र मिलेराइट इतिहासको ढिलाइको समयमा भएको परीक्षाको प्रक्रिया पुनः दोहोरिन थाल्यो। त्यसपछि मध्यरातको पुकारको सन्देश मिलेराइट इतिहासमा विकसित भयो, जसरी यो हाल विकसित भइरहेको छ। जब त्यो एक्सेटर क्याम्प बैठकमा पूर्ण रूपमा आइपुग्यो, तब कससँग सन्देश (तेल) थियो र कससँग थिएन भन्ने प्रकट भयो। यी दुवै इतिहासमध्ये कुनै पनि इतिहासका पूर्व करारका चुनिएका मानिसहरू नै परीक्षित भई उपेक्षित गरिने पहिलो हुन्।</w:t>
      </w:r>
    </w:p>
    <w:p>
      <w:pPr>
        <w:pStyle w:val="ArticleScripture"/>
        <w:jc w:val="left"/>
      </w:pPr>
      <w:r>
        <w:rPr>
          <w:rFonts w:ascii="Nirmala UI" w:hAnsi="Nirmala UI" w:eastAsia="Nirmala UI" w:cs="Nirmala UI"/>
        </w:rPr>
        <w:t>“‘म तिमीहरूलाई एउटा नयाँ हृदय दिनेछु, र तिमीहरूभित्र एउटा नयाँ आत्मा राख्नेछु।’ म मेरो सम्पूर्ण हृदयले विश्वास गर्छु कि परमेश्वरको आत्मा संसारबाट फिर्ता लिइँदैछ, र जसले महान् ज्योति र अवसरहरू पाएका छन् तर तिनको सदुपयोग गरेका छैनन्, तिनीहरू नै सबैभन्दा पहिले परित्यक्त हुनेछन्। तिनीहरूले परमेश्वरको आत्मालाई शोकित पारेर टाढा पारेका छन्। हृदयहरूमा, साथै मण्डलीहरू र राष्ट्रहरूमा काम गरिरहेकै अवस्थामा शैतानको वर्तमान सक्रियताले भविष्यवाणीका प्रत्येक विद्यार्थीलाई स्तब्ध पार्नुपर्छ। अन्त नजिक छ। हाम्रा मण्डलीहरू उठून्। परमेश्वरको परिवर्तनकारी शक्तिको अनुभव व्यक्तिगत सदस्यहरूको हृदयमा होस्, र त्यसपछि हामी परमेश्वरको आत्माको गहिरो चलायमानता देख्नेछौं। पापको केवल क्षमा मात्र येशूको मृत्युको एकमात्र परिणाम होइन। उहाँले अनन्त बलिदान केवल यस हेतुले मात्र दिनुभएको होइन कि पाप हटाइयोस्, तर यस हेतुले पनि कि मानव स्वभाव पुनर्स्थापित होस्, पुनःसुन्दर बनाइयोस्, त्यसका भग्नावशेषहरूबाट पुनर्निर्माण गरियोस्, र परमेश्वरको उपस्थितिका योग्य बनाइयोस्।” Selected Messages, book 3, 154.</w:t>
      </w:r>
    </w:p>
    <w:p>
      <w:pPr>
        <w:pStyle w:val="ArticleBody"/>
        <w:jc w:val="left"/>
      </w:pPr>
      <w:r>
        <w:rPr>
          <w:rFonts w:ascii="Nirmala UI" w:hAnsi="Nirmala UI" w:eastAsia="Nirmala UI" w:cs="Nirmala UI"/>
        </w:rPr>
        <w:t>परीक्षाको जुनसुकै अवधिमा पनि, मोहोर खोलिएको सन्देशलाई अस्वीकार गर्नेहरूले पावलले भनेको प्रबल भ्रम प्राप्त गर्छन्।</w:t>
      </w:r>
    </w:p>
    <w:p>
      <w:pPr>
        <w:pStyle w:val="ArticleScripture"/>
        <w:jc w:val="left"/>
      </w:pPr>
      <w:r>
        <w:rPr>
          <w:rFonts w:ascii="Nirmala UI" w:hAnsi="Nirmala UI" w:eastAsia="Nirmala UI" w:cs="Nirmala UI"/>
        </w:rPr>
        <w:t>“हाम्रो समझलाई विश्वस्त तुल्याएको र हाम्रा हृदयहरूलाई स्पर्श गरेको सत्यलाई हल्का रूपमा लिनु भयावह कुरा हो। परमेश्वरले आफ्नो कृपामा हामीकहाँ पठाउनुहुने चेतावनीहरूलाई हामी दण्डविहीन भएर अस्वीकार गर्न सक्दैनौं। नूहको समयमा स्वर्गबाट संसारकहाँ एउटा सन्देश पठाइएको थियो, र मानिसहरूको मुक्ति उनीहरूले त्यस सन्देशलाई कसरी ग्रहण गरे भन्ने कुरामाथि निर्भर थियो। किनकि उनीहरूले चेतावनीलाई अस्वीकार गरे, परमेश्वरको आत्मा त्यो पापी जातिबाट फिर्ता लिइयो, र उनीहरू जलप्रलयका पानीहरूमा नष्ट भए। अब्राहामको समयमा, सदोमका दोषी बासिन्दाहरूसित कृपाले बिन्ती गर्न छोड्यो, र लूत, तिनकी पत्नी, र दुई छोरीहरूबाहेक सबै स्वर्गबाट झारिएको आगोले भस्म भए। ख्रीष्टका दिनहरूमा पनि त्यस्तै भयो। परमेश्वरका पुत्रले त्यस पुस्ताका अविश्वासी यहूदीहरूलाई घोषणा गर्नुभयो, ‘हेर, तिमीहरूको घर तिमीहरूकै निम्ति उजाड छोडिएको छ।’ अन्तिम दिनहरूतर्फ हेर्दै, उही अनन्त शक्तिले, ‘उद्धार पाऊन् भनेर सत्यको प्रेम ग्रहण नगर्नेहरू’का विषयमा, यस्तो घोषणा गर्दछ: ‘यसै कारण परमेश्वरले तिनीहरूकहाँ शक्तिशाली भ्रम पठाउनुहुनेछ, ताकि तिनीहरूले झूटलाई विश्वास गरून्; र सत्यलाई विश्वास नगरी अधर्ममा प्रसन्न हुने सबै दोषी ठहरिऊन्।’ जसरी उनीहरूले उहाँको वचनका शिक्षाहरूलाई अस्वीकार गर्छन्, त्यसरी नै परमेश्वरले आफ्नो आत्मा फिर्ता लिनुहुन्छ, र उनीहरूलाई तिनीहरूले प्रेम गर्ने छलहरूकै हातमा छोडिदिनुहुन्छ।” Early Writings, 46.</w:t>
      </w:r>
    </w:p>
    <w:p>
      <w:pPr>
        <w:pStyle w:val="ArticleBody"/>
        <w:jc w:val="left"/>
      </w:pPr>
      <w:r>
        <w:rPr>
          <w:rFonts w:ascii="Nirmala UI" w:hAnsi="Nirmala UI" w:eastAsia="Nirmala UI" w:cs="Nirmala UI"/>
        </w:rPr>
        <w:t>हामी यो अध्ययनलाई अर्को लेखमा निरन्तरता दिनेछौँ।</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रोमले दर्शनलाई स्थापित गर्छ—संख्या सात</dc:title>
  <dc:subject>अन्तिम विवाद: एडभेन्टिस्ट भविष्यवाणीमा रोमको प्रतीकवाद र अनुग्रहको अवधि समाप्त हुनु</dc:subject>
  <dc:creator>Jeff Pippenger</dc:creator>
  <cp:keywords/>
  <dc:description>Generated by ArticleDigger from modern_rome\07_modern_rome.json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